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ck="urn:clarkdown:docx" mc:Ignorable="w14 w15 w16se w16cid w16 w16cex w16sdtdh w16sdtfl w16du wp14 ck">
  <w:body>
    <w:p w14:paraId="76B3C362" w14:textId="73038021" w:rsidR="0089046F" w:rsidRDefault="0089046F" w:rsidP="0089046F">
      <w:pPr>
        <w:ind w:firstLine="0"/>
        <w:rPr>
          <w:rFonts w:ascii="Barlow Condensed" w:eastAsia="Times New Roman" w:hAnsi="Barlow Condensed" w:cs="Calibri"/>
          <w:caps/>
          <w:color w:val="416180"/>
          <w:spacing w:val="50"/>
          <w:sz w:val="20"/>
          <w:szCs w:val="20"/>
        </w:rPr>
      </w:pPr>
      <w:r>
        <w:rPr>
          <w:rFonts w:ascii="Barlow Condensed" w:eastAsia="Times New Roman" w:hAnsi="Barlow Condensed" w:cs="Calibri"/>
          <w:caps/>
          <w:color w:val="416180"/>
          <w:spacing w:val="50"/>
          <w:sz w:val="20"/>
          <w:szCs w:val="20"/>
        </w:rPr>
        <w:t>Codebook · Edition 1.0</w:t>
      </w:r>
    </w:p>
    <w:p w14:paraId="7D7F96A6" w14:textId="77777777" w:rsidR="0089046F" w:rsidRDefault="0089046F" w:rsidP="0089046F">
      <w:pPr>
        <w:ind w:firstLine="0"/>
        <w:outlineLvl w:val="1"/>
        <w:rPr>
          <w:rFonts w:ascii="Barlow Condensed" w:eastAsia="Times New Roman" w:hAnsi="Barlow Condensed" w:cs="Calibri"/>
          <w:b/>
          <w:bCs/>
          <w:color w:val="1D2D3D"/>
          <w:kern w:val="36"/>
          <w:sz w:val="88"/>
          <w:szCs w:val="88"/>
        </w:rPr>
      </w:pPr>
    </w:p>
    <w:p w14:paraId="1AFBDF90" w14:textId="77777777" w:rsidR="0089046F" w:rsidRDefault="0089046F" w:rsidP="0089046F">
      <w:pPr>
        <w:ind w:firstLine="0"/>
        <w:outlineLvl w:val="1"/>
        <w:rPr>
          <w:rFonts w:ascii="Barlow Condensed" w:eastAsia="Times New Roman" w:hAnsi="Barlow Condensed" w:cs="Calibri"/>
          <w:b/>
          <w:bCs/>
          <w:color w:val="1D2D3D"/>
          <w:kern w:val="36"/>
          <w:sz w:val="88"/>
          <w:szCs w:val="88"/>
        </w:rPr>
      </w:pPr>
    </w:p>
    <w:p w14:paraId="695B72B9" w14:textId="68577064" w:rsidR="0089046F" w:rsidRDefault="0089046F" w:rsidP="0089046F">
      <w:pPr>
        <w:ind w:firstLine="0"/>
        <w:outlineLvl w:val="1"/>
        <w:rPr>
          <w:rFonts w:ascii="Barlow Condensed" w:eastAsia="Times New Roman" w:hAnsi="Barlow Condensed" w:cs="Calibri"/>
          <w:b/>
          <w:bCs/>
          <w:color w:val="1D2D3D"/>
          <w:kern w:val="36"/>
          <w:sz w:val="88"/>
          <w:szCs w:val="88"/>
        </w:rPr>
      </w:pPr>
      <w:r w:rsidRPr="0089046F">
        <w:rPr>
          <w:rFonts w:ascii="Barlow Condensed" w:eastAsia="Times New Roman" w:hAnsi="Barlow Condensed" w:cs="Calibri"/>
          <w:b/>
          <w:bCs/>
          <w:color w:val="1D2D3D"/>
          <w:kern w:val="36"/>
          <w:sz w:val="84"/>
          <w:szCs w:val="84"/>
        </w:rPr>
        <w:t>Eurobarometer Representation Dataset (ERD),</w:t>
      </w:r>
      <w:r>
        <w:rPr>
          <w:rFonts w:ascii="Barlow Condensed" w:eastAsia="Times New Roman" w:hAnsi="Barlow Condensed" w:cs="Calibri"/>
          <w:b/>
          <w:bCs/>
          <w:color w:val="1D2D3D"/>
          <w:kern w:val="36"/>
          <w:sz w:val="88"/>
          <w:szCs w:val="88"/>
        </w:rPr>
        <w:br/>
        <w:t>1974–2026</w:t>
      </w:r>
    </w:p>
    <w:p w14:paraId="744D013D" w14:textId="77777777" w:rsidR="0089046F" w:rsidRDefault="0089046F" w:rsidP="0089046F">
      <w:pPr>
        <w:ind w:firstLine="0"/>
        <w:rPr>
          <w:rFonts w:ascii="Barlow Condensed" w:eastAsia="Times New Roman" w:hAnsi="Barlow Condensed" w:cs="Calibri"/>
          <w:color w:val="597EA3"/>
          <w:sz w:val="44"/>
          <w:szCs w:val="44"/>
        </w:rPr>
      </w:pPr>
      <w:r>
        <w:rPr>
          <w:rFonts w:ascii="Barlow Condensed" w:eastAsia="Times New Roman" w:hAnsi="Barlow Condensed" w:cs="Calibri"/>
          <w:color w:val="597EA3"/>
          <w:sz w:val="44"/>
          <w:szCs w:val="44"/>
        </w:rPr>
        <w:t>A harmonized half-century of European public opinion</w:t>
      </w:r>
    </w:p>
    <w:p w14:paraId="30B077BD" w14:textId="77777777" w:rsidR="0089046F" w:rsidRDefault="0089046F" w:rsidP="0089046F">
      <w:pPr>
        <w:ind w:firstLine="0"/>
        <w:textAlignment w:val="top"/>
        <w:rPr>
          <w:rFonts w:ascii="Barlow Condensed" w:eastAsia="Times New Roman" w:hAnsi="Barlow Condensed" w:cs="Calibri"/>
          <w:b/>
          <w:bCs/>
          <w:color w:val="1D2D3D"/>
          <w:sz w:val="30"/>
          <w:szCs w:val="30"/>
        </w:rPr>
      </w:pPr>
    </w:p>
    <w:p w14:paraId="5C4E217D" w14:textId="77777777" w:rsidR="0089046F" w:rsidRDefault="0089046F" w:rsidP="0089046F">
      <w:pPr>
        <w:ind w:firstLine="0"/>
        <w:textAlignment w:val="top"/>
        <w:rPr>
          <w:rFonts w:ascii="Barlow Condensed" w:eastAsia="Times New Roman" w:hAnsi="Barlow Condensed" w:cs="Calibri"/>
          <w:b/>
          <w:bCs/>
          <w:color w:val="1D2D3D"/>
          <w:sz w:val="30"/>
          <w:szCs w:val="30"/>
        </w:rPr>
      </w:pPr>
    </w:p>
    <w:p w14:paraId="14AD151B" w14:textId="77777777" w:rsidR="0089046F" w:rsidRDefault="0089046F" w:rsidP="0089046F">
      <w:pPr>
        <w:ind w:firstLine="0"/>
        <w:textAlignment w:val="top"/>
        <w:rPr>
          <w:rFonts w:ascii="Barlow Condensed" w:eastAsia="Times New Roman" w:hAnsi="Barlow Condensed" w:cs="Calibri"/>
          <w:b/>
          <w:bCs/>
          <w:color w:val="1D2D3D"/>
          <w:sz w:val="30"/>
          <w:szCs w:val="30"/>
        </w:rPr>
      </w:pPr>
    </w:p>
    <w:p w14:paraId="1CA599EB" w14:textId="77777777" w:rsidR="0089046F" w:rsidRDefault="0089046F" w:rsidP="0089046F">
      <w:pPr>
        <w:ind w:firstLine="0"/>
        <w:textAlignment w:val="top"/>
        <w:rPr>
          <w:rFonts w:ascii="Barlow Condensed" w:eastAsia="Times New Roman" w:hAnsi="Barlow Condensed" w:cs="Calibri"/>
          <w:b/>
          <w:bCs/>
          <w:color w:val="1D2D3D"/>
          <w:sz w:val="30"/>
          <w:szCs w:val="30"/>
        </w:rPr>
      </w:pPr>
    </w:p>
    <w:p w14:paraId="6D036BAD" w14:textId="77777777" w:rsidR="0089046F" w:rsidRDefault="0089046F" w:rsidP="0089046F">
      <w:pPr>
        <w:ind w:firstLine="0"/>
        <w:textAlignment w:val="top"/>
        <w:rPr>
          <w:rFonts w:ascii="Barlow Condensed" w:eastAsia="Times New Roman" w:hAnsi="Barlow Condensed" w:cs="Calibri"/>
          <w:b/>
          <w:bCs/>
          <w:color w:val="1D2D3D"/>
          <w:sz w:val="30"/>
          <w:szCs w:val="30"/>
        </w:rPr>
      </w:pPr>
    </w:p>
    <w:p w14:paraId="0236418F" w14:textId="333CF80C" w:rsidR="0089046F" w:rsidRDefault="0089046F" w:rsidP="0089046F">
      <w:pPr>
        <w:ind w:firstLine="0"/>
        <w:textAlignment w:val="top"/>
        <w:rPr>
          <w:rFonts w:ascii="Calibri" w:eastAsia="Times New Roman" w:hAnsi="Calibri" w:cs="Calibri"/>
          <w:color w:val="1D1F20"/>
          <w:sz w:val="22"/>
        </w:rPr>
      </w:pPr>
      <w:r>
        <w:rPr>
          <w:rFonts w:ascii="Barlow Condensed" w:eastAsia="Times New Roman" w:hAnsi="Barlow Condensed" w:cs="Calibri"/>
          <w:b/>
          <w:bCs/>
          <w:color w:val="1D2D3D"/>
          <w:sz w:val="30"/>
          <w:szCs w:val="30"/>
        </w:rPr>
        <w:t xml:space="preserve">Nicholas Clark, </w:t>
      </w:r>
      <w:r w:rsidRPr="0089046F">
        <w:rPr>
          <w:rFonts w:ascii="Barlow Condensed" w:eastAsia="Times New Roman" w:hAnsi="Barlow Condensed" w:cs="Calibri"/>
          <w:color w:val="1D2D3D"/>
          <w:sz w:val="30"/>
          <w:szCs w:val="30"/>
        </w:rPr>
        <w:t>Susquehanna University</w:t>
      </w:r>
      <w:r>
        <w:rPr>
          <w:rFonts w:ascii="Barlow Condensed" w:eastAsia="Times New Roman" w:hAnsi="Barlow Condensed" w:cs="Calibri"/>
          <w:b/>
          <w:bCs/>
          <w:color w:val="1D2D3D"/>
          <w:sz w:val="30"/>
          <w:szCs w:val="30"/>
        </w:rPr>
        <w:t xml:space="preserve"> </w:t>
      </w:r>
    </w:p>
    <w:p w14:paraId="7E42D2A1" w14:textId="1EF7ADB4" w:rsidR="004D342C" w:rsidRDefault="0089046F" w:rsidP="0089046F">
      <w:pPr>
        <w:spacing w:after="520"/>
        <w:ind w:firstLine="0"/>
      </w:pPr>
      <w:r>
        <w:rPr>
          <w:rFonts w:ascii="Barlow Condensed" w:eastAsia="Times New Roman" w:hAnsi="Barlow Condensed" w:cs="Calibri"/>
          <w:b/>
          <w:bCs/>
          <w:color w:val="1D2D3D"/>
          <w:sz w:val="30"/>
          <w:szCs w:val="30"/>
        </w:rPr>
        <w:t xml:space="preserve">Robert Rohrschneider, </w:t>
      </w:r>
      <w:r w:rsidRPr="0089046F">
        <w:rPr>
          <w:rFonts w:ascii="Barlow Condensed" w:eastAsia="Times New Roman" w:hAnsi="Barlow Condensed" w:cs="Calibri"/>
          <w:color w:val="1D2D3D"/>
          <w:sz w:val="30"/>
          <w:szCs w:val="30"/>
        </w:rPr>
        <w:t>University of Kansas</w:t>
      </w:r>
    </w:p>
    <w:p w14:paraId="53EA19C6" w14:textId="77777777" w:rsidR="004D342C" w:rsidRDefault="004D342C">
      <w:pPr>
        <w:spacing w:after="520"/>
        <w:ind w:firstLine="0"/>
      </w:pPr>
    </w:p>
    <w:p w14:paraId="7FF23200" w14:textId="77777777" w:rsidR="0089046F" w:rsidRDefault="0089046F">
      <w:pPr>
        <w:spacing w:after="520"/>
        <w:ind w:firstLine="0"/>
      </w:pPr>
    </w:p>
    <w:p w14:paraId="6D7C6EAC" w14:textId="77777777" w:rsidR="0089046F" w:rsidRDefault="0089046F">
      <w:pPr>
        <w:spacing w:after="520"/>
        <w:ind w:firstLine="0"/>
      </w:pPr>
    </w:p>
    <w:p w14:paraId="1C9B3F84" w14:textId="77777777" w:rsidR="0089046F" w:rsidRDefault="0089046F">
      <w:pPr>
        <w:spacing w:after="520"/>
        <w:ind w:firstLine="0"/>
      </w:pPr>
    </w:p>
    <w:p w14:paraId="56EBB0A6" w14:textId="4693328B" w:rsidR="004D342C" w:rsidRDefault="00000000" w:rsidP="0089046F">
      <w:pPr>
        <w:spacing w:after="80"/>
        <w:ind w:firstLine="0"/>
      </w:pPr>
      <w:r>
        <w:t xml:space="preserve">September </w:t>
      </w:r>
      <w:r w:rsidR="00133E8F">
        <w:t xml:space="preserve">11, </w:t>
      </w:r>
      <w:r>
        <w:t>2026</w:t>
      </w:r>
    </w:p>
    <w:p w14:paraId="2AE4A37A" w14:textId="77777777" w:rsidR="004D342C" w:rsidRDefault="00000000" w:rsidP="0089046F">
      <w:pPr>
        <w:ind w:firstLine="0"/>
      </w:pPr>
      <w:r>
        <w:rPr>
          <w:i/>
          <w:color w:val="595959"/>
          <w:sz w:val="21"/>
        </w:rPr>
        <w:t>Edition 1.0 — figures computed from erd090626.dta</w:t>
      </w:r>
    </w:p>
    <w:p w14:paraId="20604AA0" w14:textId="77777777" w:rsidR="004D342C" w:rsidRDefault="00000000">
      <w:pPr>
        <w:pStyle w:val="Heading1"/>
        <w:pageBreakBefore/>
        <w:pBdr>
          <w:bottom w:val="single" w:sz="6" w:space="3" w:color="1F4E79"/>
        </w:pBdr>
        <w:spacing w:before="320" w:after="100"/>
      </w:pPr>
      <w:r>
        <w:rPr>
          <w:rFonts w:ascii="Times New Roman" w:hAnsi="Times New Roman" w:cs="Times New Roman"/>
        </w:rPr>
        <w:lastRenderedPageBreak/>
        <w:t>Contents</w:t>
      </w:r>
    </w:p>
    <w:p w14:paraId="291BA4A8" w14:textId="77777777" w:rsidR="004D342C" w:rsidRDefault="00000000">
      <w:pPr>
        <w:spacing w:after="160"/>
        <w:ind w:firstLine="0"/>
      </w:pPr>
      <w:r>
        <w:rPr>
          <w:i/>
          <w:sz w:val="20"/>
        </w:rPr>
        <w:t>The field below generates a page-numbered table of contents. In Word, click anywhere in it and press F9 (or right-click and choose Update Field, then “Update entire table”) to populate it.</w:t>
      </w:r>
    </w:p>
    <w:p w14:paraId="24889447" w14:textId="77777777" w:rsidR="004D342C" w:rsidRDefault="004D342C">
      <w:pPr>
        <w:ind w:firstLine="0"/>
      </w:pPr>
      <w:fldSimple w:instr=" TOC \o &quot;1-2&quot; \h \z \u ">
        <w:r>
          <w:rPr>
            <w:i/>
            <w:sz w:val="22"/>
          </w:rPr>
          <w:t>Right-click here and choose “Update Field” to build the contents.</w:t>
        </w:r>
      </w:fldSimple>
    </w:p>
    <w:p w14:paraId="26AD3A11" w14:textId="77777777" w:rsidR="004D342C" w:rsidRDefault="004D342C">
      <w:pPr>
        <w:spacing w:after="160"/>
        <w:ind w:firstLine="0"/>
      </w:pPr>
    </w:p>
    <w:p w14:paraId="5E996295" w14:textId="77777777" w:rsidR="004D342C" w:rsidRDefault="00000000">
      <w:pPr>
        <w:pStyle w:val="Heading2"/>
      </w:pPr>
      <w:r>
        <w:rPr>
          <w:rFonts w:ascii="Times New Roman" w:hAnsi="Times New Roman" w:cs="Times New Roman"/>
        </w:rPr>
        <w:t>Section list</w:t>
      </w:r>
    </w:p>
    <w:p w14:paraId="3D67E81D" w14:textId="77777777" w:rsidR="004D342C" w:rsidRDefault="00000000">
      <w:pPr>
        <w:ind w:firstLine="0"/>
      </w:pPr>
      <w:r>
        <w:rPr>
          <w:sz w:val="22"/>
        </w:rPr>
        <w:t>1.  What the ERD is</w:t>
      </w:r>
    </w:p>
    <w:p w14:paraId="56406F49" w14:textId="77777777" w:rsidR="004D342C" w:rsidRDefault="00000000">
      <w:pPr>
        <w:ind w:firstLine="0"/>
      </w:pPr>
      <w:r>
        <w:rPr>
          <w:sz w:val="22"/>
        </w:rPr>
        <w:t>2.  Provenance and wave selection</w:t>
      </w:r>
    </w:p>
    <w:p w14:paraId="00FA19B1" w14:textId="77777777" w:rsidR="004D342C" w:rsidRDefault="00000000">
      <w:pPr>
        <w:ind w:firstLine="0"/>
      </w:pPr>
      <w:r>
        <w:rPr>
          <w:sz w:val="22"/>
        </w:rPr>
        <w:t>3.  Scope and coverage</w:t>
      </w:r>
    </w:p>
    <w:p w14:paraId="15B84A6F" w14:textId="77777777" w:rsidR="004D342C" w:rsidRDefault="00000000">
      <w:pPr>
        <w:ind w:firstLine="0"/>
      </w:pPr>
      <w:r>
        <w:rPr>
          <w:sz w:val="22"/>
        </w:rPr>
        <w:t>4.  How the file is constructed</w:t>
      </w:r>
    </w:p>
    <w:p w14:paraId="5A0C4177" w14:textId="77777777" w:rsidR="004D342C" w:rsidRDefault="00000000">
      <w:pPr>
        <w:ind w:firstLine="0"/>
      </w:pPr>
      <w:r>
        <w:rPr>
          <w:sz w:val="22"/>
        </w:rPr>
        <w:t>5.  Naming, harmonisation and coding conventions</w:t>
      </w:r>
    </w:p>
    <w:p w14:paraId="23385FF7" w14:textId="77777777" w:rsidR="004D342C" w:rsidRDefault="00000000">
      <w:pPr>
        <w:ind w:firstLine="0"/>
      </w:pPr>
      <w:r>
        <w:rPr>
          <w:sz w:val="22"/>
        </w:rPr>
        <w:t>6.  The variable dictionary</w:t>
      </w:r>
    </w:p>
    <w:p w14:paraId="44C64DEA" w14:textId="77777777" w:rsidR="004D342C" w:rsidRDefault="00000000">
      <w:pPr>
        <w:ind w:firstLine="0"/>
      </w:pPr>
      <w:r>
        <w:rPr>
          <w:sz w:val="22"/>
        </w:rPr>
        <w:t>7.  The composite EU-support score (eusupport)</w:t>
      </w:r>
    </w:p>
    <w:p w14:paraId="06A7D2EB" w14:textId="77777777" w:rsidR="004D342C" w:rsidRDefault="00000000">
      <w:pPr>
        <w:ind w:firstLine="0"/>
      </w:pPr>
      <w:r>
        <w:rPr>
          <w:sz w:val="22"/>
        </w:rPr>
        <w:t>8.  The item-basis caveat — read this before comparing levels over time</w:t>
      </w:r>
    </w:p>
    <w:p w14:paraId="6F532ABB" w14:textId="77777777" w:rsidR="004D342C" w:rsidRDefault="00000000">
      <w:pPr>
        <w:ind w:firstLine="0"/>
      </w:pPr>
      <w:r>
        <w:rPr>
          <w:sz w:val="22"/>
        </w:rPr>
        <w:t>9.  Availability of the membership item, and what its missingness means</w:t>
      </w:r>
    </w:p>
    <w:p w14:paraId="649B2BF6" w14:textId="77777777" w:rsidR="004D342C" w:rsidRDefault="00000000">
      <w:pPr>
        <w:ind w:firstLine="0"/>
      </w:pPr>
      <w:r>
        <w:rPr>
          <w:sz w:val="22"/>
        </w:rPr>
        <w:t>10. Survey weights</w:t>
      </w:r>
    </w:p>
    <w:p w14:paraId="2FF26917" w14:textId="77777777" w:rsidR="004D342C" w:rsidRDefault="00000000">
      <w:pPr>
        <w:ind w:firstLine="0"/>
      </w:pPr>
      <w:r>
        <w:rPr>
          <w:sz w:val="22"/>
        </w:rPr>
        <w:t>11. Composition effects: who is in the pooled series</w:t>
      </w:r>
    </w:p>
    <w:p w14:paraId="01B66057" w14:textId="77777777" w:rsidR="004D342C" w:rsidRDefault="00000000">
      <w:pPr>
        <w:ind w:firstLine="0"/>
      </w:pPr>
      <w:r>
        <w:rPr>
          <w:sz w:val="22"/>
        </w:rPr>
        <w:t>12. Known limitations and quirks</w:t>
      </w:r>
    </w:p>
    <w:p w14:paraId="4C9A99EF" w14:textId="77777777" w:rsidR="004D342C" w:rsidRDefault="00000000">
      <w:pPr>
        <w:ind w:firstLine="0"/>
      </w:pPr>
      <w:r>
        <w:rPr>
          <w:sz w:val="22"/>
        </w:rPr>
        <w:t>13. How to cite the ERD</w:t>
      </w:r>
    </w:p>
    <w:p w14:paraId="621045BC" w14:textId="77777777" w:rsidR="004D342C" w:rsidRDefault="00000000">
      <w:pPr>
        <w:ind w:firstLine="0"/>
      </w:pPr>
      <w:r>
        <w:rPr>
          <w:sz w:val="22"/>
        </w:rPr>
        <w:t>14. Version history and changelog</w:t>
      </w:r>
    </w:p>
    <w:p w14:paraId="25501AF6" w14:textId="77777777" w:rsidR="004D342C" w:rsidRDefault="00000000">
      <w:pPr>
        <w:ind w:firstLine="0"/>
      </w:pPr>
      <w:r>
        <w:rPr>
          <w:sz w:val="22"/>
        </w:rPr>
        <w:t>Appendix A.  Worked variable entries</w:t>
      </w:r>
    </w:p>
    <w:p w14:paraId="0D2704CB" w14:textId="77777777" w:rsidR="004D342C" w:rsidRDefault="00000000">
      <w:pPr>
        <w:ind w:firstLine="0"/>
      </w:pPr>
      <w:r>
        <w:rPr>
          <w:sz w:val="22"/>
        </w:rPr>
        <w:t>Appendix B.  Files, locations and the machine-readable codebook</w:t>
      </w:r>
    </w:p>
    <w:p w14:paraId="2CEFA6C8" w14:textId="77777777" w:rsidR="004D342C" w:rsidRDefault="00000000">
      <w:pPr>
        <w:pStyle w:val="Heading1"/>
        <w:pageBreakBefore/>
        <w:pBdr>
          <w:bottom w:val="single" w:sz="6" w:space="3" w:color="1F4E79"/>
        </w:pBdr>
        <w:spacing w:before="320" w:after="100"/>
      </w:pPr>
      <w:r>
        <w:rPr>
          <w:rFonts w:ascii="Times New Roman" w:hAnsi="Times New Roman" w:cs="Times New Roman"/>
          <w:smallCaps/>
          <w:spacing w:val="40"/>
          <w:sz w:val="26"/>
        </w:rPr>
        <w:lastRenderedPageBreak/>
        <w:t>1</w:t>
      </w:r>
      <w:r>
        <w:rPr>
          <w:rFonts w:ascii="Times New Roman" w:hAnsi="Times New Roman" w:cs="Times New Roman"/>
        </w:rPr>
        <w:t>  What the ERD is</w:t>
      </w:r>
    </w:p>
    <w:p w14:paraId="00DE01A1" w14:textId="77777777" w:rsidR="004D342C" w:rsidRDefault="00000000">
      <w:pPr>
        <w:pStyle w:val="Heading2"/>
      </w:pPr>
      <w:r>
        <w:rPr>
          <w:rFonts w:ascii="Times New Roman" w:hAnsi="Times New Roman" w:cs="Times New Roman"/>
        </w:rPr>
        <w:t>1.1  Purpose</w:t>
      </w:r>
    </w:p>
    <w:p>
      <w:r>
        <w:t>The Eurobarometer Representation Dataset (ERD) is a harmonized individual-level panel of European public opinion, assembled by Nicholas Clark and Robert Rohrschneider from the Standard Eurobarometer survey series. It pools 113 separate Eurobarometer waves fielded between 1974 and 2026 into a single Stata file of 2,460,072 respondents, in which the same question asked in different years under different variable numbers carries one stable name and one stable coding.</w:t>
      </w:r>
    </w:p>
    <w:p w14:paraId="42A868A3" w14:textId="77777777" w:rsidR="004D342C" w:rsidRDefault="00000000">
      <w:r>
        <w:t>The ERD was built to answer a question that no single Eurobarometer wave can answer: how the relationship between European citizens and the institutions that claim to represent them has changed over half a century. Its organising concern is political representation — whether citizens believe the European Parliament and the Commission act in their interests, whether they feel they have any influence over European decisions, whether they trust the institutions, and whether they think membership is worth having. Around that core it carries the material needed to explain variation in those judgements: identity and attachment, knowledge and media use, economic perceptions, national-system evaluations, electoral behaviour, and demographics.</w:t>
      </w:r>
    </w:p>
    <w:p w14:paraId="51C30E01" w14:textId="77777777" w:rsidR="004D342C" w:rsidRDefault="00000000">
      <w:r>
        <w:t>It exists because the alternative — reading each wave separately — cannot support the over-time claims that motivate the research. The published GESIS trend files come closest, but none covers the ERD’s span or its conceptual scheme: the Mannheim Eurobarometer Trend File stops in 2002, and the Harmonized Eurobarometer file, which is policy-general rather than representation-focused, stops in 2021.</w:t>
      </w:r>
    </w:p>
    <w:p w14:paraId="42FD1F92" w14:textId="77777777" w:rsidR="004D342C" w:rsidRDefault="00000000">
      <w:pPr>
        <w:pStyle w:val="Heading2"/>
      </w:pPr>
      <w:r>
        <w:rPr>
          <w:rFonts w:ascii="Times New Roman" w:hAnsi="Times New Roman" w:cs="Times New Roman"/>
        </w:rPr>
        <w:t>1.2  What the ERD is not</w:t>
      </w:r>
    </w:p>
    <w:p w14:paraId="03B0EA67" w14:textId="77777777" w:rsidR="004D342C" w:rsidRDefault="00000000">
      <w:pPr>
        <w:ind w:left="720" w:hanging="360"/>
      </w:pPr>
      <w:r>
        <w:t>•</w:t>
      </w:r>
      <w:r>
        <w:tab/>
        <w:t>It is not a probability panel. Each wave is an independent cross-section. Nothing links a respondent in one wave to a respondent in another.</w:t>
      </w:r>
    </w:p>
    <w:p w14:paraId="351D1409" w14:textId="77777777" w:rsidR="004D342C" w:rsidRDefault="00000000">
      <w:pPr>
        <w:ind w:left="720" w:hanging="360"/>
      </w:pPr>
      <w:r>
        <w:t>•</w:t>
      </w:r>
      <w:r>
        <w:tab/>
        <w:t>It is not a complete Eurobarometer archive. It includes Standard Eurobarometers only, and within those it includes only the items that recur (see §2.3).</w:t>
      </w:r>
    </w:p>
    <w:p w14:paraId="379673F6" w14:textId="77777777" w:rsidR="004D342C" w:rsidRDefault="00000000">
      <w:pPr>
        <w:ind w:left="720" w:hanging="360"/>
      </w:pPr>
      <w:r>
        <w:t>•</w:t>
      </w:r>
      <w:r>
        <w:tab/>
        <w:t>It is not a substitute for the GESIS files. It is derived from them and cannot be redistributed in their place; users need their own GESIS access to verify anything.</w:t>
      </w:r>
    </w:p>
    <w:p w14:paraId="21EB8447" w14:textId="77777777" w:rsidR="004D342C" w:rsidRDefault="00000000">
      <w:pPr>
        <w:ind w:left="720" w:hanging="360"/>
      </w:pPr>
      <w:r>
        <w:t>•</w:t>
      </w:r>
      <w:r>
        <w:tab/>
        <w:t>It is not a fixed population. The set of countries surveyed grows from 9 in 1974 to 39 in 2026, so a pooled mean is a mean over a changing public (see §11).</w:t>
      </w:r>
    </w:p>
    <w:p w14:paraId="633E5E73" w14:textId="77777777" w:rsidR="004D342C" w:rsidRDefault="00000000">
      <w:pPr>
        <w:pStyle w:val="Heading2"/>
      </w:pPr>
      <w:r>
        <w:rPr>
          <w:rFonts w:ascii="Times New Roman" w:hAnsi="Times New Roman" w:cs="Times New Roman"/>
        </w:rPr>
        <w:t>1.3  Version documented here</w:t>
      </w:r>
    </w:p>
    <w:p>
      <w:r>
        <w:t>This codebook documents the state of the ERD on 15 September 2026. The two files of record are:</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2880"/>
        <w:gridCol w:w="5184"/>
        <w:gridCol w:w="1296"/>
      </w:tblGrid>
      <w:tr>
        <w:trPr>
          <w:tblHeader/>
        </w:trPr>
        <w:tc>
          <w:tcPr>
            <w:shd w:val="clear" w:fill="E7EDF3"/>
          </w:tcPr>
          <w:p>
            <w:r>
              <w:rPr>
                <w:b/>
              </w:rPr>
              <w:t>File</w:t>
            </w:r>
          </w:p>
        </w:tc>
        <w:tc>
          <w:tcPr>
            <w:shd w:val="clear" w:fill="E7EDF3"/>
          </w:tcPr>
          <w:p>
            <w:r>
              <w:rPr>
                <w:b/>
              </w:rPr>
              <w:t>What it is</w:t>
            </w:r>
          </w:p>
        </w:tc>
        <w:tc>
          <w:tcPr>
            <w:shd w:val="clear" w:fill="E7EDF3"/>
          </w:tcPr>
          <w:p>
            <w:r>
              <w:rPr>
                <w:b/>
              </w:rPr>
              <w:t>N</w:t>
            </w:r>
          </w:p>
        </w:tc>
      </w:tr>
      <w:tr>
        <w:tc>
          <w:tcPr/>
          <w:p>
            <w:r>
              <w:t>erd090626.dta</w:t>
            </w:r>
          </w:p>
        </w:tc>
        <w:tc>
          <w:tcPr/>
          <w:p>
            <w:r>
              <w:t>The mega file. Every wave appended, with harmonized names and codings, and with the twelve harmonised continuous series of §7.9. Country-year macro data is NO LONGER merged here — see the next row.</w:t>
            </w:r>
          </w:p>
        </w:tc>
        <w:tc>
          <w:tcPr/>
          <w:p>
            <w:r>
              <w:t>2,460,072</w:t>
            </w:r>
          </w:p>
        </w:tc>
      </w:tr>
      <w:tr>
        <w:tc>
          <w:tcPr/>
          <w:p>
            <w:r>
              <w:t>erd090626_with_macro.dta</w:t>
            </w:r>
          </w:p>
        </w:tc>
        <w:tc>
          <w:tcPr/>
          <w:p>
            <w:r>
              <w:t>The mega file plus the 2026 country-year macro layer (QoG, the World Governance Indicators, V-Dem, ParlGov, CPDS, Eurostat), all under M-prefixed names. Built by “merge macrodata into ERD 2026.do”. Same N as the mega: the merge adds columns, not rows.</w:t>
            </w:r>
          </w:p>
        </w:tc>
        <w:tc>
          <w:tcPr/>
          <w:p>
            <w:r>
              <w:t>2,460,072</w:t>
            </w:r>
          </w:p>
        </w:tc>
      </w:tr>
      <w:tr>
        <w:tc>
          <w:tcPr/>
          <w:p>
            <w:r>
              <w:t>erd090626_with_recoded_variables.dta</w:t>
            </w:r>
          </w:p>
        </w:tc>
        <w:tc>
          <w:tcPr/>
          <w:p>
            <w:r>
              <w:t>The prepared analysis file. The with-macro file plus the recoded and derived variables created once by “do prepare_mega_file_09.06.2026.do”, so that analysis scripts open quickly.</w:t>
            </w:r>
          </w:p>
        </w:tc>
        <w:tc>
          <w:tcPr/>
          <w:p>
            <w:r>
              <w:t>2,424,993</w:t>
            </w:r>
          </w:p>
        </w:tc>
      </w:tr>
    </w:tbl>
    <w:p>
      <w:pPr>
        <w:spacing w:before="80" w:after="160"/>
      </w:pPr>
      <w:r>
        <w:rPr>
          <w:sz w:val="19"/>
        </w:rPr>
        <w:t>**Table 1.1. **</w:t>
      </w:r>
      <w:r>
        <w:rPr>
          <w:i/>
          <w:sz w:val="19"/>
        </w:rPr>
        <w:t>The three files of record, all rebuilt on 15 September 2026.</w:t>
      </w:r>
    </w:p>
    <w:p>
      <w:r>
        <w:rPr>
          <w:b/>
        </w:rPr>
        <w:t>The prepared file is age-restricted, and this is the single most important thing to know before using it.</w:t>
      </w:r>
      <w:r>
        <w:t xml:space="preserve"> Earlier versions of this codebook said the 35,079-row difference was macro-merge artefacts. That was wrong. The difference is demographic, and it comes from three lines in the prepare script:</w:t>
      </w:r>
    </w:p>
    <w:p>
      <w:pPr>
        <w:pStyle w:val="ListParagraph"/>
        <w:numPr>
          <w:ilvl w:val="0"/>
          <w:numId w:val="14"/>
        </w:numPr>
      </w:pPr>
      <w:r>
        <w:rPr>
          <w:rStyle w:val="CkCode"/>
        </w:rPr>
        <w:t>recode demoage 0/17=.</w:t>
      </w:r>
      <w:r>
        <w:t xml:space="preserve"> sets the age of </w:t>
      </w:r>
      <w:r>
        <w:rPr>
          <w:b/>
        </w:rPr>
        <w:t>76,318 respondents under 18 to missing</w:t>
      </w:r>
      <w:r>
        <w:t xml:space="preserve">. Those respondents </w:t>
      </w:r>
      <w:r>
        <w:rPr>
          <w:i/>
        </w:rPr>
        <w:t>stay in the file</w:t>
      </w:r>
      <w:r>
        <w:t>, with no age.</w:t>
      </w:r>
    </w:p>
    <w:p>
      <w:pPr>
        <w:pStyle w:val="ListParagraph"/>
        <w:numPr>
          <w:ilvl w:val="0"/>
          <w:numId w:val="14"/>
        </w:numPr>
      </w:pPr>
      <w:r>
        <w:rPr>
          <w:rStyle w:val="CkCode"/>
        </w:rPr>
        <w:t>drop if demoage==200</w:t>
      </w:r>
      <w:r>
        <w:t xml:space="preserve"> removes 10 rows carrying an out-of-range age code.</w:t>
      </w:r>
    </w:p>
    <w:p>
      <w:pPr>
        <w:pStyle w:val="ListParagraph"/>
        <w:numPr>
          <w:ilvl w:val="0"/>
          <w:numId w:val="14"/>
        </w:numPr>
      </w:pPr>
      <w:r>
        <w:rPr>
          <w:rStyle w:val="CkCode"/>
        </w:rPr>
        <w:t>drop if demoage&lt;=18</w:t>
      </w:r>
      <w:r>
        <w:t xml:space="preserve"> then removes </w:t>
      </w:r>
      <w:r>
        <w:rPr>
          <w:b/>
        </w:rPr>
        <w:t>35,069 respondents aged exactly 18</w:t>
      </w:r>
      <w:r>
        <w:t xml:space="preserve"> — 18-year-olds, and only 18-year-olds, because the recode above has already turned everyone younger into a missing value, and a missing value is not less than 18 in Stata.</w:t>
      </w:r>
    </w:p>
    <w:p>
      <w:r>
        <w:t xml:space="preserve">That is 35,079 rows, which is exactly the gap. </w:t>
      </w:r>
      <w:r>
        <w:rPr>
          <w:b/>
        </w:rPr>
        <w:t>So the prepared file contains no 18-year-olds at all, and contains under-18s with their age blanked.</w:t>
      </w:r>
      <w:r>
        <w:t xml:space="preserve"> Any age distribution, any age-group breakdown, and any model with age on the right-hand side is computed on that restricted sample. Analyses of the youngest voters in particular should use the mega file, not the prepared file. The behaviour is deliberate in origin — it dates from the project's early single-country work — but it is not signalled anywhere in the file itself, and it was not documented here until now.</w:t>
      </w:r>
    </w:p>
    <w:p>
      <w:r>
        <w:t>The mega file is about three gigabytes, the with-macro file about six and the prepared file about nine. None is distributed with this codebook.</w:t>
      </w:r>
    </w:p>
    <w:p w14:paraId="36F9F57E" w14:textId="77777777" w:rsidR="004D342C" w:rsidRDefault="00000000">
      <w:pPr>
        <w:pStyle w:val="Heading1"/>
        <w:pageBreakBefore/>
        <w:pBdr>
          <w:bottom w:val="single" w:sz="6" w:space="3" w:color="1F4E79"/>
        </w:pBdr>
        <w:spacing w:before="320" w:after="100"/>
      </w:pPr>
      <w:r>
        <w:rPr>
          <w:rFonts w:ascii="Times New Roman" w:hAnsi="Times New Roman" w:cs="Times New Roman"/>
          <w:smallCaps/>
          <w:spacing w:val="40"/>
          <w:sz w:val="26"/>
        </w:rPr>
        <w:lastRenderedPageBreak/>
        <w:t>2</w:t>
      </w:r>
      <w:r>
        <w:rPr>
          <w:rFonts w:ascii="Times New Roman" w:hAnsi="Times New Roman" w:cs="Times New Roman"/>
        </w:rPr>
        <w:t>  Provenance and wave selection</w:t>
      </w:r>
    </w:p>
    <w:p w14:paraId="2E4BB353" w14:textId="77777777" w:rsidR="004D342C" w:rsidRDefault="00000000">
      <w:pPr>
        <w:pStyle w:val="Heading2"/>
      </w:pPr>
      <w:r>
        <w:rPr>
          <w:rFonts w:ascii="Times New Roman" w:hAnsi="Times New Roman" w:cs="Times New Roman"/>
        </w:rPr>
        <w:t>2.1  The source archive</w:t>
      </w:r>
    </w:p>
    <w:p w14:paraId="292B34BF" w14:textId="77777777" w:rsidR="004D342C" w:rsidRDefault="00000000">
      <w:r>
        <w:t>Every respondent in the ERD comes from a Eurobarometer survey deposited with, curated by and distributed through the GESIS Leibniz Institute for the Social Sciences, Cologne, which holds the Eurobarometer Data Service on behalf of the European Commission. Each wave carries a GESIS study number of the form ZAnnnn (for example ZA0986 for Eurobarometer 2, November 1974; ZA6643 for Eurobarometer 84.3, November 2015). The raw files used here are the GESIS Stata distributions at the version indicated in each wave folder, downloaded under the scientific-research access purpose.</w:t>
      </w:r>
    </w:p>
    <w:p w14:paraId="799342B3" w14:textId="77777777" w:rsidR="004D342C" w:rsidRDefault="00000000">
      <w:r>
        <w:t>The ERD adds nothing to the archive files except naming, recoding and a small number of derived scores. Question wording, sampling, fieldwork and the original response distributions are GESIS’s and the Commission’s, not the ERD’s. Where this codebook and a GESIS codebook disagree about what a question asked, the GESIS codebook is right.</w:t>
      </w:r>
    </w:p>
    <w:p w14:paraId="5A000236" w14:textId="77777777" w:rsidR="004D342C" w:rsidRDefault="00000000">
      <w:r>
        <w:t>The ZA-to-ERD crosswalk for all 113 waves is recorded in the tracking database at data\wave_metadata.csv — which also holds each wave’s GESIS study title, archive version and fieldwork period — and is reproduced in full as Table 2.1. For the twenty-five pre-1987 waves the same crosswalk is held independently in Datafiles\_MANIFEST pre-1987 EBs (ZA to EB codes).csv, and the two agree. Ninety-one of the 113 study numbers were read from the archive file the wave was actually built from; the remaining twenty-two, whose raw files carry no study identifier, were taken from the GESIS catalogue entry for that round.</w:t>
      </w:r>
    </w:p>
    <w:p w14:paraId="5A000237" w14:textId="77777777" w:rsidR="004D342C" w:rsidRDefault="00000000">
      <w:r>
        <w:t>Two cautions about the table. The study numbers run strictly in wave order from ZA0986 to ZA9144, every one larger than the row above it, so a reversal or a repeat would be a visible error; but they are not consecutive, and the gaps are other Eurobarometer studies rather than waves missing from the ERD. And the obvious guess is wrong for Eurobarometer 28: it is ZA1713, the Standard autumn-1987 round, not ZA2041, which is the separate Eurobarometer 28.1.</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1728"/>
        <w:gridCol w:w="1440"/>
        <w:gridCol w:w="1152"/>
        <w:gridCol w:w="1440"/>
      </w:tblGrid>
      <w:tr w:rsidR="004D342C" w14:paraId="3B668C3B" w14:textId="77777777">
        <w:trPr>
          <w:cantSplit/>
          <w:tblHeader/>
          <w:jc w:val="center"/>
        </w:trPr>
        <w:tc>
          <w:tcPr>
            <w:tcW w:w="1728" w:type="dxa"/>
            <w:tcBorders>
              <w:bottom w:val="single" w:sz="6" w:space="0" w:color="1F4E79"/>
            </w:tcBorders>
            <w:shd w:val="clear" w:color="auto" w:fill="E7EDF3"/>
          </w:tcPr>
          <w:p w14:paraId="4944241E" w14:textId="77777777" w:rsidR="004D342C" w:rsidRDefault="00000000">
            <w:pPr>
              <w:spacing w:before="40" w:after="40"/>
              <w:ind w:firstLine="0"/>
            </w:pPr>
            <w:r>
              <w:rPr>
                <w:b/>
                <w:color w:val="1F4E79"/>
                <w:sz w:val="18"/>
              </w:rPr>
              <w:t>GESIS study</w:t>
            </w:r>
          </w:p>
        </w:tc>
        <w:tc>
          <w:tcPr>
            <w:tcW w:w="1440" w:type="dxa"/>
            <w:tcBorders>
              <w:bottom w:val="single" w:sz="6" w:space="0" w:color="1F4E79"/>
            </w:tcBorders>
            <w:shd w:val="clear" w:color="auto" w:fill="E7EDF3"/>
          </w:tcPr>
          <w:p w14:paraId="562A75F4" w14:textId="77777777" w:rsidR="004D342C" w:rsidRDefault="00000000">
            <w:pPr>
              <w:spacing w:before="40" w:after="40"/>
              <w:ind w:firstLine="0"/>
            </w:pPr>
            <w:r>
              <w:rPr>
                <w:b/>
                <w:color w:val="1F4E79"/>
                <w:sz w:val="18"/>
              </w:rPr>
              <w:t>Wave</w:t>
            </w:r>
          </w:p>
        </w:tc>
        <w:tc>
          <w:tcPr>
            <w:tcW w:w="1152" w:type="dxa"/>
            <w:tcBorders>
              <w:bottom w:val="single" w:sz="6" w:space="0" w:color="1F4E79"/>
            </w:tcBorders>
            <w:shd w:val="clear" w:color="auto" w:fill="E7EDF3"/>
          </w:tcPr>
          <w:p w14:paraId="35FBF06D" w14:textId="77777777" w:rsidR="004D342C" w:rsidRDefault="00000000">
            <w:pPr>
              <w:spacing w:before="40" w:after="40"/>
              <w:ind w:firstLine="0"/>
            </w:pPr>
            <w:r>
              <w:rPr>
                <w:b/>
                <w:color w:val="1F4E79"/>
                <w:sz w:val="18"/>
              </w:rPr>
              <w:t>Year</w:t>
            </w:r>
          </w:p>
        </w:tc>
        <w:tc>
          <w:tcPr>
            <w:tcW w:w="1440" w:type="dxa"/>
            <w:tcBorders>
              <w:bottom w:val="single" w:sz="6" w:space="0" w:color="1F4E79"/>
            </w:tcBorders>
            <w:shd w:val="clear" w:color="auto" w:fill="E7EDF3"/>
          </w:tcPr>
          <w:p w14:paraId="1D4356D3" w14:textId="77777777" w:rsidR="004D342C" w:rsidRDefault="00000000">
            <w:pPr>
              <w:spacing w:before="40" w:after="40"/>
              <w:ind w:firstLine="0"/>
            </w:pPr>
            <w:r>
              <w:rPr>
                <w:b/>
                <w:color w:val="1F4E79"/>
                <w:sz w:val="18"/>
              </w:rPr>
              <w:t>ERD code</w:t>
            </w:r>
          </w:p>
        </w:tc>
      </w:tr>
      <w:tr w:rsidR="004D342C" w14:paraId="5A000005" w14:textId="77777777">
        <w:trPr>
          <w:cantSplit/>
          <w:jc w:val="center"/>
        </w:trPr>
        <w:tc>
          <w:tcPr>
            <w:tcW w:w="1728" w:type="dxa"/>
          </w:tcPr>
          <w:p w14:paraId="5A000001" w14:textId="77777777" w:rsidR="004D342C" w:rsidRDefault="00000000">
            <w:pPr>
              <w:spacing w:before="40" w:after="40"/>
              <w:ind w:firstLine="0"/>
            </w:pPr>
            <w:r>
              <w:rPr>
                <w:sz w:val="18"/>
              </w:rPr>
              <w:t>ZA0986</w:t>
            </w:r>
          </w:p>
        </w:tc>
        <w:tc>
          <w:tcPr>
            <w:tcW w:w="1440" w:type="dxa"/>
          </w:tcPr>
          <w:p w14:paraId="5A000002" w14:textId="77777777" w:rsidR="004D342C" w:rsidRDefault="00000000">
            <w:pPr>
              <w:spacing w:before="40" w:after="40"/>
              <w:ind w:firstLine="0"/>
            </w:pPr>
            <w:r>
              <w:rPr>
                <w:sz w:val="18"/>
              </w:rPr>
              <w:t>EB2</w:t>
            </w:r>
          </w:p>
        </w:tc>
        <w:tc>
          <w:tcPr>
            <w:tcW w:w="1152" w:type="dxa"/>
          </w:tcPr>
          <w:p w14:paraId="5A000003" w14:textId="77777777" w:rsidR="004D342C" w:rsidRDefault="00000000">
            <w:pPr>
              <w:spacing w:before="40" w:after="40"/>
              <w:ind w:firstLine="0"/>
            </w:pPr>
            <w:r>
              <w:rPr>
                <w:sz w:val="18"/>
              </w:rPr>
              <w:t>1974</w:t>
            </w:r>
          </w:p>
        </w:tc>
        <w:tc>
          <w:tcPr>
            <w:tcW w:w="1440" w:type="dxa"/>
          </w:tcPr>
          <w:p w14:paraId="5A000004" w14:textId="77777777" w:rsidR="004D342C" w:rsidRDefault="00000000">
            <w:pPr>
              <w:spacing w:before="40" w:after="40"/>
              <w:ind w:firstLine="0"/>
            </w:pPr>
            <w:r>
              <w:rPr>
                <w:sz w:val="18"/>
              </w:rPr>
              <w:t>020</w:t>
            </w:r>
          </w:p>
        </w:tc>
      </w:tr>
      <w:tr w:rsidR="004D342C" w14:paraId="5A00000A" w14:textId="77777777">
        <w:trPr>
          <w:cantSplit/>
          <w:jc w:val="center"/>
        </w:trPr>
        <w:tc>
          <w:tcPr>
            <w:tcW w:w="1728" w:type="dxa"/>
          </w:tcPr>
          <w:p w14:paraId="5A000006" w14:textId="77777777" w:rsidR="004D342C" w:rsidRDefault="00000000">
            <w:pPr>
              <w:spacing w:before="40" w:after="40"/>
              <w:ind w:firstLine="0"/>
            </w:pPr>
            <w:r>
              <w:rPr>
                <w:sz w:val="18"/>
              </w:rPr>
              <w:t>ZA0987</w:t>
            </w:r>
          </w:p>
        </w:tc>
        <w:tc>
          <w:tcPr>
            <w:tcW w:w="1440" w:type="dxa"/>
          </w:tcPr>
          <w:p w14:paraId="5A000007" w14:textId="77777777" w:rsidR="004D342C" w:rsidRDefault="00000000">
            <w:pPr>
              <w:spacing w:before="40" w:after="40"/>
              <w:ind w:firstLine="0"/>
            </w:pPr>
            <w:r>
              <w:rPr>
                <w:sz w:val="18"/>
              </w:rPr>
              <w:t>EB3</w:t>
            </w:r>
          </w:p>
        </w:tc>
        <w:tc>
          <w:tcPr>
            <w:tcW w:w="1152" w:type="dxa"/>
          </w:tcPr>
          <w:p w14:paraId="5A000008" w14:textId="77777777" w:rsidR="004D342C" w:rsidRDefault="00000000">
            <w:pPr>
              <w:spacing w:before="40" w:after="40"/>
              <w:ind w:firstLine="0"/>
            </w:pPr>
            <w:r>
              <w:rPr>
                <w:sz w:val="18"/>
              </w:rPr>
              <w:t>1975</w:t>
            </w:r>
          </w:p>
        </w:tc>
        <w:tc>
          <w:tcPr>
            <w:tcW w:w="1440" w:type="dxa"/>
          </w:tcPr>
          <w:p w14:paraId="5A000009" w14:textId="77777777" w:rsidR="004D342C" w:rsidRDefault="00000000">
            <w:pPr>
              <w:spacing w:before="40" w:after="40"/>
              <w:ind w:firstLine="0"/>
            </w:pPr>
            <w:r>
              <w:rPr>
                <w:sz w:val="18"/>
              </w:rPr>
              <w:t>030</w:t>
            </w:r>
          </w:p>
        </w:tc>
      </w:tr>
      <w:tr w:rsidR="004D342C" w14:paraId="5A00000F" w14:textId="77777777">
        <w:trPr>
          <w:cantSplit/>
          <w:jc w:val="center"/>
        </w:trPr>
        <w:tc>
          <w:tcPr>
            <w:tcW w:w="1728" w:type="dxa"/>
          </w:tcPr>
          <w:p w14:paraId="5A00000B" w14:textId="77777777" w:rsidR="004D342C" w:rsidRDefault="00000000">
            <w:pPr>
              <w:spacing w:before="40" w:after="40"/>
              <w:ind w:firstLine="0"/>
            </w:pPr>
            <w:r>
              <w:rPr>
                <w:sz w:val="18"/>
              </w:rPr>
              <w:t>ZA0988</w:t>
            </w:r>
          </w:p>
        </w:tc>
        <w:tc>
          <w:tcPr>
            <w:tcW w:w="1440" w:type="dxa"/>
          </w:tcPr>
          <w:p w14:paraId="5A00000C" w14:textId="77777777" w:rsidR="004D342C" w:rsidRDefault="00000000">
            <w:pPr>
              <w:spacing w:before="40" w:after="40"/>
              <w:ind w:firstLine="0"/>
            </w:pPr>
            <w:r>
              <w:rPr>
                <w:sz w:val="18"/>
              </w:rPr>
              <w:t>EB4</w:t>
            </w:r>
          </w:p>
        </w:tc>
        <w:tc>
          <w:tcPr>
            <w:tcW w:w="1152" w:type="dxa"/>
          </w:tcPr>
          <w:p w14:paraId="5A00000D" w14:textId="77777777" w:rsidR="004D342C" w:rsidRDefault="00000000">
            <w:pPr>
              <w:spacing w:before="40" w:after="40"/>
              <w:ind w:firstLine="0"/>
            </w:pPr>
            <w:r>
              <w:rPr>
                <w:sz w:val="18"/>
              </w:rPr>
              <w:t>1975</w:t>
            </w:r>
          </w:p>
        </w:tc>
        <w:tc>
          <w:tcPr>
            <w:tcW w:w="1440" w:type="dxa"/>
          </w:tcPr>
          <w:p w14:paraId="5A00000E" w14:textId="77777777" w:rsidR="004D342C" w:rsidRDefault="00000000">
            <w:pPr>
              <w:spacing w:before="40" w:after="40"/>
              <w:ind w:firstLine="0"/>
            </w:pPr>
            <w:r>
              <w:rPr>
                <w:sz w:val="18"/>
              </w:rPr>
              <w:t>040</w:t>
            </w:r>
          </w:p>
        </w:tc>
      </w:tr>
      <w:tr w:rsidR="004D342C" w14:paraId="5A000014" w14:textId="77777777">
        <w:trPr>
          <w:cantSplit/>
          <w:jc w:val="center"/>
        </w:trPr>
        <w:tc>
          <w:tcPr>
            <w:tcW w:w="1728" w:type="dxa"/>
          </w:tcPr>
          <w:p w14:paraId="5A000010" w14:textId="77777777" w:rsidR="004D342C" w:rsidRDefault="00000000">
            <w:pPr>
              <w:spacing w:before="40" w:after="40"/>
              <w:ind w:firstLine="0"/>
            </w:pPr>
            <w:r>
              <w:rPr>
                <w:sz w:val="18"/>
              </w:rPr>
              <w:t>ZA0989</w:t>
            </w:r>
          </w:p>
        </w:tc>
        <w:tc>
          <w:tcPr>
            <w:tcW w:w="1440" w:type="dxa"/>
          </w:tcPr>
          <w:p w14:paraId="5A000011" w14:textId="77777777" w:rsidR="004D342C" w:rsidRDefault="00000000">
            <w:pPr>
              <w:spacing w:before="40" w:after="40"/>
              <w:ind w:firstLine="0"/>
            </w:pPr>
            <w:r>
              <w:rPr>
                <w:sz w:val="18"/>
              </w:rPr>
              <w:t>EB5</w:t>
            </w:r>
          </w:p>
        </w:tc>
        <w:tc>
          <w:tcPr>
            <w:tcW w:w="1152" w:type="dxa"/>
          </w:tcPr>
          <w:p w14:paraId="5A000012" w14:textId="77777777" w:rsidR="004D342C" w:rsidRDefault="00000000">
            <w:pPr>
              <w:spacing w:before="40" w:after="40"/>
              <w:ind w:firstLine="0"/>
            </w:pPr>
            <w:r>
              <w:rPr>
                <w:sz w:val="18"/>
              </w:rPr>
              <w:t>1976</w:t>
            </w:r>
          </w:p>
        </w:tc>
        <w:tc>
          <w:tcPr>
            <w:tcW w:w="1440" w:type="dxa"/>
          </w:tcPr>
          <w:p w14:paraId="5A000013" w14:textId="77777777" w:rsidR="004D342C" w:rsidRDefault="00000000">
            <w:pPr>
              <w:spacing w:before="40" w:after="40"/>
              <w:ind w:firstLine="0"/>
            </w:pPr>
            <w:r>
              <w:rPr>
                <w:sz w:val="18"/>
              </w:rPr>
              <w:t>050</w:t>
            </w:r>
          </w:p>
        </w:tc>
      </w:tr>
      <w:tr w:rsidR="004D342C" w14:paraId="5A000019" w14:textId="77777777">
        <w:trPr>
          <w:cantSplit/>
          <w:jc w:val="center"/>
        </w:trPr>
        <w:tc>
          <w:tcPr>
            <w:tcW w:w="1728" w:type="dxa"/>
          </w:tcPr>
          <w:p w14:paraId="5A000015" w14:textId="77777777" w:rsidR="004D342C" w:rsidRDefault="00000000">
            <w:pPr>
              <w:spacing w:before="40" w:after="40"/>
              <w:ind w:firstLine="0"/>
            </w:pPr>
            <w:r>
              <w:rPr>
                <w:sz w:val="18"/>
              </w:rPr>
              <w:t>ZA0990</w:t>
            </w:r>
          </w:p>
        </w:tc>
        <w:tc>
          <w:tcPr>
            <w:tcW w:w="1440" w:type="dxa"/>
          </w:tcPr>
          <w:p w14:paraId="5A000016" w14:textId="77777777" w:rsidR="004D342C" w:rsidRDefault="00000000">
            <w:pPr>
              <w:spacing w:before="40" w:after="40"/>
              <w:ind w:firstLine="0"/>
            </w:pPr>
            <w:r>
              <w:rPr>
                <w:sz w:val="18"/>
              </w:rPr>
              <w:t>EB6</w:t>
            </w:r>
          </w:p>
        </w:tc>
        <w:tc>
          <w:tcPr>
            <w:tcW w:w="1152" w:type="dxa"/>
          </w:tcPr>
          <w:p w14:paraId="5A000017" w14:textId="77777777" w:rsidR="004D342C" w:rsidRDefault="00000000">
            <w:pPr>
              <w:spacing w:before="40" w:after="40"/>
              <w:ind w:firstLine="0"/>
            </w:pPr>
            <w:r>
              <w:rPr>
                <w:sz w:val="18"/>
              </w:rPr>
              <w:t>1976</w:t>
            </w:r>
          </w:p>
        </w:tc>
        <w:tc>
          <w:tcPr>
            <w:tcW w:w="1440" w:type="dxa"/>
          </w:tcPr>
          <w:p w14:paraId="5A000018" w14:textId="77777777" w:rsidR="004D342C" w:rsidRDefault="00000000">
            <w:pPr>
              <w:spacing w:before="40" w:after="40"/>
              <w:ind w:firstLine="0"/>
            </w:pPr>
            <w:r>
              <w:rPr>
                <w:sz w:val="18"/>
              </w:rPr>
              <w:t>060</w:t>
            </w:r>
          </w:p>
        </w:tc>
      </w:tr>
      <w:tr w:rsidR="004D342C" w14:paraId="5A00001E" w14:textId="77777777">
        <w:trPr>
          <w:cantSplit/>
          <w:jc w:val="center"/>
        </w:trPr>
        <w:tc>
          <w:tcPr>
            <w:tcW w:w="1728" w:type="dxa"/>
          </w:tcPr>
          <w:p w14:paraId="5A00001A" w14:textId="77777777" w:rsidR="004D342C" w:rsidRDefault="00000000">
            <w:pPr>
              <w:spacing w:before="40" w:after="40"/>
              <w:ind w:firstLine="0"/>
            </w:pPr>
            <w:r>
              <w:rPr>
                <w:sz w:val="18"/>
              </w:rPr>
              <w:t>ZA0991</w:t>
            </w:r>
          </w:p>
        </w:tc>
        <w:tc>
          <w:tcPr>
            <w:tcW w:w="1440" w:type="dxa"/>
          </w:tcPr>
          <w:p w14:paraId="5A00001B" w14:textId="77777777" w:rsidR="004D342C" w:rsidRDefault="00000000">
            <w:pPr>
              <w:spacing w:before="40" w:after="40"/>
              <w:ind w:firstLine="0"/>
            </w:pPr>
            <w:r>
              <w:rPr>
                <w:sz w:val="18"/>
              </w:rPr>
              <w:t>EB7</w:t>
            </w:r>
          </w:p>
        </w:tc>
        <w:tc>
          <w:tcPr>
            <w:tcW w:w="1152" w:type="dxa"/>
          </w:tcPr>
          <w:p w14:paraId="5A00001C" w14:textId="77777777" w:rsidR="004D342C" w:rsidRDefault="00000000">
            <w:pPr>
              <w:spacing w:before="40" w:after="40"/>
              <w:ind w:firstLine="0"/>
            </w:pPr>
            <w:r>
              <w:rPr>
                <w:sz w:val="18"/>
              </w:rPr>
              <w:t>1977</w:t>
            </w:r>
          </w:p>
        </w:tc>
        <w:tc>
          <w:tcPr>
            <w:tcW w:w="1440" w:type="dxa"/>
          </w:tcPr>
          <w:p w14:paraId="5A00001D" w14:textId="77777777" w:rsidR="004D342C" w:rsidRDefault="00000000">
            <w:pPr>
              <w:spacing w:before="40" w:after="40"/>
              <w:ind w:firstLine="0"/>
            </w:pPr>
            <w:r>
              <w:rPr>
                <w:sz w:val="18"/>
              </w:rPr>
              <w:t>070</w:t>
            </w:r>
          </w:p>
        </w:tc>
      </w:tr>
      <w:tr w:rsidR="004D342C" w14:paraId="5A000023" w14:textId="77777777">
        <w:trPr>
          <w:cantSplit/>
          <w:jc w:val="center"/>
        </w:trPr>
        <w:tc>
          <w:tcPr>
            <w:tcW w:w="1728" w:type="dxa"/>
          </w:tcPr>
          <w:p w14:paraId="5A00001F" w14:textId="77777777" w:rsidR="004D342C" w:rsidRDefault="00000000">
            <w:pPr>
              <w:spacing w:before="40" w:after="40"/>
              <w:ind w:firstLine="0"/>
            </w:pPr>
            <w:r>
              <w:rPr>
                <w:sz w:val="18"/>
              </w:rPr>
              <w:t>ZA0992</w:t>
            </w:r>
          </w:p>
        </w:tc>
        <w:tc>
          <w:tcPr>
            <w:tcW w:w="1440" w:type="dxa"/>
          </w:tcPr>
          <w:p w14:paraId="5A000020" w14:textId="77777777" w:rsidR="004D342C" w:rsidRDefault="00000000">
            <w:pPr>
              <w:spacing w:before="40" w:after="40"/>
              <w:ind w:firstLine="0"/>
            </w:pPr>
            <w:r>
              <w:rPr>
                <w:sz w:val="18"/>
              </w:rPr>
              <w:t>EB8</w:t>
            </w:r>
          </w:p>
        </w:tc>
        <w:tc>
          <w:tcPr>
            <w:tcW w:w="1152" w:type="dxa"/>
          </w:tcPr>
          <w:p w14:paraId="5A000021" w14:textId="77777777" w:rsidR="004D342C" w:rsidRDefault="00000000">
            <w:pPr>
              <w:spacing w:before="40" w:after="40"/>
              <w:ind w:firstLine="0"/>
            </w:pPr>
            <w:r>
              <w:rPr>
                <w:sz w:val="18"/>
              </w:rPr>
              <w:t>1977</w:t>
            </w:r>
          </w:p>
        </w:tc>
        <w:tc>
          <w:tcPr>
            <w:tcW w:w="1440" w:type="dxa"/>
          </w:tcPr>
          <w:p w14:paraId="5A000022" w14:textId="77777777" w:rsidR="004D342C" w:rsidRDefault="00000000">
            <w:pPr>
              <w:spacing w:before="40" w:after="40"/>
              <w:ind w:firstLine="0"/>
            </w:pPr>
            <w:r>
              <w:rPr>
                <w:sz w:val="18"/>
              </w:rPr>
              <w:t>080</w:t>
            </w:r>
          </w:p>
        </w:tc>
      </w:tr>
      <w:tr w:rsidR="004D342C" w14:paraId="5A000028" w14:textId="77777777">
        <w:trPr>
          <w:cantSplit/>
          <w:jc w:val="center"/>
        </w:trPr>
        <w:tc>
          <w:tcPr>
            <w:tcW w:w="1728" w:type="dxa"/>
          </w:tcPr>
          <w:p w14:paraId="5A000024" w14:textId="77777777" w:rsidR="004D342C" w:rsidRDefault="00000000">
            <w:pPr>
              <w:spacing w:before="40" w:after="40"/>
              <w:ind w:firstLine="0"/>
            </w:pPr>
            <w:r>
              <w:rPr>
                <w:sz w:val="18"/>
              </w:rPr>
              <w:t>ZA0993</w:t>
            </w:r>
          </w:p>
        </w:tc>
        <w:tc>
          <w:tcPr>
            <w:tcW w:w="1440" w:type="dxa"/>
          </w:tcPr>
          <w:p w14:paraId="5A000025" w14:textId="77777777" w:rsidR="004D342C" w:rsidRDefault="00000000">
            <w:pPr>
              <w:spacing w:before="40" w:after="40"/>
              <w:ind w:firstLine="0"/>
            </w:pPr>
            <w:r>
              <w:rPr>
                <w:sz w:val="18"/>
              </w:rPr>
              <w:t>EB9</w:t>
            </w:r>
          </w:p>
        </w:tc>
        <w:tc>
          <w:tcPr>
            <w:tcW w:w="1152" w:type="dxa"/>
          </w:tcPr>
          <w:p w14:paraId="5A000026" w14:textId="77777777" w:rsidR="004D342C" w:rsidRDefault="00000000">
            <w:pPr>
              <w:spacing w:before="40" w:after="40"/>
              <w:ind w:firstLine="0"/>
            </w:pPr>
            <w:r>
              <w:rPr>
                <w:sz w:val="18"/>
              </w:rPr>
              <w:t>1978</w:t>
            </w:r>
          </w:p>
        </w:tc>
        <w:tc>
          <w:tcPr>
            <w:tcW w:w="1440" w:type="dxa"/>
          </w:tcPr>
          <w:p w14:paraId="5A000027" w14:textId="77777777" w:rsidR="004D342C" w:rsidRDefault="00000000">
            <w:pPr>
              <w:spacing w:before="40" w:after="40"/>
              <w:ind w:firstLine="0"/>
            </w:pPr>
            <w:r>
              <w:rPr>
                <w:sz w:val="18"/>
              </w:rPr>
              <w:t>090</w:t>
            </w:r>
          </w:p>
        </w:tc>
      </w:tr>
      <w:tr w:rsidR="004D342C" w14:paraId="5A00002D" w14:textId="77777777">
        <w:trPr>
          <w:cantSplit/>
          <w:jc w:val="center"/>
        </w:trPr>
        <w:tc>
          <w:tcPr>
            <w:tcW w:w="1728" w:type="dxa"/>
          </w:tcPr>
          <w:p w14:paraId="5A000029" w14:textId="77777777" w:rsidR="004D342C" w:rsidRDefault="00000000">
            <w:pPr>
              <w:spacing w:before="40" w:after="40"/>
              <w:ind w:firstLine="0"/>
            </w:pPr>
            <w:r>
              <w:rPr>
                <w:sz w:val="18"/>
              </w:rPr>
              <w:t>ZA0994</w:t>
            </w:r>
          </w:p>
        </w:tc>
        <w:tc>
          <w:tcPr>
            <w:tcW w:w="1440" w:type="dxa"/>
          </w:tcPr>
          <w:p w14:paraId="5A00002A" w14:textId="77777777" w:rsidR="004D342C" w:rsidRDefault="00000000">
            <w:pPr>
              <w:spacing w:before="40" w:after="40"/>
              <w:ind w:firstLine="0"/>
            </w:pPr>
            <w:r>
              <w:rPr>
                <w:sz w:val="18"/>
              </w:rPr>
              <w:t>EB10</w:t>
            </w:r>
          </w:p>
        </w:tc>
        <w:tc>
          <w:tcPr>
            <w:tcW w:w="1152" w:type="dxa"/>
          </w:tcPr>
          <w:p w14:paraId="5A00002B" w14:textId="77777777" w:rsidR="004D342C" w:rsidRDefault="00000000">
            <w:pPr>
              <w:spacing w:before="40" w:after="40"/>
              <w:ind w:firstLine="0"/>
            </w:pPr>
            <w:r>
              <w:rPr>
                <w:sz w:val="18"/>
              </w:rPr>
              <w:t>1978</w:t>
            </w:r>
          </w:p>
        </w:tc>
        <w:tc>
          <w:tcPr>
            <w:tcW w:w="1440" w:type="dxa"/>
          </w:tcPr>
          <w:p w14:paraId="5A00002C" w14:textId="77777777" w:rsidR="004D342C" w:rsidRDefault="00000000">
            <w:pPr>
              <w:spacing w:before="40" w:after="40"/>
              <w:ind w:firstLine="0"/>
            </w:pPr>
            <w:r>
              <w:rPr>
                <w:sz w:val="18"/>
              </w:rPr>
              <w:t>100</w:t>
            </w:r>
          </w:p>
        </w:tc>
      </w:tr>
      <w:tr w:rsidR="004D342C" w14:paraId="5A000032" w14:textId="77777777">
        <w:trPr>
          <w:cantSplit/>
          <w:jc w:val="center"/>
        </w:trPr>
        <w:tc>
          <w:tcPr>
            <w:tcW w:w="1728" w:type="dxa"/>
          </w:tcPr>
          <w:p w14:paraId="5A00002E" w14:textId="77777777" w:rsidR="004D342C" w:rsidRDefault="00000000">
            <w:pPr>
              <w:spacing w:before="40" w:after="40"/>
              <w:ind w:firstLine="0"/>
            </w:pPr>
            <w:r>
              <w:rPr>
                <w:sz w:val="18"/>
              </w:rPr>
              <w:t>ZA1036</w:t>
            </w:r>
          </w:p>
        </w:tc>
        <w:tc>
          <w:tcPr>
            <w:tcW w:w="1440" w:type="dxa"/>
          </w:tcPr>
          <w:p w14:paraId="5A00002F" w14:textId="77777777" w:rsidR="004D342C" w:rsidRDefault="00000000">
            <w:pPr>
              <w:spacing w:before="40" w:after="40"/>
              <w:ind w:firstLine="0"/>
            </w:pPr>
            <w:r>
              <w:rPr>
                <w:sz w:val="18"/>
              </w:rPr>
              <w:t>EB11</w:t>
            </w:r>
          </w:p>
        </w:tc>
        <w:tc>
          <w:tcPr>
            <w:tcW w:w="1152" w:type="dxa"/>
          </w:tcPr>
          <w:p w14:paraId="5A000030" w14:textId="77777777" w:rsidR="004D342C" w:rsidRDefault="00000000">
            <w:pPr>
              <w:spacing w:before="40" w:after="40"/>
              <w:ind w:firstLine="0"/>
            </w:pPr>
            <w:r>
              <w:rPr>
                <w:sz w:val="18"/>
              </w:rPr>
              <w:t>1979</w:t>
            </w:r>
          </w:p>
        </w:tc>
        <w:tc>
          <w:tcPr>
            <w:tcW w:w="1440" w:type="dxa"/>
          </w:tcPr>
          <w:p w14:paraId="5A000031" w14:textId="77777777" w:rsidR="004D342C" w:rsidRDefault="00000000">
            <w:pPr>
              <w:spacing w:before="40" w:after="40"/>
              <w:ind w:firstLine="0"/>
            </w:pPr>
            <w:r>
              <w:rPr>
                <w:sz w:val="18"/>
              </w:rPr>
              <w:t>110</w:t>
            </w:r>
          </w:p>
        </w:tc>
      </w:tr>
      <w:tr w:rsidR="004D342C" w14:paraId="5A000037" w14:textId="77777777">
        <w:trPr>
          <w:cantSplit/>
          <w:jc w:val="center"/>
        </w:trPr>
        <w:tc>
          <w:tcPr>
            <w:tcW w:w="1728" w:type="dxa"/>
          </w:tcPr>
          <w:p w14:paraId="5A000033" w14:textId="77777777" w:rsidR="004D342C" w:rsidRDefault="00000000">
            <w:pPr>
              <w:spacing w:before="40" w:after="40"/>
              <w:ind w:firstLine="0"/>
            </w:pPr>
            <w:r>
              <w:rPr>
                <w:sz w:val="18"/>
              </w:rPr>
              <w:t>ZA1037</w:t>
            </w:r>
          </w:p>
        </w:tc>
        <w:tc>
          <w:tcPr>
            <w:tcW w:w="1440" w:type="dxa"/>
          </w:tcPr>
          <w:p w14:paraId="5A000034" w14:textId="77777777" w:rsidR="004D342C" w:rsidRDefault="00000000">
            <w:pPr>
              <w:spacing w:before="40" w:after="40"/>
              <w:ind w:firstLine="0"/>
            </w:pPr>
            <w:r>
              <w:rPr>
                <w:sz w:val="18"/>
              </w:rPr>
              <w:t>EB12</w:t>
            </w:r>
          </w:p>
        </w:tc>
        <w:tc>
          <w:tcPr>
            <w:tcW w:w="1152" w:type="dxa"/>
          </w:tcPr>
          <w:p w14:paraId="5A000035" w14:textId="77777777" w:rsidR="004D342C" w:rsidRDefault="00000000">
            <w:pPr>
              <w:spacing w:before="40" w:after="40"/>
              <w:ind w:firstLine="0"/>
            </w:pPr>
            <w:r>
              <w:rPr>
                <w:sz w:val="18"/>
              </w:rPr>
              <w:t>1979</w:t>
            </w:r>
          </w:p>
        </w:tc>
        <w:tc>
          <w:tcPr>
            <w:tcW w:w="1440" w:type="dxa"/>
          </w:tcPr>
          <w:p w14:paraId="5A000036" w14:textId="77777777" w:rsidR="004D342C" w:rsidRDefault="00000000">
            <w:pPr>
              <w:spacing w:before="40" w:after="40"/>
              <w:ind w:firstLine="0"/>
            </w:pPr>
            <w:r>
              <w:rPr>
                <w:sz w:val="18"/>
              </w:rPr>
              <w:t>120</w:t>
            </w:r>
          </w:p>
        </w:tc>
      </w:tr>
      <w:tr w:rsidR="004D342C" w14:paraId="5A00003C" w14:textId="77777777">
        <w:trPr>
          <w:cantSplit/>
          <w:jc w:val="center"/>
        </w:trPr>
        <w:tc>
          <w:tcPr>
            <w:tcW w:w="1728" w:type="dxa"/>
          </w:tcPr>
          <w:p w14:paraId="5A000038" w14:textId="77777777" w:rsidR="004D342C" w:rsidRDefault="00000000">
            <w:pPr>
              <w:spacing w:before="40" w:after="40"/>
              <w:ind w:firstLine="0"/>
            </w:pPr>
            <w:r>
              <w:rPr>
                <w:sz w:val="18"/>
              </w:rPr>
              <w:t>ZA1038</w:t>
            </w:r>
          </w:p>
        </w:tc>
        <w:tc>
          <w:tcPr>
            <w:tcW w:w="1440" w:type="dxa"/>
          </w:tcPr>
          <w:p w14:paraId="5A000039" w14:textId="77777777" w:rsidR="004D342C" w:rsidRDefault="00000000">
            <w:pPr>
              <w:spacing w:before="40" w:after="40"/>
              <w:ind w:firstLine="0"/>
            </w:pPr>
            <w:r>
              <w:rPr>
                <w:sz w:val="18"/>
              </w:rPr>
              <w:t>EB13</w:t>
            </w:r>
          </w:p>
        </w:tc>
        <w:tc>
          <w:tcPr>
            <w:tcW w:w="1152" w:type="dxa"/>
          </w:tcPr>
          <w:p w14:paraId="5A00003A" w14:textId="77777777" w:rsidR="004D342C" w:rsidRDefault="00000000">
            <w:pPr>
              <w:spacing w:before="40" w:after="40"/>
              <w:ind w:firstLine="0"/>
            </w:pPr>
            <w:r>
              <w:rPr>
                <w:sz w:val="18"/>
              </w:rPr>
              <w:t>1980</w:t>
            </w:r>
          </w:p>
        </w:tc>
        <w:tc>
          <w:tcPr>
            <w:tcW w:w="1440" w:type="dxa"/>
          </w:tcPr>
          <w:p w14:paraId="5A00003B" w14:textId="77777777" w:rsidR="004D342C" w:rsidRDefault="00000000">
            <w:pPr>
              <w:spacing w:before="40" w:after="40"/>
              <w:ind w:firstLine="0"/>
            </w:pPr>
            <w:r>
              <w:rPr>
                <w:sz w:val="18"/>
              </w:rPr>
              <w:t>130</w:t>
            </w:r>
          </w:p>
        </w:tc>
      </w:tr>
      <w:tr w:rsidR="004D342C" w14:paraId="5A000041" w14:textId="77777777">
        <w:trPr>
          <w:cantSplit/>
          <w:jc w:val="center"/>
        </w:trPr>
        <w:tc>
          <w:tcPr>
            <w:tcW w:w="1728" w:type="dxa"/>
          </w:tcPr>
          <w:p w14:paraId="5A00003D" w14:textId="77777777" w:rsidR="004D342C" w:rsidRDefault="00000000">
            <w:pPr>
              <w:spacing w:before="40" w:after="40"/>
              <w:ind w:firstLine="0"/>
            </w:pPr>
            <w:r>
              <w:rPr>
                <w:sz w:val="18"/>
              </w:rPr>
              <w:t>ZA1039</w:t>
            </w:r>
          </w:p>
        </w:tc>
        <w:tc>
          <w:tcPr>
            <w:tcW w:w="1440" w:type="dxa"/>
          </w:tcPr>
          <w:p w14:paraId="5A00003E" w14:textId="77777777" w:rsidR="004D342C" w:rsidRDefault="00000000">
            <w:pPr>
              <w:spacing w:before="40" w:after="40"/>
              <w:ind w:firstLine="0"/>
            </w:pPr>
            <w:r>
              <w:rPr>
                <w:sz w:val="18"/>
              </w:rPr>
              <w:t>EB14</w:t>
            </w:r>
          </w:p>
        </w:tc>
        <w:tc>
          <w:tcPr>
            <w:tcW w:w="1152" w:type="dxa"/>
          </w:tcPr>
          <w:p w14:paraId="5A00003F" w14:textId="77777777" w:rsidR="004D342C" w:rsidRDefault="00000000">
            <w:pPr>
              <w:spacing w:before="40" w:after="40"/>
              <w:ind w:firstLine="0"/>
            </w:pPr>
            <w:r>
              <w:rPr>
                <w:sz w:val="18"/>
              </w:rPr>
              <w:t>1980</w:t>
            </w:r>
          </w:p>
        </w:tc>
        <w:tc>
          <w:tcPr>
            <w:tcW w:w="1440" w:type="dxa"/>
          </w:tcPr>
          <w:p w14:paraId="5A000040" w14:textId="77777777" w:rsidR="004D342C" w:rsidRDefault="00000000">
            <w:pPr>
              <w:spacing w:before="40" w:after="40"/>
              <w:ind w:firstLine="0"/>
            </w:pPr>
            <w:r>
              <w:rPr>
                <w:sz w:val="18"/>
              </w:rPr>
              <w:t>140</w:t>
            </w:r>
          </w:p>
        </w:tc>
      </w:tr>
      <w:tr w:rsidR="004D342C" w14:paraId="5A000046" w14:textId="77777777">
        <w:trPr>
          <w:cantSplit/>
          <w:jc w:val="center"/>
        </w:trPr>
        <w:tc>
          <w:tcPr>
            <w:tcW w:w="1728" w:type="dxa"/>
          </w:tcPr>
          <w:p w14:paraId="5A000042" w14:textId="77777777" w:rsidR="004D342C" w:rsidRDefault="00000000">
            <w:pPr>
              <w:spacing w:before="40" w:after="40"/>
              <w:ind w:firstLine="0"/>
            </w:pPr>
            <w:r>
              <w:rPr>
                <w:sz w:val="18"/>
              </w:rPr>
              <w:t>ZA1206</w:t>
            </w:r>
          </w:p>
        </w:tc>
        <w:tc>
          <w:tcPr>
            <w:tcW w:w="1440" w:type="dxa"/>
          </w:tcPr>
          <w:p w14:paraId="5A000043" w14:textId="77777777" w:rsidR="004D342C" w:rsidRDefault="00000000">
            <w:pPr>
              <w:spacing w:before="40" w:after="40"/>
              <w:ind w:firstLine="0"/>
            </w:pPr>
            <w:r>
              <w:rPr>
                <w:sz w:val="18"/>
              </w:rPr>
              <w:t>EB15</w:t>
            </w:r>
          </w:p>
        </w:tc>
        <w:tc>
          <w:tcPr>
            <w:tcW w:w="1152" w:type="dxa"/>
          </w:tcPr>
          <w:p w14:paraId="5A000044" w14:textId="77777777" w:rsidR="004D342C" w:rsidRDefault="00000000">
            <w:pPr>
              <w:spacing w:before="40" w:after="40"/>
              <w:ind w:firstLine="0"/>
            </w:pPr>
            <w:r>
              <w:rPr>
                <w:sz w:val="18"/>
              </w:rPr>
              <w:t>1981</w:t>
            </w:r>
          </w:p>
        </w:tc>
        <w:tc>
          <w:tcPr>
            <w:tcW w:w="1440" w:type="dxa"/>
          </w:tcPr>
          <w:p w14:paraId="5A000045" w14:textId="77777777" w:rsidR="004D342C" w:rsidRDefault="00000000">
            <w:pPr>
              <w:spacing w:before="40" w:after="40"/>
              <w:ind w:firstLine="0"/>
            </w:pPr>
            <w:r>
              <w:rPr>
                <w:sz w:val="18"/>
              </w:rPr>
              <w:t>150</w:t>
            </w:r>
          </w:p>
        </w:tc>
      </w:tr>
      <w:tr w:rsidR="004D342C" w14:paraId="5A00004B" w14:textId="77777777">
        <w:trPr>
          <w:cantSplit/>
          <w:jc w:val="center"/>
        </w:trPr>
        <w:tc>
          <w:tcPr>
            <w:tcW w:w="1728" w:type="dxa"/>
          </w:tcPr>
          <w:p w14:paraId="5A000047" w14:textId="77777777" w:rsidR="004D342C" w:rsidRDefault="00000000">
            <w:pPr>
              <w:spacing w:before="40" w:after="40"/>
              <w:ind w:firstLine="0"/>
            </w:pPr>
            <w:r>
              <w:rPr>
                <w:sz w:val="18"/>
              </w:rPr>
              <w:t>ZA1207</w:t>
            </w:r>
          </w:p>
        </w:tc>
        <w:tc>
          <w:tcPr>
            <w:tcW w:w="1440" w:type="dxa"/>
          </w:tcPr>
          <w:p w14:paraId="5A000048" w14:textId="77777777" w:rsidR="004D342C" w:rsidRDefault="00000000">
            <w:pPr>
              <w:spacing w:before="40" w:after="40"/>
              <w:ind w:firstLine="0"/>
            </w:pPr>
            <w:r>
              <w:rPr>
                <w:sz w:val="18"/>
              </w:rPr>
              <w:t>EB16</w:t>
            </w:r>
          </w:p>
        </w:tc>
        <w:tc>
          <w:tcPr>
            <w:tcW w:w="1152" w:type="dxa"/>
          </w:tcPr>
          <w:p w14:paraId="5A000049" w14:textId="77777777" w:rsidR="004D342C" w:rsidRDefault="00000000">
            <w:pPr>
              <w:spacing w:before="40" w:after="40"/>
              <w:ind w:firstLine="0"/>
            </w:pPr>
            <w:r>
              <w:rPr>
                <w:sz w:val="18"/>
              </w:rPr>
              <w:t>1981</w:t>
            </w:r>
          </w:p>
        </w:tc>
        <w:tc>
          <w:tcPr>
            <w:tcW w:w="1440" w:type="dxa"/>
          </w:tcPr>
          <w:p w14:paraId="5A00004A" w14:textId="77777777" w:rsidR="004D342C" w:rsidRDefault="00000000">
            <w:pPr>
              <w:spacing w:before="40" w:after="40"/>
              <w:ind w:firstLine="0"/>
            </w:pPr>
            <w:r>
              <w:rPr>
                <w:sz w:val="18"/>
              </w:rPr>
              <w:t>160</w:t>
            </w:r>
          </w:p>
        </w:tc>
      </w:tr>
      <w:tr w:rsidR="004D342C" w14:paraId="5A000050" w14:textId="77777777">
        <w:trPr>
          <w:cantSplit/>
          <w:jc w:val="center"/>
        </w:trPr>
        <w:tc>
          <w:tcPr>
            <w:tcW w:w="1728" w:type="dxa"/>
          </w:tcPr>
          <w:p w14:paraId="5A00004C" w14:textId="77777777" w:rsidR="004D342C" w:rsidRDefault="00000000">
            <w:pPr>
              <w:spacing w:before="40" w:after="40"/>
              <w:ind w:firstLine="0"/>
            </w:pPr>
            <w:r>
              <w:rPr>
                <w:sz w:val="18"/>
              </w:rPr>
              <w:t>ZA1208</w:t>
            </w:r>
          </w:p>
        </w:tc>
        <w:tc>
          <w:tcPr>
            <w:tcW w:w="1440" w:type="dxa"/>
          </w:tcPr>
          <w:p w14:paraId="5A00004D" w14:textId="77777777" w:rsidR="004D342C" w:rsidRDefault="00000000">
            <w:pPr>
              <w:spacing w:before="40" w:after="40"/>
              <w:ind w:firstLine="0"/>
            </w:pPr>
            <w:r>
              <w:rPr>
                <w:sz w:val="18"/>
              </w:rPr>
              <w:t>EB17</w:t>
            </w:r>
          </w:p>
        </w:tc>
        <w:tc>
          <w:tcPr>
            <w:tcW w:w="1152" w:type="dxa"/>
          </w:tcPr>
          <w:p w14:paraId="5A00004E" w14:textId="77777777" w:rsidR="004D342C" w:rsidRDefault="00000000">
            <w:pPr>
              <w:spacing w:before="40" w:after="40"/>
              <w:ind w:firstLine="0"/>
            </w:pPr>
            <w:r>
              <w:rPr>
                <w:sz w:val="18"/>
              </w:rPr>
              <w:t>1982</w:t>
            </w:r>
          </w:p>
        </w:tc>
        <w:tc>
          <w:tcPr>
            <w:tcW w:w="1440" w:type="dxa"/>
          </w:tcPr>
          <w:p w14:paraId="5A00004F" w14:textId="77777777" w:rsidR="004D342C" w:rsidRDefault="00000000">
            <w:pPr>
              <w:spacing w:before="40" w:after="40"/>
              <w:ind w:firstLine="0"/>
            </w:pPr>
            <w:r>
              <w:rPr>
                <w:sz w:val="18"/>
              </w:rPr>
              <w:t>170</w:t>
            </w:r>
          </w:p>
        </w:tc>
      </w:tr>
      <w:tr w:rsidR="004D342C" w14:paraId="5A000055" w14:textId="77777777">
        <w:trPr>
          <w:cantSplit/>
          <w:jc w:val="center"/>
        </w:trPr>
        <w:tc>
          <w:tcPr>
            <w:tcW w:w="1728" w:type="dxa"/>
          </w:tcPr>
          <w:p w14:paraId="5A000051" w14:textId="77777777" w:rsidR="004D342C" w:rsidRDefault="00000000">
            <w:pPr>
              <w:spacing w:before="40" w:after="40"/>
              <w:ind w:firstLine="0"/>
            </w:pPr>
            <w:r>
              <w:rPr>
                <w:sz w:val="18"/>
              </w:rPr>
              <w:t>ZA1209</w:t>
            </w:r>
          </w:p>
        </w:tc>
        <w:tc>
          <w:tcPr>
            <w:tcW w:w="1440" w:type="dxa"/>
          </w:tcPr>
          <w:p w14:paraId="5A000052" w14:textId="77777777" w:rsidR="004D342C" w:rsidRDefault="00000000">
            <w:pPr>
              <w:spacing w:before="40" w:after="40"/>
              <w:ind w:firstLine="0"/>
            </w:pPr>
            <w:r>
              <w:rPr>
                <w:sz w:val="18"/>
              </w:rPr>
              <w:t>EB18</w:t>
            </w:r>
          </w:p>
        </w:tc>
        <w:tc>
          <w:tcPr>
            <w:tcW w:w="1152" w:type="dxa"/>
          </w:tcPr>
          <w:p w14:paraId="5A000053" w14:textId="77777777" w:rsidR="004D342C" w:rsidRDefault="00000000">
            <w:pPr>
              <w:spacing w:before="40" w:after="40"/>
              <w:ind w:firstLine="0"/>
            </w:pPr>
            <w:r>
              <w:rPr>
                <w:sz w:val="18"/>
              </w:rPr>
              <w:t>1982</w:t>
            </w:r>
          </w:p>
        </w:tc>
        <w:tc>
          <w:tcPr>
            <w:tcW w:w="1440" w:type="dxa"/>
          </w:tcPr>
          <w:p w14:paraId="5A000054" w14:textId="77777777" w:rsidR="004D342C" w:rsidRDefault="00000000">
            <w:pPr>
              <w:spacing w:before="40" w:after="40"/>
              <w:ind w:firstLine="0"/>
            </w:pPr>
            <w:r>
              <w:rPr>
                <w:sz w:val="18"/>
              </w:rPr>
              <w:t>180</w:t>
            </w:r>
          </w:p>
        </w:tc>
      </w:tr>
      <w:tr w:rsidR="004D342C" w14:paraId="5A00005A" w14:textId="77777777">
        <w:trPr>
          <w:cantSplit/>
          <w:jc w:val="center"/>
        </w:trPr>
        <w:tc>
          <w:tcPr>
            <w:tcW w:w="1728" w:type="dxa"/>
          </w:tcPr>
          <w:p w14:paraId="5A000056" w14:textId="77777777" w:rsidR="004D342C" w:rsidRDefault="00000000">
            <w:pPr>
              <w:spacing w:before="40" w:after="40"/>
              <w:ind w:firstLine="0"/>
            </w:pPr>
            <w:r>
              <w:rPr>
                <w:sz w:val="18"/>
              </w:rPr>
              <w:t>ZA1318</w:t>
            </w:r>
          </w:p>
        </w:tc>
        <w:tc>
          <w:tcPr>
            <w:tcW w:w="1440" w:type="dxa"/>
          </w:tcPr>
          <w:p w14:paraId="5A000057" w14:textId="77777777" w:rsidR="004D342C" w:rsidRDefault="00000000">
            <w:pPr>
              <w:spacing w:before="40" w:after="40"/>
              <w:ind w:firstLine="0"/>
            </w:pPr>
            <w:r>
              <w:rPr>
                <w:sz w:val="18"/>
              </w:rPr>
              <w:t>EB19</w:t>
            </w:r>
          </w:p>
        </w:tc>
        <w:tc>
          <w:tcPr>
            <w:tcW w:w="1152" w:type="dxa"/>
          </w:tcPr>
          <w:p w14:paraId="5A000058" w14:textId="77777777" w:rsidR="004D342C" w:rsidRDefault="00000000">
            <w:pPr>
              <w:spacing w:before="40" w:after="40"/>
              <w:ind w:firstLine="0"/>
            </w:pPr>
            <w:r>
              <w:rPr>
                <w:sz w:val="18"/>
              </w:rPr>
              <w:t>1983</w:t>
            </w:r>
          </w:p>
        </w:tc>
        <w:tc>
          <w:tcPr>
            <w:tcW w:w="1440" w:type="dxa"/>
          </w:tcPr>
          <w:p w14:paraId="5A000059" w14:textId="77777777" w:rsidR="004D342C" w:rsidRDefault="00000000">
            <w:pPr>
              <w:spacing w:before="40" w:after="40"/>
              <w:ind w:firstLine="0"/>
            </w:pPr>
            <w:r>
              <w:rPr>
                <w:sz w:val="18"/>
              </w:rPr>
              <w:t>190</w:t>
            </w:r>
          </w:p>
        </w:tc>
      </w:tr>
      <w:tr w:rsidR="004D342C" w14:paraId="5A00005F" w14:textId="77777777">
        <w:trPr>
          <w:cantSplit/>
          <w:jc w:val="center"/>
        </w:trPr>
        <w:tc>
          <w:tcPr>
            <w:tcW w:w="1728" w:type="dxa"/>
          </w:tcPr>
          <w:p w14:paraId="5A00005B" w14:textId="77777777" w:rsidR="004D342C" w:rsidRDefault="00000000">
            <w:pPr>
              <w:spacing w:before="40" w:after="40"/>
              <w:ind w:firstLine="0"/>
            </w:pPr>
            <w:r>
              <w:rPr>
                <w:sz w:val="18"/>
              </w:rPr>
              <w:t>ZA1319</w:t>
            </w:r>
          </w:p>
        </w:tc>
        <w:tc>
          <w:tcPr>
            <w:tcW w:w="1440" w:type="dxa"/>
          </w:tcPr>
          <w:p w14:paraId="5A00005C" w14:textId="77777777" w:rsidR="004D342C" w:rsidRDefault="00000000">
            <w:pPr>
              <w:spacing w:before="40" w:after="40"/>
              <w:ind w:firstLine="0"/>
            </w:pPr>
            <w:r>
              <w:rPr>
                <w:sz w:val="18"/>
              </w:rPr>
              <w:t>EB20</w:t>
            </w:r>
          </w:p>
        </w:tc>
        <w:tc>
          <w:tcPr>
            <w:tcW w:w="1152" w:type="dxa"/>
          </w:tcPr>
          <w:p w14:paraId="5A00005D" w14:textId="77777777" w:rsidR="004D342C" w:rsidRDefault="00000000">
            <w:pPr>
              <w:spacing w:before="40" w:after="40"/>
              <w:ind w:firstLine="0"/>
            </w:pPr>
            <w:r>
              <w:rPr>
                <w:sz w:val="18"/>
              </w:rPr>
              <w:t>1983</w:t>
            </w:r>
          </w:p>
        </w:tc>
        <w:tc>
          <w:tcPr>
            <w:tcW w:w="1440" w:type="dxa"/>
          </w:tcPr>
          <w:p w14:paraId="5A00005E" w14:textId="77777777" w:rsidR="004D342C" w:rsidRDefault="00000000">
            <w:pPr>
              <w:spacing w:before="40" w:after="40"/>
              <w:ind w:firstLine="0"/>
            </w:pPr>
            <w:r>
              <w:rPr>
                <w:sz w:val="18"/>
              </w:rPr>
              <w:t>200</w:t>
            </w:r>
          </w:p>
        </w:tc>
      </w:tr>
      <w:tr w:rsidR="004D342C" w14:paraId="5A000064" w14:textId="77777777">
        <w:trPr>
          <w:cantSplit/>
          <w:jc w:val="center"/>
        </w:trPr>
        <w:tc>
          <w:tcPr>
            <w:tcW w:w="1728" w:type="dxa"/>
          </w:tcPr>
          <w:p w14:paraId="5A000060" w14:textId="77777777" w:rsidR="004D342C" w:rsidRDefault="00000000">
            <w:pPr>
              <w:spacing w:before="40" w:after="40"/>
              <w:ind w:firstLine="0"/>
            </w:pPr>
            <w:r>
              <w:rPr>
                <w:sz w:val="18"/>
              </w:rPr>
              <w:t>ZA1320</w:t>
            </w:r>
          </w:p>
        </w:tc>
        <w:tc>
          <w:tcPr>
            <w:tcW w:w="1440" w:type="dxa"/>
          </w:tcPr>
          <w:p w14:paraId="5A000061" w14:textId="77777777" w:rsidR="004D342C" w:rsidRDefault="00000000">
            <w:pPr>
              <w:spacing w:before="40" w:after="40"/>
              <w:ind w:firstLine="0"/>
            </w:pPr>
            <w:r>
              <w:rPr>
                <w:sz w:val="18"/>
              </w:rPr>
              <w:t>EB21</w:t>
            </w:r>
          </w:p>
        </w:tc>
        <w:tc>
          <w:tcPr>
            <w:tcW w:w="1152" w:type="dxa"/>
          </w:tcPr>
          <w:p w14:paraId="5A000062" w14:textId="77777777" w:rsidR="004D342C" w:rsidRDefault="00000000">
            <w:pPr>
              <w:spacing w:before="40" w:after="40"/>
              <w:ind w:firstLine="0"/>
            </w:pPr>
            <w:r>
              <w:rPr>
                <w:sz w:val="18"/>
              </w:rPr>
              <w:t>1984</w:t>
            </w:r>
          </w:p>
        </w:tc>
        <w:tc>
          <w:tcPr>
            <w:tcW w:w="1440" w:type="dxa"/>
          </w:tcPr>
          <w:p w14:paraId="5A000063" w14:textId="77777777" w:rsidR="004D342C" w:rsidRDefault="00000000">
            <w:pPr>
              <w:spacing w:before="40" w:after="40"/>
              <w:ind w:firstLine="0"/>
            </w:pPr>
            <w:r>
              <w:rPr>
                <w:sz w:val="18"/>
              </w:rPr>
              <w:t>210</w:t>
            </w:r>
          </w:p>
        </w:tc>
      </w:tr>
      <w:tr w:rsidR="004D342C" w14:paraId="5A000069" w14:textId="77777777">
        <w:trPr>
          <w:cantSplit/>
          <w:jc w:val="center"/>
        </w:trPr>
        <w:tc>
          <w:tcPr>
            <w:tcW w:w="1728" w:type="dxa"/>
          </w:tcPr>
          <w:p w14:paraId="5A000065" w14:textId="77777777" w:rsidR="004D342C" w:rsidRDefault="00000000">
            <w:pPr>
              <w:spacing w:before="40" w:after="40"/>
              <w:ind w:firstLine="0"/>
            </w:pPr>
            <w:r>
              <w:rPr>
                <w:sz w:val="18"/>
              </w:rPr>
              <w:t>ZA1321</w:t>
            </w:r>
          </w:p>
        </w:tc>
        <w:tc>
          <w:tcPr>
            <w:tcW w:w="1440" w:type="dxa"/>
          </w:tcPr>
          <w:p w14:paraId="5A000066" w14:textId="77777777" w:rsidR="004D342C" w:rsidRDefault="00000000">
            <w:pPr>
              <w:spacing w:before="40" w:after="40"/>
              <w:ind w:firstLine="0"/>
            </w:pPr>
            <w:r>
              <w:rPr>
                <w:sz w:val="18"/>
              </w:rPr>
              <w:t>EB22</w:t>
            </w:r>
          </w:p>
        </w:tc>
        <w:tc>
          <w:tcPr>
            <w:tcW w:w="1152" w:type="dxa"/>
          </w:tcPr>
          <w:p w14:paraId="5A000067" w14:textId="77777777" w:rsidR="004D342C" w:rsidRDefault="00000000">
            <w:pPr>
              <w:spacing w:before="40" w:after="40"/>
              <w:ind w:firstLine="0"/>
            </w:pPr>
            <w:r>
              <w:rPr>
                <w:sz w:val="18"/>
              </w:rPr>
              <w:t>1984</w:t>
            </w:r>
          </w:p>
        </w:tc>
        <w:tc>
          <w:tcPr>
            <w:tcW w:w="1440" w:type="dxa"/>
          </w:tcPr>
          <w:p w14:paraId="5A000068" w14:textId="77777777" w:rsidR="004D342C" w:rsidRDefault="00000000">
            <w:pPr>
              <w:spacing w:before="40" w:after="40"/>
              <w:ind w:firstLine="0"/>
            </w:pPr>
            <w:r>
              <w:rPr>
                <w:sz w:val="18"/>
              </w:rPr>
              <w:t>220</w:t>
            </w:r>
          </w:p>
        </w:tc>
      </w:tr>
      <w:tr w:rsidR="004D342C" w14:paraId="5A00006E" w14:textId="77777777">
        <w:trPr>
          <w:cantSplit/>
          <w:jc w:val="center"/>
        </w:trPr>
        <w:tc>
          <w:tcPr>
            <w:tcW w:w="1728" w:type="dxa"/>
          </w:tcPr>
          <w:p w14:paraId="5A00006A" w14:textId="77777777" w:rsidR="004D342C" w:rsidRDefault="00000000">
            <w:pPr>
              <w:spacing w:before="40" w:after="40"/>
              <w:ind w:firstLine="0"/>
            </w:pPr>
            <w:r>
              <w:rPr>
                <w:sz w:val="18"/>
              </w:rPr>
              <w:t>ZA1541</w:t>
            </w:r>
          </w:p>
        </w:tc>
        <w:tc>
          <w:tcPr>
            <w:tcW w:w="1440" w:type="dxa"/>
          </w:tcPr>
          <w:p w14:paraId="5A00006B" w14:textId="77777777" w:rsidR="004D342C" w:rsidRDefault="00000000">
            <w:pPr>
              <w:spacing w:before="40" w:after="40"/>
              <w:ind w:firstLine="0"/>
            </w:pPr>
            <w:r>
              <w:rPr>
                <w:sz w:val="18"/>
              </w:rPr>
              <w:t>EB23</w:t>
            </w:r>
          </w:p>
        </w:tc>
        <w:tc>
          <w:tcPr>
            <w:tcW w:w="1152" w:type="dxa"/>
          </w:tcPr>
          <w:p w14:paraId="5A00006C" w14:textId="77777777" w:rsidR="004D342C" w:rsidRDefault="00000000">
            <w:pPr>
              <w:spacing w:before="40" w:after="40"/>
              <w:ind w:firstLine="0"/>
            </w:pPr>
            <w:r>
              <w:rPr>
                <w:sz w:val="18"/>
              </w:rPr>
              <w:t>1985</w:t>
            </w:r>
          </w:p>
        </w:tc>
        <w:tc>
          <w:tcPr>
            <w:tcW w:w="1440" w:type="dxa"/>
          </w:tcPr>
          <w:p w14:paraId="5A00006D" w14:textId="77777777" w:rsidR="004D342C" w:rsidRDefault="00000000">
            <w:pPr>
              <w:spacing w:before="40" w:after="40"/>
              <w:ind w:firstLine="0"/>
            </w:pPr>
            <w:r>
              <w:rPr>
                <w:sz w:val="18"/>
              </w:rPr>
              <w:t>230</w:t>
            </w:r>
          </w:p>
        </w:tc>
      </w:tr>
      <w:tr w:rsidR="004D342C" w14:paraId="5A000073" w14:textId="77777777">
        <w:trPr>
          <w:cantSplit/>
          <w:jc w:val="center"/>
        </w:trPr>
        <w:tc>
          <w:tcPr>
            <w:tcW w:w="1728" w:type="dxa"/>
          </w:tcPr>
          <w:p w14:paraId="5A00006F" w14:textId="77777777" w:rsidR="004D342C" w:rsidRDefault="00000000">
            <w:pPr>
              <w:spacing w:before="40" w:after="40"/>
              <w:ind w:firstLine="0"/>
            </w:pPr>
            <w:r>
              <w:rPr>
                <w:sz w:val="18"/>
              </w:rPr>
              <w:t>ZA1542</w:t>
            </w:r>
          </w:p>
        </w:tc>
        <w:tc>
          <w:tcPr>
            <w:tcW w:w="1440" w:type="dxa"/>
          </w:tcPr>
          <w:p w14:paraId="5A000070" w14:textId="77777777" w:rsidR="004D342C" w:rsidRDefault="00000000">
            <w:pPr>
              <w:spacing w:before="40" w:after="40"/>
              <w:ind w:firstLine="0"/>
            </w:pPr>
            <w:r>
              <w:rPr>
                <w:sz w:val="18"/>
              </w:rPr>
              <w:t>EB24</w:t>
            </w:r>
          </w:p>
        </w:tc>
        <w:tc>
          <w:tcPr>
            <w:tcW w:w="1152" w:type="dxa"/>
          </w:tcPr>
          <w:p w14:paraId="5A000071" w14:textId="77777777" w:rsidR="004D342C" w:rsidRDefault="00000000">
            <w:pPr>
              <w:spacing w:before="40" w:after="40"/>
              <w:ind w:firstLine="0"/>
            </w:pPr>
            <w:r>
              <w:rPr>
                <w:sz w:val="18"/>
              </w:rPr>
              <w:t>1985</w:t>
            </w:r>
          </w:p>
        </w:tc>
        <w:tc>
          <w:tcPr>
            <w:tcW w:w="1440" w:type="dxa"/>
          </w:tcPr>
          <w:p w14:paraId="5A000072" w14:textId="77777777" w:rsidR="004D342C" w:rsidRDefault="00000000">
            <w:pPr>
              <w:spacing w:before="40" w:after="40"/>
              <w:ind w:firstLine="0"/>
            </w:pPr>
            <w:r>
              <w:rPr>
                <w:sz w:val="18"/>
              </w:rPr>
              <w:t>240</w:t>
            </w:r>
          </w:p>
        </w:tc>
      </w:tr>
      <w:tr w:rsidR="004D342C" w14:paraId="5A000078" w14:textId="77777777">
        <w:trPr>
          <w:cantSplit/>
          <w:jc w:val="center"/>
        </w:trPr>
        <w:tc>
          <w:tcPr>
            <w:tcW w:w="1728" w:type="dxa"/>
          </w:tcPr>
          <w:p w14:paraId="5A000074" w14:textId="77777777" w:rsidR="004D342C" w:rsidRDefault="00000000">
            <w:pPr>
              <w:spacing w:before="40" w:after="40"/>
              <w:ind w:firstLine="0"/>
            </w:pPr>
            <w:r>
              <w:rPr>
                <w:sz w:val="18"/>
              </w:rPr>
              <w:t>ZA1543</w:t>
            </w:r>
          </w:p>
        </w:tc>
        <w:tc>
          <w:tcPr>
            <w:tcW w:w="1440" w:type="dxa"/>
          </w:tcPr>
          <w:p w14:paraId="5A000075" w14:textId="77777777" w:rsidR="004D342C" w:rsidRDefault="00000000">
            <w:pPr>
              <w:spacing w:before="40" w:after="40"/>
              <w:ind w:firstLine="0"/>
            </w:pPr>
            <w:r>
              <w:rPr>
                <w:sz w:val="18"/>
              </w:rPr>
              <w:t>EB25</w:t>
            </w:r>
          </w:p>
        </w:tc>
        <w:tc>
          <w:tcPr>
            <w:tcW w:w="1152" w:type="dxa"/>
          </w:tcPr>
          <w:p w14:paraId="5A000076" w14:textId="77777777" w:rsidR="004D342C" w:rsidRDefault="00000000">
            <w:pPr>
              <w:spacing w:before="40" w:after="40"/>
              <w:ind w:firstLine="0"/>
            </w:pPr>
            <w:r>
              <w:rPr>
                <w:sz w:val="18"/>
              </w:rPr>
              <w:t>1986</w:t>
            </w:r>
          </w:p>
        </w:tc>
        <w:tc>
          <w:tcPr>
            <w:tcW w:w="1440" w:type="dxa"/>
          </w:tcPr>
          <w:p w14:paraId="5A000077" w14:textId="77777777" w:rsidR="004D342C" w:rsidRDefault="00000000">
            <w:pPr>
              <w:spacing w:before="40" w:after="40"/>
              <w:ind w:firstLine="0"/>
            </w:pPr>
            <w:r>
              <w:rPr>
                <w:sz w:val="18"/>
              </w:rPr>
              <w:t>250</w:t>
            </w:r>
          </w:p>
        </w:tc>
      </w:tr>
      <w:tr w:rsidR="004D342C" w14:paraId="5A00007D" w14:textId="77777777">
        <w:trPr>
          <w:cantSplit/>
          <w:jc w:val="center"/>
        </w:trPr>
        <w:tc>
          <w:tcPr>
            <w:tcW w:w="1728" w:type="dxa"/>
          </w:tcPr>
          <w:p w14:paraId="5A000079" w14:textId="77777777" w:rsidR="004D342C" w:rsidRDefault="00000000">
            <w:pPr>
              <w:spacing w:before="40" w:after="40"/>
              <w:ind w:firstLine="0"/>
            </w:pPr>
            <w:r>
              <w:rPr>
                <w:sz w:val="18"/>
              </w:rPr>
              <w:t>ZA1544</w:t>
            </w:r>
          </w:p>
        </w:tc>
        <w:tc>
          <w:tcPr>
            <w:tcW w:w="1440" w:type="dxa"/>
          </w:tcPr>
          <w:p w14:paraId="5A00007A" w14:textId="77777777" w:rsidR="004D342C" w:rsidRDefault="00000000">
            <w:pPr>
              <w:spacing w:before="40" w:after="40"/>
              <w:ind w:firstLine="0"/>
            </w:pPr>
            <w:r>
              <w:rPr>
                <w:sz w:val="18"/>
              </w:rPr>
              <w:t>EB26</w:t>
            </w:r>
          </w:p>
        </w:tc>
        <w:tc>
          <w:tcPr>
            <w:tcW w:w="1152" w:type="dxa"/>
          </w:tcPr>
          <w:p w14:paraId="5A00007B" w14:textId="77777777" w:rsidR="004D342C" w:rsidRDefault="00000000">
            <w:pPr>
              <w:spacing w:before="40" w:after="40"/>
              <w:ind w:firstLine="0"/>
            </w:pPr>
            <w:r>
              <w:rPr>
                <w:sz w:val="18"/>
              </w:rPr>
              <w:t>1986</w:t>
            </w:r>
          </w:p>
        </w:tc>
        <w:tc>
          <w:tcPr>
            <w:tcW w:w="1440" w:type="dxa"/>
          </w:tcPr>
          <w:p w14:paraId="5A00007C" w14:textId="77777777" w:rsidR="004D342C" w:rsidRDefault="00000000">
            <w:pPr>
              <w:spacing w:before="40" w:after="40"/>
              <w:ind w:firstLine="0"/>
            </w:pPr>
            <w:r>
              <w:rPr>
                <w:sz w:val="18"/>
              </w:rPr>
              <w:t>260</w:t>
            </w:r>
          </w:p>
        </w:tc>
      </w:tr>
      <w:tr w:rsidR="004D342C" w14:paraId="5A000082" w14:textId="77777777">
        <w:trPr>
          <w:cantSplit/>
          <w:jc w:val="center"/>
        </w:trPr>
        <w:tc>
          <w:tcPr>
            <w:tcW w:w="1728" w:type="dxa"/>
          </w:tcPr>
          <w:p w14:paraId="5A00007E" w14:textId="77777777" w:rsidR="004D342C" w:rsidRDefault="00000000">
            <w:pPr>
              <w:spacing w:before="40" w:after="40"/>
              <w:ind w:firstLine="0"/>
            </w:pPr>
            <w:r>
              <w:rPr>
                <w:sz w:val="18"/>
              </w:rPr>
              <w:t>ZA1712</w:t>
            </w:r>
          </w:p>
        </w:tc>
        <w:tc>
          <w:tcPr>
            <w:tcW w:w="1440" w:type="dxa"/>
          </w:tcPr>
          <w:p w14:paraId="5A00007F" w14:textId="77777777" w:rsidR="004D342C" w:rsidRDefault="00000000">
            <w:pPr>
              <w:spacing w:before="40" w:after="40"/>
              <w:ind w:firstLine="0"/>
            </w:pPr>
            <w:r>
              <w:rPr>
                <w:sz w:val="18"/>
              </w:rPr>
              <w:t>EB27</w:t>
            </w:r>
          </w:p>
        </w:tc>
        <w:tc>
          <w:tcPr>
            <w:tcW w:w="1152" w:type="dxa"/>
          </w:tcPr>
          <w:p w14:paraId="5A000080" w14:textId="77777777" w:rsidR="004D342C" w:rsidRDefault="00000000">
            <w:pPr>
              <w:spacing w:before="40" w:after="40"/>
              <w:ind w:firstLine="0"/>
            </w:pPr>
            <w:r>
              <w:rPr>
                <w:sz w:val="18"/>
              </w:rPr>
              <w:t>1987</w:t>
            </w:r>
          </w:p>
        </w:tc>
        <w:tc>
          <w:tcPr>
            <w:tcW w:w="1440" w:type="dxa"/>
          </w:tcPr>
          <w:p w14:paraId="5A000081" w14:textId="77777777" w:rsidR="004D342C" w:rsidRDefault="00000000">
            <w:pPr>
              <w:spacing w:before="40" w:after="40"/>
              <w:ind w:firstLine="0"/>
            </w:pPr>
            <w:r>
              <w:rPr>
                <w:sz w:val="18"/>
              </w:rPr>
              <w:t>270</w:t>
            </w:r>
          </w:p>
        </w:tc>
      </w:tr>
      <w:tr w:rsidR="004D342C" w14:paraId="5A000087" w14:textId="77777777">
        <w:trPr>
          <w:cantSplit/>
          <w:jc w:val="center"/>
        </w:trPr>
        <w:tc>
          <w:tcPr>
            <w:tcW w:w="1728" w:type="dxa"/>
          </w:tcPr>
          <w:p w14:paraId="5A000083" w14:textId="77777777" w:rsidR="004D342C" w:rsidRDefault="00000000">
            <w:pPr>
              <w:spacing w:before="40" w:after="40"/>
              <w:ind w:firstLine="0"/>
            </w:pPr>
            <w:r>
              <w:rPr>
                <w:sz w:val="18"/>
              </w:rPr>
              <w:t>ZA1713</w:t>
            </w:r>
          </w:p>
        </w:tc>
        <w:tc>
          <w:tcPr>
            <w:tcW w:w="1440" w:type="dxa"/>
          </w:tcPr>
          <w:p w14:paraId="5A000084" w14:textId="77777777" w:rsidR="004D342C" w:rsidRDefault="00000000">
            <w:pPr>
              <w:spacing w:before="40" w:after="40"/>
              <w:ind w:firstLine="0"/>
            </w:pPr>
            <w:r>
              <w:rPr>
                <w:sz w:val="18"/>
              </w:rPr>
              <w:t>EB28</w:t>
            </w:r>
          </w:p>
        </w:tc>
        <w:tc>
          <w:tcPr>
            <w:tcW w:w="1152" w:type="dxa"/>
          </w:tcPr>
          <w:p w14:paraId="5A000085" w14:textId="77777777" w:rsidR="004D342C" w:rsidRDefault="00000000">
            <w:pPr>
              <w:spacing w:before="40" w:after="40"/>
              <w:ind w:firstLine="0"/>
            </w:pPr>
            <w:r>
              <w:rPr>
                <w:sz w:val="18"/>
              </w:rPr>
              <w:t>1987</w:t>
            </w:r>
          </w:p>
        </w:tc>
        <w:tc>
          <w:tcPr>
            <w:tcW w:w="1440" w:type="dxa"/>
          </w:tcPr>
          <w:p w14:paraId="5A000086" w14:textId="77777777" w:rsidR="004D342C" w:rsidRDefault="00000000">
            <w:pPr>
              <w:spacing w:before="40" w:after="40"/>
              <w:ind w:firstLine="0"/>
            </w:pPr>
            <w:r>
              <w:rPr>
                <w:sz w:val="18"/>
              </w:rPr>
              <w:t>280</w:t>
            </w:r>
          </w:p>
        </w:tc>
      </w:tr>
      <w:tr w:rsidR="004D342C" w14:paraId="5A00008C" w14:textId="77777777">
        <w:trPr>
          <w:cantSplit/>
          <w:jc w:val="center"/>
        </w:trPr>
        <w:tc>
          <w:tcPr>
            <w:tcW w:w="1728" w:type="dxa"/>
          </w:tcPr>
          <w:p w14:paraId="5A000088" w14:textId="77777777" w:rsidR="004D342C" w:rsidRDefault="00000000">
            <w:pPr>
              <w:spacing w:before="40" w:after="40"/>
              <w:ind w:firstLine="0"/>
            </w:pPr>
            <w:r>
              <w:rPr>
                <w:sz w:val="18"/>
              </w:rPr>
              <w:t>ZA1714</w:t>
            </w:r>
          </w:p>
        </w:tc>
        <w:tc>
          <w:tcPr>
            <w:tcW w:w="1440" w:type="dxa"/>
          </w:tcPr>
          <w:p w14:paraId="5A000089" w14:textId="77777777" w:rsidR="004D342C" w:rsidRDefault="00000000">
            <w:pPr>
              <w:spacing w:before="40" w:after="40"/>
              <w:ind w:firstLine="0"/>
            </w:pPr>
            <w:r>
              <w:rPr>
                <w:sz w:val="18"/>
              </w:rPr>
              <w:t>EB29</w:t>
            </w:r>
          </w:p>
        </w:tc>
        <w:tc>
          <w:tcPr>
            <w:tcW w:w="1152" w:type="dxa"/>
          </w:tcPr>
          <w:p w14:paraId="5A00008A" w14:textId="77777777" w:rsidR="004D342C" w:rsidRDefault="00000000">
            <w:pPr>
              <w:spacing w:before="40" w:after="40"/>
              <w:ind w:firstLine="0"/>
            </w:pPr>
            <w:r>
              <w:rPr>
                <w:sz w:val="18"/>
              </w:rPr>
              <w:t>1988</w:t>
            </w:r>
          </w:p>
        </w:tc>
        <w:tc>
          <w:tcPr>
            <w:tcW w:w="1440" w:type="dxa"/>
          </w:tcPr>
          <w:p w14:paraId="5A00008B" w14:textId="77777777" w:rsidR="004D342C" w:rsidRDefault="00000000">
            <w:pPr>
              <w:spacing w:before="40" w:after="40"/>
              <w:ind w:firstLine="0"/>
            </w:pPr>
            <w:r>
              <w:rPr>
                <w:sz w:val="18"/>
              </w:rPr>
              <w:t>290</w:t>
            </w:r>
          </w:p>
        </w:tc>
      </w:tr>
      <w:tr w:rsidR="004D342C" w14:paraId="5A000091" w14:textId="77777777">
        <w:trPr>
          <w:cantSplit/>
          <w:jc w:val="center"/>
        </w:trPr>
        <w:tc>
          <w:tcPr>
            <w:tcW w:w="1728" w:type="dxa"/>
          </w:tcPr>
          <w:p w14:paraId="5A00008D" w14:textId="77777777" w:rsidR="004D342C" w:rsidRDefault="00000000">
            <w:pPr>
              <w:spacing w:before="40" w:after="40"/>
              <w:ind w:firstLine="0"/>
            </w:pPr>
            <w:r>
              <w:rPr>
                <w:sz w:val="18"/>
              </w:rPr>
              <w:t>ZA1715</w:t>
            </w:r>
          </w:p>
        </w:tc>
        <w:tc>
          <w:tcPr>
            <w:tcW w:w="1440" w:type="dxa"/>
          </w:tcPr>
          <w:p w14:paraId="5A00008E" w14:textId="77777777" w:rsidR="004D342C" w:rsidRDefault="00000000">
            <w:pPr>
              <w:spacing w:before="40" w:after="40"/>
              <w:ind w:firstLine="0"/>
            </w:pPr>
            <w:r>
              <w:rPr>
                <w:sz w:val="18"/>
              </w:rPr>
              <w:t>EB30</w:t>
            </w:r>
          </w:p>
        </w:tc>
        <w:tc>
          <w:tcPr>
            <w:tcW w:w="1152" w:type="dxa"/>
          </w:tcPr>
          <w:p w14:paraId="5A00008F" w14:textId="77777777" w:rsidR="004D342C" w:rsidRDefault="00000000">
            <w:pPr>
              <w:spacing w:before="40" w:after="40"/>
              <w:ind w:firstLine="0"/>
            </w:pPr>
            <w:r>
              <w:rPr>
                <w:sz w:val="18"/>
              </w:rPr>
              <w:t>1988</w:t>
            </w:r>
          </w:p>
        </w:tc>
        <w:tc>
          <w:tcPr>
            <w:tcW w:w="1440" w:type="dxa"/>
          </w:tcPr>
          <w:p w14:paraId="5A000090" w14:textId="77777777" w:rsidR="004D342C" w:rsidRDefault="00000000">
            <w:pPr>
              <w:spacing w:before="40" w:after="40"/>
              <w:ind w:firstLine="0"/>
            </w:pPr>
            <w:r>
              <w:rPr>
                <w:sz w:val="18"/>
              </w:rPr>
              <w:t>300</w:t>
            </w:r>
          </w:p>
        </w:tc>
      </w:tr>
      <w:tr w:rsidR="004D342C" w14:paraId="5A000096" w14:textId="77777777">
        <w:trPr>
          <w:cantSplit/>
          <w:jc w:val="center"/>
        </w:trPr>
        <w:tc>
          <w:tcPr>
            <w:tcW w:w="1728" w:type="dxa"/>
          </w:tcPr>
          <w:p w14:paraId="5A000092" w14:textId="77777777" w:rsidR="004D342C" w:rsidRDefault="00000000">
            <w:pPr>
              <w:spacing w:before="40" w:after="40"/>
              <w:ind w:firstLine="0"/>
            </w:pPr>
            <w:r>
              <w:rPr>
                <w:sz w:val="18"/>
              </w:rPr>
              <w:t>ZA1750</w:t>
            </w:r>
          </w:p>
        </w:tc>
        <w:tc>
          <w:tcPr>
            <w:tcW w:w="1440" w:type="dxa"/>
          </w:tcPr>
          <w:p w14:paraId="5A000093" w14:textId="77777777" w:rsidR="004D342C" w:rsidRDefault="00000000">
            <w:pPr>
              <w:spacing w:before="40" w:after="40"/>
              <w:ind w:firstLine="0"/>
            </w:pPr>
            <w:r>
              <w:rPr>
                <w:sz w:val="18"/>
              </w:rPr>
              <w:t>EB31</w:t>
            </w:r>
          </w:p>
        </w:tc>
        <w:tc>
          <w:tcPr>
            <w:tcW w:w="1152" w:type="dxa"/>
          </w:tcPr>
          <w:p w14:paraId="5A000094" w14:textId="77777777" w:rsidR="004D342C" w:rsidRDefault="00000000">
            <w:pPr>
              <w:spacing w:before="40" w:after="40"/>
              <w:ind w:firstLine="0"/>
            </w:pPr>
            <w:r>
              <w:rPr>
                <w:sz w:val="18"/>
              </w:rPr>
              <w:t>1989</w:t>
            </w:r>
          </w:p>
        </w:tc>
        <w:tc>
          <w:tcPr>
            <w:tcW w:w="1440" w:type="dxa"/>
          </w:tcPr>
          <w:p w14:paraId="5A000095" w14:textId="77777777" w:rsidR="004D342C" w:rsidRDefault="00000000">
            <w:pPr>
              <w:spacing w:before="40" w:after="40"/>
              <w:ind w:firstLine="0"/>
            </w:pPr>
            <w:r>
              <w:rPr>
                <w:sz w:val="18"/>
              </w:rPr>
              <w:t>310</w:t>
            </w:r>
          </w:p>
        </w:tc>
      </w:tr>
      <w:tr w:rsidR="004D342C" w14:paraId="5A00009B" w14:textId="77777777">
        <w:trPr>
          <w:cantSplit/>
          <w:jc w:val="center"/>
        </w:trPr>
        <w:tc>
          <w:tcPr>
            <w:tcW w:w="1728" w:type="dxa"/>
          </w:tcPr>
          <w:p w14:paraId="5A000097" w14:textId="77777777" w:rsidR="004D342C" w:rsidRDefault="00000000">
            <w:pPr>
              <w:spacing w:before="40" w:after="40"/>
              <w:ind w:firstLine="0"/>
            </w:pPr>
            <w:r>
              <w:rPr>
                <w:sz w:val="18"/>
              </w:rPr>
              <w:t>ZA1752</w:t>
            </w:r>
          </w:p>
        </w:tc>
        <w:tc>
          <w:tcPr>
            <w:tcW w:w="1440" w:type="dxa"/>
          </w:tcPr>
          <w:p w14:paraId="5A000098" w14:textId="77777777" w:rsidR="004D342C" w:rsidRDefault="00000000">
            <w:pPr>
              <w:spacing w:before="40" w:after="40"/>
              <w:ind w:firstLine="0"/>
            </w:pPr>
            <w:r>
              <w:rPr>
                <w:sz w:val="18"/>
              </w:rPr>
              <w:t>EB32</w:t>
            </w:r>
          </w:p>
        </w:tc>
        <w:tc>
          <w:tcPr>
            <w:tcW w:w="1152" w:type="dxa"/>
          </w:tcPr>
          <w:p w14:paraId="5A000099" w14:textId="77777777" w:rsidR="004D342C" w:rsidRDefault="00000000">
            <w:pPr>
              <w:spacing w:before="40" w:after="40"/>
              <w:ind w:firstLine="0"/>
            </w:pPr>
            <w:r>
              <w:rPr>
                <w:sz w:val="18"/>
              </w:rPr>
              <w:t>1989</w:t>
            </w:r>
          </w:p>
        </w:tc>
        <w:tc>
          <w:tcPr>
            <w:tcW w:w="1440" w:type="dxa"/>
          </w:tcPr>
          <w:p w14:paraId="5A00009A" w14:textId="77777777" w:rsidR="004D342C" w:rsidRDefault="00000000">
            <w:pPr>
              <w:spacing w:before="40" w:after="40"/>
              <w:ind w:firstLine="0"/>
            </w:pPr>
            <w:r>
              <w:rPr>
                <w:sz w:val="18"/>
              </w:rPr>
              <w:t>320</w:t>
            </w:r>
          </w:p>
        </w:tc>
      </w:tr>
      <w:tr w:rsidR="004D342C" w14:paraId="5A0000A0" w14:textId="77777777">
        <w:trPr>
          <w:cantSplit/>
          <w:jc w:val="center"/>
        </w:trPr>
        <w:tc>
          <w:tcPr>
            <w:tcW w:w="1728" w:type="dxa"/>
          </w:tcPr>
          <w:p w14:paraId="5A00009C" w14:textId="77777777" w:rsidR="004D342C" w:rsidRDefault="00000000">
            <w:pPr>
              <w:spacing w:before="40" w:after="40"/>
              <w:ind w:firstLine="0"/>
            </w:pPr>
            <w:r>
              <w:rPr>
                <w:sz w:val="18"/>
              </w:rPr>
              <w:t>ZA1753</w:t>
            </w:r>
          </w:p>
        </w:tc>
        <w:tc>
          <w:tcPr>
            <w:tcW w:w="1440" w:type="dxa"/>
          </w:tcPr>
          <w:p w14:paraId="5A00009D" w14:textId="77777777" w:rsidR="004D342C" w:rsidRDefault="00000000">
            <w:pPr>
              <w:spacing w:before="40" w:after="40"/>
              <w:ind w:firstLine="0"/>
            </w:pPr>
            <w:r>
              <w:rPr>
                <w:sz w:val="18"/>
              </w:rPr>
              <w:t>EB33</w:t>
            </w:r>
          </w:p>
        </w:tc>
        <w:tc>
          <w:tcPr>
            <w:tcW w:w="1152" w:type="dxa"/>
          </w:tcPr>
          <w:p w14:paraId="5A00009E" w14:textId="77777777" w:rsidR="004D342C" w:rsidRDefault="00000000">
            <w:pPr>
              <w:spacing w:before="40" w:after="40"/>
              <w:ind w:firstLine="0"/>
            </w:pPr>
            <w:r>
              <w:rPr>
                <w:sz w:val="18"/>
              </w:rPr>
              <w:t>1990</w:t>
            </w:r>
          </w:p>
        </w:tc>
        <w:tc>
          <w:tcPr>
            <w:tcW w:w="1440" w:type="dxa"/>
          </w:tcPr>
          <w:p w14:paraId="5A00009F" w14:textId="77777777" w:rsidR="004D342C" w:rsidRDefault="00000000">
            <w:pPr>
              <w:spacing w:before="40" w:after="40"/>
              <w:ind w:firstLine="0"/>
            </w:pPr>
            <w:r>
              <w:rPr>
                <w:sz w:val="18"/>
              </w:rPr>
              <w:t>330</w:t>
            </w:r>
          </w:p>
        </w:tc>
      </w:tr>
      <w:tr w:rsidR="004D342C" w14:paraId="5A0000A5" w14:textId="77777777">
        <w:trPr>
          <w:cantSplit/>
          <w:jc w:val="center"/>
        </w:trPr>
        <w:tc>
          <w:tcPr>
            <w:tcW w:w="1728" w:type="dxa"/>
          </w:tcPr>
          <w:p w14:paraId="5A0000A1" w14:textId="77777777" w:rsidR="004D342C" w:rsidRDefault="00000000">
            <w:pPr>
              <w:spacing w:before="40" w:after="40"/>
              <w:ind w:firstLine="0"/>
            </w:pPr>
            <w:r>
              <w:rPr>
                <w:sz w:val="18"/>
              </w:rPr>
              <w:t>ZA1960</w:t>
            </w:r>
          </w:p>
        </w:tc>
        <w:tc>
          <w:tcPr>
            <w:tcW w:w="1440" w:type="dxa"/>
          </w:tcPr>
          <w:p w14:paraId="5A0000A2" w14:textId="77777777" w:rsidR="004D342C" w:rsidRDefault="00000000">
            <w:pPr>
              <w:spacing w:before="40" w:after="40"/>
              <w:ind w:firstLine="0"/>
            </w:pPr>
            <w:r>
              <w:rPr>
                <w:sz w:val="18"/>
              </w:rPr>
              <w:t>EB34.0</w:t>
            </w:r>
          </w:p>
        </w:tc>
        <w:tc>
          <w:tcPr>
            <w:tcW w:w="1152" w:type="dxa"/>
          </w:tcPr>
          <w:p w14:paraId="5A0000A3" w14:textId="77777777" w:rsidR="004D342C" w:rsidRDefault="00000000">
            <w:pPr>
              <w:spacing w:before="40" w:after="40"/>
              <w:ind w:firstLine="0"/>
            </w:pPr>
            <w:r>
              <w:rPr>
                <w:sz w:val="18"/>
              </w:rPr>
              <w:t>1990</w:t>
            </w:r>
          </w:p>
        </w:tc>
        <w:tc>
          <w:tcPr>
            <w:tcW w:w="1440" w:type="dxa"/>
          </w:tcPr>
          <w:p w14:paraId="5A0000A4" w14:textId="77777777" w:rsidR="004D342C" w:rsidRDefault="00000000">
            <w:pPr>
              <w:spacing w:before="40" w:after="40"/>
              <w:ind w:firstLine="0"/>
            </w:pPr>
            <w:r>
              <w:rPr>
                <w:sz w:val="18"/>
              </w:rPr>
              <w:t>340</w:t>
            </w:r>
          </w:p>
        </w:tc>
      </w:tr>
      <w:tr w:rsidR="004D342C" w14:paraId="5A0000AA" w14:textId="77777777">
        <w:trPr>
          <w:cantSplit/>
          <w:jc w:val="center"/>
        </w:trPr>
        <w:tc>
          <w:tcPr>
            <w:tcW w:w="1728" w:type="dxa"/>
          </w:tcPr>
          <w:p w14:paraId="5A0000A6" w14:textId="77777777" w:rsidR="004D342C" w:rsidRDefault="00000000">
            <w:pPr>
              <w:spacing w:before="40" w:after="40"/>
              <w:ind w:firstLine="0"/>
            </w:pPr>
            <w:r>
              <w:rPr>
                <w:sz w:val="18"/>
              </w:rPr>
              <w:t>ZA2031</w:t>
            </w:r>
          </w:p>
        </w:tc>
        <w:tc>
          <w:tcPr>
            <w:tcW w:w="1440" w:type="dxa"/>
          </w:tcPr>
          <w:p w14:paraId="5A0000A7" w14:textId="77777777" w:rsidR="004D342C" w:rsidRDefault="00000000">
            <w:pPr>
              <w:spacing w:before="40" w:after="40"/>
              <w:ind w:firstLine="0"/>
            </w:pPr>
            <w:r>
              <w:rPr>
                <w:sz w:val="18"/>
              </w:rPr>
              <w:t>EB35</w:t>
            </w:r>
          </w:p>
        </w:tc>
        <w:tc>
          <w:tcPr>
            <w:tcW w:w="1152" w:type="dxa"/>
          </w:tcPr>
          <w:p w14:paraId="5A0000A8" w14:textId="77777777" w:rsidR="004D342C" w:rsidRDefault="00000000">
            <w:pPr>
              <w:spacing w:before="40" w:after="40"/>
              <w:ind w:firstLine="0"/>
            </w:pPr>
            <w:r>
              <w:rPr>
                <w:sz w:val="18"/>
              </w:rPr>
              <w:t>1991</w:t>
            </w:r>
          </w:p>
        </w:tc>
        <w:tc>
          <w:tcPr>
            <w:tcW w:w="1440" w:type="dxa"/>
          </w:tcPr>
          <w:p w14:paraId="5A0000A9" w14:textId="77777777" w:rsidR="004D342C" w:rsidRDefault="00000000">
            <w:pPr>
              <w:spacing w:before="40" w:after="40"/>
              <w:ind w:firstLine="0"/>
            </w:pPr>
            <w:r>
              <w:rPr>
                <w:sz w:val="18"/>
              </w:rPr>
              <w:t>350</w:t>
            </w:r>
          </w:p>
        </w:tc>
      </w:tr>
      <w:tr w:rsidR="004D342C" w14:paraId="5A0000AF" w14:textId="77777777">
        <w:trPr>
          <w:cantSplit/>
          <w:jc w:val="center"/>
        </w:trPr>
        <w:tc>
          <w:tcPr>
            <w:tcW w:w="1728" w:type="dxa"/>
          </w:tcPr>
          <w:p w14:paraId="5A0000AB" w14:textId="77777777" w:rsidR="004D342C" w:rsidRDefault="00000000">
            <w:pPr>
              <w:spacing w:before="40" w:after="40"/>
              <w:ind w:firstLine="0"/>
            </w:pPr>
            <w:r>
              <w:rPr>
                <w:sz w:val="18"/>
              </w:rPr>
              <w:t>ZA2081</w:t>
            </w:r>
          </w:p>
        </w:tc>
        <w:tc>
          <w:tcPr>
            <w:tcW w:w="1440" w:type="dxa"/>
          </w:tcPr>
          <w:p w14:paraId="5A0000AC" w14:textId="77777777" w:rsidR="004D342C" w:rsidRDefault="00000000">
            <w:pPr>
              <w:spacing w:before="40" w:after="40"/>
              <w:ind w:firstLine="0"/>
            </w:pPr>
            <w:r>
              <w:rPr>
                <w:sz w:val="18"/>
              </w:rPr>
              <w:t>EB36</w:t>
            </w:r>
          </w:p>
        </w:tc>
        <w:tc>
          <w:tcPr>
            <w:tcW w:w="1152" w:type="dxa"/>
          </w:tcPr>
          <w:p w14:paraId="5A0000AD" w14:textId="77777777" w:rsidR="004D342C" w:rsidRDefault="00000000">
            <w:pPr>
              <w:spacing w:before="40" w:after="40"/>
              <w:ind w:firstLine="0"/>
            </w:pPr>
            <w:r>
              <w:rPr>
                <w:sz w:val="18"/>
              </w:rPr>
              <w:t>1991</w:t>
            </w:r>
          </w:p>
        </w:tc>
        <w:tc>
          <w:tcPr>
            <w:tcW w:w="1440" w:type="dxa"/>
          </w:tcPr>
          <w:p w14:paraId="5A0000AE" w14:textId="77777777" w:rsidR="004D342C" w:rsidRDefault="00000000">
            <w:pPr>
              <w:spacing w:before="40" w:after="40"/>
              <w:ind w:firstLine="0"/>
            </w:pPr>
            <w:r>
              <w:rPr>
                <w:sz w:val="18"/>
              </w:rPr>
              <w:t>360</w:t>
            </w:r>
          </w:p>
        </w:tc>
      </w:tr>
      <w:tr w:rsidR="004D342C" w14:paraId="5A0000B4" w14:textId="77777777">
        <w:trPr>
          <w:cantSplit/>
          <w:jc w:val="center"/>
        </w:trPr>
        <w:tc>
          <w:tcPr>
            <w:tcW w:w="1728" w:type="dxa"/>
          </w:tcPr>
          <w:p w14:paraId="5A0000B0" w14:textId="77777777" w:rsidR="004D342C" w:rsidRDefault="00000000">
            <w:pPr>
              <w:spacing w:before="40" w:after="40"/>
              <w:ind w:firstLine="0"/>
            </w:pPr>
            <w:r>
              <w:rPr>
                <w:sz w:val="18"/>
              </w:rPr>
              <w:t>ZA2141</w:t>
            </w:r>
          </w:p>
        </w:tc>
        <w:tc>
          <w:tcPr>
            <w:tcW w:w="1440" w:type="dxa"/>
          </w:tcPr>
          <w:p w14:paraId="5A0000B1" w14:textId="77777777" w:rsidR="004D342C" w:rsidRDefault="00000000">
            <w:pPr>
              <w:spacing w:before="40" w:after="40"/>
              <w:ind w:firstLine="0"/>
            </w:pPr>
            <w:r>
              <w:rPr>
                <w:sz w:val="18"/>
              </w:rPr>
              <w:t>EB37</w:t>
            </w:r>
          </w:p>
        </w:tc>
        <w:tc>
          <w:tcPr>
            <w:tcW w:w="1152" w:type="dxa"/>
          </w:tcPr>
          <w:p w14:paraId="5A0000B2" w14:textId="77777777" w:rsidR="004D342C" w:rsidRDefault="00000000">
            <w:pPr>
              <w:spacing w:before="40" w:after="40"/>
              <w:ind w:firstLine="0"/>
            </w:pPr>
            <w:r>
              <w:rPr>
                <w:sz w:val="18"/>
              </w:rPr>
              <w:t>1992</w:t>
            </w:r>
          </w:p>
        </w:tc>
        <w:tc>
          <w:tcPr>
            <w:tcW w:w="1440" w:type="dxa"/>
          </w:tcPr>
          <w:p w14:paraId="5A0000B3" w14:textId="77777777" w:rsidR="004D342C" w:rsidRDefault="00000000">
            <w:pPr>
              <w:spacing w:before="40" w:after="40"/>
              <w:ind w:firstLine="0"/>
            </w:pPr>
            <w:r>
              <w:rPr>
                <w:sz w:val="18"/>
              </w:rPr>
              <w:t>370</w:t>
            </w:r>
          </w:p>
        </w:tc>
      </w:tr>
      <w:tr w:rsidR="004D342C" w14:paraId="5A0000B9" w14:textId="77777777">
        <w:trPr>
          <w:cantSplit/>
          <w:jc w:val="center"/>
        </w:trPr>
        <w:tc>
          <w:tcPr>
            <w:tcW w:w="1728" w:type="dxa"/>
          </w:tcPr>
          <w:p w14:paraId="5A0000B5" w14:textId="77777777" w:rsidR="004D342C" w:rsidRDefault="00000000">
            <w:pPr>
              <w:spacing w:before="40" w:after="40"/>
              <w:ind w:firstLine="0"/>
            </w:pPr>
            <w:r>
              <w:rPr>
                <w:sz w:val="18"/>
              </w:rPr>
              <w:t>ZA2294</w:t>
            </w:r>
          </w:p>
        </w:tc>
        <w:tc>
          <w:tcPr>
            <w:tcW w:w="1440" w:type="dxa"/>
          </w:tcPr>
          <w:p w14:paraId="5A0000B6" w14:textId="77777777" w:rsidR="004D342C" w:rsidRDefault="00000000">
            <w:pPr>
              <w:spacing w:before="40" w:after="40"/>
              <w:ind w:firstLine="0"/>
            </w:pPr>
            <w:r>
              <w:rPr>
                <w:sz w:val="18"/>
              </w:rPr>
              <w:t>EB38.0</w:t>
            </w:r>
          </w:p>
        </w:tc>
        <w:tc>
          <w:tcPr>
            <w:tcW w:w="1152" w:type="dxa"/>
          </w:tcPr>
          <w:p w14:paraId="5A0000B7" w14:textId="77777777" w:rsidR="004D342C" w:rsidRDefault="00000000">
            <w:pPr>
              <w:spacing w:before="40" w:after="40"/>
              <w:ind w:firstLine="0"/>
            </w:pPr>
            <w:r>
              <w:rPr>
                <w:sz w:val="18"/>
              </w:rPr>
              <w:t>1992</w:t>
            </w:r>
          </w:p>
        </w:tc>
        <w:tc>
          <w:tcPr>
            <w:tcW w:w="1440" w:type="dxa"/>
          </w:tcPr>
          <w:p w14:paraId="5A0000B8" w14:textId="77777777" w:rsidR="004D342C" w:rsidRDefault="00000000">
            <w:pPr>
              <w:spacing w:before="40" w:after="40"/>
              <w:ind w:firstLine="0"/>
            </w:pPr>
            <w:r>
              <w:rPr>
                <w:sz w:val="18"/>
              </w:rPr>
              <w:t>380</w:t>
            </w:r>
          </w:p>
        </w:tc>
      </w:tr>
      <w:tr w:rsidR="004D342C" w14:paraId="5A0000BE" w14:textId="77777777">
        <w:trPr>
          <w:cantSplit/>
          <w:jc w:val="center"/>
        </w:trPr>
        <w:tc>
          <w:tcPr>
            <w:tcW w:w="1728" w:type="dxa"/>
          </w:tcPr>
          <w:p w14:paraId="5A0000BA" w14:textId="77777777" w:rsidR="004D342C" w:rsidRDefault="00000000">
            <w:pPr>
              <w:spacing w:before="40" w:after="40"/>
              <w:ind w:firstLine="0"/>
            </w:pPr>
            <w:r>
              <w:rPr>
                <w:sz w:val="18"/>
              </w:rPr>
              <w:t>ZA2295</w:t>
            </w:r>
          </w:p>
        </w:tc>
        <w:tc>
          <w:tcPr>
            <w:tcW w:w="1440" w:type="dxa"/>
          </w:tcPr>
          <w:p w14:paraId="5A0000BB" w14:textId="77777777" w:rsidR="004D342C" w:rsidRDefault="00000000">
            <w:pPr>
              <w:spacing w:before="40" w:after="40"/>
              <w:ind w:firstLine="0"/>
            </w:pPr>
            <w:r>
              <w:rPr>
                <w:sz w:val="18"/>
              </w:rPr>
              <w:t>EB38.1</w:t>
            </w:r>
          </w:p>
        </w:tc>
        <w:tc>
          <w:tcPr>
            <w:tcW w:w="1152" w:type="dxa"/>
          </w:tcPr>
          <w:p w14:paraId="5A0000BC" w14:textId="77777777" w:rsidR="004D342C" w:rsidRDefault="00000000">
            <w:pPr>
              <w:spacing w:before="40" w:after="40"/>
              <w:ind w:firstLine="0"/>
            </w:pPr>
            <w:r>
              <w:rPr>
                <w:sz w:val="18"/>
              </w:rPr>
              <w:t>1992</w:t>
            </w:r>
          </w:p>
        </w:tc>
        <w:tc>
          <w:tcPr>
            <w:tcW w:w="1440" w:type="dxa"/>
          </w:tcPr>
          <w:p w14:paraId="5A0000BD" w14:textId="77777777" w:rsidR="004D342C" w:rsidRDefault="00000000">
            <w:pPr>
              <w:spacing w:before="40" w:after="40"/>
              <w:ind w:firstLine="0"/>
            </w:pPr>
            <w:r>
              <w:rPr>
                <w:sz w:val="18"/>
              </w:rPr>
              <w:t>381</w:t>
            </w:r>
          </w:p>
        </w:tc>
      </w:tr>
      <w:tr w:rsidR="004D342C" w14:paraId="5A0000C3" w14:textId="77777777">
        <w:trPr>
          <w:cantSplit/>
          <w:jc w:val="center"/>
        </w:trPr>
        <w:tc>
          <w:tcPr>
            <w:tcW w:w="1728" w:type="dxa"/>
          </w:tcPr>
          <w:p w14:paraId="5A0000BF" w14:textId="77777777" w:rsidR="004D342C" w:rsidRDefault="00000000">
            <w:pPr>
              <w:spacing w:before="40" w:after="40"/>
              <w:ind w:firstLine="0"/>
            </w:pPr>
            <w:r>
              <w:rPr>
                <w:sz w:val="18"/>
              </w:rPr>
              <w:t>ZA2346</w:t>
            </w:r>
          </w:p>
        </w:tc>
        <w:tc>
          <w:tcPr>
            <w:tcW w:w="1440" w:type="dxa"/>
          </w:tcPr>
          <w:p w14:paraId="5A0000C0" w14:textId="77777777" w:rsidR="004D342C" w:rsidRDefault="00000000">
            <w:pPr>
              <w:spacing w:before="40" w:after="40"/>
              <w:ind w:firstLine="0"/>
            </w:pPr>
            <w:r>
              <w:rPr>
                <w:sz w:val="18"/>
              </w:rPr>
              <w:t>EB39</w:t>
            </w:r>
          </w:p>
        </w:tc>
        <w:tc>
          <w:tcPr>
            <w:tcW w:w="1152" w:type="dxa"/>
          </w:tcPr>
          <w:p w14:paraId="5A0000C1" w14:textId="77777777" w:rsidR="004D342C" w:rsidRDefault="00000000">
            <w:pPr>
              <w:spacing w:before="40" w:after="40"/>
              <w:ind w:firstLine="0"/>
            </w:pPr>
            <w:r>
              <w:rPr>
                <w:sz w:val="18"/>
              </w:rPr>
              <w:t>1993</w:t>
            </w:r>
          </w:p>
        </w:tc>
        <w:tc>
          <w:tcPr>
            <w:tcW w:w="1440" w:type="dxa"/>
          </w:tcPr>
          <w:p w14:paraId="5A0000C2" w14:textId="77777777" w:rsidR="004D342C" w:rsidRDefault="00000000">
            <w:pPr>
              <w:spacing w:before="40" w:after="40"/>
              <w:ind w:firstLine="0"/>
            </w:pPr>
            <w:r>
              <w:rPr>
                <w:sz w:val="18"/>
              </w:rPr>
              <w:t>390</w:t>
            </w:r>
          </w:p>
        </w:tc>
      </w:tr>
      <w:tr w:rsidR="004D342C" w14:paraId="5A0000C8" w14:textId="77777777">
        <w:trPr>
          <w:cantSplit/>
          <w:jc w:val="center"/>
        </w:trPr>
        <w:tc>
          <w:tcPr>
            <w:tcW w:w="1728" w:type="dxa"/>
          </w:tcPr>
          <w:p w14:paraId="5A0000C4" w14:textId="77777777" w:rsidR="004D342C" w:rsidRDefault="00000000">
            <w:pPr>
              <w:spacing w:before="40" w:after="40"/>
              <w:ind w:firstLine="0"/>
            </w:pPr>
            <w:r>
              <w:rPr>
                <w:sz w:val="18"/>
              </w:rPr>
              <w:t>ZA2459</w:t>
            </w:r>
          </w:p>
        </w:tc>
        <w:tc>
          <w:tcPr>
            <w:tcW w:w="1440" w:type="dxa"/>
          </w:tcPr>
          <w:p w14:paraId="5A0000C5" w14:textId="77777777" w:rsidR="004D342C" w:rsidRDefault="00000000">
            <w:pPr>
              <w:spacing w:before="40" w:after="40"/>
              <w:ind w:firstLine="0"/>
            </w:pPr>
            <w:r>
              <w:rPr>
                <w:sz w:val="18"/>
              </w:rPr>
              <w:t>EB40</w:t>
            </w:r>
          </w:p>
        </w:tc>
        <w:tc>
          <w:tcPr>
            <w:tcW w:w="1152" w:type="dxa"/>
          </w:tcPr>
          <w:p w14:paraId="5A0000C6" w14:textId="77777777" w:rsidR="004D342C" w:rsidRDefault="00000000">
            <w:pPr>
              <w:spacing w:before="40" w:after="40"/>
              <w:ind w:firstLine="0"/>
            </w:pPr>
            <w:r>
              <w:rPr>
                <w:sz w:val="18"/>
              </w:rPr>
              <w:t>1993</w:t>
            </w:r>
          </w:p>
        </w:tc>
        <w:tc>
          <w:tcPr>
            <w:tcW w:w="1440" w:type="dxa"/>
          </w:tcPr>
          <w:p w14:paraId="5A0000C7" w14:textId="77777777" w:rsidR="004D342C" w:rsidRDefault="00000000">
            <w:pPr>
              <w:spacing w:before="40" w:after="40"/>
              <w:ind w:firstLine="0"/>
            </w:pPr>
            <w:r>
              <w:rPr>
                <w:sz w:val="18"/>
              </w:rPr>
              <w:t>400</w:t>
            </w:r>
          </w:p>
        </w:tc>
      </w:tr>
      <w:tr w:rsidR="004D342C" w14:paraId="5A0000CD" w14:textId="77777777">
        <w:trPr>
          <w:cantSplit/>
          <w:jc w:val="center"/>
        </w:trPr>
        <w:tc>
          <w:tcPr>
            <w:tcW w:w="1728" w:type="dxa"/>
          </w:tcPr>
          <w:p w14:paraId="5A0000C9" w14:textId="77777777" w:rsidR="004D342C" w:rsidRDefault="00000000">
            <w:pPr>
              <w:spacing w:before="40" w:after="40"/>
              <w:ind w:firstLine="0"/>
            </w:pPr>
            <w:r>
              <w:rPr>
                <w:sz w:val="18"/>
              </w:rPr>
              <w:t>ZA2490</w:t>
            </w:r>
          </w:p>
        </w:tc>
        <w:tc>
          <w:tcPr>
            <w:tcW w:w="1440" w:type="dxa"/>
          </w:tcPr>
          <w:p w14:paraId="5A0000CA" w14:textId="77777777" w:rsidR="004D342C" w:rsidRDefault="00000000">
            <w:pPr>
              <w:spacing w:before="40" w:after="40"/>
              <w:ind w:firstLine="0"/>
            </w:pPr>
            <w:r>
              <w:rPr>
                <w:sz w:val="18"/>
              </w:rPr>
              <w:t>EB41.0</w:t>
            </w:r>
          </w:p>
        </w:tc>
        <w:tc>
          <w:tcPr>
            <w:tcW w:w="1152" w:type="dxa"/>
          </w:tcPr>
          <w:p w14:paraId="5A0000CB" w14:textId="77777777" w:rsidR="004D342C" w:rsidRDefault="00000000">
            <w:pPr>
              <w:spacing w:before="40" w:after="40"/>
              <w:ind w:firstLine="0"/>
            </w:pPr>
            <w:r>
              <w:rPr>
                <w:sz w:val="18"/>
              </w:rPr>
              <w:t>1994</w:t>
            </w:r>
          </w:p>
        </w:tc>
        <w:tc>
          <w:tcPr>
            <w:tcW w:w="1440" w:type="dxa"/>
          </w:tcPr>
          <w:p w14:paraId="5A0000CC" w14:textId="77777777" w:rsidR="004D342C" w:rsidRDefault="00000000">
            <w:pPr>
              <w:spacing w:before="40" w:after="40"/>
              <w:ind w:firstLine="0"/>
            </w:pPr>
            <w:r>
              <w:rPr>
                <w:sz w:val="18"/>
              </w:rPr>
              <w:t>410</w:t>
            </w:r>
          </w:p>
        </w:tc>
      </w:tr>
      <w:tr w:rsidR="004D342C" w14:paraId="5A0000D2" w14:textId="77777777">
        <w:trPr>
          <w:cantSplit/>
          <w:jc w:val="center"/>
        </w:trPr>
        <w:tc>
          <w:tcPr>
            <w:tcW w:w="1728" w:type="dxa"/>
          </w:tcPr>
          <w:p w14:paraId="5A0000CE" w14:textId="77777777" w:rsidR="004D342C" w:rsidRDefault="00000000">
            <w:pPr>
              <w:spacing w:before="40" w:after="40"/>
              <w:ind w:firstLine="0"/>
            </w:pPr>
            <w:r>
              <w:rPr>
                <w:sz w:val="18"/>
              </w:rPr>
              <w:t>ZA2491</w:t>
            </w:r>
          </w:p>
        </w:tc>
        <w:tc>
          <w:tcPr>
            <w:tcW w:w="1440" w:type="dxa"/>
          </w:tcPr>
          <w:p w14:paraId="5A0000CF" w14:textId="77777777" w:rsidR="004D342C" w:rsidRDefault="00000000">
            <w:pPr>
              <w:spacing w:before="40" w:after="40"/>
              <w:ind w:firstLine="0"/>
            </w:pPr>
            <w:r>
              <w:rPr>
                <w:sz w:val="18"/>
              </w:rPr>
              <w:t>EB41.1</w:t>
            </w:r>
          </w:p>
        </w:tc>
        <w:tc>
          <w:tcPr>
            <w:tcW w:w="1152" w:type="dxa"/>
          </w:tcPr>
          <w:p w14:paraId="5A0000D0" w14:textId="77777777" w:rsidR="004D342C" w:rsidRDefault="00000000">
            <w:pPr>
              <w:spacing w:before="40" w:after="40"/>
              <w:ind w:firstLine="0"/>
            </w:pPr>
            <w:r>
              <w:rPr>
                <w:sz w:val="18"/>
              </w:rPr>
              <w:t>1994</w:t>
            </w:r>
          </w:p>
        </w:tc>
        <w:tc>
          <w:tcPr>
            <w:tcW w:w="1440" w:type="dxa"/>
          </w:tcPr>
          <w:p w14:paraId="5A0000D1" w14:textId="77777777" w:rsidR="004D342C" w:rsidRDefault="00000000">
            <w:pPr>
              <w:spacing w:before="40" w:after="40"/>
              <w:ind w:firstLine="0"/>
            </w:pPr>
            <w:r>
              <w:rPr>
                <w:sz w:val="18"/>
              </w:rPr>
              <w:t>411</w:t>
            </w:r>
          </w:p>
        </w:tc>
      </w:tr>
      <w:tr w:rsidR="004D342C" w14:paraId="5A0000D7" w14:textId="77777777">
        <w:trPr>
          <w:cantSplit/>
          <w:jc w:val="center"/>
        </w:trPr>
        <w:tc>
          <w:tcPr>
            <w:tcW w:w="1728" w:type="dxa"/>
          </w:tcPr>
          <w:p w14:paraId="5A0000D3" w14:textId="77777777" w:rsidR="004D342C" w:rsidRDefault="00000000">
            <w:pPr>
              <w:spacing w:before="40" w:after="40"/>
              <w:ind w:firstLine="0"/>
            </w:pPr>
            <w:r>
              <w:rPr>
                <w:sz w:val="18"/>
              </w:rPr>
              <w:t>ZA2563</w:t>
            </w:r>
          </w:p>
        </w:tc>
        <w:tc>
          <w:tcPr>
            <w:tcW w:w="1440" w:type="dxa"/>
          </w:tcPr>
          <w:p w14:paraId="5A0000D4" w14:textId="77777777" w:rsidR="004D342C" w:rsidRDefault="00000000">
            <w:pPr>
              <w:spacing w:before="40" w:after="40"/>
              <w:ind w:firstLine="0"/>
            </w:pPr>
            <w:r>
              <w:rPr>
                <w:sz w:val="18"/>
              </w:rPr>
              <w:t>EB42</w:t>
            </w:r>
          </w:p>
        </w:tc>
        <w:tc>
          <w:tcPr>
            <w:tcW w:w="1152" w:type="dxa"/>
          </w:tcPr>
          <w:p w14:paraId="5A0000D5" w14:textId="77777777" w:rsidR="004D342C" w:rsidRDefault="00000000">
            <w:pPr>
              <w:spacing w:before="40" w:after="40"/>
              <w:ind w:firstLine="0"/>
            </w:pPr>
            <w:r>
              <w:rPr>
                <w:sz w:val="18"/>
              </w:rPr>
              <w:t>1994</w:t>
            </w:r>
          </w:p>
        </w:tc>
        <w:tc>
          <w:tcPr>
            <w:tcW w:w="1440" w:type="dxa"/>
          </w:tcPr>
          <w:p w14:paraId="5A0000D6" w14:textId="77777777" w:rsidR="004D342C" w:rsidRDefault="00000000">
            <w:pPr>
              <w:spacing w:before="40" w:after="40"/>
              <w:ind w:firstLine="0"/>
            </w:pPr>
            <w:r>
              <w:rPr>
                <w:sz w:val="18"/>
              </w:rPr>
              <w:t>420</w:t>
            </w:r>
          </w:p>
        </w:tc>
      </w:tr>
      <w:tr w:rsidR="004D342C" w14:paraId="5A0000DC" w14:textId="77777777">
        <w:trPr>
          <w:cantSplit/>
          <w:jc w:val="center"/>
        </w:trPr>
        <w:tc>
          <w:tcPr>
            <w:tcW w:w="1728" w:type="dxa"/>
          </w:tcPr>
          <w:p w14:paraId="5A0000D8" w14:textId="77777777" w:rsidR="004D342C" w:rsidRDefault="00000000">
            <w:pPr>
              <w:spacing w:before="40" w:after="40"/>
              <w:ind w:firstLine="0"/>
            </w:pPr>
            <w:r>
              <w:rPr>
                <w:sz w:val="18"/>
              </w:rPr>
              <w:t>ZA2637</w:t>
            </w:r>
          </w:p>
        </w:tc>
        <w:tc>
          <w:tcPr>
            <w:tcW w:w="1440" w:type="dxa"/>
          </w:tcPr>
          <w:p w14:paraId="5A0000D9" w14:textId="77777777" w:rsidR="004D342C" w:rsidRDefault="00000000">
            <w:pPr>
              <w:spacing w:before="40" w:after="40"/>
              <w:ind w:firstLine="0"/>
            </w:pPr>
            <w:r>
              <w:rPr>
                <w:sz w:val="18"/>
              </w:rPr>
              <w:t>EB43.1bis</w:t>
            </w:r>
          </w:p>
        </w:tc>
        <w:tc>
          <w:tcPr>
            <w:tcW w:w="1152" w:type="dxa"/>
          </w:tcPr>
          <w:p w14:paraId="5A0000DA" w14:textId="77777777" w:rsidR="004D342C" w:rsidRDefault="00000000">
            <w:pPr>
              <w:spacing w:before="40" w:after="40"/>
              <w:ind w:firstLine="0"/>
            </w:pPr>
            <w:r>
              <w:rPr>
                <w:sz w:val="18"/>
              </w:rPr>
              <w:t>1995</w:t>
            </w:r>
          </w:p>
        </w:tc>
        <w:tc>
          <w:tcPr>
            <w:tcW w:w="1440" w:type="dxa"/>
          </w:tcPr>
          <w:p w14:paraId="5A0000DB" w14:textId="77777777" w:rsidR="004D342C" w:rsidRDefault="00000000">
            <w:pPr>
              <w:spacing w:before="40" w:after="40"/>
              <w:ind w:firstLine="0"/>
            </w:pPr>
            <w:r>
              <w:rPr>
                <w:sz w:val="18"/>
              </w:rPr>
              <w:t>431</w:t>
            </w:r>
          </w:p>
        </w:tc>
      </w:tr>
      <w:tr w:rsidR="004D342C" w14:paraId="5A0000E1" w14:textId="77777777">
        <w:trPr>
          <w:cantSplit/>
          <w:jc w:val="center"/>
        </w:trPr>
        <w:tc>
          <w:tcPr>
            <w:tcW w:w="1728" w:type="dxa"/>
          </w:tcPr>
          <w:p w14:paraId="5A0000DD" w14:textId="77777777" w:rsidR="004D342C" w:rsidRDefault="00000000">
            <w:pPr>
              <w:spacing w:before="40" w:after="40"/>
              <w:ind w:firstLine="0"/>
            </w:pPr>
            <w:r>
              <w:rPr>
                <w:sz w:val="18"/>
              </w:rPr>
              <w:t>ZA2690</w:t>
            </w:r>
          </w:p>
        </w:tc>
        <w:tc>
          <w:tcPr>
            <w:tcW w:w="1440" w:type="dxa"/>
          </w:tcPr>
          <w:p w14:paraId="5A0000DE" w14:textId="77777777" w:rsidR="004D342C" w:rsidRDefault="00000000">
            <w:pPr>
              <w:spacing w:before="40" w:after="40"/>
              <w:ind w:firstLine="0"/>
            </w:pPr>
            <w:r>
              <w:rPr>
                <w:sz w:val="18"/>
              </w:rPr>
              <w:t>EB44.1</w:t>
            </w:r>
          </w:p>
        </w:tc>
        <w:tc>
          <w:tcPr>
            <w:tcW w:w="1152" w:type="dxa"/>
          </w:tcPr>
          <w:p w14:paraId="5A0000DF" w14:textId="77777777" w:rsidR="004D342C" w:rsidRDefault="00000000">
            <w:pPr>
              <w:spacing w:before="40" w:after="40"/>
              <w:ind w:firstLine="0"/>
            </w:pPr>
            <w:r>
              <w:rPr>
                <w:sz w:val="18"/>
              </w:rPr>
              <w:t>1995</w:t>
            </w:r>
          </w:p>
        </w:tc>
        <w:tc>
          <w:tcPr>
            <w:tcW w:w="1440" w:type="dxa"/>
          </w:tcPr>
          <w:p w14:paraId="5A0000E0" w14:textId="77777777" w:rsidR="004D342C" w:rsidRDefault="00000000">
            <w:pPr>
              <w:spacing w:before="40" w:after="40"/>
              <w:ind w:firstLine="0"/>
            </w:pPr>
            <w:r>
              <w:rPr>
                <w:sz w:val="18"/>
              </w:rPr>
              <w:t>441</w:t>
            </w:r>
          </w:p>
        </w:tc>
      </w:tr>
      <w:tr w:rsidR="004D342C" w14:paraId="5A0000E6" w14:textId="77777777">
        <w:trPr>
          <w:cantSplit/>
          <w:jc w:val="center"/>
        </w:trPr>
        <w:tc>
          <w:tcPr>
            <w:tcW w:w="1728" w:type="dxa"/>
          </w:tcPr>
          <w:p w14:paraId="5A0000E2" w14:textId="77777777" w:rsidR="004D342C" w:rsidRDefault="00000000">
            <w:pPr>
              <w:spacing w:before="40" w:after="40"/>
              <w:ind w:firstLine="0"/>
            </w:pPr>
            <w:r>
              <w:rPr>
                <w:sz w:val="18"/>
              </w:rPr>
              <w:t>ZA2828</w:t>
            </w:r>
          </w:p>
        </w:tc>
        <w:tc>
          <w:tcPr>
            <w:tcW w:w="1440" w:type="dxa"/>
          </w:tcPr>
          <w:p w14:paraId="5A0000E3" w14:textId="77777777" w:rsidR="004D342C" w:rsidRDefault="00000000">
            <w:pPr>
              <w:spacing w:before="40" w:after="40"/>
              <w:ind w:firstLine="0"/>
            </w:pPr>
            <w:r>
              <w:rPr>
                <w:sz w:val="18"/>
              </w:rPr>
              <w:t>EB44.2bis</w:t>
            </w:r>
          </w:p>
        </w:tc>
        <w:tc>
          <w:tcPr>
            <w:tcW w:w="1152" w:type="dxa"/>
          </w:tcPr>
          <w:p w14:paraId="5A0000E4" w14:textId="77777777" w:rsidR="004D342C" w:rsidRDefault="00000000">
            <w:pPr>
              <w:spacing w:before="40" w:after="40"/>
              <w:ind w:firstLine="0"/>
            </w:pPr>
            <w:r>
              <w:rPr>
                <w:sz w:val="18"/>
              </w:rPr>
              <w:t>1996</w:t>
            </w:r>
          </w:p>
        </w:tc>
        <w:tc>
          <w:tcPr>
            <w:tcW w:w="1440" w:type="dxa"/>
          </w:tcPr>
          <w:p w14:paraId="5A0000E5" w14:textId="77777777" w:rsidR="004D342C" w:rsidRDefault="00000000">
            <w:pPr>
              <w:spacing w:before="40" w:after="40"/>
              <w:ind w:firstLine="0"/>
            </w:pPr>
            <w:r>
              <w:rPr>
                <w:sz w:val="18"/>
              </w:rPr>
              <w:t>442b</w:t>
            </w:r>
          </w:p>
        </w:tc>
      </w:tr>
      <w:tr w:rsidR="004D342C" w14:paraId="5A0000EB" w14:textId="77777777">
        <w:trPr>
          <w:cantSplit/>
          <w:jc w:val="center"/>
        </w:trPr>
        <w:tc>
          <w:tcPr>
            <w:tcW w:w="1728" w:type="dxa"/>
          </w:tcPr>
          <w:p w14:paraId="5A0000E7" w14:textId="77777777" w:rsidR="004D342C" w:rsidRDefault="00000000">
            <w:pPr>
              <w:spacing w:before="40" w:after="40"/>
              <w:ind w:firstLine="0"/>
            </w:pPr>
            <w:r>
              <w:rPr>
                <w:sz w:val="18"/>
              </w:rPr>
              <w:t>ZA2831</w:t>
            </w:r>
          </w:p>
        </w:tc>
        <w:tc>
          <w:tcPr>
            <w:tcW w:w="1440" w:type="dxa"/>
          </w:tcPr>
          <w:p w14:paraId="5A0000E8" w14:textId="77777777" w:rsidR="004D342C" w:rsidRDefault="00000000">
            <w:pPr>
              <w:spacing w:before="40" w:after="40"/>
              <w:ind w:firstLine="0"/>
            </w:pPr>
            <w:r>
              <w:rPr>
                <w:sz w:val="18"/>
              </w:rPr>
              <w:t>EB45.1</w:t>
            </w:r>
          </w:p>
        </w:tc>
        <w:tc>
          <w:tcPr>
            <w:tcW w:w="1152" w:type="dxa"/>
          </w:tcPr>
          <w:p w14:paraId="5A0000E9" w14:textId="77777777" w:rsidR="004D342C" w:rsidRDefault="00000000">
            <w:pPr>
              <w:spacing w:before="40" w:after="40"/>
              <w:ind w:firstLine="0"/>
            </w:pPr>
            <w:r>
              <w:rPr>
                <w:sz w:val="18"/>
              </w:rPr>
              <w:t>1996</w:t>
            </w:r>
          </w:p>
        </w:tc>
        <w:tc>
          <w:tcPr>
            <w:tcW w:w="1440" w:type="dxa"/>
          </w:tcPr>
          <w:p w14:paraId="5A0000EA" w14:textId="77777777" w:rsidR="004D342C" w:rsidRDefault="00000000">
            <w:pPr>
              <w:spacing w:before="40" w:after="40"/>
              <w:ind w:firstLine="0"/>
            </w:pPr>
            <w:r>
              <w:rPr>
                <w:sz w:val="18"/>
              </w:rPr>
              <w:t>451</w:t>
            </w:r>
          </w:p>
        </w:tc>
      </w:tr>
      <w:tr w:rsidR="004D342C" w14:paraId="5A0000F0" w14:textId="77777777">
        <w:trPr>
          <w:cantSplit/>
          <w:jc w:val="center"/>
        </w:trPr>
        <w:tc>
          <w:tcPr>
            <w:tcW w:w="1728" w:type="dxa"/>
          </w:tcPr>
          <w:p w14:paraId="5A0000EC" w14:textId="77777777" w:rsidR="004D342C" w:rsidRDefault="00000000">
            <w:pPr>
              <w:spacing w:before="40" w:after="40"/>
              <w:ind w:firstLine="0"/>
            </w:pPr>
            <w:r>
              <w:rPr>
                <w:sz w:val="18"/>
              </w:rPr>
              <w:t>ZA2898</w:t>
            </w:r>
          </w:p>
        </w:tc>
        <w:tc>
          <w:tcPr>
            <w:tcW w:w="1440" w:type="dxa"/>
          </w:tcPr>
          <w:p w14:paraId="5A0000ED" w14:textId="77777777" w:rsidR="004D342C" w:rsidRDefault="00000000">
            <w:pPr>
              <w:spacing w:before="40" w:after="40"/>
              <w:ind w:firstLine="0"/>
            </w:pPr>
            <w:r>
              <w:rPr>
                <w:sz w:val="18"/>
              </w:rPr>
              <w:t>EB46</w:t>
            </w:r>
          </w:p>
        </w:tc>
        <w:tc>
          <w:tcPr>
            <w:tcW w:w="1152" w:type="dxa"/>
          </w:tcPr>
          <w:p w14:paraId="5A0000EE" w14:textId="77777777" w:rsidR="004D342C" w:rsidRDefault="00000000">
            <w:pPr>
              <w:spacing w:before="40" w:after="40"/>
              <w:ind w:firstLine="0"/>
            </w:pPr>
            <w:r>
              <w:rPr>
                <w:sz w:val="18"/>
              </w:rPr>
              <w:t>1996</w:t>
            </w:r>
          </w:p>
        </w:tc>
        <w:tc>
          <w:tcPr>
            <w:tcW w:w="1440" w:type="dxa"/>
          </w:tcPr>
          <w:p w14:paraId="5A0000EF" w14:textId="77777777" w:rsidR="004D342C" w:rsidRDefault="00000000">
            <w:pPr>
              <w:spacing w:before="40" w:after="40"/>
              <w:ind w:firstLine="0"/>
            </w:pPr>
            <w:r>
              <w:rPr>
                <w:sz w:val="18"/>
              </w:rPr>
              <w:t>460</w:t>
            </w:r>
          </w:p>
        </w:tc>
      </w:tr>
      <w:tr w:rsidR="004D342C" w14:paraId="5A0000F5" w14:textId="77777777">
        <w:trPr>
          <w:cantSplit/>
          <w:jc w:val="center"/>
        </w:trPr>
        <w:tc>
          <w:tcPr>
            <w:tcW w:w="1728" w:type="dxa"/>
          </w:tcPr>
          <w:p w14:paraId="5A0000F1" w14:textId="77777777" w:rsidR="004D342C" w:rsidRDefault="00000000">
            <w:pPr>
              <w:spacing w:before="40" w:after="40"/>
              <w:ind w:firstLine="0"/>
            </w:pPr>
            <w:r>
              <w:rPr>
                <w:sz w:val="18"/>
              </w:rPr>
              <w:t>ZA2936</w:t>
            </w:r>
          </w:p>
        </w:tc>
        <w:tc>
          <w:tcPr>
            <w:tcW w:w="1440" w:type="dxa"/>
          </w:tcPr>
          <w:p w14:paraId="5A0000F2" w14:textId="77777777" w:rsidR="004D342C" w:rsidRDefault="00000000">
            <w:pPr>
              <w:spacing w:before="40" w:after="40"/>
              <w:ind w:firstLine="0"/>
            </w:pPr>
            <w:r>
              <w:rPr>
                <w:sz w:val="18"/>
              </w:rPr>
              <w:t>EB47.1</w:t>
            </w:r>
          </w:p>
        </w:tc>
        <w:tc>
          <w:tcPr>
            <w:tcW w:w="1152" w:type="dxa"/>
          </w:tcPr>
          <w:p w14:paraId="5A0000F3" w14:textId="77777777" w:rsidR="004D342C" w:rsidRDefault="00000000">
            <w:pPr>
              <w:spacing w:before="40" w:after="40"/>
              <w:ind w:firstLine="0"/>
            </w:pPr>
            <w:r>
              <w:rPr>
                <w:sz w:val="18"/>
              </w:rPr>
              <w:t>1997</w:t>
            </w:r>
          </w:p>
        </w:tc>
        <w:tc>
          <w:tcPr>
            <w:tcW w:w="1440" w:type="dxa"/>
          </w:tcPr>
          <w:p w14:paraId="5A0000F4" w14:textId="77777777" w:rsidR="004D342C" w:rsidRDefault="00000000">
            <w:pPr>
              <w:spacing w:before="40" w:after="40"/>
              <w:ind w:firstLine="0"/>
            </w:pPr>
            <w:r>
              <w:rPr>
                <w:sz w:val="18"/>
              </w:rPr>
              <w:t>471</w:t>
            </w:r>
          </w:p>
        </w:tc>
      </w:tr>
      <w:tr w:rsidR="004D342C" w14:paraId="5A0000FA" w14:textId="77777777">
        <w:trPr>
          <w:cantSplit/>
          <w:jc w:val="center"/>
        </w:trPr>
        <w:tc>
          <w:tcPr>
            <w:tcW w:w="1728" w:type="dxa"/>
          </w:tcPr>
          <w:p w14:paraId="5A0000F6" w14:textId="77777777" w:rsidR="004D342C" w:rsidRDefault="00000000">
            <w:pPr>
              <w:spacing w:before="40" w:after="40"/>
              <w:ind w:firstLine="0"/>
            </w:pPr>
            <w:r>
              <w:rPr>
                <w:sz w:val="18"/>
              </w:rPr>
              <w:t>ZA2937</w:t>
            </w:r>
          </w:p>
        </w:tc>
        <w:tc>
          <w:tcPr>
            <w:tcW w:w="1440" w:type="dxa"/>
          </w:tcPr>
          <w:p w14:paraId="5A0000F7" w14:textId="77777777" w:rsidR="004D342C" w:rsidRDefault="00000000">
            <w:pPr>
              <w:spacing w:before="40" w:after="40"/>
              <w:ind w:firstLine="0"/>
            </w:pPr>
            <w:r>
              <w:rPr>
                <w:sz w:val="18"/>
              </w:rPr>
              <w:t>EB47.2</w:t>
            </w:r>
          </w:p>
        </w:tc>
        <w:tc>
          <w:tcPr>
            <w:tcW w:w="1152" w:type="dxa"/>
          </w:tcPr>
          <w:p w14:paraId="5A0000F8" w14:textId="77777777" w:rsidR="004D342C" w:rsidRDefault="00000000">
            <w:pPr>
              <w:spacing w:before="40" w:after="40"/>
              <w:ind w:firstLine="0"/>
            </w:pPr>
            <w:r>
              <w:rPr>
                <w:sz w:val="18"/>
              </w:rPr>
              <w:t>1997</w:t>
            </w:r>
          </w:p>
        </w:tc>
        <w:tc>
          <w:tcPr>
            <w:tcW w:w="1440" w:type="dxa"/>
          </w:tcPr>
          <w:p w14:paraId="5A0000F9" w14:textId="77777777" w:rsidR="004D342C" w:rsidRDefault="00000000">
            <w:pPr>
              <w:spacing w:before="40" w:after="40"/>
              <w:ind w:firstLine="0"/>
            </w:pPr>
            <w:r>
              <w:rPr>
                <w:sz w:val="18"/>
              </w:rPr>
              <w:t>472</w:t>
            </w:r>
          </w:p>
        </w:tc>
      </w:tr>
      <w:tr w:rsidR="004D342C" w14:paraId="5A0000FF" w14:textId="77777777">
        <w:trPr>
          <w:cantSplit/>
          <w:jc w:val="center"/>
        </w:trPr>
        <w:tc>
          <w:tcPr>
            <w:tcW w:w="1728" w:type="dxa"/>
          </w:tcPr>
          <w:p w14:paraId="5A0000FB" w14:textId="77777777" w:rsidR="004D342C" w:rsidRDefault="00000000">
            <w:pPr>
              <w:spacing w:before="40" w:after="40"/>
              <w:ind w:firstLine="0"/>
            </w:pPr>
            <w:r>
              <w:rPr>
                <w:sz w:val="18"/>
              </w:rPr>
              <w:t>ZA2959</w:t>
            </w:r>
          </w:p>
        </w:tc>
        <w:tc>
          <w:tcPr>
            <w:tcW w:w="1440" w:type="dxa"/>
          </w:tcPr>
          <w:p w14:paraId="5A0000FC" w14:textId="77777777" w:rsidR="004D342C" w:rsidRDefault="00000000">
            <w:pPr>
              <w:spacing w:before="40" w:after="40"/>
              <w:ind w:firstLine="0"/>
            </w:pPr>
            <w:r>
              <w:rPr>
                <w:sz w:val="18"/>
              </w:rPr>
              <w:t>EB48</w:t>
            </w:r>
          </w:p>
        </w:tc>
        <w:tc>
          <w:tcPr>
            <w:tcW w:w="1152" w:type="dxa"/>
          </w:tcPr>
          <w:p w14:paraId="5A0000FD" w14:textId="77777777" w:rsidR="004D342C" w:rsidRDefault="00000000">
            <w:pPr>
              <w:spacing w:before="40" w:after="40"/>
              <w:ind w:firstLine="0"/>
            </w:pPr>
            <w:r>
              <w:rPr>
                <w:sz w:val="18"/>
              </w:rPr>
              <w:t>1997</w:t>
            </w:r>
          </w:p>
        </w:tc>
        <w:tc>
          <w:tcPr>
            <w:tcW w:w="1440" w:type="dxa"/>
          </w:tcPr>
          <w:p w14:paraId="5A0000FE" w14:textId="77777777" w:rsidR="004D342C" w:rsidRDefault="00000000">
            <w:pPr>
              <w:spacing w:before="40" w:after="40"/>
              <w:ind w:firstLine="0"/>
            </w:pPr>
            <w:r>
              <w:rPr>
                <w:sz w:val="18"/>
              </w:rPr>
              <w:t>480</w:t>
            </w:r>
          </w:p>
        </w:tc>
      </w:tr>
      <w:tr w:rsidR="004D342C" w14:paraId="5A000104" w14:textId="77777777">
        <w:trPr>
          <w:cantSplit/>
          <w:jc w:val="center"/>
        </w:trPr>
        <w:tc>
          <w:tcPr>
            <w:tcW w:w="1728" w:type="dxa"/>
          </w:tcPr>
          <w:p w14:paraId="5A000100" w14:textId="77777777" w:rsidR="004D342C" w:rsidRDefault="00000000">
            <w:pPr>
              <w:spacing w:before="40" w:after="40"/>
              <w:ind w:firstLine="0"/>
            </w:pPr>
            <w:r>
              <w:rPr>
                <w:sz w:val="18"/>
              </w:rPr>
              <w:t>ZA3052</w:t>
            </w:r>
          </w:p>
        </w:tc>
        <w:tc>
          <w:tcPr>
            <w:tcW w:w="1440" w:type="dxa"/>
          </w:tcPr>
          <w:p w14:paraId="5A000101" w14:textId="77777777" w:rsidR="004D342C" w:rsidRDefault="00000000">
            <w:pPr>
              <w:spacing w:before="40" w:after="40"/>
              <w:ind w:firstLine="0"/>
            </w:pPr>
            <w:r>
              <w:rPr>
                <w:sz w:val="18"/>
              </w:rPr>
              <w:t>EB49</w:t>
            </w:r>
          </w:p>
        </w:tc>
        <w:tc>
          <w:tcPr>
            <w:tcW w:w="1152" w:type="dxa"/>
          </w:tcPr>
          <w:p w14:paraId="5A000102" w14:textId="77777777" w:rsidR="004D342C" w:rsidRDefault="00000000">
            <w:pPr>
              <w:spacing w:before="40" w:after="40"/>
              <w:ind w:firstLine="0"/>
            </w:pPr>
            <w:r>
              <w:rPr>
                <w:sz w:val="18"/>
              </w:rPr>
              <w:t>1998</w:t>
            </w:r>
          </w:p>
        </w:tc>
        <w:tc>
          <w:tcPr>
            <w:tcW w:w="1440" w:type="dxa"/>
          </w:tcPr>
          <w:p w14:paraId="5A000103" w14:textId="77777777" w:rsidR="004D342C" w:rsidRDefault="00000000">
            <w:pPr>
              <w:spacing w:before="40" w:after="40"/>
              <w:ind w:firstLine="0"/>
            </w:pPr>
            <w:r>
              <w:rPr>
                <w:sz w:val="18"/>
              </w:rPr>
              <w:t>490</w:t>
            </w:r>
          </w:p>
        </w:tc>
      </w:tr>
      <w:tr w:rsidR="004D342C" w14:paraId="5A000109" w14:textId="77777777">
        <w:trPr>
          <w:cantSplit/>
          <w:jc w:val="center"/>
        </w:trPr>
        <w:tc>
          <w:tcPr>
            <w:tcW w:w="1728" w:type="dxa"/>
          </w:tcPr>
          <w:p w14:paraId="5A000105" w14:textId="77777777" w:rsidR="004D342C" w:rsidRDefault="00000000">
            <w:pPr>
              <w:spacing w:before="40" w:after="40"/>
              <w:ind w:firstLine="0"/>
            </w:pPr>
            <w:r>
              <w:rPr>
                <w:sz w:val="18"/>
              </w:rPr>
              <w:t>ZA3085</w:t>
            </w:r>
          </w:p>
        </w:tc>
        <w:tc>
          <w:tcPr>
            <w:tcW w:w="1440" w:type="dxa"/>
          </w:tcPr>
          <w:p w14:paraId="5A000106" w14:textId="77777777" w:rsidR="004D342C" w:rsidRDefault="00000000">
            <w:pPr>
              <w:spacing w:before="40" w:after="40"/>
              <w:ind w:firstLine="0"/>
            </w:pPr>
            <w:r>
              <w:rPr>
                <w:sz w:val="18"/>
              </w:rPr>
              <w:t>EB50</w:t>
            </w:r>
          </w:p>
        </w:tc>
        <w:tc>
          <w:tcPr>
            <w:tcW w:w="1152" w:type="dxa"/>
          </w:tcPr>
          <w:p w14:paraId="5A000107" w14:textId="77777777" w:rsidR="004D342C" w:rsidRDefault="00000000">
            <w:pPr>
              <w:spacing w:before="40" w:after="40"/>
              <w:ind w:firstLine="0"/>
            </w:pPr>
            <w:r>
              <w:rPr>
                <w:sz w:val="18"/>
              </w:rPr>
              <w:t>1998</w:t>
            </w:r>
          </w:p>
        </w:tc>
        <w:tc>
          <w:tcPr>
            <w:tcW w:w="1440" w:type="dxa"/>
          </w:tcPr>
          <w:p w14:paraId="5A000108" w14:textId="77777777" w:rsidR="004D342C" w:rsidRDefault="00000000">
            <w:pPr>
              <w:spacing w:before="40" w:after="40"/>
              <w:ind w:firstLine="0"/>
            </w:pPr>
            <w:r>
              <w:rPr>
                <w:sz w:val="18"/>
              </w:rPr>
              <w:t>500</w:t>
            </w:r>
          </w:p>
        </w:tc>
      </w:tr>
      <w:tr w:rsidR="004D342C" w14:paraId="5A00010E" w14:textId="77777777">
        <w:trPr>
          <w:cantSplit/>
          <w:jc w:val="center"/>
        </w:trPr>
        <w:tc>
          <w:tcPr>
            <w:tcW w:w="1728" w:type="dxa"/>
          </w:tcPr>
          <w:p w14:paraId="5A00010A" w14:textId="77777777" w:rsidR="004D342C" w:rsidRDefault="00000000">
            <w:pPr>
              <w:spacing w:before="40" w:after="40"/>
              <w:ind w:firstLine="0"/>
            </w:pPr>
            <w:r>
              <w:rPr>
                <w:sz w:val="18"/>
              </w:rPr>
              <w:t>ZA3171</w:t>
            </w:r>
          </w:p>
        </w:tc>
        <w:tc>
          <w:tcPr>
            <w:tcW w:w="1440" w:type="dxa"/>
          </w:tcPr>
          <w:p w14:paraId="5A00010B" w14:textId="77777777" w:rsidR="004D342C" w:rsidRDefault="00000000">
            <w:pPr>
              <w:spacing w:before="40" w:after="40"/>
              <w:ind w:firstLine="0"/>
            </w:pPr>
            <w:r>
              <w:rPr>
                <w:sz w:val="18"/>
              </w:rPr>
              <w:t>EB51</w:t>
            </w:r>
          </w:p>
        </w:tc>
        <w:tc>
          <w:tcPr>
            <w:tcW w:w="1152" w:type="dxa"/>
          </w:tcPr>
          <w:p w14:paraId="5A00010C" w14:textId="77777777" w:rsidR="004D342C" w:rsidRDefault="00000000">
            <w:pPr>
              <w:spacing w:before="40" w:after="40"/>
              <w:ind w:firstLine="0"/>
            </w:pPr>
            <w:r>
              <w:rPr>
                <w:sz w:val="18"/>
              </w:rPr>
              <w:t>1999</w:t>
            </w:r>
          </w:p>
        </w:tc>
        <w:tc>
          <w:tcPr>
            <w:tcW w:w="1440" w:type="dxa"/>
          </w:tcPr>
          <w:p w14:paraId="5A00010D" w14:textId="77777777" w:rsidR="004D342C" w:rsidRDefault="00000000">
            <w:pPr>
              <w:spacing w:before="40" w:after="40"/>
              <w:ind w:firstLine="0"/>
            </w:pPr>
            <w:r>
              <w:rPr>
                <w:sz w:val="18"/>
              </w:rPr>
              <w:t>510</w:t>
            </w:r>
          </w:p>
        </w:tc>
      </w:tr>
      <w:tr w:rsidR="004D342C" w14:paraId="5A000113" w14:textId="77777777">
        <w:trPr>
          <w:cantSplit/>
          <w:jc w:val="center"/>
        </w:trPr>
        <w:tc>
          <w:tcPr>
            <w:tcW w:w="1728" w:type="dxa"/>
          </w:tcPr>
          <w:p w14:paraId="5A00010F" w14:textId="77777777" w:rsidR="004D342C" w:rsidRDefault="00000000">
            <w:pPr>
              <w:spacing w:before="40" w:after="40"/>
              <w:ind w:firstLine="0"/>
            </w:pPr>
            <w:r>
              <w:rPr>
                <w:sz w:val="18"/>
              </w:rPr>
              <w:t>ZA3204</w:t>
            </w:r>
          </w:p>
        </w:tc>
        <w:tc>
          <w:tcPr>
            <w:tcW w:w="1440" w:type="dxa"/>
          </w:tcPr>
          <w:p w14:paraId="5A000110" w14:textId="77777777" w:rsidR="004D342C" w:rsidRDefault="00000000">
            <w:pPr>
              <w:spacing w:before="40" w:after="40"/>
              <w:ind w:firstLine="0"/>
            </w:pPr>
            <w:r>
              <w:rPr>
                <w:sz w:val="18"/>
              </w:rPr>
              <w:t>EB52</w:t>
            </w:r>
          </w:p>
        </w:tc>
        <w:tc>
          <w:tcPr>
            <w:tcW w:w="1152" w:type="dxa"/>
          </w:tcPr>
          <w:p w14:paraId="5A000111" w14:textId="77777777" w:rsidR="004D342C" w:rsidRDefault="00000000">
            <w:pPr>
              <w:spacing w:before="40" w:after="40"/>
              <w:ind w:firstLine="0"/>
            </w:pPr>
            <w:r>
              <w:rPr>
                <w:sz w:val="18"/>
              </w:rPr>
              <w:t>1999</w:t>
            </w:r>
          </w:p>
        </w:tc>
        <w:tc>
          <w:tcPr>
            <w:tcW w:w="1440" w:type="dxa"/>
          </w:tcPr>
          <w:p w14:paraId="5A000112" w14:textId="77777777" w:rsidR="004D342C" w:rsidRDefault="00000000">
            <w:pPr>
              <w:spacing w:before="40" w:after="40"/>
              <w:ind w:firstLine="0"/>
            </w:pPr>
            <w:r>
              <w:rPr>
                <w:sz w:val="18"/>
              </w:rPr>
              <w:t>520</w:t>
            </w:r>
          </w:p>
        </w:tc>
      </w:tr>
      <w:tr w:rsidR="004D342C" w14:paraId="5A000118" w14:textId="77777777">
        <w:trPr>
          <w:cantSplit/>
          <w:jc w:val="center"/>
        </w:trPr>
        <w:tc>
          <w:tcPr>
            <w:tcW w:w="1728" w:type="dxa"/>
          </w:tcPr>
          <w:p w14:paraId="5A000114" w14:textId="77777777" w:rsidR="004D342C" w:rsidRDefault="00000000">
            <w:pPr>
              <w:spacing w:before="40" w:after="40"/>
              <w:ind w:firstLine="0"/>
            </w:pPr>
            <w:r>
              <w:rPr>
                <w:sz w:val="18"/>
              </w:rPr>
              <w:t>ZA3296</w:t>
            </w:r>
          </w:p>
        </w:tc>
        <w:tc>
          <w:tcPr>
            <w:tcW w:w="1440" w:type="dxa"/>
          </w:tcPr>
          <w:p w14:paraId="5A000115" w14:textId="77777777" w:rsidR="004D342C" w:rsidRDefault="00000000">
            <w:pPr>
              <w:spacing w:before="40" w:after="40"/>
              <w:ind w:firstLine="0"/>
            </w:pPr>
            <w:r>
              <w:rPr>
                <w:sz w:val="18"/>
              </w:rPr>
              <w:t>EB53</w:t>
            </w:r>
          </w:p>
        </w:tc>
        <w:tc>
          <w:tcPr>
            <w:tcW w:w="1152" w:type="dxa"/>
          </w:tcPr>
          <w:p w14:paraId="5A000116" w14:textId="77777777" w:rsidR="004D342C" w:rsidRDefault="00000000">
            <w:pPr>
              <w:spacing w:before="40" w:after="40"/>
              <w:ind w:firstLine="0"/>
            </w:pPr>
            <w:r>
              <w:rPr>
                <w:sz w:val="18"/>
              </w:rPr>
              <w:t>2000</w:t>
            </w:r>
          </w:p>
        </w:tc>
        <w:tc>
          <w:tcPr>
            <w:tcW w:w="1440" w:type="dxa"/>
          </w:tcPr>
          <w:p w14:paraId="5A000117" w14:textId="77777777" w:rsidR="004D342C" w:rsidRDefault="00000000">
            <w:pPr>
              <w:spacing w:before="40" w:after="40"/>
              <w:ind w:firstLine="0"/>
            </w:pPr>
            <w:r>
              <w:rPr>
                <w:sz w:val="18"/>
              </w:rPr>
              <w:t>530</w:t>
            </w:r>
          </w:p>
        </w:tc>
      </w:tr>
      <w:tr w:rsidR="004D342C" w14:paraId="5A00011D" w14:textId="77777777">
        <w:trPr>
          <w:cantSplit/>
          <w:jc w:val="center"/>
        </w:trPr>
        <w:tc>
          <w:tcPr>
            <w:tcW w:w="1728" w:type="dxa"/>
          </w:tcPr>
          <w:p w14:paraId="5A000119" w14:textId="77777777" w:rsidR="004D342C" w:rsidRDefault="00000000">
            <w:pPr>
              <w:spacing w:before="40" w:after="40"/>
              <w:ind w:firstLine="0"/>
            </w:pPr>
            <w:r>
              <w:rPr>
                <w:sz w:val="18"/>
              </w:rPr>
              <w:t>ZA3387</w:t>
            </w:r>
          </w:p>
        </w:tc>
        <w:tc>
          <w:tcPr>
            <w:tcW w:w="1440" w:type="dxa"/>
          </w:tcPr>
          <w:p w14:paraId="5A00011A" w14:textId="77777777" w:rsidR="004D342C" w:rsidRDefault="00000000">
            <w:pPr>
              <w:spacing w:before="40" w:after="40"/>
              <w:ind w:firstLine="0"/>
            </w:pPr>
            <w:r>
              <w:rPr>
                <w:sz w:val="18"/>
              </w:rPr>
              <w:t>EB54.1</w:t>
            </w:r>
          </w:p>
        </w:tc>
        <w:tc>
          <w:tcPr>
            <w:tcW w:w="1152" w:type="dxa"/>
          </w:tcPr>
          <w:p w14:paraId="5A00011B" w14:textId="77777777" w:rsidR="004D342C" w:rsidRDefault="00000000">
            <w:pPr>
              <w:spacing w:before="40" w:after="40"/>
              <w:ind w:firstLine="0"/>
            </w:pPr>
            <w:r>
              <w:rPr>
                <w:sz w:val="18"/>
              </w:rPr>
              <w:t>2000</w:t>
            </w:r>
          </w:p>
        </w:tc>
        <w:tc>
          <w:tcPr>
            <w:tcW w:w="1440" w:type="dxa"/>
          </w:tcPr>
          <w:p w14:paraId="5A00011C" w14:textId="77777777" w:rsidR="004D342C" w:rsidRDefault="00000000">
            <w:pPr>
              <w:spacing w:before="40" w:after="40"/>
              <w:ind w:firstLine="0"/>
            </w:pPr>
            <w:r>
              <w:rPr>
                <w:sz w:val="18"/>
              </w:rPr>
              <w:t>541</w:t>
            </w:r>
          </w:p>
        </w:tc>
      </w:tr>
      <w:tr w:rsidR="004D342C" w14:paraId="5A000122" w14:textId="77777777">
        <w:trPr>
          <w:cantSplit/>
          <w:jc w:val="center"/>
        </w:trPr>
        <w:tc>
          <w:tcPr>
            <w:tcW w:w="1728" w:type="dxa"/>
          </w:tcPr>
          <w:p w14:paraId="5A00011E" w14:textId="77777777" w:rsidR="004D342C" w:rsidRDefault="00000000">
            <w:pPr>
              <w:spacing w:before="40" w:after="40"/>
              <w:ind w:firstLine="0"/>
            </w:pPr>
            <w:r>
              <w:rPr>
                <w:sz w:val="18"/>
              </w:rPr>
              <w:t>ZA3506</w:t>
            </w:r>
          </w:p>
        </w:tc>
        <w:tc>
          <w:tcPr>
            <w:tcW w:w="1440" w:type="dxa"/>
          </w:tcPr>
          <w:p w14:paraId="5A00011F" w14:textId="77777777" w:rsidR="004D342C" w:rsidRDefault="00000000">
            <w:pPr>
              <w:spacing w:before="40" w:after="40"/>
              <w:ind w:firstLine="0"/>
            </w:pPr>
            <w:r>
              <w:rPr>
                <w:sz w:val="18"/>
              </w:rPr>
              <w:t>EB55.0</w:t>
            </w:r>
          </w:p>
        </w:tc>
        <w:tc>
          <w:tcPr>
            <w:tcW w:w="1152" w:type="dxa"/>
          </w:tcPr>
          <w:p w14:paraId="5A000120" w14:textId="77777777" w:rsidR="004D342C" w:rsidRDefault="00000000">
            <w:pPr>
              <w:spacing w:before="40" w:after="40"/>
              <w:ind w:firstLine="0"/>
            </w:pPr>
            <w:r>
              <w:rPr>
                <w:sz w:val="18"/>
              </w:rPr>
              <w:t>2001</w:t>
            </w:r>
          </w:p>
        </w:tc>
        <w:tc>
          <w:tcPr>
            <w:tcW w:w="1440" w:type="dxa"/>
          </w:tcPr>
          <w:p w14:paraId="5A000121" w14:textId="77777777" w:rsidR="004D342C" w:rsidRDefault="00000000">
            <w:pPr>
              <w:spacing w:before="40" w:after="40"/>
              <w:ind w:firstLine="0"/>
            </w:pPr>
            <w:r>
              <w:rPr>
                <w:sz w:val="18"/>
              </w:rPr>
              <w:t>550</w:t>
            </w:r>
          </w:p>
        </w:tc>
      </w:tr>
      <w:tr w:rsidR="004D342C" w14:paraId="5A000127" w14:textId="77777777">
        <w:trPr>
          <w:cantSplit/>
          <w:jc w:val="center"/>
        </w:trPr>
        <w:tc>
          <w:tcPr>
            <w:tcW w:w="1728" w:type="dxa"/>
          </w:tcPr>
          <w:p w14:paraId="5A000123" w14:textId="77777777" w:rsidR="004D342C" w:rsidRDefault="00000000">
            <w:pPr>
              <w:spacing w:before="40" w:after="40"/>
              <w:ind w:firstLine="0"/>
            </w:pPr>
            <w:r>
              <w:rPr>
                <w:sz w:val="18"/>
              </w:rPr>
              <w:t>ZA3507</w:t>
            </w:r>
          </w:p>
        </w:tc>
        <w:tc>
          <w:tcPr>
            <w:tcW w:w="1440" w:type="dxa"/>
          </w:tcPr>
          <w:p w14:paraId="5A000124" w14:textId="77777777" w:rsidR="004D342C" w:rsidRDefault="00000000">
            <w:pPr>
              <w:spacing w:before="40" w:after="40"/>
              <w:ind w:firstLine="0"/>
            </w:pPr>
            <w:r>
              <w:rPr>
                <w:sz w:val="18"/>
              </w:rPr>
              <w:t>EB55.1</w:t>
            </w:r>
          </w:p>
        </w:tc>
        <w:tc>
          <w:tcPr>
            <w:tcW w:w="1152" w:type="dxa"/>
          </w:tcPr>
          <w:p w14:paraId="5A000125" w14:textId="77777777" w:rsidR="004D342C" w:rsidRDefault="00000000">
            <w:pPr>
              <w:spacing w:before="40" w:after="40"/>
              <w:ind w:firstLine="0"/>
            </w:pPr>
            <w:r>
              <w:rPr>
                <w:sz w:val="18"/>
              </w:rPr>
              <w:t>2001</w:t>
            </w:r>
          </w:p>
        </w:tc>
        <w:tc>
          <w:tcPr>
            <w:tcW w:w="1440" w:type="dxa"/>
          </w:tcPr>
          <w:p w14:paraId="5A000126" w14:textId="77777777" w:rsidR="004D342C" w:rsidRDefault="00000000">
            <w:pPr>
              <w:spacing w:before="40" w:after="40"/>
              <w:ind w:firstLine="0"/>
            </w:pPr>
            <w:r>
              <w:rPr>
                <w:sz w:val="18"/>
              </w:rPr>
              <w:t>551</w:t>
            </w:r>
          </w:p>
        </w:tc>
      </w:tr>
      <w:tr w:rsidR="004D342C" w14:paraId="5A00012C" w14:textId="77777777">
        <w:trPr>
          <w:cantSplit/>
          <w:jc w:val="center"/>
        </w:trPr>
        <w:tc>
          <w:tcPr>
            <w:tcW w:w="1728" w:type="dxa"/>
          </w:tcPr>
          <w:p w14:paraId="5A000128" w14:textId="77777777" w:rsidR="004D342C" w:rsidRDefault="00000000">
            <w:pPr>
              <w:spacing w:before="40" w:after="40"/>
              <w:ind w:firstLine="0"/>
            </w:pPr>
            <w:r>
              <w:rPr>
                <w:sz w:val="18"/>
              </w:rPr>
              <w:t>ZA3627</w:t>
            </w:r>
          </w:p>
        </w:tc>
        <w:tc>
          <w:tcPr>
            <w:tcW w:w="1440" w:type="dxa"/>
          </w:tcPr>
          <w:p w14:paraId="5A000129" w14:textId="77777777" w:rsidR="004D342C" w:rsidRDefault="00000000">
            <w:pPr>
              <w:spacing w:before="40" w:after="40"/>
              <w:ind w:firstLine="0"/>
            </w:pPr>
            <w:r>
              <w:rPr>
                <w:sz w:val="18"/>
              </w:rPr>
              <w:t>EB56.2</w:t>
            </w:r>
          </w:p>
        </w:tc>
        <w:tc>
          <w:tcPr>
            <w:tcW w:w="1152" w:type="dxa"/>
          </w:tcPr>
          <w:p w14:paraId="5A00012A" w14:textId="77777777" w:rsidR="004D342C" w:rsidRDefault="00000000">
            <w:pPr>
              <w:spacing w:before="40" w:after="40"/>
              <w:ind w:firstLine="0"/>
            </w:pPr>
            <w:r>
              <w:rPr>
                <w:sz w:val="18"/>
              </w:rPr>
              <w:t>2001</w:t>
            </w:r>
          </w:p>
        </w:tc>
        <w:tc>
          <w:tcPr>
            <w:tcW w:w="1440" w:type="dxa"/>
          </w:tcPr>
          <w:p w14:paraId="5A00012B" w14:textId="77777777" w:rsidR="004D342C" w:rsidRDefault="00000000">
            <w:pPr>
              <w:spacing w:before="40" w:after="40"/>
              <w:ind w:firstLine="0"/>
            </w:pPr>
            <w:r>
              <w:rPr>
                <w:sz w:val="18"/>
              </w:rPr>
              <w:t>562</w:t>
            </w:r>
          </w:p>
        </w:tc>
      </w:tr>
      <w:tr w:rsidR="004D342C" w14:paraId="5A000131" w14:textId="77777777">
        <w:trPr>
          <w:cantSplit/>
          <w:jc w:val="center"/>
        </w:trPr>
        <w:tc>
          <w:tcPr>
            <w:tcW w:w="1728" w:type="dxa"/>
          </w:tcPr>
          <w:p w14:paraId="5A00012D" w14:textId="77777777" w:rsidR="004D342C" w:rsidRDefault="00000000">
            <w:pPr>
              <w:spacing w:before="40" w:after="40"/>
              <w:ind w:firstLine="0"/>
            </w:pPr>
            <w:r>
              <w:rPr>
                <w:sz w:val="18"/>
              </w:rPr>
              <w:t>ZA3635</w:t>
            </w:r>
          </w:p>
        </w:tc>
        <w:tc>
          <w:tcPr>
            <w:tcW w:w="1440" w:type="dxa"/>
          </w:tcPr>
          <w:p w14:paraId="5A00012E" w14:textId="77777777" w:rsidR="004D342C" w:rsidRDefault="00000000">
            <w:pPr>
              <w:spacing w:before="40" w:after="40"/>
              <w:ind w:firstLine="0"/>
            </w:pPr>
            <w:r>
              <w:rPr>
                <w:sz w:val="18"/>
              </w:rPr>
              <w:t>EB56.3</w:t>
            </w:r>
          </w:p>
        </w:tc>
        <w:tc>
          <w:tcPr>
            <w:tcW w:w="1152" w:type="dxa"/>
          </w:tcPr>
          <w:p w14:paraId="5A00012F" w14:textId="77777777" w:rsidR="004D342C" w:rsidRDefault="00000000">
            <w:pPr>
              <w:spacing w:before="40" w:after="40"/>
              <w:ind w:firstLine="0"/>
            </w:pPr>
            <w:r>
              <w:rPr>
                <w:sz w:val="18"/>
              </w:rPr>
              <w:t>2002</w:t>
            </w:r>
          </w:p>
        </w:tc>
        <w:tc>
          <w:tcPr>
            <w:tcW w:w="1440" w:type="dxa"/>
          </w:tcPr>
          <w:p w14:paraId="5A000130" w14:textId="77777777" w:rsidR="004D342C" w:rsidRDefault="00000000">
            <w:pPr>
              <w:spacing w:before="40" w:after="40"/>
              <w:ind w:firstLine="0"/>
            </w:pPr>
            <w:r>
              <w:rPr>
                <w:sz w:val="18"/>
              </w:rPr>
              <w:t>563</w:t>
            </w:r>
          </w:p>
        </w:tc>
      </w:tr>
      <w:tr w:rsidR="004D342C" w14:paraId="5A000136" w14:textId="77777777">
        <w:trPr>
          <w:cantSplit/>
          <w:jc w:val="center"/>
        </w:trPr>
        <w:tc>
          <w:tcPr>
            <w:tcW w:w="1728" w:type="dxa"/>
          </w:tcPr>
          <w:p w14:paraId="5A000132" w14:textId="77777777" w:rsidR="004D342C" w:rsidRDefault="00000000">
            <w:pPr>
              <w:spacing w:before="40" w:after="40"/>
              <w:ind w:firstLine="0"/>
            </w:pPr>
            <w:r>
              <w:rPr>
                <w:sz w:val="18"/>
              </w:rPr>
              <w:t>ZA3639</w:t>
            </w:r>
          </w:p>
        </w:tc>
        <w:tc>
          <w:tcPr>
            <w:tcW w:w="1440" w:type="dxa"/>
          </w:tcPr>
          <w:p w14:paraId="5A000133" w14:textId="77777777" w:rsidR="004D342C" w:rsidRDefault="00000000">
            <w:pPr>
              <w:spacing w:before="40" w:after="40"/>
              <w:ind w:firstLine="0"/>
            </w:pPr>
            <w:r>
              <w:rPr>
                <w:sz w:val="18"/>
              </w:rPr>
              <w:t>EB57.1</w:t>
            </w:r>
          </w:p>
        </w:tc>
        <w:tc>
          <w:tcPr>
            <w:tcW w:w="1152" w:type="dxa"/>
          </w:tcPr>
          <w:p w14:paraId="5A000134" w14:textId="77777777" w:rsidR="004D342C" w:rsidRDefault="00000000">
            <w:pPr>
              <w:spacing w:before="40" w:after="40"/>
              <w:ind w:firstLine="0"/>
            </w:pPr>
            <w:r>
              <w:rPr>
                <w:sz w:val="18"/>
              </w:rPr>
              <w:t>2002</w:t>
            </w:r>
          </w:p>
        </w:tc>
        <w:tc>
          <w:tcPr>
            <w:tcW w:w="1440" w:type="dxa"/>
          </w:tcPr>
          <w:p w14:paraId="5A000135" w14:textId="77777777" w:rsidR="004D342C" w:rsidRDefault="00000000">
            <w:pPr>
              <w:spacing w:before="40" w:after="40"/>
              <w:ind w:firstLine="0"/>
            </w:pPr>
            <w:r>
              <w:rPr>
                <w:sz w:val="18"/>
              </w:rPr>
              <w:t>571</w:t>
            </w:r>
          </w:p>
        </w:tc>
      </w:tr>
      <w:tr w:rsidR="004D342C" w14:paraId="5A00013B" w14:textId="77777777">
        <w:trPr>
          <w:cantSplit/>
          <w:jc w:val="center"/>
        </w:trPr>
        <w:tc>
          <w:tcPr>
            <w:tcW w:w="1728" w:type="dxa"/>
          </w:tcPr>
          <w:p w14:paraId="5A000137" w14:textId="77777777" w:rsidR="004D342C" w:rsidRDefault="00000000">
            <w:pPr>
              <w:spacing w:before="40" w:after="40"/>
              <w:ind w:firstLine="0"/>
            </w:pPr>
            <w:r>
              <w:rPr>
                <w:sz w:val="18"/>
              </w:rPr>
              <w:t>ZA3693</w:t>
            </w:r>
          </w:p>
        </w:tc>
        <w:tc>
          <w:tcPr>
            <w:tcW w:w="1440" w:type="dxa"/>
          </w:tcPr>
          <w:p w14:paraId="5A000138" w14:textId="77777777" w:rsidR="004D342C" w:rsidRDefault="00000000">
            <w:pPr>
              <w:spacing w:before="40" w:after="40"/>
              <w:ind w:firstLine="0"/>
            </w:pPr>
            <w:r>
              <w:rPr>
                <w:sz w:val="18"/>
              </w:rPr>
              <w:t>EB58.1</w:t>
            </w:r>
          </w:p>
        </w:tc>
        <w:tc>
          <w:tcPr>
            <w:tcW w:w="1152" w:type="dxa"/>
          </w:tcPr>
          <w:p w14:paraId="5A000139" w14:textId="77777777" w:rsidR="004D342C" w:rsidRDefault="00000000">
            <w:pPr>
              <w:spacing w:before="40" w:after="40"/>
              <w:ind w:firstLine="0"/>
            </w:pPr>
            <w:r>
              <w:rPr>
                <w:sz w:val="18"/>
              </w:rPr>
              <w:t>2002</w:t>
            </w:r>
          </w:p>
        </w:tc>
        <w:tc>
          <w:tcPr>
            <w:tcW w:w="1440" w:type="dxa"/>
          </w:tcPr>
          <w:p w14:paraId="5A00013A" w14:textId="77777777" w:rsidR="004D342C" w:rsidRDefault="00000000">
            <w:pPr>
              <w:spacing w:before="40" w:after="40"/>
              <w:ind w:firstLine="0"/>
            </w:pPr>
            <w:r>
              <w:rPr>
                <w:sz w:val="18"/>
              </w:rPr>
              <w:t>581</w:t>
            </w:r>
          </w:p>
        </w:tc>
      </w:tr>
      <w:tr w:rsidR="004D342C" w14:paraId="5A000140" w14:textId="77777777">
        <w:trPr>
          <w:cantSplit/>
          <w:jc w:val="center"/>
        </w:trPr>
        <w:tc>
          <w:tcPr>
            <w:tcW w:w="1728" w:type="dxa"/>
          </w:tcPr>
          <w:p w14:paraId="5A00013C" w14:textId="77777777" w:rsidR="004D342C" w:rsidRDefault="00000000">
            <w:pPr>
              <w:spacing w:before="40" w:after="40"/>
              <w:ind w:firstLine="0"/>
            </w:pPr>
            <w:r>
              <w:rPr>
                <w:sz w:val="18"/>
              </w:rPr>
              <w:t>ZA3904</w:t>
            </w:r>
          </w:p>
        </w:tc>
        <w:tc>
          <w:tcPr>
            <w:tcW w:w="1440" w:type="dxa"/>
          </w:tcPr>
          <w:p w14:paraId="5A00013D" w14:textId="77777777" w:rsidR="004D342C" w:rsidRDefault="00000000">
            <w:pPr>
              <w:spacing w:before="40" w:after="40"/>
              <w:ind w:firstLine="0"/>
            </w:pPr>
            <w:r>
              <w:rPr>
                <w:sz w:val="18"/>
              </w:rPr>
              <w:t>EB59.1</w:t>
            </w:r>
          </w:p>
        </w:tc>
        <w:tc>
          <w:tcPr>
            <w:tcW w:w="1152" w:type="dxa"/>
          </w:tcPr>
          <w:p w14:paraId="5A00013E" w14:textId="77777777" w:rsidR="004D342C" w:rsidRDefault="00000000">
            <w:pPr>
              <w:spacing w:before="40" w:after="40"/>
              <w:ind w:firstLine="0"/>
            </w:pPr>
            <w:r>
              <w:rPr>
                <w:sz w:val="18"/>
              </w:rPr>
              <w:t>2003</w:t>
            </w:r>
          </w:p>
        </w:tc>
        <w:tc>
          <w:tcPr>
            <w:tcW w:w="1440" w:type="dxa"/>
          </w:tcPr>
          <w:p w14:paraId="5A00013F" w14:textId="77777777" w:rsidR="004D342C" w:rsidRDefault="00000000">
            <w:pPr>
              <w:spacing w:before="40" w:after="40"/>
              <w:ind w:firstLine="0"/>
            </w:pPr>
            <w:r>
              <w:rPr>
                <w:sz w:val="18"/>
              </w:rPr>
              <w:t>591</w:t>
            </w:r>
          </w:p>
        </w:tc>
      </w:tr>
      <w:tr w:rsidR="004D342C" w14:paraId="5A000145" w14:textId="77777777">
        <w:trPr>
          <w:cantSplit/>
          <w:jc w:val="center"/>
        </w:trPr>
        <w:tc>
          <w:tcPr>
            <w:tcW w:w="1728" w:type="dxa"/>
          </w:tcPr>
          <w:p w14:paraId="5A000141" w14:textId="77777777" w:rsidR="004D342C" w:rsidRDefault="00000000">
            <w:pPr>
              <w:spacing w:before="40" w:after="40"/>
              <w:ind w:firstLine="0"/>
            </w:pPr>
            <w:r>
              <w:rPr>
                <w:sz w:val="18"/>
              </w:rPr>
              <w:t>ZA3938</w:t>
            </w:r>
          </w:p>
        </w:tc>
        <w:tc>
          <w:tcPr>
            <w:tcW w:w="1440" w:type="dxa"/>
          </w:tcPr>
          <w:p w14:paraId="5A000142" w14:textId="77777777" w:rsidR="004D342C" w:rsidRDefault="00000000">
            <w:pPr>
              <w:spacing w:before="40" w:after="40"/>
              <w:ind w:firstLine="0"/>
            </w:pPr>
            <w:r>
              <w:rPr>
                <w:sz w:val="18"/>
              </w:rPr>
              <w:t>EB60.1</w:t>
            </w:r>
          </w:p>
        </w:tc>
        <w:tc>
          <w:tcPr>
            <w:tcW w:w="1152" w:type="dxa"/>
          </w:tcPr>
          <w:p w14:paraId="5A000143" w14:textId="77777777" w:rsidR="004D342C" w:rsidRDefault="00000000">
            <w:pPr>
              <w:spacing w:before="40" w:after="40"/>
              <w:ind w:firstLine="0"/>
            </w:pPr>
            <w:r>
              <w:rPr>
                <w:sz w:val="18"/>
              </w:rPr>
              <w:t>2003</w:t>
            </w:r>
          </w:p>
        </w:tc>
        <w:tc>
          <w:tcPr>
            <w:tcW w:w="1440" w:type="dxa"/>
          </w:tcPr>
          <w:p w14:paraId="5A000144" w14:textId="77777777" w:rsidR="004D342C" w:rsidRDefault="00000000">
            <w:pPr>
              <w:spacing w:before="40" w:after="40"/>
              <w:ind w:firstLine="0"/>
            </w:pPr>
            <w:r>
              <w:rPr>
                <w:sz w:val="18"/>
              </w:rPr>
              <w:t>601</w:t>
            </w:r>
          </w:p>
        </w:tc>
      </w:tr>
      <w:tr w:rsidR="004D342C" w14:paraId="5A00014A" w14:textId="77777777">
        <w:trPr>
          <w:cantSplit/>
          <w:jc w:val="center"/>
        </w:trPr>
        <w:tc>
          <w:tcPr>
            <w:tcW w:w="1728" w:type="dxa"/>
          </w:tcPr>
          <w:p w14:paraId="5A000146" w14:textId="77777777" w:rsidR="004D342C" w:rsidRDefault="00000000">
            <w:pPr>
              <w:spacing w:before="40" w:after="40"/>
              <w:ind w:firstLine="0"/>
            </w:pPr>
            <w:r>
              <w:rPr>
                <w:sz w:val="18"/>
              </w:rPr>
              <w:t>ZA4056</w:t>
            </w:r>
          </w:p>
        </w:tc>
        <w:tc>
          <w:tcPr>
            <w:tcW w:w="1440" w:type="dxa"/>
          </w:tcPr>
          <w:p w14:paraId="5A000147" w14:textId="77777777" w:rsidR="004D342C" w:rsidRDefault="00000000">
            <w:pPr>
              <w:spacing w:before="40" w:after="40"/>
              <w:ind w:firstLine="0"/>
            </w:pPr>
            <w:r>
              <w:rPr>
                <w:sz w:val="18"/>
              </w:rPr>
              <w:t>EB61</w:t>
            </w:r>
          </w:p>
        </w:tc>
        <w:tc>
          <w:tcPr>
            <w:tcW w:w="1152" w:type="dxa"/>
          </w:tcPr>
          <w:p w14:paraId="5A000148" w14:textId="77777777" w:rsidR="004D342C" w:rsidRDefault="00000000">
            <w:pPr>
              <w:spacing w:before="40" w:after="40"/>
              <w:ind w:firstLine="0"/>
            </w:pPr>
            <w:r>
              <w:rPr>
                <w:sz w:val="18"/>
              </w:rPr>
              <w:t>2004</w:t>
            </w:r>
          </w:p>
        </w:tc>
        <w:tc>
          <w:tcPr>
            <w:tcW w:w="1440" w:type="dxa"/>
          </w:tcPr>
          <w:p w14:paraId="5A000149" w14:textId="77777777" w:rsidR="004D342C" w:rsidRDefault="00000000">
            <w:pPr>
              <w:spacing w:before="40" w:after="40"/>
              <w:ind w:firstLine="0"/>
            </w:pPr>
            <w:r>
              <w:rPr>
                <w:sz w:val="18"/>
              </w:rPr>
              <w:t>610</w:t>
            </w:r>
          </w:p>
        </w:tc>
      </w:tr>
      <w:tr w:rsidR="004D342C" w14:paraId="5A00014F" w14:textId="77777777">
        <w:trPr>
          <w:cantSplit/>
          <w:jc w:val="center"/>
        </w:trPr>
        <w:tc>
          <w:tcPr>
            <w:tcW w:w="1728" w:type="dxa"/>
          </w:tcPr>
          <w:p w14:paraId="5A00014B" w14:textId="77777777" w:rsidR="004D342C" w:rsidRDefault="00000000">
            <w:pPr>
              <w:spacing w:before="40" w:after="40"/>
              <w:ind w:firstLine="0"/>
            </w:pPr>
            <w:r>
              <w:rPr>
                <w:sz w:val="18"/>
              </w:rPr>
              <w:t>ZA4229</w:t>
            </w:r>
          </w:p>
        </w:tc>
        <w:tc>
          <w:tcPr>
            <w:tcW w:w="1440" w:type="dxa"/>
          </w:tcPr>
          <w:p w14:paraId="5A00014C" w14:textId="77777777" w:rsidR="004D342C" w:rsidRDefault="00000000">
            <w:pPr>
              <w:spacing w:before="40" w:after="40"/>
              <w:ind w:firstLine="0"/>
            </w:pPr>
            <w:r>
              <w:rPr>
                <w:sz w:val="18"/>
              </w:rPr>
              <w:t>EB62.0</w:t>
            </w:r>
          </w:p>
        </w:tc>
        <w:tc>
          <w:tcPr>
            <w:tcW w:w="1152" w:type="dxa"/>
          </w:tcPr>
          <w:p w14:paraId="5A00014D" w14:textId="77777777" w:rsidR="004D342C" w:rsidRDefault="00000000">
            <w:pPr>
              <w:spacing w:before="40" w:after="40"/>
              <w:ind w:firstLine="0"/>
            </w:pPr>
            <w:r>
              <w:rPr>
                <w:sz w:val="18"/>
              </w:rPr>
              <w:t>2004</w:t>
            </w:r>
          </w:p>
        </w:tc>
        <w:tc>
          <w:tcPr>
            <w:tcW w:w="1440" w:type="dxa"/>
          </w:tcPr>
          <w:p w14:paraId="5A00014E" w14:textId="77777777" w:rsidR="004D342C" w:rsidRDefault="00000000">
            <w:pPr>
              <w:spacing w:before="40" w:after="40"/>
              <w:ind w:firstLine="0"/>
            </w:pPr>
            <w:r>
              <w:rPr>
                <w:sz w:val="18"/>
              </w:rPr>
              <w:t>620</w:t>
            </w:r>
          </w:p>
        </w:tc>
      </w:tr>
      <w:tr w:rsidR="004D342C" w14:paraId="5A000154" w14:textId="77777777">
        <w:trPr>
          <w:cantSplit/>
          <w:jc w:val="center"/>
        </w:trPr>
        <w:tc>
          <w:tcPr>
            <w:tcW w:w="1728" w:type="dxa"/>
          </w:tcPr>
          <w:p w14:paraId="5A000150" w14:textId="77777777" w:rsidR="004D342C" w:rsidRDefault="00000000">
            <w:pPr>
              <w:spacing w:before="40" w:after="40"/>
              <w:ind w:firstLine="0"/>
            </w:pPr>
            <w:r>
              <w:rPr>
                <w:sz w:val="18"/>
              </w:rPr>
              <w:t>ZA4411</w:t>
            </w:r>
          </w:p>
        </w:tc>
        <w:tc>
          <w:tcPr>
            <w:tcW w:w="1440" w:type="dxa"/>
          </w:tcPr>
          <w:p w14:paraId="5A000151" w14:textId="77777777" w:rsidR="004D342C" w:rsidRDefault="00000000">
            <w:pPr>
              <w:spacing w:before="40" w:after="40"/>
              <w:ind w:firstLine="0"/>
            </w:pPr>
            <w:r>
              <w:rPr>
                <w:sz w:val="18"/>
              </w:rPr>
              <w:t>EB63.4</w:t>
            </w:r>
          </w:p>
        </w:tc>
        <w:tc>
          <w:tcPr>
            <w:tcW w:w="1152" w:type="dxa"/>
          </w:tcPr>
          <w:p w14:paraId="5A000152" w14:textId="77777777" w:rsidR="004D342C" w:rsidRDefault="00000000">
            <w:pPr>
              <w:spacing w:before="40" w:after="40"/>
              <w:ind w:firstLine="0"/>
            </w:pPr>
            <w:r>
              <w:rPr>
                <w:sz w:val="18"/>
              </w:rPr>
              <w:t>2005</w:t>
            </w:r>
          </w:p>
        </w:tc>
        <w:tc>
          <w:tcPr>
            <w:tcW w:w="1440" w:type="dxa"/>
          </w:tcPr>
          <w:p w14:paraId="5A000153" w14:textId="77777777" w:rsidR="004D342C" w:rsidRDefault="00000000">
            <w:pPr>
              <w:spacing w:before="40" w:after="40"/>
              <w:ind w:firstLine="0"/>
            </w:pPr>
            <w:r>
              <w:rPr>
                <w:sz w:val="18"/>
              </w:rPr>
              <w:t>634</w:t>
            </w:r>
          </w:p>
        </w:tc>
      </w:tr>
      <w:tr w:rsidR="004D342C" w14:paraId="5A000159" w14:textId="77777777">
        <w:trPr>
          <w:cantSplit/>
          <w:jc w:val="center"/>
        </w:trPr>
        <w:tc>
          <w:tcPr>
            <w:tcW w:w="1728" w:type="dxa"/>
          </w:tcPr>
          <w:p w14:paraId="5A000155" w14:textId="77777777" w:rsidR="004D342C" w:rsidRDefault="00000000">
            <w:pPr>
              <w:spacing w:before="40" w:after="40"/>
              <w:ind w:firstLine="0"/>
            </w:pPr>
            <w:r>
              <w:rPr>
                <w:sz w:val="18"/>
              </w:rPr>
              <w:t>ZA4414</w:t>
            </w:r>
          </w:p>
        </w:tc>
        <w:tc>
          <w:tcPr>
            <w:tcW w:w="1440" w:type="dxa"/>
          </w:tcPr>
          <w:p w14:paraId="5A000156" w14:textId="77777777" w:rsidR="004D342C" w:rsidRDefault="00000000">
            <w:pPr>
              <w:spacing w:before="40" w:after="40"/>
              <w:ind w:firstLine="0"/>
            </w:pPr>
            <w:r>
              <w:rPr>
                <w:sz w:val="18"/>
              </w:rPr>
              <w:t>EB64.2</w:t>
            </w:r>
          </w:p>
        </w:tc>
        <w:tc>
          <w:tcPr>
            <w:tcW w:w="1152" w:type="dxa"/>
          </w:tcPr>
          <w:p w14:paraId="5A000157" w14:textId="77777777" w:rsidR="004D342C" w:rsidRDefault="00000000">
            <w:pPr>
              <w:spacing w:before="40" w:after="40"/>
              <w:ind w:firstLine="0"/>
            </w:pPr>
            <w:r>
              <w:rPr>
                <w:sz w:val="18"/>
              </w:rPr>
              <w:t>2005</w:t>
            </w:r>
          </w:p>
        </w:tc>
        <w:tc>
          <w:tcPr>
            <w:tcW w:w="1440" w:type="dxa"/>
          </w:tcPr>
          <w:p w14:paraId="5A000158" w14:textId="77777777" w:rsidR="004D342C" w:rsidRDefault="00000000">
            <w:pPr>
              <w:spacing w:before="40" w:after="40"/>
              <w:ind w:firstLine="0"/>
            </w:pPr>
            <w:r>
              <w:rPr>
                <w:sz w:val="18"/>
              </w:rPr>
              <w:t>642</w:t>
            </w:r>
          </w:p>
        </w:tc>
      </w:tr>
      <w:tr w:rsidR="004D342C" w14:paraId="5A00015E" w14:textId="77777777">
        <w:trPr>
          <w:cantSplit/>
          <w:jc w:val="center"/>
        </w:trPr>
        <w:tc>
          <w:tcPr>
            <w:tcW w:w="1728" w:type="dxa"/>
          </w:tcPr>
          <w:p w14:paraId="5A00015A" w14:textId="77777777" w:rsidR="004D342C" w:rsidRDefault="00000000">
            <w:pPr>
              <w:spacing w:before="40" w:after="40"/>
              <w:ind w:firstLine="0"/>
            </w:pPr>
            <w:r>
              <w:rPr>
                <w:sz w:val="18"/>
              </w:rPr>
              <w:t>ZA4506</w:t>
            </w:r>
          </w:p>
        </w:tc>
        <w:tc>
          <w:tcPr>
            <w:tcW w:w="1440" w:type="dxa"/>
          </w:tcPr>
          <w:p w14:paraId="5A00015B" w14:textId="77777777" w:rsidR="004D342C" w:rsidRDefault="00000000">
            <w:pPr>
              <w:spacing w:before="40" w:after="40"/>
              <w:ind w:firstLine="0"/>
            </w:pPr>
            <w:r>
              <w:rPr>
                <w:sz w:val="18"/>
              </w:rPr>
              <w:t>EB65.2</w:t>
            </w:r>
          </w:p>
        </w:tc>
        <w:tc>
          <w:tcPr>
            <w:tcW w:w="1152" w:type="dxa"/>
          </w:tcPr>
          <w:p w14:paraId="5A00015C" w14:textId="77777777" w:rsidR="004D342C" w:rsidRDefault="00000000">
            <w:pPr>
              <w:spacing w:before="40" w:after="40"/>
              <w:ind w:firstLine="0"/>
            </w:pPr>
            <w:r>
              <w:rPr>
                <w:sz w:val="18"/>
              </w:rPr>
              <w:t>2006</w:t>
            </w:r>
          </w:p>
        </w:tc>
        <w:tc>
          <w:tcPr>
            <w:tcW w:w="1440" w:type="dxa"/>
          </w:tcPr>
          <w:p w14:paraId="5A00015D" w14:textId="77777777" w:rsidR="004D342C" w:rsidRDefault="00000000">
            <w:pPr>
              <w:spacing w:before="40" w:after="40"/>
              <w:ind w:firstLine="0"/>
            </w:pPr>
            <w:r>
              <w:rPr>
                <w:sz w:val="18"/>
              </w:rPr>
              <w:t>652</w:t>
            </w:r>
          </w:p>
        </w:tc>
      </w:tr>
      <w:tr w:rsidR="004D342C" w14:paraId="5A000163" w14:textId="77777777">
        <w:trPr>
          <w:cantSplit/>
          <w:jc w:val="center"/>
        </w:trPr>
        <w:tc>
          <w:tcPr>
            <w:tcW w:w="1728" w:type="dxa"/>
          </w:tcPr>
          <w:p w14:paraId="5A00015F" w14:textId="77777777" w:rsidR="004D342C" w:rsidRDefault="00000000">
            <w:pPr>
              <w:spacing w:before="40" w:after="40"/>
              <w:ind w:firstLine="0"/>
            </w:pPr>
            <w:r>
              <w:rPr>
                <w:sz w:val="18"/>
              </w:rPr>
              <w:t>ZA4526</w:t>
            </w:r>
          </w:p>
        </w:tc>
        <w:tc>
          <w:tcPr>
            <w:tcW w:w="1440" w:type="dxa"/>
          </w:tcPr>
          <w:p w14:paraId="5A000160" w14:textId="77777777" w:rsidR="004D342C" w:rsidRDefault="00000000">
            <w:pPr>
              <w:spacing w:before="40" w:after="40"/>
              <w:ind w:firstLine="0"/>
            </w:pPr>
            <w:r>
              <w:rPr>
                <w:sz w:val="18"/>
              </w:rPr>
              <w:t>EB66.1</w:t>
            </w:r>
          </w:p>
        </w:tc>
        <w:tc>
          <w:tcPr>
            <w:tcW w:w="1152" w:type="dxa"/>
          </w:tcPr>
          <w:p w14:paraId="5A000161" w14:textId="77777777" w:rsidR="004D342C" w:rsidRDefault="00000000">
            <w:pPr>
              <w:spacing w:before="40" w:after="40"/>
              <w:ind w:firstLine="0"/>
            </w:pPr>
            <w:r>
              <w:rPr>
                <w:sz w:val="18"/>
              </w:rPr>
              <w:t>2006</w:t>
            </w:r>
          </w:p>
        </w:tc>
        <w:tc>
          <w:tcPr>
            <w:tcW w:w="1440" w:type="dxa"/>
          </w:tcPr>
          <w:p w14:paraId="5A000162" w14:textId="77777777" w:rsidR="004D342C" w:rsidRDefault="00000000">
            <w:pPr>
              <w:spacing w:before="40" w:after="40"/>
              <w:ind w:firstLine="0"/>
            </w:pPr>
            <w:r>
              <w:rPr>
                <w:sz w:val="18"/>
              </w:rPr>
              <w:t>661</w:t>
            </w:r>
          </w:p>
        </w:tc>
      </w:tr>
      <w:tr w:rsidR="004D342C" w14:paraId="5A000168" w14:textId="77777777">
        <w:trPr>
          <w:cantSplit/>
          <w:jc w:val="center"/>
        </w:trPr>
        <w:tc>
          <w:tcPr>
            <w:tcW w:w="1728" w:type="dxa"/>
          </w:tcPr>
          <w:p w14:paraId="5A000164" w14:textId="77777777" w:rsidR="004D342C" w:rsidRDefault="00000000">
            <w:pPr>
              <w:spacing w:before="40" w:after="40"/>
              <w:ind w:firstLine="0"/>
            </w:pPr>
            <w:r>
              <w:rPr>
                <w:sz w:val="18"/>
              </w:rPr>
              <w:t>ZA4530</w:t>
            </w:r>
          </w:p>
        </w:tc>
        <w:tc>
          <w:tcPr>
            <w:tcW w:w="1440" w:type="dxa"/>
          </w:tcPr>
          <w:p w14:paraId="5A000165" w14:textId="77777777" w:rsidR="004D342C" w:rsidRDefault="00000000">
            <w:pPr>
              <w:spacing w:before="40" w:after="40"/>
              <w:ind w:firstLine="0"/>
            </w:pPr>
            <w:r>
              <w:rPr>
                <w:sz w:val="18"/>
              </w:rPr>
              <w:t>EB67.2</w:t>
            </w:r>
          </w:p>
        </w:tc>
        <w:tc>
          <w:tcPr>
            <w:tcW w:w="1152" w:type="dxa"/>
          </w:tcPr>
          <w:p w14:paraId="5A000166" w14:textId="77777777" w:rsidR="004D342C" w:rsidRDefault="00000000">
            <w:pPr>
              <w:spacing w:before="40" w:after="40"/>
              <w:ind w:firstLine="0"/>
            </w:pPr>
            <w:r>
              <w:rPr>
                <w:sz w:val="18"/>
              </w:rPr>
              <w:t>2007</w:t>
            </w:r>
          </w:p>
        </w:tc>
        <w:tc>
          <w:tcPr>
            <w:tcW w:w="1440" w:type="dxa"/>
          </w:tcPr>
          <w:p w14:paraId="5A000167" w14:textId="77777777" w:rsidR="004D342C" w:rsidRDefault="00000000">
            <w:pPr>
              <w:spacing w:before="40" w:after="40"/>
              <w:ind w:firstLine="0"/>
            </w:pPr>
            <w:r>
              <w:rPr>
                <w:sz w:val="18"/>
              </w:rPr>
              <w:t>672</w:t>
            </w:r>
          </w:p>
        </w:tc>
      </w:tr>
      <w:tr w:rsidR="004D342C" w14:paraId="5A00016D" w14:textId="77777777">
        <w:trPr>
          <w:cantSplit/>
          <w:jc w:val="center"/>
        </w:trPr>
        <w:tc>
          <w:tcPr>
            <w:tcW w:w="1728" w:type="dxa"/>
          </w:tcPr>
          <w:p w14:paraId="5A000169" w14:textId="77777777" w:rsidR="004D342C" w:rsidRDefault="00000000">
            <w:pPr>
              <w:spacing w:before="40" w:after="40"/>
              <w:ind w:firstLine="0"/>
            </w:pPr>
            <w:r>
              <w:rPr>
                <w:sz w:val="18"/>
              </w:rPr>
              <w:t>ZA4565</w:t>
            </w:r>
          </w:p>
        </w:tc>
        <w:tc>
          <w:tcPr>
            <w:tcW w:w="1440" w:type="dxa"/>
          </w:tcPr>
          <w:p w14:paraId="5A00016A" w14:textId="77777777" w:rsidR="004D342C" w:rsidRDefault="00000000">
            <w:pPr>
              <w:spacing w:before="40" w:after="40"/>
              <w:ind w:firstLine="0"/>
            </w:pPr>
            <w:r>
              <w:rPr>
                <w:sz w:val="18"/>
              </w:rPr>
              <w:t>EB68.1</w:t>
            </w:r>
          </w:p>
        </w:tc>
        <w:tc>
          <w:tcPr>
            <w:tcW w:w="1152" w:type="dxa"/>
          </w:tcPr>
          <w:p w14:paraId="5A00016B" w14:textId="77777777" w:rsidR="004D342C" w:rsidRDefault="00000000">
            <w:pPr>
              <w:spacing w:before="40" w:after="40"/>
              <w:ind w:firstLine="0"/>
            </w:pPr>
            <w:r>
              <w:rPr>
                <w:sz w:val="18"/>
              </w:rPr>
              <w:t>2007</w:t>
            </w:r>
          </w:p>
        </w:tc>
        <w:tc>
          <w:tcPr>
            <w:tcW w:w="1440" w:type="dxa"/>
          </w:tcPr>
          <w:p w14:paraId="5A00016C" w14:textId="77777777" w:rsidR="004D342C" w:rsidRDefault="00000000">
            <w:pPr>
              <w:spacing w:before="40" w:after="40"/>
              <w:ind w:firstLine="0"/>
            </w:pPr>
            <w:r>
              <w:rPr>
                <w:sz w:val="18"/>
              </w:rPr>
              <w:t>681</w:t>
            </w:r>
          </w:p>
        </w:tc>
      </w:tr>
      <w:tr w:rsidR="004D342C" w14:paraId="5A000172" w14:textId="77777777">
        <w:trPr>
          <w:cantSplit/>
          <w:jc w:val="center"/>
        </w:trPr>
        <w:tc>
          <w:tcPr>
            <w:tcW w:w="1728" w:type="dxa"/>
          </w:tcPr>
          <w:p w14:paraId="5A00016E" w14:textId="77777777" w:rsidR="004D342C" w:rsidRDefault="00000000">
            <w:pPr>
              <w:spacing w:before="40" w:after="40"/>
              <w:ind w:firstLine="0"/>
            </w:pPr>
            <w:r>
              <w:rPr>
                <w:sz w:val="18"/>
              </w:rPr>
              <w:t>ZA4744</w:t>
            </w:r>
          </w:p>
        </w:tc>
        <w:tc>
          <w:tcPr>
            <w:tcW w:w="1440" w:type="dxa"/>
          </w:tcPr>
          <w:p w14:paraId="5A00016F" w14:textId="77777777" w:rsidR="004D342C" w:rsidRDefault="00000000">
            <w:pPr>
              <w:spacing w:before="40" w:after="40"/>
              <w:ind w:firstLine="0"/>
            </w:pPr>
            <w:r>
              <w:rPr>
                <w:sz w:val="18"/>
              </w:rPr>
              <w:t>EB69.2</w:t>
            </w:r>
          </w:p>
        </w:tc>
        <w:tc>
          <w:tcPr>
            <w:tcW w:w="1152" w:type="dxa"/>
          </w:tcPr>
          <w:p w14:paraId="5A000170" w14:textId="77777777" w:rsidR="004D342C" w:rsidRDefault="00000000">
            <w:pPr>
              <w:spacing w:before="40" w:after="40"/>
              <w:ind w:firstLine="0"/>
            </w:pPr>
            <w:r>
              <w:rPr>
                <w:sz w:val="18"/>
              </w:rPr>
              <w:t>2008</w:t>
            </w:r>
          </w:p>
        </w:tc>
        <w:tc>
          <w:tcPr>
            <w:tcW w:w="1440" w:type="dxa"/>
          </w:tcPr>
          <w:p w14:paraId="5A000171" w14:textId="77777777" w:rsidR="004D342C" w:rsidRDefault="00000000">
            <w:pPr>
              <w:spacing w:before="40" w:after="40"/>
              <w:ind w:firstLine="0"/>
            </w:pPr>
            <w:r>
              <w:rPr>
                <w:sz w:val="18"/>
              </w:rPr>
              <w:t>692</w:t>
            </w:r>
          </w:p>
        </w:tc>
      </w:tr>
      <w:tr w:rsidR="004D342C" w14:paraId="5A000177" w14:textId="77777777">
        <w:trPr>
          <w:cantSplit/>
          <w:jc w:val="center"/>
        </w:trPr>
        <w:tc>
          <w:tcPr>
            <w:tcW w:w="1728" w:type="dxa"/>
          </w:tcPr>
          <w:p w14:paraId="5A000173" w14:textId="77777777" w:rsidR="004D342C" w:rsidRDefault="00000000">
            <w:pPr>
              <w:spacing w:before="40" w:after="40"/>
              <w:ind w:firstLine="0"/>
            </w:pPr>
            <w:r>
              <w:rPr>
                <w:sz w:val="18"/>
              </w:rPr>
              <w:t>ZA4819</w:t>
            </w:r>
          </w:p>
        </w:tc>
        <w:tc>
          <w:tcPr>
            <w:tcW w:w="1440" w:type="dxa"/>
          </w:tcPr>
          <w:p w14:paraId="5A000174" w14:textId="77777777" w:rsidR="004D342C" w:rsidRDefault="00000000">
            <w:pPr>
              <w:spacing w:before="40" w:after="40"/>
              <w:ind w:firstLine="0"/>
            </w:pPr>
            <w:r>
              <w:rPr>
                <w:sz w:val="18"/>
              </w:rPr>
              <w:t>EB70.1</w:t>
            </w:r>
          </w:p>
        </w:tc>
        <w:tc>
          <w:tcPr>
            <w:tcW w:w="1152" w:type="dxa"/>
          </w:tcPr>
          <w:p w14:paraId="5A000175" w14:textId="77777777" w:rsidR="004D342C" w:rsidRDefault="00000000">
            <w:pPr>
              <w:spacing w:before="40" w:after="40"/>
              <w:ind w:firstLine="0"/>
            </w:pPr>
            <w:r>
              <w:rPr>
                <w:sz w:val="18"/>
              </w:rPr>
              <w:t>2008</w:t>
            </w:r>
          </w:p>
        </w:tc>
        <w:tc>
          <w:tcPr>
            <w:tcW w:w="1440" w:type="dxa"/>
          </w:tcPr>
          <w:p w14:paraId="5A000176" w14:textId="77777777" w:rsidR="004D342C" w:rsidRDefault="00000000">
            <w:pPr>
              <w:spacing w:before="40" w:after="40"/>
              <w:ind w:firstLine="0"/>
            </w:pPr>
            <w:r>
              <w:rPr>
                <w:sz w:val="18"/>
              </w:rPr>
              <w:t>701</w:t>
            </w:r>
          </w:p>
        </w:tc>
      </w:tr>
      <w:tr w:rsidR="004D342C" w14:paraId="5A00017C" w14:textId="77777777">
        <w:trPr>
          <w:cantSplit/>
          <w:jc w:val="center"/>
        </w:trPr>
        <w:tc>
          <w:tcPr>
            <w:tcW w:w="1728" w:type="dxa"/>
          </w:tcPr>
          <w:p w14:paraId="5A000178" w14:textId="77777777" w:rsidR="004D342C" w:rsidRDefault="00000000">
            <w:pPr>
              <w:spacing w:before="40" w:after="40"/>
              <w:ind w:firstLine="0"/>
            </w:pPr>
            <w:r>
              <w:rPr>
                <w:sz w:val="18"/>
              </w:rPr>
              <w:t>ZA4971</w:t>
            </w:r>
          </w:p>
        </w:tc>
        <w:tc>
          <w:tcPr>
            <w:tcW w:w="1440" w:type="dxa"/>
          </w:tcPr>
          <w:p w14:paraId="5A000179" w14:textId="77777777" w:rsidR="004D342C" w:rsidRDefault="00000000">
            <w:pPr>
              <w:spacing w:before="40" w:after="40"/>
              <w:ind w:firstLine="0"/>
            </w:pPr>
            <w:r>
              <w:rPr>
                <w:sz w:val="18"/>
              </w:rPr>
              <w:t>EB71.1</w:t>
            </w:r>
          </w:p>
        </w:tc>
        <w:tc>
          <w:tcPr>
            <w:tcW w:w="1152" w:type="dxa"/>
          </w:tcPr>
          <w:p w14:paraId="5A00017A" w14:textId="77777777" w:rsidR="004D342C" w:rsidRDefault="00000000">
            <w:pPr>
              <w:spacing w:before="40" w:after="40"/>
              <w:ind w:firstLine="0"/>
            </w:pPr>
            <w:r>
              <w:rPr>
                <w:sz w:val="18"/>
              </w:rPr>
              <w:t>2009</w:t>
            </w:r>
          </w:p>
        </w:tc>
        <w:tc>
          <w:tcPr>
            <w:tcW w:w="1440" w:type="dxa"/>
          </w:tcPr>
          <w:p w14:paraId="5A00017B" w14:textId="77777777" w:rsidR="004D342C" w:rsidRDefault="00000000">
            <w:pPr>
              <w:spacing w:before="40" w:after="40"/>
              <w:ind w:firstLine="0"/>
            </w:pPr>
            <w:r>
              <w:rPr>
                <w:sz w:val="18"/>
              </w:rPr>
              <w:t>711</w:t>
            </w:r>
          </w:p>
        </w:tc>
      </w:tr>
      <w:tr w:rsidR="004D342C" w14:paraId="5A000181" w14:textId="77777777">
        <w:trPr>
          <w:cantSplit/>
          <w:jc w:val="center"/>
        </w:trPr>
        <w:tc>
          <w:tcPr>
            <w:tcW w:w="1728" w:type="dxa"/>
          </w:tcPr>
          <w:p w14:paraId="5A00017D" w14:textId="77777777" w:rsidR="004D342C" w:rsidRDefault="00000000">
            <w:pPr>
              <w:spacing w:before="40" w:after="40"/>
              <w:ind w:firstLine="0"/>
            </w:pPr>
            <w:r>
              <w:rPr>
                <w:sz w:val="18"/>
              </w:rPr>
              <w:t>ZA4973</w:t>
            </w:r>
          </w:p>
        </w:tc>
        <w:tc>
          <w:tcPr>
            <w:tcW w:w="1440" w:type="dxa"/>
          </w:tcPr>
          <w:p w14:paraId="5A00017E" w14:textId="77777777" w:rsidR="004D342C" w:rsidRDefault="00000000">
            <w:pPr>
              <w:spacing w:before="40" w:after="40"/>
              <w:ind w:firstLine="0"/>
            </w:pPr>
            <w:r>
              <w:rPr>
                <w:sz w:val="18"/>
              </w:rPr>
              <w:t>EB71.3</w:t>
            </w:r>
          </w:p>
        </w:tc>
        <w:tc>
          <w:tcPr>
            <w:tcW w:w="1152" w:type="dxa"/>
          </w:tcPr>
          <w:p w14:paraId="5A00017F" w14:textId="77777777" w:rsidR="004D342C" w:rsidRDefault="00000000">
            <w:pPr>
              <w:spacing w:before="40" w:after="40"/>
              <w:ind w:firstLine="0"/>
            </w:pPr>
            <w:r>
              <w:rPr>
                <w:sz w:val="18"/>
              </w:rPr>
              <w:t>2009</w:t>
            </w:r>
          </w:p>
        </w:tc>
        <w:tc>
          <w:tcPr>
            <w:tcW w:w="1440" w:type="dxa"/>
          </w:tcPr>
          <w:p w14:paraId="5A000180" w14:textId="77777777" w:rsidR="004D342C" w:rsidRDefault="00000000">
            <w:pPr>
              <w:spacing w:before="40" w:after="40"/>
              <w:ind w:firstLine="0"/>
            </w:pPr>
            <w:r>
              <w:rPr>
                <w:sz w:val="18"/>
              </w:rPr>
              <w:t>713</w:t>
            </w:r>
          </w:p>
        </w:tc>
      </w:tr>
      <w:tr w:rsidR="004D342C" w14:paraId="5A000186" w14:textId="77777777">
        <w:trPr>
          <w:cantSplit/>
          <w:jc w:val="center"/>
        </w:trPr>
        <w:tc>
          <w:tcPr>
            <w:tcW w:w="1728" w:type="dxa"/>
          </w:tcPr>
          <w:p w14:paraId="5A000182" w14:textId="77777777" w:rsidR="004D342C" w:rsidRDefault="00000000">
            <w:pPr>
              <w:spacing w:before="40" w:after="40"/>
              <w:ind w:firstLine="0"/>
            </w:pPr>
            <w:r>
              <w:rPr>
                <w:sz w:val="18"/>
              </w:rPr>
              <w:t>ZA4994</w:t>
            </w:r>
          </w:p>
        </w:tc>
        <w:tc>
          <w:tcPr>
            <w:tcW w:w="1440" w:type="dxa"/>
          </w:tcPr>
          <w:p w14:paraId="5A000183" w14:textId="77777777" w:rsidR="004D342C" w:rsidRDefault="00000000">
            <w:pPr>
              <w:spacing w:before="40" w:after="40"/>
              <w:ind w:firstLine="0"/>
            </w:pPr>
            <w:r>
              <w:rPr>
                <w:sz w:val="18"/>
              </w:rPr>
              <w:t>EB72.4</w:t>
            </w:r>
          </w:p>
        </w:tc>
        <w:tc>
          <w:tcPr>
            <w:tcW w:w="1152" w:type="dxa"/>
          </w:tcPr>
          <w:p w14:paraId="5A000184" w14:textId="77777777" w:rsidR="004D342C" w:rsidRDefault="00000000">
            <w:pPr>
              <w:spacing w:before="40" w:after="40"/>
              <w:ind w:firstLine="0"/>
            </w:pPr>
            <w:r>
              <w:rPr>
                <w:sz w:val="18"/>
              </w:rPr>
              <w:t>2009</w:t>
            </w:r>
          </w:p>
        </w:tc>
        <w:tc>
          <w:tcPr>
            <w:tcW w:w="1440" w:type="dxa"/>
          </w:tcPr>
          <w:p w14:paraId="5A000185" w14:textId="77777777" w:rsidR="004D342C" w:rsidRDefault="00000000">
            <w:pPr>
              <w:spacing w:before="40" w:after="40"/>
              <w:ind w:firstLine="0"/>
            </w:pPr>
            <w:r>
              <w:rPr>
                <w:sz w:val="18"/>
              </w:rPr>
              <w:t>724</w:t>
            </w:r>
          </w:p>
        </w:tc>
      </w:tr>
      <w:tr w:rsidR="004D342C" w14:paraId="5A00018B" w14:textId="77777777">
        <w:trPr>
          <w:cantSplit/>
          <w:jc w:val="center"/>
        </w:trPr>
        <w:tc>
          <w:tcPr>
            <w:tcW w:w="1728" w:type="dxa"/>
          </w:tcPr>
          <w:p w14:paraId="5A000187" w14:textId="77777777" w:rsidR="004D342C" w:rsidRDefault="00000000">
            <w:pPr>
              <w:spacing w:before="40" w:after="40"/>
              <w:ind w:firstLine="0"/>
            </w:pPr>
            <w:r>
              <w:rPr>
                <w:sz w:val="18"/>
              </w:rPr>
              <w:t>ZA5234</w:t>
            </w:r>
          </w:p>
        </w:tc>
        <w:tc>
          <w:tcPr>
            <w:tcW w:w="1440" w:type="dxa"/>
          </w:tcPr>
          <w:p w14:paraId="5A000188" w14:textId="77777777" w:rsidR="004D342C" w:rsidRDefault="00000000">
            <w:pPr>
              <w:spacing w:before="40" w:after="40"/>
              <w:ind w:firstLine="0"/>
            </w:pPr>
            <w:r>
              <w:rPr>
                <w:sz w:val="18"/>
              </w:rPr>
              <w:t>EB73.4</w:t>
            </w:r>
          </w:p>
        </w:tc>
        <w:tc>
          <w:tcPr>
            <w:tcW w:w="1152" w:type="dxa"/>
          </w:tcPr>
          <w:p w14:paraId="5A000189" w14:textId="77777777" w:rsidR="004D342C" w:rsidRDefault="00000000">
            <w:pPr>
              <w:spacing w:before="40" w:after="40"/>
              <w:ind w:firstLine="0"/>
            </w:pPr>
            <w:r>
              <w:rPr>
                <w:sz w:val="18"/>
              </w:rPr>
              <w:t>2010</w:t>
            </w:r>
          </w:p>
        </w:tc>
        <w:tc>
          <w:tcPr>
            <w:tcW w:w="1440" w:type="dxa"/>
          </w:tcPr>
          <w:p w14:paraId="5A00018A" w14:textId="77777777" w:rsidR="004D342C" w:rsidRDefault="00000000">
            <w:pPr>
              <w:spacing w:before="40" w:after="40"/>
              <w:ind w:firstLine="0"/>
            </w:pPr>
            <w:r>
              <w:rPr>
                <w:sz w:val="18"/>
              </w:rPr>
              <w:t>734</w:t>
            </w:r>
          </w:p>
        </w:tc>
      </w:tr>
      <w:tr w:rsidR="004D342C" w14:paraId="5A000190" w14:textId="77777777">
        <w:trPr>
          <w:cantSplit/>
          <w:jc w:val="center"/>
        </w:trPr>
        <w:tc>
          <w:tcPr>
            <w:tcW w:w="1728" w:type="dxa"/>
          </w:tcPr>
          <w:p w14:paraId="5A00018C" w14:textId="77777777" w:rsidR="004D342C" w:rsidRDefault="00000000">
            <w:pPr>
              <w:spacing w:before="40" w:after="40"/>
              <w:ind w:firstLine="0"/>
            </w:pPr>
            <w:r>
              <w:rPr>
                <w:sz w:val="18"/>
              </w:rPr>
              <w:t>ZA5449</w:t>
            </w:r>
          </w:p>
        </w:tc>
        <w:tc>
          <w:tcPr>
            <w:tcW w:w="1440" w:type="dxa"/>
          </w:tcPr>
          <w:p w14:paraId="5A00018D" w14:textId="77777777" w:rsidR="004D342C" w:rsidRDefault="00000000">
            <w:pPr>
              <w:spacing w:before="40" w:after="40"/>
              <w:ind w:firstLine="0"/>
            </w:pPr>
            <w:r>
              <w:rPr>
                <w:sz w:val="18"/>
              </w:rPr>
              <w:t>EB74.2</w:t>
            </w:r>
          </w:p>
        </w:tc>
        <w:tc>
          <w:tcPr>
            <w:tcW w:w="1152" w:type="dxa"/>
          </w:tcPr>
          <w:p w14:paraId="5A00018E" w14:textId="77777777" w:rsidR="004D342C" w:rsidRDefault="00000000">
            <w:pPr>
              <w:spacing w:before="40" w:after="40"/>
              <w:ind w:firstLine="0"/>
            </w:pPr>
            <w:r>
              <w:rPr>
                <w:sz w:val="18"/>
              </w:rPr>
              <w:t>2010</w:t>
            </w:r>
          </w:p>
        </w:tc>
        <w:tc>
          <w:tcPr>
            <w:tcW w:w="1440" w:type="dxa"/>
          </w:tcPr>
          <w:p w14:paraId="5A00018F" w14:textId="77777777" w:rsidR="004D342C" w:rsidRDefault="00000000">
            <w:pPr>
              <w:spacing w:before="40" w:after="40"/>
              <w:ind w:firstLine="0"/>
            </w:pPr>
            <w:r>
              <w:rPr>
                <w:sz w:val="18"/>
              </w:rPr>
              <w:t>742</w:t>
            </w:r>
          </w:p>
        </w:tc>
      </w:tr>
      <w:tr w:rsidR="004D342C" w14:paraId="5A000195" w14:textId="77777777">
        <w:trPr>
          <w:cantSplit/>
          <w:jc w:val="center"/>
        </w:trPr>
        <w:tc>
          <w:tcPr>
            <w:tcW w:w="1728" w:type="dxa"/>
          </w:tcPr>
          <w:p w14:paraId="5A000191" w14:textId="77777777" w:rsidR="004D342C" w:rsidRDefault="00000000">
            <w:pPr>
              <w:spacing w:before="40" w:after="40"/>
              <w:ind w:firstLine="0"/>
            </w:pPr>
            <w:r>
              <w:rPr>
                <w:sz w:val="18"/>
              </w:rPr>
              <w:t>ZA5481</w:t>
            </w:r>
          </w:p>
        </w:tc>
        <w:tc>
          <w:tcPr>
            <w:tcW w:w="1440" w:type="dxa"/>
          </w:tcPr>
          <w:p w14:paraId="5A000192" w14:textId="77777777" w:rsidR="004D342C" w:rsidRDefault="00000000">
            <w:pPr>
              <w:spacing w:before="40" w:after="40"/>
              <w:ind w:firstLine="0"/>
            </w:pPr>
            <w:r>
              <w:rPr>
                <w:sz w:val="18"/>
              </w:rPr>
              <w:t>EB75.3</w:t>
            </w:r>
          </w:p>
        </w:tc>
        <w:tc>
          <w:tcPr>
            <w:tcW w:w="1152" w:type="dxa"/>
          </w:tcPr>
          <w:p w14:paraId="5A000193" w14:textId="77777777" w:rsidR="004D342C" w:rsidRDefault="00000000">
            <w:pPr>
              <w:spacing w:before="40" w:after="40"/>
              <w:ind w:firstLine="0"/>
            </w:pPr>
            <w:r>
              <w:rPr>
                <w:sz w:val="18"/>
              </w:rPr>
              <w:t>2011</w:t>
            </w:r>
          </w:p>
        </w:tc>
        <w:tc>
          <w:tcPr>
            <w:tcW w:w="1440" w:type="dxa"/>
          </w:tcPr>
          <w:p w14:paraId="5A000194" w14:textId="77777777" w:rsidR="004D342C" w:rsidRDefault="00000000">
            <w:pPr>
              <w:spacing w:before="40" w:after="40"/>
              <w:ind w:firstLine="0"/>
            </w:pPr>
            <w:r>
              <w:rPr>
                <w:sz w:val="18"/>
              </w:rPr>
              <w:t>753</w:t>
            </w:r>
          </w:p>
        </w:tc>
      </w:tr>
      <w:tr w:rsidR="004D342C" w14:paraId="5A00019A" w14:textId="77777777">
        <w:trPr>
          <w:cantSplit/>
          <w:jc w:val="center"/>
        </w:trPr>
        <w:tc>
          <w:tcPr>
            <w:tcW w:w="1728" w:type="dxa"/>
          </w:tcPr>
          <w:p w14:paraId="5A000196" w14:textId="77777777" w:rsidR="004D342C" w:rsidRDefault="00000000">
            <w:pPr>
              <w:spacing w:before="40" w:after="40"/>
              <w:ind w:firstLine="0"/>
            </w:pPr>
            <w:r>
              <w:rPr>
                <w:sz w:val="18"/>
              </w:rPr>
              <w:t>ZA5567</w:t>
            </w:r>
          </w:p>
        </w:tc>
        <w:tc>
          <w:tcPr>
            <w:tcW w:w="1440" w:type="dxa"/>
          </w:tcPr>
          <w:p w14:paraId="5A000197" w14:textId="77777777" w:rsidR="004D342C" w:rsidRDefault="00000000">
            <w:pPr>
              <w:spacing w:before="40" w:after="40"/>
              <w:ind w:firstLine="0"/>
            </w:pPr>
            <w:r>
              <w:rPr>
                <w:sz w:val="18"/>
              </w:rPr>
              <w:t>EB76.3</w:t>
            </w:r>
          </w:p>
        </w:tc>
        <w:tc>
          <w:tcPr>
            <w:tcW w:w="1152" w:type="dxa"/>
          </w:tcPr>
          <w:p w14:paraId="5A000198" w14:textId="77777777" w:rsidR="004D342C" w:rsidRDefault="00000000">
            <w:pPr>
              <w:spacing w:before="40" w:after="40"/>
              <w:ind w:firstLine="0"/>
            </w:pPr>
            <w:r>
              <w:rPr>
                <w:sz w:val="18"/>
              </w:rPr>
              <w:t>2011</w:t>
            </w:r>
          </w:p>
        </w:tc>
        <w:tc>
          <w:tcPr>
            <w:tcW w:w="1440" w:type="dxa"/>
          </w:tcPr>
          <w:p w14:paraId="5A000199" w14:textId="77777777" w:rsidR="004D342C" w:rsidRDefault="00000000">
            <w:pPr>
              <w:spacing w:before="40" w:after="40"/>
              <w:ind w:firstLine="0"/>
            </w:pPr>
            <w:r>
              <w:rPr>
                <w:sz w:val="18"/>
              </w:rPr>
              <w:t>763</w:t>
            </w:r>
          </w:p>
        </w:tc>
      </w:tr>
      <w:tr w:rsidR="004D342C" w14:paraId="5A00019F" w14:textId="77777777">
        <w:trPr>
          <w:cantSplit/>
          <w:jc w:val="center"/>
        </w:trPr>
        <w:tc>
          <w:tcPr>
            <w:tcW w:w="1728" w:type="dxa"/>
          </w:tcPr>
          <w:p w14:paraId="5A00019B" w14:textId="77777777" w:rsidR="004D342C" w:rsidRDefault="00000000">
            <w:pPr>
              <w:spacing w:before="40" w:after="40"/>
              <w:ind w:firstLine="0"/>
            </w:pPr>
            <w:r>
              <w:rPr>
                <w:sz w:val="18"/>
              </w:rPr>
              <w:t>ZA5612</w:t>
            </w:r>
          </w:p>
        </w:tc>
        <w:tc>
          <w:tcPr>
            <w:tcW w:w="1440" w:type="dxa"/>
          </w:tcPr>
          <w:p w14:paraId="5A00019C" w14:textId="77777777" w:rsidR="004D342C" w:rsidRDefault="00000000">
            <w:pPr>
              <w:spacing w:before="40" w:after="40"/>
              <w:ind w:firstLine="0"/>
            </w:pPr>
            <w:r>
              <w:rPr>
                <w:sz w:val="18"/>
              </w:rPr>
              <w:t>EB77.3</w:t>
            </w:r>
          </w:p>
        </w:tc>
        <w:tc>
          <w:tcPr>
            <w:tcW w:w="1152" w:type="dxa"/>
          </w:tcPr>
          <w:p w14:paraId="5A00019D" w14:textId="77777777" w:rsidR="004D342C" w:rsidRDefault="00000000">
            <w:pPr>
              <w:spacing w:before="40" w:after="40"/>
              <w:ind w:firstLine="0"/>
            </w:pPr>
            <w:r>
              <w:rPr>
                <w:sz w:val="18"/>
              </w:rPr>
              <w:t>2012</w:t>
            </w:r>
          </w:p>
        </w:tc>
        <w:tc>
          <w:tcPr>
            <w:tcW w:w="1440" w:type="dxa"/>
          </w:tcPr>
          <w:p w14:paraId="5A00019E" w14:textId="77777777" w:rsidR="004D342C" w:rsidRDefault="00000000">
            <w:pPr>
              <w:spacing w:before="40" w:after="40"/>
              <w:ind w:firstLine="0"/>
            </w:pPr>
            <w:r>
              <w:rPr>
                <w:sz w:val="18"/>
              </w:rPr>
              <w:t>773</w:t>
            </w:r>
          </w:p>
        </w:tc>
      </w:tr>
      <w:tr w:rsidR="004D342C" w14:paraId="5A0001A4" w14:textId="77777777">
        <w:trPr>
          <w:cantSplit/>
          <w:jc w:val="center"/>
        </w:trPr>
        <w:tc>
          <w:tcPr>
            <w:tcW w:w="1728" w:type="dxa"/>
          </w:tcPr>
          <w:p w14:paraId="5A0001A0" w14:textId="77777777" w:rsidR="004D342C" w:rsidRDefault="00000000">
            <w:pPr>
              <w:spacing w:before="40" w:after="40"/>
              <w:ind w:firstLine="0"/>
            </w:pPr>
            <w:r>
              <w:rPr>
                <w:sz w:val="18"/>
              </w:rPr>
              <w:t>ZA5685</w:t>
            </w:r>
          </w:p>
        </w:tc>
        <w:tc>
          <w:tcPr>
            <w:tcW w:w="1440" w:type="dxa"/>
          </w:tcPr>
          <w:p w14:paraId="5A0001A1" w14:textId="77777777" w:rsidR="004D342C" w:rsidRDefault="00000000">
            <w:pPr>
              <w:spacing w:before="40" w:after="40"/>
              <w:ind w:firstLine="0"/>
            </w:pPr>
            <w:r>
              <w:rPr>
                <w:sz w:val="18"/>
              </w:rPr>
              <w:t>EB78.1</w:t>
            </w:r>
          </w:p>
        </w:tc>
        <w:tc>
          <w:tcPr>
            <w:tcW w:w="1152" w:type="dxa"/>
          </w:tcPr>
          <w:p w14:paraId="5A0001A2" w14:textId="77777777" w:rsidR="004D342C" w:rsidRDefault="00000000">
            <w:pPr>
              <w:spacing w:before="40" w:after="40"/>
              <w:ind w:firstLine="0"/>
            </w:pPr>
            <w:r>
              <w:rPr>
                <w:sz w:val="18"/>
              </w:rPr>
              <w:t>2012</w:t>
            </w:r>
          </w:p>
        </w:tc>
        <w:tc>
          <w:tcPr>
            <w:tcW w:w="1440" w:type="dxa"/>
          </w:tcPr>
          <w:p w14:paraId="5A0001A3" w14:textId="77777777" w:rsidR="004D342C" w:rsidRDefault="00000000">
            <w:pPr>
              <w:spacing w:before="40" w:after="40"/>
              <w:ind w:firstLine="0"/>
            </w:pPr>
            <w:r>
              <w:rPr>
                <w:sz w:val="18"/>
              </w:rPr>
              <w:t>781</w:t>
            </w:r>
          </w:p>
        </w:tc>
      </w:tr>
      <w:tr w:rsidR="004D342C" w14:paraId="5A0001A9" w14:textId="77777777">
        <w:trPr>
          <w:cantSplit/>
          <w:jc w:val="center"/>
        </w:trPr>
        <w:tc>
          <w:tcPr>
            <w:tcW w:w="1728" w:type="dxa"/>
          </w:tcPr>
          <w:p w14:paraId="5A0001A5" w14:textId="77777777" w:rsidR="004D342C" w:rsidRDefault="00000000">
            <w:pPr>
              <w:spacing w:before="40" w:after="40"/>
              <w:ind w:firstLine="0"/>
            </w:pPr>
            <w:r>
              <w:rPr>
                <w:sz w:val="18"/>
              </w:rPr>
              <w:t>ZA5689</w:t>
            </w:r>
          </w:p>
        </w:tc>
        <w:tc>
          <w:tcPr>
            <w:tcW w:w="1440" w:type="dxa"/>
          </w:tcPr>
          <w:p w14:paraId="5A0001A6" w14:textId="77777777" w:rsidR="004D342C" w:rsidRDefault="00000000">
            <w:pPr>
              <w:spacing w:before="40" w:after="40"/>
              <w:ind w:firstLine="0"/>
            </w:pPr>
            <w:r>
              <w:rPr>
                <w:sz w:val="18"/>
              </w:rPr>
              <w:t>EB79.3</w:t>
            </w:r>
          </w:p>
        </w:tc>
        <w:tc>
          <w:tcPr>
            <w:tcW w:w="1152" w:type="dxa"/>
          </w:tcPr>
          <w:p w14:paraId="5A0001A7" w14:textId="77777777" w:rsidR="004D342C" w:rsidRDefault="00000000">
            <w:pPr>
              <w:spacing w:before="40" w:after="40"/>
              <w:ind w:firstLine="0"/>
            </w:pPr>
            <w:r>
              <w:rPr>
                <w:sz w:val="18"/>
              </w:rPr>
              <w:t>2013</w:t>
            </w:r>
          </w:p>
        </w:tc>
        <w:tc>
          <w:tcPr>
            <w:tcW w:w="1440" w:type="dxa"/>
          </w:tcPr>
          <w:p w14:paraId="5A0001A8" w14:textId="77777777" w:rsidR="004D342C" w:rsidRDefault="00000000">
            <w:pPr>
              <w:spacing w:before="40" w:after="40"/>
              <w:ind w:firstLine="0"/>
            </w:pPr>
            <w:r>
              <w:rPr>
                <w:sz w:val="18"/>
              </w:rPr>
              <w:t>793</w:t>
            </w:r>
          </w:p>
        </w:tc>
      </w:tr>
      <w:tr w:rsidR="004D342C" w14:paraId="5A0001AE" w14:textId="77777777">
        <w:trPr>
          <w:cantSplit/>
          <w:jc w:val="center"/>
        </w:trPr>
        <w:tc>
          <w:tcPr>
            <w:tcW w:w="1728" w:type="dxa"/>
          </w:tcPr>
          <w:p w14:paraId="5A0001AA" w14:textId="77777777" w:rsidR="004D342C" w:rsidRDefault="00000000">
            <w:pPr>
              <w:spacing w:before="40" w:after="40"/>
              <w:ind w:firstLine="0"/>
            </w:pPr>
            <w:r>
              <w:rPr>
                <w:sz w:val="18"/>
              </w:rPr>
              <w:t>ZA5876</w:t>
            </w:r>
          </w:p>
        </w:tc>
        <w:tc>
          <w:tcPr>
            <w:tcW w:w="1440" w:type="dxa"/>
          </w:tcPr>
          <w:p w14:paraId="5A0001AB" w14:textId="77777777" w:rsidR="004D342C" w:rsidRDefault="00000000">
            <w:pPr>
              <w:spacing w:before="40" w:after="40"/>
              <w:ind w:firstLine="0"/>
            </w:pPr>
            <w:r>
              <w:rPr>
                <w:sz w:val="18"/>
              </w:rPr>
              <w:t>EB80.1</w:t>
            </w:r>
          </w:p>
        </w:tc>
        <w:tc>
          <w:tcPr>
            <w:tcW w:w="1152" w:type="dxa"/>
          </w:tcPr>
          <w:p w14:paraId="5A0001AC" w14:textId="77777777" w:rsidR="004D342C" w:rsidRDefault="00000000">
            <w:pPr>
              <w:spacing w:before="40" w:after="40"/>
              <w:ind w:firstLine="0"/>
            </w:pPr>
            <w:r>
              <w:rPr>
                <w:sz w:val="18"/>
              </w:rPr>
              <w:t>2013</w:t>
            </w:r>
          </w:p>
        </w:tc>
        <w:tc>
          <w:tcPr>
            <w:tcW w:w="1440" w:type="dxa"/>
          </w:tcPr>
          <w:p w14:paraId="5A0001AD" w14:textId="77777777" w:rsidR="004D342C" w:rsidRDefault="00000000">
            <w:pPr>
              <w:spacing w:before="40" w:after="40"/>
              <w:ind w:firstLine="0"/>
            </w:pPr>
            <w:r>
              <w:rPr>
                <w:sz w:val="18"/>
              </w:rPr>
              <w:t>801</w:t>
            </w:r>
          </w:p>
        </w:tc>
      </w:tr>
      <w:tr w:rsidR="004D342C" w14:paraId="5A0001B3" w14:textId="77777777">
        <w:trPr>
          <w:cantSplit/>
          <w:jc w:val="center"/>
        </w:trPr>
        <w:tc>
          <w:tcPr>
            <w:tcW w:w="1728" w:type="dxa"/>
          </w:tcPr>
          <w:p w14:paraId="5A0001AF" w14:textId="77777777" w:rsidR="004D342C" w:rsidRDefault="00000000">
            <w:pPr>
              <w:spacing w:before="40" w:after="40"/>
              <w:ind w:firstLine="0"/>
            </w:pPr>
            <w:r>
              <w:rPr>
                <w:sz w:val="18"/>
              </w:rPr>
              <w:t>ZA5913</w:t>
            </w:r>
          </w:p>
        </w:tc>
        <w:tc>
          <w:tcPr>
            <w:tcW w:w="1440" w:type="dxa"/>
          </w:tcPr>
          <w:p w14:paraId="5A0001B0" w14:textId="77777777" w:rsidR="004D342C" w:rsidRDefault="00000000">
            <w:pPr>
              <w:spacing w:before="40" w:after="40"/>
              <w:ind w:firstLine="0"/>
            </w:pPr>
            <w:r>
              <w:rPr>
                <w:sz w:val="18"/>
              </w:rPr>
              <w:t>EB81.2</w:t>
            </w:r>
          </w:p>
        </w:tc>
        <w:tc>
          <w:tcPr>
            <w:tcW w:w="1152" w:type="dxa"/>
          </w:tcPr>
          <w:p w14:paraId="5A0001B1" w14:textId="77777777" w:rsidR="004D342C" w:rsidRDefault="00000000">
            <w:pPr>
              <w:spacing w:before="40" w:after="40"/>
              <w:ind w:firstLine="0"/>
            </w:pPr>
            <w:r>
              <w:rPr>
                <w:sz w:val="18"/>
              </w:rPr>
              <w:t>2014</w:t>
            </w:r>
          </w:p>
        </w:tc>
        <w:tc>
          <w:tcPr>
            <w:tcW w:w="1440" w:type="dxa"/>
          </w:tcPr>
          <w:p w14:paraId="5A0001B2" w14:textId="77777777" w:rsidR="004D342C" w:rsidRDefault="00000000">
            <w:pPr>
              <w:spacing w:before="40" w:after="40"/>
              <w:ind w:firstLine="0"/>
            </w:pPr>
            <w:r>
              <w:rPr>
                <w:sz w:val="18"/>
              </w:rPr>
              <w:t>812</w:t>
            </w:r>
          </w:p>
        </w:tc>
      </w:tr>
      <w:tr w:rsidR="004D342C" w14:paraId="5A0001B8" w14:textId="77777777">
        <w:trPr>
          <w:cantSplit/>
          <w:jc w:val="center"/>
        </w:trPr>
        <w:tc>
          <w:tcPr>
            <w:tcW w:w="1728" w:type="dxa"/>
          </w:tcPr>
          <w:p w14:paraId="5A0001B4" w14:textId="77777777" w:rsidR="004D342C" w:rsidRDefault="00000000">
            <w:pPr>
              <w:spacing w:before="40" w:after="40"/>
              <w:ind w:firstLine="0"/>
            </w:pPr>
            <w:r>
              <w:rPr>
                <w:sz w:val="18"/>
              </w:rPr>
              <w:t>ZA5928</w:t>
            </w:r>
          </w:p>
        </w:tc>
        <w:tc>
          <w:tcPr>
            <w:tcW w:w="1440" w:type="dxa"/>
          </w:tcPr>
          <w:p w14:paraId="5A0001B5" w14:textId="77777777" w:rsidR="004D342C" w:rsidRDefault="00000000">
            <w:pPr>
              <w:spacing w:before="40" w:after="40"/>
              <w:ind w:firstLine="0"/>
            </w:pPr>
            <w:r>
              <w:rPr>
                <w:sz w:val="18"/>
              </w:rPr>
              <w:t>EB81.4</w:t>
            </w:r>
          </w:p>
        </w:tc>
        <w:tc>
          <w:tcPr>
            <w:tcW w:w="1152" w:type="dxa"/>
          </w:tcPr>
          <w:p w14:paraId="5A0001B6" w14:textId="77777777" w:rsidR="004D342C" w:rsidRDefault="00000000">
            <w:pPr>
              <w:spacing w:before="40" w:after="40"/>
              <w:ind w:firstLine="0"/>
            </w:pPr>
            <w:r>
              <w:rPr>
                <w:sz w:val="18"/>
              </w:rPr>
              <w:t>2014</w:t>
            </w:r>
          </w:p>
        </w:tc>
        <w:tc>
          <w:tcPr>
            <w:tcW w:w="1440" w:type="dxa"/>
          </w:tcPr>
          <w:p w14:paraId="5A0001B7" w14:textId="77777777" w:rsidR="004D342C" w:rsidRDefault="00000000">
            <w:pPr>
              <w:spacing w:before="40" w:after="40"/>
              <w:ind w:firstLine="0"/>
            </w:pPr>
            <w:r>
              <w:rPr>
                <w:sz w:val="18"/>
              </w:rPr>
              <w:t>814</w:t>
            </w:r>
          </w:p>
        </w:tc>
      </w:tr>
      <w:tr w:rsidR="004D342C" w14:paraId="5A0001BD" w14:textId="77777777">
        <w:trPr>
          <w:cantSplit/>
          <w:jc w:val="center"/>
        </w:trPr>
        <w:tc>
          <w:tcPr>
            <w:tcW w:w="1728" w:type="dxa"/>
          </w:tcPr>
          <w:p w14:paraId="5A0001B9" w14:textId="77777777" w:rsidR="004D342C" w:rsidRDefault="00000000">
            <w:pPr>
              <w:spacing w:before="40" w:after="40"/>
              <w:ind w:firstLine="0"/>
            </w:pPr>
            <w:r>
              <w:rPr>
                <w:sz w:val="18"/>
              </w:rPr>
              <w:t>ZA5932</w:t>
            </w:r>
          </w:p>
        </w:tc>
        <w:tc>
          <w:tcPr>
            <w:tcW w:w="1440" w:type="dxa"/>
          </w:tcPr>
          <w:p w14:paraId="5A0001BA" w14:textId="77777777" w:rsidR="004D342C" w:rsidRDefault="00000000">
            <w:pPr>
              <w:spacing w:before="40" w:after="40"/>
              <w:ind w:firstLine="0"/>
            </w:pPr>
            <w:r>
              <w:rPr>
                <w:sz w:val="18"/>
              </w:rPr>
              <w:t>EB82.3</w:t>
            </w:r>
          </w:p>
        </w:tc>
        <w:tc>
          <w:tcPr>
            <w:tcW w:w="1152" w:type="dxa"/>
          </w:tcPr>
          <w:p w14:paraId="5A0001BB" w14:textId="77777777" w:rsidR="004D342C" w:rsidRDefault="00000000">
            <w:pPr>
              <w:spacing w:before="40" w:after="40"/>
              <w:ind w:firstLine="0"/>
            </w:pPr>
            <w:r>
              <w:rPr>
                <w:sz w:val="18"/>
              </w:rPr>
              <w:t>2014</w:t>
            </w:r>
          </w:p>
        </w:tc>
        <w:tc>
          <w:tcPr>
            <w:tcW w:w="1440" w:type="dxa"/>
          </w:tcPr>
          <w:p w14:paraId="5A0001BC" w14:textId="77777777" w:rsidR="004D342C" w:rsidRDefault="00000000">
            <w:pPr>
              <w:spacing w:before="40" w:after="40"/>
              <w:ind w:firstLine="0"/>
            </w:pPr>
            <w:r>
              <w:rPr>
                <w:sz w:val="18"/>
              </w:rPr>
              <w:t>823</w:t>
            </w:r>
          </w:p>
        </w:tc>
      </w:tr>
      <w:tr w:rsidR="004D342C" w14:paraId="5A0001C2" w14:textId="77777777">
        <w:trPr>
          <w:cantSplit/>
          <w:jc w:val="center"/>
        </w:trPr>
        <w:tc>
          <w:tcPr>
            <w:tcW w:w="1728" w:type="dxa"/>
          </w:tcPr>
          <w:p w14:paraId="5A0001BE" w14:textId="77777777" w:rsidR="004D342C" w:rsidRDefault="00000000">
            <w:pPr>
              <w:spacing w:before="40" w:after="40"/>
              <w:ind w:firstLine="0"/>
            </w:pPr>
            <w:r>
              <w:rPr>
                <w:sz w:val="18"/>
              </w:rPr>
              <w:t>ZA5998</w:t>
            </w:r>
          </w:p>
        </w:tc>
        <w:tc>
          <w:tcPr>
            <w:tcW w:w="1440" w:type="dxa"/>
          </w:tcPr>
          <w:p w14:paraId="5A0001BF" w14:textId="77777777" w:rsidR="004D342C" w:rsidRDefault="00000000">
            <w:pPr>
              <w:spacing w:before="40" w:after="40"/>
              <w:ind w:firstLine="0"/>
            </w:pPr>
            <w:r>
              <w:rPr>
                <w:sz w:val="18"/>
              </w:rPr>
              <w:t>EB83.3</w:t>
            </w:r>
          </w:p>
        </w:tc>
        <w:tc>
          <w:tcPr>
            <w:tcW w:w="1152" w:type="dxa"/>
          </w:tcPr>
          <w:p w14:paraId="5A0001C0" w14:textId="77777777" w:rsidR="004D342C" w:rsidRDefault="00000000">
            <w:pPr>
              <w:spacing w:before="40" w:after="40"/>
              <w:ind w:firstLine="0"/>
            </w:pPr>
            <w:r>
              <w:rPr>
                <w:sz w:val="18"/>
              </w:rPr>
              <w:t>2015</w:t>
            </w:r>
          </w:p>
        </w:tc>
        <w:tc>
          <w:tcPr>
            <w:tcW w:w="1440" w:type="dxa"/>
          </w:tcPr>
          <w:p w14:paraId="5A0001C1" w14:textId="77777777" w:rsidR="004D342C" w:rsidRDefault="00000000">
            <w:pPr>
              <w:spacing w:before="40" w:after="40"/>
              <w:ind w:firstLine="0"/>
            </w:pPr>
            <w:r>
              <w:rPr>
                <w:sz w:val="18"/>
              </w:rPr>
              <w:t>833</w:t>
            </w:r>
          </w:p>
        </w:tc>
      </w:tr>
      <w:tr w:rsidR="004D342C" w14:paraId="5A0001C7" w14:textId="77777777">
        <w:trPr>
          <w:cantSplit/>
          <w:jc w:val="center"/>
        </w:trPr>
        <w:tc>
          <w:tcPr>
            <w:tcW w:w="1728" w:type="dxa"/>
          </w:tcPr>
          <w:p w14:paraId="5A0001C3" w14:textId="77777777" w:rsidR="004D342C" w:rsidRDefault="00000000">
            <w:pPr>
              <w:spacing w:before="40" w:after="40"/>
              <w:ind w:firstLine="0"/>
            </w:pPr>
            <w:r>
              <w:rPr>
                <w:sz w:val="18"/>
              </w:rPr>
              <w:t>ZA6643</w:t>
            </w:r>
          </w:p>
        </w:tc>
        <w:tc>
          <w:tcPr>
            <w:tcW w:w="1440" w:type="dxa"/>
          </w:tcPr>
          <w:p w14:paraId="5A0001C4" w14:textId="77777777" w:rsidR="004D342C" w:rsidRDefault="00000000">
            <w:pPr>
              <w:spacing w:before="40" w:after="40"/>
              <w:ind w:firstLine="0"/>
            </w:pPr>
            <w:r>
              <w:rPr>
                <w:sz w:val="18"/>
              </w:rPr>
              <w:t>EB84.3</w:t>
            </w:r>
          </w:p>
        </w:tc>
        <w:tc>
          <w:tcPr>
            <w:tcW w:w="1152" w:type="dxa"/>
          </w:tcPr>
          <w:p w14:paraId="5A0001C5" w14:textId="77777777" w:rsidR="004D342C" w:rsidRDefault="00000000">
            <w:pPr>
              <w:spacing w:before="40" w:after="40"/>
              <w:ind w:firstLine="0"/>
            </w:pPr>
            <w:r>
              <w:rPr>
                <w:sz w:val="18"/>
              </w:rPr>
              <w:t>2015</w:t>
            </w:r>
          </w:p>
        </w:tc>
        <w:tc>
          <w:tcPr>
            <w:tcW w:w="1440" w:type="dxa"/>
          </w:tcPr>
          <w:p w14:paraId="5A0001C6" w14:textId="77777777" w:rsidR="004D342C" w:rsidRDefault="00000000">
            <w:pPr>
              <w:spacing w:before="40" w:after="40"/>
              <w:ind w:firstLine="0"/>
            </w:pPr>
            <w:r>
              <w:rPr>
                <w:sz w:val="18"/>
              </w:rPr>
              <w:t>843</w:t>
            </w:r>
          </w:p>
        </w:tc>
      </w:tr>
      <w:tr w:rsidR="004D342C" w14:paraId="5A0001CC" w14:textId="77777777">
        <w:trPr>
          <w:cantSplit/>
          <w:jc w:val="center"/>
        </w:trPr>
        <w:tc>
          <w:tcPr>
            <w:tcW w:w="1728" w:type="dxa"/>
          </w:tcPr>
          <w:p w14:paraId="5A0001C8" w14:textId="77777777" w:rsidR="004D342C" w:rsidRDefault="00000000">
            <w:pPr>
              <w:spacing w:before="40" w:after="40"/>
              <w:ind w:firstLine="0"/>
            </w:pPr>
            <w:r>
              <w:rPr>
                <w:sz w:val="18"/>
              </w:rPr>
              <w:t>ZA6694</w:t>
            </w:r>
          </w:p>
        </w:tc>
        <w:tc>
          <w:tcPr>
            <w:tcW w:w="1440" w:type="dxa"/>
          </w:tcPr>
          <w:p w14:paraId="5A0001C9" w14:textId="77777777" w:rsidR="004D342C" w:rsidRDefault="00000000">
            <w:pPr>
              <w:spacing w:before="40" w:after="40"/>
              <w:ind w:firstLine="0"/>
            </w:pPr>
            <w:r>
              <w:rPr>
                <w:sz w:val="18"/>
              </w:rPr>
              <w:t>EB85.2</w:t>
            </w:r>
          </w:p>
        </w:tc>
        <w:tc>
          <w:tcPr>
            <w:tcW w:w="1152" w:type="dxa"/>
          </w:tcPr>
          <w:p w14:paraId="5A0001CA" w14:textId="77777777" w:rsidR="004D342C" w:rsidRDefault="00000000">
            <w:pPr>
              <w:spacing w:before="40" w:after="40"/>
              <w:ind w:firstLine="0"/>
            </w:pPr>
            <w:r>
              <w:rPr>
                <w:sz w:val="18"/>
              </w:rPr>
              <w:t>2016</w:t>
            </w:r>
          </w:p>
        </w:tc>
        <w:tc>
          <w:tcPr>
            <w:tcW w:w="1440" w:type="dxa"/>
          </w:tcPr>
          <w:p w14:paraId="5A0001CB" w14:textId="77777777" w:rsidR="004D342C" w:rsidRDefault="00000000">
            <w:pPr>
              <w:spacing w:before="40" w:after="40"/>
              <w:ind w:firstLine="0"/>
            </w:pPr>
            <w:r>
              <w:rPr>
                <w:sz w:val="18"/>
              </w:rPr>
              <w:t>852</w:t>
            </w:r>
          </w:p>
        </w:tc>
      </w:tr>
      <w:tr w:rsidR="004D342C" w14:paraId="5A0001D1" w14:textId="77777777">
        <w:trPr>
          <w:cantSplit/>
          <w:jc w:val="center"/>
        </w:trPr>
        <w:tc>
          <w:tcPr>
            <w:tcW w:w="1728" w:type="dxa"/>
          </w:tcPr>
          <w:p w14:paraId="5A0001CD" w14:textId="77777777" w:rsidR="004D342C" w:rsidRDefault="00000000">
            <w:pPr>
              <w:spacing w:before="40" w:after="40"/>
              <w:ind w:firstLine="0"/>
            </w:pPr>
            <w:r>
              <w:rPr>
                <w:sz w:val="18"/>
              </w:rPr>
              <w:t>ZA6788</w:t>
            </w:r>
          </w:p>
        </w:tc>
        <w:tc>
          <w:tcPr>
            <w:tcW w:w="1440" w:type="dxa"/>
          </w:tcPr>
          <w:p w14:paraId="5A0001CE" w14:textId="77777777" w:rsidR="004D342C" w:rsidRDefault="00000000">
            <w:pPr>
              <w:spacing w:before="40" w:after="40"/>
              <w:ind w:firstLine="0"/>
            </w:pPr>
            <w:r>
              <w:rPr>
                <w:sz w:val="18"/>
              </w:rPr>
              <w:t>EB86.2</w:t>
            </w:r>
          </w:p>
        </w:tc>
        <w:tc>
          <w:tcPr>
            <w:tcW w:w="1152" w:type="dxa"/>
          </w:tcPr>
          <w:p w14:paraId="5A0001CF" w14:textId="77777777" w:rsidR="004D342C" w:rsidRDefault="00000000">
            <w:pPr>
              <w:spacing w:before="40" w:after="40"/>
              <w:ind w:firstLine="0"/>
            </w:pPr>
            <w:r>
              <w:rPr>
                <w:sz w:val="18"/>
              </w:rPr>
              <w:t>2016</w:t>
            </w:r>
          </w:p>
        </w:tc>
        <w:tc>
          <w:tcPr>
            <w:tcW w:w="1440" w:type="dxa"/>
          </w:tcPr>
          <w:p w14:paraId="5A0001D0" w14:textId="77777777" w:rsidR="004D342C" w:rsidRDefault="00000000">
            <w:pPr>
              <w:spacing w:before="40" w:after="40"/>
              <w:ind w:firstLine="0"/>
            </w:pPr>
            <w:r>
              <w:rPr>
                <w:sz w:val="18"/>
              </w:rPr>
              <w:t>862</w:t>
            </w:r>
          </w:p>
        </w:tc>
      </w:tr>
      <w:tr w:rsidR="004D342C" w14:paraId="5A0001D6" w14:textId="77777777">
        <w:trPr>
          <w:cantSplit/>
          <w:jc w:val="center"/>
        </w:trPr>
        <w:tc>
          <w:tcPr>
            <w:tcW w:w="1728" w:type="dxa"/>
          </w:tcPr>
          <w:p w14:paraId="5A0001D2" w14:textId="77777777" w:rsidR="004D342C" w:rsidRDefault="00000000">
            <w:pPr>
              <w:spacing w:before="40" w:after="40"/>
              <w:ind w:firstLine="0"/>
            </w:pPr>
            <w:r>
              <w:rPr>
                <w:sz w:val="18"/>
              </w:rPr>
              <w:t>ZA6863</w:t>
            </w:r>
          </w:p>
        </w:tc>
        <w:tc>
          <w:tcPr>
            <w:tcW w:w="1440" w:type="dxa"/>
          </w:tcPr>
          <w:p w14:paraId="5A0001D3" w14:textId="77777777" w:rsidR="004D342C" w:rsidRDefault="00000000">
            <w:pPr>
              <w:spacing w:before="40" w:after="40"/>
              <w:ind w:firstLine="0"/>
            </w:pPr>
            <w:r>
              <w:rPr>
                <w:sz w:val="18"/>
              </w:rPr>
              <w:t>EB87.3</w:t>
            </w:r>
          </w:p>
        </w:tc>
        <w:tc>
          <w:tcPr>
            <w:tcW w:w="1152" w:type="dxa"/>
          </w:tcPr>
          <w:p w14:paraId="5A0001D4" w14:textId="77777777" w:rsidR="004D342C" w:rsidRDefault="00000000">
            <w:pPr>
              <w:spacing w:before="40" w:after="40"/>
              <w:ind w:firstLine="0"/>
            </w:pPr>
            <w:r>
              <w:rPr>
                <w:sz w:val="18"/>
              </w:rPr>
              <w:t>2017</w:t>
            </w:r>
          </w:p>
        </w:tc>
        <w:tc>
          <w:tcPr>
            <w:tcW w:w="1440" w:type="dxa"/>
          </w:tcPr>
          <w:p w14:paraId="5A0001D5" w14:textId="77777777" w:rsidR="004D342C" w:rsidRDefault="00000000">
            <w:pPr>
              <w:spacing w:before="40" w:after="40"/>
              <w:ind w:firstLine="0"/>
            </w:pPr>
            <w:r>
              <w:rPr>
                <w:sz w:val="18"/>
              </w:rPr>
              <w:t>873</w:t>
            </w:r>
          </w:p>
        </w:tc>
      </w:tr>
      <w:tr w:rsidR="004D342C" w14:paraId="5A0001DB" w14:textId="77777777">
        <w:trPr>
          <w:cantSplit/>
          <w:jc w:val="center"/>
        </w:trPr>
        <w:tc>
          <w:tcPr>
            <w:tcW w:w="1728" w:type="dxa"/>
          </w:tcPr>
          <w:p w14:paraId="5A0001D7" w14:textId="77777777" w:rsidR="004D342C" w:rsidRDefault="00000000">
            <w:pPr>
              <w:spacing w:before="40" w:after="40"/>
              <w:ind w:firstLine="0"/>
            </w:pPr>
            <w:r>
              <w:rPr>
                <w:sz w:val="18"/>
              </w:rPr>
              <w:t>ZA6928</w:t>
            </w:r>
          </w:p>
        </w:tc>
        <w:tc>
          <w:tcPr>
            <w:tcW w:w="1440" w:type="dxa"/>
          </w:tcPr>
          <w:p w14:paraId="5A0001D8" w14:textId="77777777" w:rsidR="004D342C" w:rsidRDefault="00000000">
            <w:pPr>
              <w:spacing w:before="40" w:after="40"/>
              <w:ind w:firstLine="0"/>
            </w:pPr>
            <w:r>
              <w:rPr>
                <w:sz w:val="18"/>
              </w:rPr>
              <w:t>EB88.3</w:t>
            </w:r>
          </w:p>
        </w:tc>
        <w:tc>
          <w:tcPr>
            <w:tcW w:w="1152" w:type="dxa"/>
          </w:tcPr>
          <w:p w14:paraId="5A0001D9" w14:textId="77777777" w:rsidR="004D342C" w:rsidRDefault="00000000">
            <w:pPr>
              <w:spacing w:before="40" w:after="40"/>
              <w:ind w:firstLine="0"/>
            </w:pPr>
            <w:r>
              <w:rPr>
                <w:sz w:val="18"/>
              </w:rPr>
              <w:t>2017</w:t>
            </w:r>
          </w:p>
        </w:tc>
        <w:tc>
          <w:tcPr>
            <w:tcW w:w="1440" w:type="dxa"/>
          </w:tcPr>
          <w:p w14:paraId="5A0001DA" w14:textId="77777777" w:rsidR="004D342C" w:rsidRDefault="00000000">
            <w:pPr>
              <w:spacing w:before="40" w:after="40"/>
              <w:ind w:firstLine="0"/>
            </w:pPr>
            <w:r>
              <w:rPr>
                <w:sz w:val="18"/>
              </w:rPr>
              <w:t>883</w:t>
            </w:r>
          </w:p>
        </w:tc>
      </w:tr>
      <w:tr w:rsidR="004D342C" w14:paraId="5A0001E0" w14:textId="77777777">
        <w:trPr>
          <w:cantSplit/>
          <w:jc w:val="center"/>
        </w:trPr>
        <w:tc>
          <w:tcPr>
            <w:tcW w:w="1728" w:type="dxa"/>
          </w:tcPr>
          <w:p w14:paraId="5A0001DC" w14:textId="77777777" w:rsidR="004D342C" w:rsidRDefault="00000000">
            <w:pPr>
              <w:spacing w:before="40" w:after="40"/>
              <w:ind w:firstLine="0"/>
            </w:pPr>
            <w:r>
              <w:rPr>
                <w:sz w:val="18"/>
              </w:rPr>
              <w:t>ZA6963</w:t>
            </w:r>
          </w:p>
        </w:tc>
        <w:tc>
          <w:tcPr>
            <w:tcW w:w="1440" w:type="dxa"/>
          </w:tcPr>
          <w:p w14:paraId="5A0001DD" w14:textId="77777777" w:rsidR="004D342C" w:rsidRDefault="00000000">
            <w:pPr>
              <w:spacing w:before="40" w:after="40"/>
              <w:ind w:firstLine="0"/>
            </w:pPr>
            <w:r>
              <w:rPr>
                <w:sz w:val="18"/>
              </w:rPr>
              <w:t>EB89.1</w:t>
            </w:r>
          </w:p>
        </w:tc>
        <w:tc>
          <w:tcPr>
            <w:tcW w:w="1152" w:type="dxa"/>
          </w:tcPr>
          <w:p w14:paraId="5A0001DE" w14:textId="77777777" w:rsidR="004D342C" w:rsidRDefault="00000000">
            <w:pPr>
              <w:spacing w:before="40" w:after="40"/>
              <w:ind w:firstLine="0"/>
            </w:pPr>
            <w:r>
              <w:rPr>
                <w:sz w:val="18"/>
              </w:rPr>
              <w:t>2018</w:t>
            </w:r>
          </w:p>
        </w:tc>
        <w:tc>
          <w:tcPr>
            <w:tcW w:w="1440" w:type="dxa"/>
          </w:tcPr>
          <w:p w14:paraId="5A0001DF" w14:textId="77777777" w:rsidR="004D342C" w:rsidRDefault="00000000">
            <w:pPr>
              <w:spacing w:before="40" w:after="40"/>
              <w:ind w:firstLine="0"/>
            </w:pPr>
            <w:r>
              <w:rPr>
                <w:sz w:val="18"/>
              </w:rPr>
              <w:t>891</w:t>
            </w:r>
          </w:p>
        </w:tc>
      </w:tr>
      <w:tr w:rsidR="004D342C" w14:paraId="5A0001E5" w14:textId="77777777">
        <w:trPr>
          <w:cantSplit/>
          <w:jc w:val="center"/>
        </w:trPr>
        <w:tc>
          <w:tcPr>
            <w:tcW w:w="1728" w:type="dxa"/>
          </w:tcPr>
          <w:p w14:paraId="5A0001E1" w14:textId="77777777" w:rsidR="004D342C" w:rsidRDefault="00000000">
            <w:pPr>
              <w:spacing w:before="40" w:after="40"/>
              <w:ind w:firstLine="0"/>
            </w:pPr>
            <w:r>
              <w:rPr>
                <w:sz w:val="18"/>
              </w:rPr>
              <w:t>ZA7489</w:t>
            </w:r>
          </w:p>
        </w:tc>
        <w:tc>
          <w:tcPr>
            <w:tcW w:w="1440" w:type="dxa"/>
          </w:tcPr>
          <w:p w14:paraId="5A0001E2" w14:textId="77777777" w:rsidR="004D342C" w:rsidRDefault="00000000">
            <w:pPr>
              <w:spacing w:before="40" w:after="40"/>
              <w:ind w:firstLine="0"/>
            </w:pPr>
            <w:r>
              <w:rPr>
                <w:sz w:val="18"/>
              </w:rPr>
              <w:t>EB90.3</w:t>
            </w:r>
          </w:p>
        </w:tc>
        <w:tc>
          <w:tcPr>
            <w:tcW w:w="1152" w:type="dxa"/>
          </w:tcPr>
          <w:p w14:paraId="5A0001E3" w14:textId="77777777" w:rsidR="004D342C" w:rsidRDefault="00000000">
            <w:pPr>
              <w:spacing w:before="40" w:after="40"/>
              <w:ind w:firstLine="0"/>
            </w:pPr>
            <w:r>
              <w:rPr>
                <w:sz w:val="18"/>
              </w:rPr>
              <w:t>2018</w:t>
            </w:r>
          </w:p>
        </w:tc>
        <w:tc>
          <w:tcPr>
            <w:tcW w:w="1440" w:type="dxa"/>
          </w:tcPr>
          <w:p w14:paraId="5A0001E4" w14:textId="77777777" w:rsidR="004D342C" w:rsidRDefault="00000000">
            <w:pPr>
              <w:spacing w:before="40" w:after="40"/>
              <w:ind w:firstLine="0"/>
            </w:pPr>
            <w:r>
              <w:rPr>
                <w:sz w:val="18"/>
              </w:rPr>
              <w:t>903</w:t>
            </w:r>
          </w:p>
        </w:tc>
      </w:tr>
      <w:tr w:rsidR="004D342C" w14:paraId="5A0001EA" w14:textId="77777777">
        <w:trPr>
          <w:cantSplit/>
          <w:jc w:val="center"/>
        </w:trPr>
        <w:tc>
          <w:tcPr>
            <w:tcW w:w="1728" w:type="dxa"/>
          </w:tcPr>
          <w:p w14:paraId="5A0001E6" w14:textId="77777777" w:rsidR="004D342C" w:rsidRDefault="00000000">
            <w:pPr>
              <w:spacing w:before="40" w:after="40"/>
              <w:ind w:firstLine="0"/>
            </w:pPr>
            <w:r>
              <w:rPr>
                <w:sz w:val="18"/>
              </w:rPr>
              <w:t>ZA7576</w:t>
            </w:r>
          </w:p>
        </w:tc>
        <w:tc>
          <w:tcPr>
            <w:tcW w:w="1440" w:type="dxa"/>
          </w:tcPr>
          <w:p w14:paraId="5A0001E7" w14:textId="77777777" w:rsidR="004D342C" w:rsidRDefault="00000000">
            <w:pPr>
              <w:spacing w:before="40" w:after="40"/>
              <w:ind w:firstLine="0"/>
            </w:pPr>
            <w:r>
              <w:rPr>
                <w:sz w:val="18"/>
              </w:rPr>
              <w:t>EB91.5</w:t>
            </w:r>
          </w:p>
        </w:tc>
        <w:tc>
          <w:tcPr>
            <w:tcW w:w="1152" w:type="dxa"/>
          </w:tcPr>
          <w:p w14:paraId="5A0001E8" w14:textId="77777777" w:rsidR="004D342C" w:rsidRDefault="00000000">
            <w:pPr>
              <w:spacing w:before="40" w:after="40"/>
              <w:ind w:firstLine="0"/>
            </w:pPr>
            <w:r>
              <w:rPr>
                <w:sz w:val="18"/>
              </w:rPr>
              <w:t>2019</w:t>
            </w:r>
          </w:p>
        </w:tc>
        <w:tc>
          <w:tcPr>
            <w:tcW w:w="1440" w:type="dxa"/>
          </w:tcPr>
          <w:p w14:paraId="5A0001E9" w14:textId="77777777" w:rsidR="004D342C" w:rsidRDefault="00000000">
            <w:pPr>
              <w:spacing w:before="40" w:after="40"/>
              <w:ind w:firstLine="0"/>
            </w:pPr>
            <w:r>
              <w:rPr>
                <w:sz w:val="18"/>
              </w:rPr>
              <w:t>915</w:t>
            </w:r>
          </w:p>
        </w:tc>
      </w:tr>
      <w:tr w:rsidR="004D342C" w14:paraId="5A0001EF" w14:textId="77777777">
        <w:trPr>
          <w:cantSplit/>
          <w:jc w:val="center"/>
        </w:trPr>
        <w:tc>
          <w:tcPr>
            <w:tcW w:w="1728" w:type="dxa"/>
          </w:tcPr>
          <w:p w14:paraId="5A0001EB" w14:textId="77777777" w:rsidR="004D342C" w:rsidRDefault="00000000">
            <w:pPr>
              <w:spacing w:before="40" w:after="40"/>
              <w:ind w:firstLine="0"/>
            </w:pPr>
            <w:r>
              <w:rPr>
                <w:sz w:val="18"/>
              </w:rPr>
              <w:t>ZA7601</w:t>
            </w:r>
          </w:p>
        </w:tc>
        <w:tc>
          <w:tcPr>
            <w:tcW w:w="1440" w:type="dxa"/>
          </w:tcPr>
          <w:p w14:paraId="5A0001EC" w14:textId="77777777" w:rsidR="004D342C" w:rsidRDefault="00000000">
            <w:pPr>
              <w:spacing w:before="40" w:after="40"/>
              <w:ind w:firstLine="0"/>
            </w:pPr>
            <w:r>
              <w:rPr>
                <w:sz w:val="18"/>
              </w:rPr>
              <w:t>EB92.3</w:t>
            </w:r>
          </w:p>
        </w:tc>
        <w:tc>
          <w:tcPr>
            <w:tcW w:w="1152" w:type="dxa"/>
          </w:tcPr>
          <w:p w14:paraId="5A0001ED" w14:textId="77777777" w:rsidR="004D342C" w:rsidRDefault="00000000">
            <w:pPr>
              <w:spacing w:before="40" w:after="40"/>
              <w:ind w:firstLine="0"/>
            </w:pPr>
            <w:r>
              <w:rPr>
                <w:sz w:val="18"/>
              </w:rPr>
              <w:t>2019</w:t>
            </w:r>
          </w:p>
        </w:tc>
        <w:tc>
          <w:tcPr>
            <w:tcW w:w="1440" w:type="dxa"/>
          </w:tcPr>
          <w:p w14:paraId="5A0001EE" w14:textId="77777777" w:rsidR="004D342C" w:rsidRDefault="00000000">
            <w:pPr>
              <w:spacing w:before="40" w:after="40"/>
              <w:ind w:firstLine="0"/>
            </w:pPr>
            <w:r>
              <w:rPr>
                <w:sz w:val="18"/>
              </w:rPr>
              <w:t>923</w:t>
            </w:r>
          </w:p>
        </w:tc>
      </w:tr>
      <w:tr w:rsidR="004D342C" w14:paraId="5A0001F4" w14:textId="77777777">
        <w:trPr>
          <w:cantSplit/>
          <w:jc w:val="center"/>
        </w:trPr>
        <w:tc>
          <w:tcPr>
            <w:tcW w:w="1728" w:type="dxa"/>
          </w:tcPr>
          <w:p w14:paraId="5A0001F0" w14:textId="77777777" w:rsidR="004D342C" w:rsidRDefault="00000000">
            <w:pPr>
              <w:spacing w:before="40" w:after="40"/>
              <w:ind w:firstLine="0"/>
            </w:pPr>
            <w:r>
              <w:rPr>
                <w:sz w:val="18"/>
              </w:rPr>
              <w:t>ZA7649</w:t>
            </w:r>
          </w:p>
        </w:tc>
        <w:tc>
          <w:tcPr>
            <w:tcW w:w="1440" w:type="dxa"/>
          </w:tcPr>
          <w:p w14:paraId="5A0001F1" w14:textId="77777777" w:rsidR="004D342C" w:rsidRDefault="00000000">
            <w:pPr>
              <w:spacing w:before="40" w:after="40"/>
              <w:ind w:firstLine="0"/>
            </w:pPr>
            <w:r>
              <w:rPr>
                <w:sz w:val="18"/>
              </w:rPr>
              <w:t>EB93.1</w:t>
            </w:r>
          </w:p>
        </w:tc>
        <w:tc>
          <w:tcPr>
            <w:tcW w:w="1152" w:type="dxa"/>
          </w:tcPr>
          <w:p w14:paraId="5A0001F2" w14:textId="77777777" w:rsidR="004D342C" w:rsidRDefault="00000000">
            <w:pPr>
              <w:spacing w:before="40" w:after="40"/>
              <w:ind w:firstLine="0"/>
            </w:pPr>
            <w:r>
              <w:rPr>
                <w:sz w:val="18"/>
              </w:rPr>
              <w:t>2020</w:t>
            </w:r>
          </w:p>
        </w:tc>
        <w:tc>
          <w:tcPr>
            <w:tcW w:w="1440" w:type="dxa"/>
          </w:tcPr>
          <w:p w14:paraId="5A0001F3" w14:textId="77777777" w:rsidR="004D342C" w:rsidRDefault="00000000">
            <w:pPr>
              <w:spacing w:before="40" w:after="40"/>
              <w:ind w:firstLine="0"/>
            </w:pPr>
            <w:r>
              <w:rPr>
                <w:sz w:val="18"/>
              </w:rPr>
              <w:t>931</w:t>
            </w:r>
          </w:p>
        </w:tc>
      </w:tr>
      <w:tr w:rsidR="004D342C" w14:paraId="5A0001F9" w14:textId="77777777">
        <w:trPr>
          <w:cantSplit/>
          <w:jc w:val="center"/>
        </w:trPr>
        <w:tc>
          <w:tcPr>
            <w:tcW w:w="1728" w:type="dxa"/>
          </w:tcPr>
          <w:p w14:paraId="5A0001F5" w14:textId="77777777" w:rsidR="004D342C" w:rsidRDefault="00000000">
            <w:pPr>
              <w:spacing w:before="40" w:after="40"/>
              <w:ind w:firstLine="0"/>
            </w:pPr>
            <w:r>
              <w:rPr>
                <w:sz w:val="18"/>
              </w:rPr>
              <w:t>ZA7780</w:t>
            </w:r>
          </w:p>
        </w:tc>
        <w:tc>
          <w:tcPr>
            <w:tcW w:w="1440" w:type="dxa"/>
          </w:tcPr>
          <w:p w14:paraId="5A0001F6" w14:textId="77777777" w:rsidR="004D342C" w:rsidRDefault="00000000">
            <w:pPr>
              <w:spacing w:before="40" w:after="40"/>
              <w:ind w:firstLine="0"/>
            </w:pPr>
            <w:r>
              <w:rPr>
                <w:sz w:val="18"/>
              </w:rPr>
              <w:t>EB94.3</w:t>
            </w:r>
          </w:p>
        </w:tc>
        <w:tc>
          <w:tcPr>
            <w:tcW w:w="1152" w:type="dxa"/>
          </w:tcPr>
          <w:p w14:paraId="5A0001F7" w14:textId="77777777" w:rsidR="004D342C" w:rsidRDefault="00000000">
            <w:pPr>
              <w:spacing w:before="40" w:after="40"/>
              <w:ind w:firstLine="0"/>
            </w:pPr>
            <w:r>
              <w:rPr>
                <w:sz w:val="18"/>
              </w:rPr>
              <w:t>2021</w:t>
            </w:r>
          </w:p>
        </w:tc>
        <w:tc>
          <w:tcPr>
            <w:tcW w:w="1440" w:type="dxa"/>
          </w:tcPr>
          <w:p w14:paraId="5A0001F8" w14:textId="77777777" w:rsidR="004D342C" w:rsidRDefault="00000000">
            <w:pPr>
              <w:spacing w:before="40" w:after="40"/>
              <w:ind w:firstLine="0"/>
            </w:pPr>
            <w:r>
              <w:rPr>
                <w:sz w:val="18"/>
              </w:rPr>
              <w:t>943</w:t>
            </w:r>
          </w:p>
        </w:tc>
      </w:tr>
      <w:tr w:rsidR="004D342C" w14:paraId="5A0001FE" w14:textId="77777777">
        <w:trPr>
          <w:cantSplit/>
          <w:jc w:val="center"/>
        </w:trPr>
        <w:tc>
          <w:tcPr>
            <w:tcW w:w="1728" w:type="dxa"/>
          </w:tcPr>
          <w:p w14:paraId="5A0001FA" w14:textId="77777777" w:rsidR="004D342C" w:rsidRDefault="00000000">
            <w:pPr>
              <w:spacing w:before="40" w:after="40"/>
              <w:ind w:firstLine="0"/>
            </w:pPr>
            <w:r>
              <w:rPr>
                <w:sz w:val="18"/>
              </w:rPr>
              <w:t>ZA7783</w:t>
            </w:r>
          </w:p>
        </w:tc>
        <w:tc>
          <w:tcPr>
            <w:tcW w:w="1440" w:type="dxa"/>
          </w:tcPr>
          <w:p w14:paraId="5A0001FB" w14:textId="77777777" w:rsidR="004D342C" w:rsidRDefault="00000000">
            <w:pPr>
              <w:spacing w:before="40" w:after="40"/>
              <w:ind w:firstLine="0"/>
            </w:pPr>
            <w:r>
              <w:rPr>
                <w:sz w:val="18"/>
              </w:rPr>
              <w:t>EB95.3</w:t>
            </w:r>
          </w:p>
        </w:tc>
        <w:tc>
          <w:tcPr>
            <w:tcW w:w="1152" w:type="dxa"/>
          </w:tcPr>
          <w:p w14:paraId="5A0001FC" w14:textId="77777777" w:rsidR="004D342C" w:rsidRDefault="00000000">
            <w:pPr>
              <w:spacing w:before="40" w:after="40"/>
              <w:ind w:firstLine="0"/>
            </w:pPr>
            <w:r>
              <w:rPr>
                <w:sz w:val="18"/>
              </w:rPr>
              <w:t>2021</w:t>
            </w:r>
          </w:p>
        </w:tc>
        <w:tc>
          <w:tcPr>
            <w:tcW w:w="1440" w:type="dxa"/>
          </w:tcPr>
          <w:p w14:paraId="5A0001FD" w14:textId="77777777" w:rsidR="004D342C" w:rsidRDefault="00000000">
            <w:pPr>
              <w:spacing w:before="40" w:after="40"/>
              <w:ind w:firstLine="0"/>
            </w:pPr>
            <w:r>
              <w:rPr>
                <w:sz w:val="18"/>
              </w:rPr>
              <w:t>953</w:t>
            </w:r>
          </w:p>
        </w:tc>
      </w:tr>
      <w:tr w:rsidR="004D342C" w14:paraId="5A000203" w14:textId="77777777">
        <w:trPr>
          <w:cantSplit/>
          <w:jc w:val="center"/>
        </w:trPr>
        <w:tc>
          <w:tcPr>
            <w:tcW w:w="1728" w:type="dxa"/>
          </w:tcPr>
          <w:p w14:paraId="5A0001FF" w14:textId="77777777" w:rsidR="004D342C" w:rsidRDefault="00000000">
            <w:pPr>
              <w:spacing w:before="40" w:after="40"/>
              <w:ind w:firstLine="0"/>
            </w:pPr>
            <w:r>
              <w:rPr>
                <w:sz w:val="18"/>
              </w:rPr>
              <w:t>ZA7848</w:t>
            </w:r>
          </w:p>
        </w:tc>
        <w:tc>
          <w:tcPr>
            <w:tcW w:w="1440" w:type="dxa"/>
          </w:tcPr>
          <w:p w14:paraId="5A000200" w14:textId="77777777" w:rsidR="004D342C" w:rsidRDefault="00000000">
            <w:pPr>
              <w:spacing w:before="40" w:after="40"/>
              <w:ind w:firstLine="0"/>
            </w:pPr>
            <w:r>
              <w:rPr>
                <w:sz w:val="18"/>
              </w:rPr>
              <w:t>EB96.3</w:t>
            </w:r>
          </w:p>
        </w:tc>
        <w:tc>
          <w:tcPr>
            <w:tcW w:w="1152" w:type="dxa"/>
          </w:tcPr>
          <w:p w14:paraId="5A000201" w14:textId="77777777" w:rsidR="004D342C" w:rsidRDefault="00000000">
            <w:pPr>
              <w:spacing w:before="40" w:after="40"/>
              <w:ind w:firstLine="0"/>
            </w:pPr>
            <w:r>
              <w:rPr>
                <w:sz w:val="18"/>
              </w:rPr>
              <w:t>2022</w:t>
            </w:r>
          </w:p>
        </w:tc>
        <w:tc>
          <w:tcPr>
            <w:tcW w:w="1440" w:type="dxa"/>
          </w:tcPr>
          <w:p w14:paraId="5A000202" w14:textId="77777777" w:rsidR="004D342C" w:rsidRDefault="00000000">
            <w:pPr>
              <w:spacing w:before="40" w:after="40"/>
              <w:ind w:firstLine="0"/>
            </w:pPr>
            <w:r>
              <w:rPr>
                <w:sz w:val="18"/>
              </w:rPr>
              <w:t>963</w:t>
            </w:r>
          </w:p>
        </w:tc>
      </w:tr>
      <w:tr w:rsidR="004D342C" w14:paraId="5A000208" w14:textId="77777777">
        <w:trPr>
          <w:cantSplit/>
          <w:jc w:val="center"/>
        </w:trPr>
        <w:tc>
          <w:tcPr>
            <w:tcW w:w="1728" w:type="dxa"/>
          </w:tcPr>
          <w:p w14:paraId="5A000204" w14:textId="77777777" w:rsidR="004D342C" w:rsidRDefault="00000000">
            <w:pPr>
              <w:spacing w:before="40" w:after="40"/>
              <w:ind w:firstLine="0"/>
            </w:pPr>
            <w:r>
              <w:rPr>
                <w:sz w:val="18"/>
              </w:rPr>
              <w:t>ZA7902</w:t>
            </w:r>
          </w:p>
        </w:tc>
        <w:tc>
          <w:tcPr>
            <w:tcW w:w="1440" w:type="dxa"/>
          </w:tcPr>
          <w:p w14:paraId="5A000205" w14:textId="77777777" w:rsidR="004D342C" w:rsidRDefault="00000000">
            <w:pPr>
              <w:spacing w:before="40" w:after="40"/>
              <w:ind w:firstLine="0"/>
            </w:pPr>
            <w:r>
              <w:rPr>
                <w:sz w:val="18"/>
              </w:rPr>
              <w:t>EB97.5</w:t>
            </w:r>
          </w:p>
        </w:tc>
        <w:tc>
          <w:tcPr>
            <w:tcW w:w="1152" w:type="dxa"/>
          </w:tcPr>
          <w:p w14:paraId="5A000206" w14:textId="77777777" w:rsidR="004D342C" w:rsidRDefault="00000000">
            <w:pPr>
              <w:spacing w:before="40" w:after="40"/>
              <w:ind w:firstLine="0"/>
            </w:pPr>
            <w:r>
              <w:rPr>
                <w:sz w:val="18"/>
              </w:rPr>
              <w:t>2022</w:t>
            </w:r>
          </w:p>
        </w:tc>
        <w:tc>
          <w:tcPr>
            <w:tcW w:w="1440" w:type="dxa"/>
          </w:tcPr>
          <w:p w14:paraId="5A000207" w14:textId="77777777" w:rsidR="004D342C" w:rsidRDefault="00000000">
            <w:pPr>
              <w:spacing w:before="40" w:after="40"/>
              <w:ind w:firstLine="0"/>
            </w:pPr>
            <w:r>
              <w:rPr>
                <w:sz w:val="18"/>
              </w:rPr>
              <w:t>975</w:t>
            </w:r>
          </w:p>
        </w:tc>
      </w:tr>
      <w:tr w:rsidR="004D342C" w14:paraId="5A00020D" w14:textId="77777777">
        <w:trPr>
          <w:cantSplit/>
          <w:jc w:val="center"/>
        </w:trPr>
        <w:tc>
          <w:tcPr>
            <w:tcW w:w="1728" w:type="dxa"/>
          </w:tcPr>
          <w:p w14:paraId="5A000209" w14:textId="77777777" w:rsidR="004D342C" w:rsidRDefault="00000000">
            <w:pPr>
              <w:spacing w:before="40" w:after="40"/>
              <w:ind w:firstLine="0"/>
            </w:pPr>
            <w:r>
              <w:rPr>
                <w:sz w:val="18"/>
              </w:rPr>
              <w:t>ZA7953</w:t>
            </w:r>
          </w:p>
        </w:tc>
        <w:tc>
          <w:tcPr>
            <w:tcW w:w="1440" w:type="dxa"/>
          </w:tcPr>
          <w:p w14:paraId="5A00020A" w14:textId="77777777" w:rsidR="004D342C" w:rsidRDefault="00000000">
            <w:pPr>
              <w:spacing w:before="40" w:after="40"/>
              <w:ind w:firstLine="0"/>
            </w:pPr>
            <w:r>
              <w:rPr>
                <w:sz w:val="18"/>
              </w:rPr>
              <w:t>EB98.2</w:t>
            </w:r>
          </w:p>
        </w:tc>
        <w:tc>
          <w:tcPr>
            <w:tcW w:w="1152" w:type="dxa"/>
          </w:tcPr>
          <w:p w14:paraId="5A00020B" w14:textId="77777777" w:rsidR="004D342C" w:rsidRDefault="00000000">
            <w:pPr>
              <w:spacing w:before="40" w:after="40"/>
              <w:ind w:firstLine="0"/>
            </w:pPr>
            <w:r>
              <w:rPr>
                <w:sz w:val="18"/>
              </w:rPr>
              <w:t>2023</w:t>
            </w:r>
          </w:p>
        </w:tc>
        <w:tc>
          <w:tcPr>
            <w:tcW w:w="1440" w:type="dxa"/>
          </w:tcPr>
          <w:p w14:paraId="5A00020C" w14:textId="77777777" w:rsidR="004D342C" w:rsidRDefault="00000000">
            <w:pPr>
              <w:spacing w:before="40" w:after="40"/>
              <w:ind w:firstLine="0"/>
            </w:pPr>
            <w:r>
              <w:rPr>
                <w:sz w:val="18"/>
              </w:rPr>
              <w:t>982</w:t>
            </w:r>
          </w:p>
        </w:tc>
      </w:tr>
      <w:tr w:rsidR="004D342C" w14:paraId="5A000212" w14:textId="77777777">
        <w:trPr>
          <w:cantSplit/>
          <w:jc w:val="center"/>
        </w:trPr>
        <w:tc>
          <w:tcPr>
            <w:tcW w:w="1728" w:type="dxa"/>
          </w:tcPr>
          <w:p w14:paraId="5A00020E" w14:textId="77777777" w:rsidR="004D342C" w:rsidRDefault="00000000">
            <w:pPr>
              <w:spacing w:before="40" w:after="40"/>
              <w:ind w:firstLine="0"/>
            </w:pPr>
            <w:r>
              <w:rPr>
                <w:sz w:val="18"/>
              </w:rPr>
              <w:t>ZA7997</w:t>
            </w:r>
          </w:p>
        </w:tc>
        <w:tc>
          <w:tcPr>
            <w:tcW w:w="1440" w:type="dxa"/>
          </w:tcPr>
          <w:p w14:paraId="5A00020F" w14:textId="77777777" w:rsidR="004D342C" w:rsidRDefault="00000000">
            <w:pPr>
              <w:spacing w:before="40" w:after="40"/>
              <w:ind w:firstLine="0"/>
            </w:pPr>
            <w:r>
              <w:rPr>
                <w:sz w:val="18"/>
              </w:rPr>
              <w:t>EB99.4</w:t>
            </w:r>
          </w:p>
        </w:tc>
        <w:tc>
          <w:tcPr>
            <w:tcW w:w="1152" w:type="dxa"/>
          </w:tcPr>
          <w:p w14:paraId="5A000210" w14:textId="77777777" w:rsidR="004D342C" w:rsidRDefault="00000000">
            <w:pPr>
              <w:spacing w:before="40" w:after="40"/>
              <w:ind w:firstLine="0"/>
            </w:pPr>
            <w:r>
              <w:rPr>
                <w:sz w:val="18"/>
              </w:rPr>
              <w:t>2023</w:t>
            </w:r>
          </w:p>
        </w:tc>
        <w:tc>
          <w:tcPr>
            <w:tcW w:w="1440" w:type="dxa"/>
          </w:tcPr>
          <w:p w14:paraId="5A000211" w14:textId="77777777" w:rsidR="004D342C" w:rsidRDefault="00000000">
            <w:pPr>
              <w:spacing w:before="40" w:after="40"/>
              <w:ind w:firstLine="0"/>
            </w:pPr>
            <w:r>
              <w:rPr>
                <w:sz w:val="18"/>
              </w:rPr>
              <w:t>994</w:t>
            </w:r>
          </w:p>
        </w:tc>
      </w:tr>
      <w:tr w:rsidR="004D342C" w14:paraId="5A000217" w14:textId="77777777">
        <w:trPr>
          <w:cantSplit/>
          <w:jc w:val="center"/>
        </w:trPr>
        <w:tc>
          <w:tcPr>
            <w:tcW w:w="1728" w:type="dxa"/>
          </w:tcPr>
          <w:p w14:paraId="5A000213" w14:textId="77777777" w:rsidR="004D342C" w:rsidRDefault="00000000">
            <w:pPr>
              <w:spacing w:before="40" w:after="40"/>
              <w:ind w:firstLine="0"/>
            </w:pPr>
            <w:r>
              <w:rPr>
                <w:sz w:val="18"/>
              </w:rPr>
              <w:t>ZA8779</w:t>
            </w:r>
          </w:p>
        </w:tc>
        <w:tc>
          <w:tcPr>
            <w:tcW w:w="1440" w:type="dxa"/>
          </w:tcPr>
          <w:p w14:paraId="5A000214" w14:textId="77777777" w:rsidR="004D342C" w:rsidRDefault="00000000">
            <w:pPr>
              <w:spacing w:before="40" w:after="40"/>
              <w:ind w:firstLine="0"/>
            </w:pPr>
            <w:r>
              <w:rPr>
                <w:sz w:val="18"/>
              </w:rPr>
              <w:t>EB100.2</w:t>
            </w:r>
          </w:p>
        </w:tc>
        <w:tc>
          <w:tcPr>
            <w:tcW w:w="1152" w:type="dxa"/>
          </w:tcPr>
          <w:p w14:paraId="5A000215" w14:textId="77777777" w:rsidR="004D342C" w:rsidRDefault="00000000">
            <w:pPr>
              <w:spacing w:before="40" w:after="40"/>
              <w:ind w:firstLine="0"/>
            </w:pPr>
            <w:r>
              <w:rPr>
                <w:sz w:val="18"/>
              </w:rPr>
              <w:t>2023</w:t>
            </w:r>
          </w:p>
        </w:tc>
        <w:tc>
          <w:tcPr>
            <w:tcW w:w="1440" w:type="dxa"/>
          </w:tcPr>
          <w:p w14:paraId="5A000216" w14:textId="77777777" w:rsidR="004D342C" w:rsidRDefault="00000000">
            <w:pPr>
              <w:spacing w:before="40" w:after="40"/>
              <w:ind w:firstLine="0"/>
            </w:pPr>
            <w:r>
              <w:rPr>
                <w:sz w:val="18"/>
              </w:rPr>
              <w:t>1002</w:t>
            </w:r>
          </w:p>
        </w:tc>
      </w:tr>
      <w:tr w:rsidR="004D342C" w14:paraId="5A00021C" w14:textId="77777777">
        <w:trPr>
          <w:cantSplit/>
          <w:jc w:val="center"/>
        </w:trPr>
        <w:tc>
          <w:tcPr>
            <w:tcW w:w="1728" w:type="dxa"/>
          </w:tcPr>
          <w:p w14:paraId="5A000218" w14:textId="77777777" w:rsidR="004D342C" w:rsidRDefault="00000000">
            <w:pPr>
              <w:spacing w:before="40" w:after="40"/>
              <w:ind w:firstLine="0"/>
            </w:pPr>
            <w:r>
              <w:rPr>
                <w:sz w:val="18"/>
              </w:rPr>
              <w:t>ZA8843</w:t>
            </w:r>
          </w:p>
        </w:tc>
        <w:tc>
          <w:tcPr>
            <w:tcW w:w="1440" w:type="dxa"/>
          </w:tcPr>
          <w:p w14:paraId="5A000219" w14:textId="77777777" w:rsidR="004D342C" w:rsidRDefault="00000000">
            <w:pPr>
              <w:spacing w:before="40" w:after="40"/>
              <w:ind w:firstLine="0"/>
            </w:pPr>
            <w:r>
              <w:rPr>
                <w:sz w:val="18"/>
              </w:rPr>
              <w:t>EB101.3</w:t>
            </w:r>
          </w:p>
        </w:tc>
        <w:tc>
          <w:tcPr>
            <w:tcW w:w="1152" w:type="dxa"/>
          </w:tcPr>
          <w:p w14:paraId="5A00021A" w14:textId="77777777" w:rsidR="004D342C" w:rsidRDefault="00000000">
            <w:pPr>
              <w:spacing w:before="40" w:after="40"/>
              <w:ind w:firstLine="0"/>
            </w:pPr>
            <w:r>
              <w:rPr>
                <w:sz w:val="18"/>
              </w:rPr>
              <w:t>2024</w:t>
            </w:r>
          </w:p>
        </w:tc>
        <w:tc>
          <w:tcPr>
            <w:tcW w:w="1440" w:type="dxa"/>
          </w:tcPr>
          <w:p w14:paraId="5A00021B" w14:textId="77777777" w:rsidR="004D342C" w:rsidRDefault="00000000">
            <w:pPr>
              <w:spacing w:before="40" w:after="40"/>
              <w:ind w:firstLine="0"/>
            </w:pPr>
            <w:r>
              <w:rPr>
                <w:sz w:val="18"/>
              </w:rPr>
              <w:t>1013</w:t>
            </w:r>
          </w:p>
        </w:tc>
      </w:tr>
      <w:tr w:rsidR="004D342C" w14:paraId="5A000221" w14:textId="77777777">
        <w:trPr>
          <w:cantSplit/>
          <w:jc w:val="center"/>
        </w:trPr>
        <w:tc>
          <w:tcPr>
            <w:tcW w:w="1728" w:type="dxa"/>
          </w:tcPr>
          <w:p w14:paraId="5A00021D" w14:textId="77777777" w:rsidR="004D342C" w:rsidRDefault="00000000">
            <w:pPr>
              <w:spacing w:before="40" w:after="40"/>
              <w:ind w:firstLine="0"/>
            </w:pPr>
            <w:r>
              <w:rPr>
                <w:sz w:val="18"/>
              </w:rPr>
              <w:t>ZA8844</w:t>
            </w:r>
          </w:p>
        </w:tc>
        <w:tc>
          <w:tcPr>
            <w:tcW w:w="1440" w:type="dxa"/>
          </w:tcPr>
          <w:p w14:paraId="5A00021E" w14:textId="77777777" w:rsidR="004D342C" w:rsidRDefault="00000000">
            <w:pPr>
              <w:spacing w:before="40" w:after="40"/>
              <w:ind w:firstLine="0"/>
            </w:pPr>
            <w:r>
              <w:rPr>
                <w:sz w:val="18"/>
              </w:rPr>
              <w:t>EB101.4</w:t>
            </w:r>
          </w:p>
        </w:tc>
        <w:tc>
          <w:tcPr>
            <w:tcW w:w="1152" w:type="dxa"/>
          </w:tcPr>
          <w:p w14:paraId="5A00021F" w14:textId="77777777" w:rsidR="004D342C" w:rsidRDefault="00000000">
            <w:pPr>
              <w:spacing w:before="40" w:after="40"/>
              <w:ind w:firstLine="0"/>
            </w:pPr>
            <w:r>
              <w:rPr>
                <w:sz w:val="18"/>
              </w:rPr>
              <w:t>2024</w:t>
            </w:r>
          </w:p>
        </w:tc>
        <w:tc>
          <w:tcPr>
            <w:tcW w:w="1440" w:type="dxa"/>
          </w:tcPr>
          <w:p w14:paraId="5A000220" w14:textId="77777777" w:rsidR="004D342C" w:rsidRDefault="00000000">
            <w:pPr>
              <w:spacing w:before="40" w:after="40"/>
              <w:ind w:firstLine="0"/>
            </w:pPr>
            <w:r>
              <w:rPr>
                <w:sz w:val="18"/>
              </w:rPr>
              <w:t>1014</w:t>
            </w:r>
          </w:p>
        </w:tc>
      </w:tr>
      <w:tr w:rsidR="004D342C" w14:paraId="5A000226" w14:textId="77777777">
        <w:trPr>
          <w:cantSplit/>
          <w:jc w:val="center"/>
        </w:trPr>
        <w:tc>
          <w:tcPr>
            <w:tcW w:w="1728" w:type="dxa"/>
          </w:tcPr>
          <w:p w14:paraId="5A000222" w14:textId="77777777" w:rsidR="004D342C" w:rsidRDefault="00000000">
            <w:pPr>
              <w:spacing w:before="40" w:after="40"/>
              <w:ind w:firstLine="0"/>
            </w:pPr>
            <w:r>
              <w:rPr>
                <w:sz w:val="18"/>
              </w:rPr>
              <w:t>ZA8905</w:t>
            </w:r>
          </w:p>
        </w:tc>
        <w:tc>
          <w:tcPr>
            <w:tcW w:w="1440" w:type="dxa"/>
          </w:tcPr>
          <w:p w14:paraId="5A000223" w14:textId="77777777" w:rsidR="004D342C" w:rsidRDefault="00000000">
            <w:pPr>
              <w:spacing w:before="40" w:after="40"/>
              <w:ind w:firstLine="0"/>
            </w:pPr>
            <w:r>
              <w:rPr>
                <w:sz w:val="18"/>
              </w:rPr>
              <w:t>EB102.2</w:t>
            </w:r>
          </w:p>
        </w:tc>
        <w:tc>
          <w:tcPr>
            <w:tcW w:w="1152" w:type="dxa"/>
          </w:tcPr>
          <w:p w14:paraId="5A000224" w14:textId="77777777" w:rsidR="004D342C" w:rsidRDefault="00000000">
            <w:pPr>
              <w:spacing w:before="40" w:after="40"/>
              <w:ind w:firstLine="0"/>
            </w:pPr>
            <w:r>
              <w:rPr>
                <w:sz w:val="18"/>
              </w:rPr>
              <w:t>2024</w:t>
            </w:r>
          </w:p>
        </w:tc>
        <w:tc>
          <w:tcPr>
            <w:tcW w:w="1440" w:type="dxa"/>
          </w:tcPr>
          <w:p w14:paraId="5A000225" w14:textId="77777777" w:rsidR="004D342C" w:rsidRDefault="00000000">
            <w:pPr>
              <w:spacing w:before="40" w:after="40"/>
              <w:ind w:firstLine="0"/>
            </w:pPr>
            <w:r>
              <w:rPr>
                <w:sz w:val="18"/>
              </w:rPr>
              <w:t>1022</w:t>
            </w:r>
          </w:p>
        </w:tc>
      </w:tr>
      <w:tr w:rsidR="004D342C" w14:paraId="5A00022B" w14:textId="77777777">
        <w:trPr>
          <w:cantSplit/>
          <w:jc w:val="center"/>
        </w:trPr>
        <w:tc>
          <w:tcPr>
            <w:tcW w:w="1728" w:type="dxa"/>
          </w:tcPr>
          <w:p w14:paraId="5A000227" w14:textId="77777777" w:rsidR="004D342C" w:rsidRDefault="00000000">
            <w:pPr>
              <w:spacing w:before="40" w:after="40"/>
              <w:ind w:firstLine="0"/>
            </w:pPr>
            <w:r>
              <w:rPr>
                <w:sz w:val="18"/>
              </w:rPr>
              <w:t>ZA9128</w:t>
            </w:r>
          </w:p>
        </w:tc>
        <w:tc>
          <w:tcPr>
            <w:tcW w:w="1440" w:type="dxa"/>
          </w:tcPr>
          <w:p w14:paraId="5A000228" w14:textId="77777777" w:rsidR="004D342C" w:rsidRDefault="00000000">
            <w:pPr>
              <w:spacing w:before="40" w:after="40"/>
              <w:ind w:firstLine="0"/>
            </w:pPr>
            <w:r>
              <w:rPr>
                <w:sz w:val="18"/>
              </w:rPr>
              <w:t>EB103.3</w:t>
            </w:r>
          </w:p>
        </w:tc>
        <w:tc>
          <w:tcPr>
            <w:tcW w:w="1152" w:type="dxa"/>
          </w:tcPr>
          <w:p w14:paraId="5A000229" w14:textId="77777777" w:rsidR="004D342C" w:rsidRDefault="00000000">
            <w:pPr>
              <w:spacing w:before="40" w:after="40"/>
              <w:ind w:firstLine="0"/>
            </w:pPr>
            <w:r>
              <w:rPr>
                <w:sz w:val="18"/>
              </w:rPr>
              <w:t>2025</w:t>
            </w:r>
          </w:p>
        </w:tc>
        <w:tc>
          <w:tcPr>
            <w:tcW w:w="1440" w:type="dxa"/>
          </w:tcPr>
          <w:p w14:paraId="5A00022A" w14:textId="77777777" w:rsidR="004D342C" w:rsidRDefault="00000000">
            <w:pPr>
              <w:spacing w:before="40" w:after="40"/>
              <w:ind w:firstLine="0"/>
            </w:pPr>
            <w:r>
              <w:rPr>
                <w:sz w:val="18"/>
              </w:rPr>
              <w:t>1033</w:t>
            </w:r>
          </w:p>
        </w:tc>
      </w:tr>
      <w:tr w:rsidR="004D342C" w14:paraId="5A000230" w14:textId="77777777">
        <w:trPr>
          <w:cantSplit/>
          <w:jc w:val="center"/>
        </w:trPr>
        <w:tc>
          <w:tcPr>
            <w:tcW w:w="1728" w:type="dxa"/>
          </w:tcPr>
          <w:p w14:paraId="5A00022C" w14:textId="77777777" w:rsidR="004D342C" w:rsidRDefault="00000000">
            <w:pPr>
              <w:spacing w:before="40" w:after="40"/>
              <w:ind w:firstLine="0"/>
            </w:pPr>
            <w:r>
              <w:rPr>
                <w:sz w:val="18"/>
              </w:rPr>
              <w:t>ZA9130</w:t>
            </w:r>
          </w:p>
        </w:tc>
        <w:tc>
          <w:tcPr>
            <w:tcW w:w="1440" w:type="dxa"/>
          </w:tcPr>
          <w:p w14:paraId="5A00022D" w14:textId="77777777" w:rsidR="004D342C" w:rsidRDefault="00000000">
            <w:pPr>
              <w:spacing w:before="40" w:after="40"/>
              <w:ind w:firstLine="0"/>
            </w:pPr>
            <w:r>
              <w:rPr>
                <w:sz w:val="18"/>
              </w:rPr>
              <w:t>EB104.1</w:t>
            </w:r>
          </w:p>
        </w:tc>
        <w:tc>
          <w:tcPr>
            <w:tcW w:w="1152" w:type="dxa"/>
          </w:tcPr>
          <w:p w14:paraId="5A00022E" w14:textId="77777777" w:rsidR="004D342C" w:rsidRDefault="00000000">
            <w:pPr>
              <w:spacing w:before="40" w:after="40"/>
              <w:ind w:firstLine="0"/>
            </w:pPr>
            <w:r>
              <w:rPr>
                <w:sz w:val="18"/>
              </w:rPr>
              <w:t>2025</w:t>
            </w:r>
          </w:p>
        </w:tc>
        <w:tc>
          <w:tcPr>
            <w:tcW w:w="1440" w:type="dxa"/>
          </w:tcPr>
          <w:p w14:paraId="5A00022F" w14:textId="77777777" w:rsidR="004D342C" w:rsidRDefault="00000000">
            <w:pPr>
              <w:spacing w:before="40" w:after="40"/>
              <w:ind w:firstLine="0"/>
            </w:pPr>
            <w:r>
              <w:rPr>
                <w:sz w:val="18"/>
              </w:rPr>
              <w:t>1041</w:t>
            </w:r>
          </w:p>
        </w:tc>
      </w:tr>
      <w:tr w:rsidR="004D342C" w14:paraId="5A000235" w14:textId="77777777">
        <w:trPr>
          <w:cantSplit/>
          <w:jc w:val="center"/>
        </w:trPr>
        <w:tc>
          <w:tcPr>
            <w:tcW w:w="1728" w:type="dxa"/>
          </w:tcPr>
          <w:p w14:paraId="5A000231" w14:textId="77777777" w:rsidR="004D342C" w:rsidRDefault="00000000">
            <w:pPr>
              <w:spacing w:before="40" w:after="40"/>
              <w:ind w:firstLine="0"/>
            </w:pPr>
            <w:r>
              <w:rPr>
                <w:sz w:val="18"/>
              </w:rPr>
              <w:t>ZA9144</w:t>
            </w:r>
          </w:p>
        </w:tc>
        <w:tc>
          <w:tcPr>
            <w:tcW w:w="1440" w:type="dxa"/>
          </w:tcPr>
          <w:p w14:paraId="5A000232" w14:textId="77777777" w:rsidR="004D342C" w:rsidRDefault="00000000">
            <w:pPr>
              <w:spacing w:before="40" w:after="40"/>
              <w:ind w:firstLine="0"/>
            </w:pPr>
            <w:r>
              <w:rPr>
                <w:sz w:val="18"/>
              </w:rPr>
              <w:t>EB105.2</w:t>
            </w:r>
          </w:p>
        </w:tc>
        <w:tc>
          <w:tcPr>
            <w:tcW w:w="1152" w:type="dxa"/>
          </w:tcPr>
          <w:p w14:paraId="5A000233" w14:textId="77777777" w:rsidR="004D342C" w:rsidRDefault="00000000">
            <w:pPr>
              <w:spacing w:before="40" w:after="40"/>
              <w:ind w:firstLine="0"/>
            </w:pPr>
            <w:r>
              <w:rPr>
                <w:sz w:val="18"/>
              </w:rPr>
              <w:t>2026</w:t>
            </w:r>
          </w:p>
        </w:tc>
        <w:tc>
          <w:tcPr>
            <w:tcW w:w="1440" w:type="dxa"/>
          </w:tcPr>
          <w:p w14:paraId="5A000234" w14:textId="77777777" w:rsidR="004D342C" w:rsidRDefault="00000000">
            <w:pPr>
              <w:spacing w:before="40" w:after="40"/>
              <w:ind w:firstLine="0"/>
            </w:pPr>
            <w:r>
              <w:rPr>
                <w:sz w:val="18"/>
              </w:rPr>
              <w:t>1052</w:t>
            </w:r>
          </w:p>
        </w:tc>
      </w:tr>
    </w:tbl>
    <w:p w14:paraId="69BA1370" w14:textId="77777777" w:rsidR="004D342C" w:rsidRDefault="00000000">
      <w:pPr>
        <w:spacing w:before="80" w:after="160"/>
        <w:ind w:firstLine="0"/>
      </w:pPr>
      <w:r>
        <w:rPr>
          <w:b/>
          <w:smallCaps/>
          <w:color w:val="1F4E79"/>
          <w:sz w:val="19"/>
        </w:rPr>
        <w:t xml:space="preserve">Table 2.1. </w:t>
      </w:r>
      <w:r>
        <w:rPr>
          <w:i/>
          <w:color w:val="595959"/>
          <w:sz w:val="19"/>
        </w:rPr>
        <w:t>GESIS study numbers for all 113 waves in the ERD, in wave order. Source: data\wave_metadata.csv. The ERD code is the folder and file stem used throughout the dataset (see §4.3); note 442b, the one code that is not purely numeric, and §12.1 for the two waves whose stored eb value disagrees with the folder name.</w:t>
      </w:r>
    </w:p>
    <w:p w14:paraId="2288AA1F" w14:textId="77777777" w:rsidR="004D342C" w:rsidRDefault="00000000">
      <w:pPr>
        <w:pStyle w:val="Heading2"/>
      </w:pPr>
      <w:r>
        <w:rPr>
          <w:rFonts w:ascii="Times New Roman" w:hAnsi="Times New Roman" w:cs="Times New Roman"/>
        </w:rPr>
        <w:t>2.2  How waves were selected</w:t>
      </w:r>
    </w:p>
    <w:p w14:paraId="6FF33975" w14:textId="77777777" w:rsidR="004D342C" w:rsidRDefault="00000000">
      <w:r>
        <w:t>The Eurobarometer runs two Standard rounds a year plus a varying number of Special and Flash surveys. Only Standard rounds are eligible for the ERD. Special surveys are excluded on the grounds that their question sets are topical and do not carry the recurring representation and support batteries the ERD is built on — Nick Clark’s operative test being whether a survey "looks and feels differently" from the Standard series.</w:t>
      </w:r>
    </w:p>
    <w:p w14:paraId="60F0214F" w14:textId="77777777" w:rsidR="004D342C" w:rsidRDefault="00000000">
      <w:r>
        <w:t>For the recent rounds the Standard designation was verified independently against the GESIS trend documentation, on the criterion that the QA1 "current situation" trend module appears in exactly one sub-survey per round. For rounds 96 to 105 that yields EB96.3, EB97.5, EB98.2, EB99.4, EB100.2, EB101.3, EB102.2, EB103.3, EB104.1 and EB105.2, which independently confirms the selection already in the build script. Twenty other sub-surveys from those rounds were downloaded and then excluded as Specials.</w:t>
      </w:r>
    </w:p>
    <w:p w14:paraId="773AAB70" w14:textId="77777777" w:rsidR="004D342C" w:rsidRDefault="00000000">
      <w:r>
        <w:t>Two Specials are nevertheless in the dataset, deliberately and annotated as such: EB55.0 (2001) and EB101.4 (2024). EB101.4 is a Rule-of-Law and digital-technology Special; it carries none of the composite’s membership, benefit or trust items, so its EU-support score rests on the image item alone. EB55.0 carries none of the four components at all. Users who want a clean Standard-only series should exclude eb == 1014 and eb == 550. A third Special, EB103.2, has a wave folder in the tree but is not wired into the build and does not appear in the data.</w:t>
      </w:r>
    </w:p>
    <w:p w14:paraId="20CFDC6E" w14:textId="77777777" w:rsidR="004D342C" w:rsidRDefault="00000000">
      <w:pPr>
        <w:pStyle w:val="Heading2"/>
      </w:pPr>
      <w:r>
        <w:rPr>
          <w:rFonts w:ascii="Times New Roman" w:hAnsi="Times New Roman" w:cs="Times New Roman"/>
        </w:rPr>
        <w:t>2.3  Which items are adopted: the once-only rule</w:t>
      </w:r>
    </w:p>
    <w:p w14:paraId="61481B6F" w14:textId="77777777" w:rsidR="004D342C" w:rsidRDefault="00000000">
      <w:r>
        <w:rPr>
          <w:b/>
        </w:rPr>
        <w:t xml:space="preserve">The once-only rule. </w:t>
      </w:r>
      <w:r>
        <w:t>An item known to appear in only one wave is not adopted into the ERD. This holds whatever other rule would allow it. A variable that exists in a single wave cannot support an over-time claim, cannot be validated against a neighbouring wave, and adds a column that is missing for 99 per cent of the file. The rule has been applied against otherwise attractive candidates: the ten-point religiosity scale in EB25 was created, then removed and reverted to a commented candidate, accepting that EB25 now carries no religiosity variable at all.</w:t>
      </w:r>
    </w:p>
    <w:p w14:paraId="2651695C" w14:textId="77777777" w:rsidR="004D342C" w:rsidRDefault="00000000">
      <w:r>
        <w:t xml:space="preserve">Above one wave the decision is judgement rather than a fixed threshold. The first pass over the pre-1987 candidates adopted every new name asked in five or more waves, yielding 42 variables; a second pass added 19 more at three or four waves where they completed a battery already in the ERD or paired with an existing variable; and a third pass on 11 September 2026 adopted five more at three or four waves — eugovtlastword, foreignpolicypref, defencepolicypref, demounionmember and enlargegreecegood — for 66 adopted pre-1987 variables in total. 467 further candidate names remain unadopted: 385 were asked in one wave only and are closed by the once-only rule, 71 in two waves, and 11 in three or more; all are listed, commented out, at the end of the relevant per-wave do file and marked in data\pre1987_candidate_variables.csv. The five variables adopted on 11 September are in the wave files, the Tracking Database and, since the rebuild of that afternoon, in erd090626.dta and the prepared file.</w:t>
      </w:r>
    </w:p>
    <w:p w14:paraId="1C43C7D0" w14:textId="77777777" w:rsidR="004D342C" w:rsidRDefault="00000000">
      <w:r>
        <w:t xml:space="preserve">One consequence a user will notice: 150 of the 841 names in the wave-source map appear in exactly one wave. These are legacy variables adopted before the once-only rule was stated, not </w:t>
      </w:r>
      <w:r>
        <w:lastRenderedPageBreak/>
        <w:t>violations of it. They are mostly topical batteries — the COVID items, the financial-crisis battery, the jurisd2 series — and should be treated as wave-specific.</w:t>
      </w:r>
    </w:p>
    <w:p w14:paraId="6F5544C9" w14:textId="77777777" w:rsidR="004D342C" w:rsidRDefault="00000000">
      <w:pPr>
        <w:pStyle w:val="Heading1"/>
        <w:pageBreakBefore/>
        <w:pBdr>
          <w:bottom w:val="single" w:sz="6" w:space="3" w:color="1F4E79"/>
        </w:pBdr>
        <w:spacing w:before="320" w:after="100"/>
      </w:pPr>
      <w:r>
        <w:rPr>
          <w:rFonts w:ascii="Times New Roman" w:hAnsi="Times New Roman" w:cs="Times New Roman"/>
          <w:smallCaps/>
          <w:spacing w:val="40"/>
          <w:sz w:val="26"/>
        </w:rPr>
        <w:lastRenderedPageBreak/>
        <w:t>3</w:t>
      </w:r>
      <w:r>
        <w:rPr>
          <w:rFonts w:ascii="Times New Roman" w:hAnsi="Times New Roman" w:cs="Times New Roman"/>
        </w:rPr>
        <w:t>  Scope and coverage</w:t>
      </w:r>
    </w:p>
    <w:p w14:paraId="353CC523" w14:textId="77777777" w:rsidR="004D342C" w:rsidRDefault="00000000">
      <w:pPr>
        <w:pStyle w:val="Heading2"/>
      </w:pPr>
      <w:r>
        <w:rPr>
          <w:rFonts w:ascii="Times New Roman" w:hAnsi="Times New Roman" w:cs="Times New Roman"/>
        </w:rPr>
        <w:t>3.1  Waves, years and respondents</w:t>
      </w:r>
    </w:p>
    <w:p w14:paraId="77639BC4" w14:textId="77777777" w:rsidR="004D342C" w:rsidRDefault="00000000">
      <w:r>
        <w:t>The ERD covers 113 Eurobarometer waves fielded across 53 calendar years, 1974 through 2026. In the mega file this appears as 112 append statements plus the base file the build starts from (eb610, Eurobarometer 61, 2004). The count reached 113 on 7 September 2026 with the addition of EB28 and EB34.0; documents written before that date say 111.</w:t>
      </w:r>
    </w:p>
    <w:p>
      <w:r>
        <w:t xml:space="preserve">The dataset holds 2,460,072 respondent records, and every one of them is a respondent. Earlier versions of this codebook reported 2,460,381 and warned that roughly 300 of those rows carried a missing wave identifier, to be cleared with a </w:t>
      </w:r>
      <w:r>
        <w:rPr>
          <w:rStyle w:val="CkCode"/>
        </w:rPr>
        <w:t>drop if missing(eb)</w:t>
      </w:r>
      <w:r>
        <w:t xml:space="preserve"> before any respondent-level analysis. </w:t>
      </w:r>
      <w:r>
        <w:rPr>
          <w:b/>
        </w:rPr>
        <w:t>That advice is now obsolete and should not be carried forward.</w:t>
      </w:r>
      <w:r>
        <w:t xml:space="preserve"> Those 309 rows were never respondents: they were artefacts of the country-year macro-data merge, which used to run inside the mega build. The mis-keyed macro block was removed on 13 September 2026, and with it the rows the advice existed to clean up. The mega file's N now equals the sum of the 113 wave merge files' N exactly — checked wave by wave, zero gaps, 113 distinct wave codes — which is the test that the append neither loses nor invents a record.</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720"/>
        <w:gridCol w:w="720"/>
        <w:gridCol w:w="3024"/>
        <w:gridCol w:w="1152"/>
        <w:gridCol w:w="1584"/>
        <w:gridCol w:w="1152"/>
      </w:tblGrid>
      <w:tr w:rsidR="004D342C" w14:paraId="328A8C3D" w14:textId="77777777">
        <w:trPr>
          <w:cantSplit/>
          <w:tblHeader/>
          <w:jc w:val="center"/>
        </w:trPr>
        <w:tc>
          <w:tcPr>
            <w:tcW w:w="720" w:type="dxa"/>
            <w:tcBorders>
              <w:bottom w:val="single" w:sz="6" w:space="0" w:color="1F4E79"/>
            </w:tcBorders>
            <w:shd w:val="clear" w:color="auto" w:fill="E7EDF3"/>
          </w:tcPr>
          <w:p w14:paraId="2B9867A3" w14:textId="77777777" w:rsidR="004D342C" w:rsidRDefault="00000000">
            <w:pPr>
              <w:spacing w:before="40" w:after="40"/>
              <w:ind w:firstLine="0"/>
            </w:pPr>
            <w:r>
              <w:rPr>
                <w:b/>
                <w:color w:val="1F4E79"/>
                <w:sz w:val="18"/>
              </w:rPr>
              <w:t>Year</w:t>
            </w:r>
          </w:p>
        </w:tc>
        <w:tc>
          <w:tcPr>
            <w:tcW w:w="720" w:type="dxa"/>
            <w:tcBorders>
              <w:bottom w:val="single" w:sz="6" w:space="0" w:color="1F4E79"/>
            </w:tcBorders>
            <w:shd w:val="clear" w:color="auto" w:fill="E7EDF3"/>
          </w:tcPr>
          <w:p w14:paraId="10CC95CF" w14:textId="77777777" w:rsidR="004D342C" w:rsidRDefault="00000000">
            <w:pPr>
              <w:spacing w:before="40" w:after="40"/>
              <w:ind w:firstLine="0"/>
              <w:jc w:val="right"/>
            </w:pPr>
            <w:r>
              <w:rPr>
                <w:b/>
                <w:color w:val="1F4E79"/>
                <w:sz w:val="18"/>
              </w:rPr>
              <w:t>Waves</w:t>
            </w:r>
          </w:p>
        </w:tc>
        <w:tc>
          <w:tcPr>
            <w:tcW w:w="3024" w:type="dxa"/>
            <w:tcBorders>
              <w:bottom w:val="single" w:sz="6" w:space="0" w:color="1F4E79"/>
            </w:tcBorders>
            <w:shd w:val="clear" w:color="auto" w:fill="E7EDF3"/>
          </w:tcPr>
          <w:p w14:paraId="139BE584" w14:textId="77777777" w:rsidR="004D342C" w:rsidRDefault="00000000">
            <w:pPr>
              <w:spacing w:before="40" w:after="40"/>
              <w:ind w:firstLine="0"/>
            </w:pPr>
            <w:r>
              <w:rPr>
                <w:b/>
                <w:color w:val="1F4E79"/>
                <w:sz w:val="18"/>
              </w:rPr>
              <w:t>Wave identifiers</w:t>
            </w:r>
          </w:p>
        </w:tc>
        <w:tc>
          <w:tcPr>
            <w:tcW w:w="1152" w:type="dxa"/>
            <w:tcBorders>
              <w:bottom w:val="single" w:sz="6" w:space="0" w:color="1F4E79"/>
            </w:tcBorders>
            <w:shd w:val="clear" w:color="auto" w:fill="E7EDF3"/>
          </w:tcPr>
          <w:p w14:paraId="5EC0BF16" w14:textId="77777777" w:rsidR="004D342C" w:rsidRDefault="00000000">
            <w:pPr>
              <w:spacing w:before="40" w:after="40"/>
              <w:ind w:firstLine="0"/>
              <w:jc w:val="right"/>
            </w:pPr>
            <w:r>
              <w:rPr>
                <w:b/>
                <w:color w:val="1F4E79"/>
                <w:sz w:val="18"/>
              </w:rPr>
              <w:t>Country cells</w:t>
            </w:r>
          </w:p>
        </w:tc>
        <w:tc>
          <w:tcPr>
            <w:tcW w:w="1584" w:type="dxa"/>
            <w:tcBorders>
              <w:bottom w:val="single" w:sz="6" w:space="0" w:color="1F4E79"/>
            </w:tcBorders>
            <w:shd w:val="clear" w:color="auto" w:fill="E7EDF3"/>
          </w:tcPr>
          <w:p w14:paraId="236F896F" w14:textId="77777777" w:rsidR="004D342C" w:rsidRDefault="00000000">
            <w:pPr>
              <w:spacing w:before="40" w:after="40"/>
              <w:ind w:firstLine="0"/>
              <w:jc w:val="right"/>
            </w:pPr>
            <w:r>
              <w:rPr>
                <w:b/>
                <w:color w:val="1F4E79"/>
                <w:sz w:val="18"/>
              </w:rPr>
              <w:t>Respondents scored</w:t>
            </w:r>
          </w:p>
        </w:tc>
        <w:tc>
          <w:tcPr>
            <w:tcW w:w="1152" w:type="dxa"/>
            <w:tcBorders>
              <w:bottom w:val="single" w:sz="6" w:space="0" w:color="1F4E79"/>
            </w:tcBorders>
            <w:shd w:val="clear" w:color="auto" w:fill="E7EDF3"/>
          </w:tcPr>
          <w:p w14:paraId="08F82405" w14:textId="77777777" w:rsidR="004D342C" w:rsidRDefault="00000000">
            <w:pPr>
              <w:spacing w:before="40" w:after="40"/>
              <w:ind w:firstLine="0"/>
              <w:jc w:val="right"/>
            </w:pPr>
            <w:r>
              <w:rPr>
                <w:b/>
                <w:color w:val="1F4E79"/>
                <w:sz w:val="18"/>
              </w:rPr>
              <w:t>% weighted</w:t>
            </w:r>
          </w:p>
        </w:tc>
      </w:tr>
      <w:tr w:rsidR="004D342C" w14:paraId="2FE14A3F" w14:textId="77777777">
        <w:trPr>
          <w:cantSplit/>
          <w:jc w:val="center"/>
        </w:trPr>
        <w:tc>
          <w:tcPr>
            <w:tcW w:w="720" w:type="dxa"/>
          </w:tcPr>
          <w:p w14:paraId="0832D163" w14:textId="77777777" w:rsidR="004D342C" w:rsidRDefault="00000000">
            <w:pPr>
              <w:spacing w:before="20" w:after="20"/>
              <w:ind w:firstLine="0"/>
            </w:pPr>
            <w:r>
              <w:rPr>
                <w:sz w:val="17"/>
              </w:rPr>
              <w:t>1974</w:t>
            </w:r>
          </w:p>
        </w:tc>
        <w:tc>
          <w:tcPr>
            <w:tcW w:w="720" w:type="dxa"/>
          </w:tcPr>
          <w:p w14:paraId="2097728C" w14:textId="77777777" w:rsidR="004D342C" w:rsidRDefault="00000000">
            <w:pPr>
              <w:spacing w:before="20" w:after="20"/>
              <w:ind w:firstLine="0"/>
              <w:jc w:val="right"/>
            </w:pPr>
            <w:r>
              <w:rPr>
                <w:sz w:val="17"/>
              </w:rPr>
              <w:t>1</w:t>
            </w:r>
          </w:p>
        </w:tc>
        <w:tc>
          <w:tcPr>
            <w:tcW w:w="3024" w:type="dxa"/>
          </w:tcPr>
          <w:p w14:paraId="6D122572" w14:textId="77777777" w:rsidR="004D342C" w:rsidRDefault="00000000">
            <w:pPr>
              <w:spacing w:before="20" w:after="20"/>
              <w:ind w:firstLine="0"/>
            </w:pPr>
            <w:r>
              <w:rPr>
                <w:sz w:val="17"/>
              </w:rPr>
              <w:t>EB2</w:t>
            </w:r>
          </w:p>
        </w:tc>
        <w:tc>
          <w:tcPr>
            <w:tcW w:w="1152" w:type="dxa"/>
          </w:tcPr>
          <w:p w14:paraId="6C337648" w14:textId="77777777" w:rsidR="004D342C" w:rsidRDefault="00000000">
            <w:pPr>
              <w:spacing w:before="20" w:after="20"/>
              <w:ind w:firstLine="0"/>
              <w:jc w:val="right"/>
            </w:pPr>
            <w:r>
              <w:rPr>
                <w:sz w:val="17"/>
              </w:rPr>
              <w:t>9</w:t>
            </w:r>
          </w:p>
        </w:tc>
        <w:tc>
          <w:tcPr>
            <w:tcW w:w="1584" w:type="dxa"/>
          </w:tcPr>
          <w:p w14:paraId="0D4D8957" w14:textId="77777777" w:rsidR="004D342C" w:rsidRDefault="00000000">
            <w:pPr>
              <w:spacing w:before="20" w:after="20"/>
              <w:ind w:firstLine="0"/>
              <w:jc w:val="right"/>
            </w:pPr>
            <w:r>
              <w:rPr>
                <w:sz w:val="17"/>
              </w:rPr>
              <w:t>8,265</w:t>
            </w:r>
          </w:p>
        </w:tc>
        <w:tc>
          <w:tcPr>
            <w:tcW w:w="1152" w:type="dxa"/>
          </w:tcPr>
          <w:p w14:paraId="729A98B5" w14:textId="77777777" w:rsidR="004D342C" w:rsidRDefault="00000000">
            <w:pPr>
              <w:spacing w:before="20" w:after="20"/>
              <w:ind w:firstLine="0"/>
              <w:jc w:val="right"/>
            </w:pPr>
            <w:r>
              <w:rPr>
                <w:sz w:val="17"/>
              </w:rPr>
              <w:t>100.0</w:t>
            </w:r>
          </w:p>
        </w:tc>
      </w:tr>
      <w:tr w:rsidR="004D342C" w14:paraId="4AAAE518" w14:textId="77777777">
        <w:trPr>
          <w:cantSplit/>
          <w:jc w:val="center"/>
        </w:trPr>
        <w:tc>
          <w:tcPr>
            <w:tcW w:w="720" w:type="dxa"/>
          </w:tcPr>
          <w:p w14:paraId="70EA1B57" w14:textId="77777777" w:rsidR="004D342C" w:rsidRDefault="00000000">
            <w:pPr>
              <w:spacing w:before="20" w:after="20"/>
              <w:ind w:firstLine="0"/>
            </w:pPr>
            <w:r>
              <w:rPr>
                <w:sz w:val="17"/>
              </w:rPr>
              <w:t>1975</w:t>
            </w:r>
          </w:p>
        </w:tc>
        <w:tc>
          <w:tcPr>
            <w:tcW w:w="720" w:type="dxa"/>
          </w:tcPr>
          <w:p w14:paraId="6027CB3E" w14:textId="77777777" w:rsidR="004D342C" w:rsidRDefault="00000000">
            <w:pPr>
              <w:spacing w:before="20" w:after="20"/>
              <w:ind w:firstLine="0"/>
              <w:jc w:val="right"/>
            </w:pPr>
            <w:r>
              <w:rPr>
                <w:sz w:val="17"/>
              </w:rPr>
              <w:t>2</w:t>
            </w:r>
          </w:p>
        </w:tc>
        <w:tc>
          <w:tcPr>
            <w:tcW w:w="3024" w:type="dxa"/>
          </w:tcPr>
          <w:p w14:paraId="71AD066D" w14:textId="77777777" w:rsidR="004D342C" w:rsidRDefault="00000000">
            <w:pPr>
              <w:spacing w:before="20" w:after="20"/>
              <w:ind w:firstLine="0"/>
            </w:pPr>
            <w:r>
              <w:rPr>
                <w:sz w:val="17"/>
              </w:rPr>
              <w:t>EB3, EB4</w:t>
            </w:r>
          </w:p>
        </w:tc>
        <w:tc>
          <w:tcPr>
            <w:tcW w:w="1152" w:type="dxa"/>
          </w:tcPr>
          <w:p w14:paraId="15DC7BEF" w14:textId="77777777" w:rsidR="004D342C" w:rsidRDefault="00000000">
            <w:pPr>
              <w:spacing w:before="20" w:after="20"/>
              <w:ind w:firstLine="0"/>
              <w:jc w:val="right"/>
            </w:pPr>
            <w:r>
              <w:rPr>
                <w:sz w:val="17"/>
              </w:rPr>
              <w:t>10</w:t>
            </w:r>
          </w:p>
        </w:tc>
        <w:tc>
          <w:tcPr>
            <w:tcW w:w="1584" w:type="dxa"/>
          </w:tcPr>
          <w:p w14:paraId="468B4EE0" w14:textId="77777777" w:rsidR="004D342C" w:rsidRDefault="00000000">
            <w:pPr>
              <w:spacing w:before="20" w:after="20"/>
              <w:ind w:firstLine="0"/>
              <w:jc w:val="right"/>
            </w:pPr>
            <w:r>
              <w:rPr>
                <w:sz w:val="17"/>
              </w:rPr>
              <w:t>16,920</w:t>
            </w:r>
          </w:p>
        </w:tc>
        <w:tc>
          <w:tcPr>
            <w:tcW w:w="1152" w:type="dxa"/>
          </w:tcPr>
          <w:p w14:paraId="695DB30D" w14:textId="77777777" w:rsidR="004D342C" w:rsidRDefault="00000000">
            <w:pPr>
              <w:spacing w:before="20" w:after="20"/>
              <w:ind w:firstLine="0"/>
              <w:jc w:val="right"/>
            </w:pPr>
            <w:r>
              <w:rPr>
                <w:sz w:val="17"/>
              </w:rPr>
              <w:t>100.0</w:t>
            </w:r>
          </w:p>
        </w:tc>
      </w:tr>
      <w:tr w:rsidR="004D342C" w14:paraId="2591084D" w14:textId="77777777">
        <w:trPr>
          <w:cantSplit/>
          <w:jc w:val="center"/>
        </w:trPr>
        <w:tc>
          <w:tcPr>
            <w:tcW w:w="720" w:type="dxa"/>
          </w:tcPr>
          <w:p w14:paraId="1923AEBA" w14:textId="77777777" w:rsidR="004D342C" w:rsidRDefault="00000000">
            <w:pPr>
              <w:spacing w:before="20" w:after="20"/>
              <w:ind w:firstLine="0"/>
            </w:pPr>
            <w:r>
              <w:rPr>
                <w:sz w:val="17"/>
              </w:rPr>
              <w:t>1976</w:t>
            </w:r>
          </w:p>
        </w:tc>
        <w:tc>
          <w:tcPr>
            <w:tcW w:w="720" w:type="dxa"/>
          </w:tcPr>
          <w:p w14:paraId="08F2C35B" w14:textId="77777777" w:rsidR="004D342C" w:rsidRDefault="00000000">
            <w:pPr>
              <w:spacing w:before="20" w:after="20"/>
              <w:ind w:firstLine="0"/>
              <w:jc w:val="right"/>
            </w:pPr>
            <w:r>
              <w:rPr>
                <w:sz w:val="17"/>
              </w:rPr>
              <w:t>2</w:t>
            </w:r>
          </w:p>
        </w:tc>
        <w:tc>
          <w:tcPr>
            <w:tcW w:w="3024" w:type="dxa"/>
          </w:tcPr>
          <w:p w14:paraId="643D2CDC" w14:textId="77777777" w:rsidR="004D342C" w:rsidRDefault="00000000">
            <w:pPr>
              <w:spacing w:before="20" w:after="20"/>
              <w:ind w:firstLine="0"/>
            </w:pPr>
            <w:r>
              <w:rPr>
                <w:sz w:val="17"/>
              </w:rPr>
              <w:t>EB5, EB6</w:t>
            </w:r>
          </w:p>
        </w:tc>
        <w:tc>
          <w:tcPr>
            <w:tcW w:w="1152" w:type="dxa"/>
          </w:tcPr>
          <w:p w14:paraId="19EED39C" w14:textId="77777777" w:rsidR="004D342C" w:rsidRDefault="00000000">
            <w:pPr>
              <w:spacing w:before="20" w:after="20"/>
              <w:ind w:firstLine="0"/>
              <w:jc w:val="right"/>
            </w:pPr>
            <w:r>
              <w:rPr>
                <w:sz w:val="17"/>
              </w:rPr>
              <w:t>10</w:t>
            </w:r>
          </w:p>
        </w:tc>
        <w:tc>
          <w:tcPr>
            <w:tcW w:w="1584" w:type="dxa"/>
          </w:tcPr>
          <w:p w14:paraId="7A38B96C" w14:textId="77777777" w:rsidR="004D342C" w:rsidRDefault="00000000">
            <w:pPr>
              <w:spacing w:before="20" w:after="20"/>
              <w:ind w:firstLine="0"/>
              <w:jc w:val="right"/>
            </w:pPr>
            <w:r>
              <w:rPr>
                <w:sz w:val="17"/>
              </w:rPr>
              <w:t>16,292</w:t>
            </w:r>
          </w:p>
        </w:tc>
        <w:tc>
          <w:tcPr>
            <w:tcW w:w="1152" w:type="dxa"/>
          </w:tcPr>
          <w:p w14:paraId="6D2E5573" w14:textId="77777777" w:rsidR="004D342C" w:rsidRDefault="00000000">
            <w:pPr>
              <w:spacing w:before="20" w:after="20"/>
              <w:ind w:firstLine="0"/>
              <w:jc w:val="right"/>
            </w:pPr>
            <w:r>
              <w:rPr>
                <w:sz w:val="17"/>
              </w:rPr>
              <w:t>100.0</w:t>
            </w:r>
          </w:p>
        </w:tc>
      </w:tr>
      <w:tr w:rsidR="004D342C" w14:paraId="7577545F" w14:textId="77777777">
        <w:trPr>
          <w:cantSplit/>
          <w:jc w:val="center"/>
        </w:trPr>
        <w:tc>
          <w:tcPr>
            <w:tcW w:w="720" w:type="dxa"/>
          </w:tcPr>
          <w:p w14:paraId="47F83EA0" w14:textId="77777777" w:rsidR="004D342C" w:rsidRDefault="00000000">
            <w:pPr>
              <w:spacing w:before="20" w:after="20"/>
              <w:ind w:firstLine="0"/>
            </w:pPr>
            <w:r>
              <w:rPr>
                <w:sz w:val="17"/>
              </w:rPr>
              <w:t>1977</w:t>
            </w:r>
          </w:p>
        </w:tc>
        <w:tc>
          <w:tcPr>
            <w:tcW w:w="720" w:type="dxa"/>
          </w:tcPr>
          <w:p w14:paraId="19875300" w14:textId="77777777" w:rsidR="004D342C" w:rsidRDefault="00000000">
            <w:pPr>
              <w:spacing w:before="20" w:after="20"/>
              <w:ind w:firstLine="0"/>
              <w:jc w:val="right"/>
            </w:pPr>
            <w:r>
              <w:rPr>
                <w:sz w:val="17"/>
              </w:rPr>
              <w:t>2</w:t>
            </w:r>
          </w:p>
        </w:tc>
        <w:tc>
          <w:tcPr>
            <w:tcW w:w="3024" w:type="dxa"/>
          </w:tcPr>
          <w:p w14:paraId="7787D66D" w14:textId="77777777" w:rsidR="004D342C" w:rsidRDefault="00000000">
            <w:pPr>
              <w:spacing w:before="20" w:after="20"/>
              <w:ind w:firstLine="0"/>
            </w:pPr>
            <w:r>
              <w:rPr>
                <w:sz w:val="17"/>
              </w:rPr>
              <w:t>EB7, EB8</w:t>
            </w:r>
          </w:p>
        </w:tc>
        <w:tc>
          <w:tcPr>
            <w:tcW w:w="1152" w:type="dxa"/>
          </w:tcPr>
          <w:p w14:paraId="313A12FA" w14:textId="77777777" w:rsidR="004D342C" w:rsidRDefault="00000000">
            <w:pPr>
              <w:spacing w:before="20" w:after="20"/>
              <w:ind w:firstLine="0"/>
              <w:jc w:val="right"/>
            </w:pPr>
            <w:r>
              <w:rPr>
                <w:sz w:val="17"/>
              </w:rPr>
              <w:t>10</w:t>
            </w:r>
          </w:p>
        </w:tc>
        <w:tc>
          <w:tcPr>
            <w:tcW w:w="1584" w:type="dxa"/>
          </w:tcPr>
          <w:p w14:paraId="1BF6D292" w14:textId="77777777" w:rsidR="004D342C" w:rsidRDefault="00000000">
            <w:pPr>
              <w:spacing w:before="20" w:after="20"/>
              <w:ind w:firstLine="0"/>
              <w:jc w:val="right"/>
            </w:pPr>
            <w:r>
              <w:rPr>
                <w:sz w:val="17"/>
              </w:rPr>
              <w:t>16,610</w:t>
            </w:r>
          </w:p>
        </w:tc>
        <w:tc>
          <w:tcPr>
            <w:tcW w:w="1152" w:type="dxa"/>
          </w:tcPr>
          <w:p w14:paraId="66F8E508" w14:textId="77777777" w:rsidR="004D342C" w:rsidRDefault="00000000">
            <w:pPr>
              <w:spacing w:before="20" w:after="20"/>
              <w:ind w:firstLine="0"/>
              <w:jc w:val="right"/>
            </w:pPr>
            <w:r>
              <w:rPr>
                <w:sz w:val="17"/>
              </w:rPr>
              <w:t>100.0</w:t>
            </w:r>
          </w:p>
        </w:tc>
      </w:tr>
      <w:tr w:rsidR="004D342C" w14:paraId="55B1557F" w14:textId="77777777">
        <w:trPr>
          <w:cantSplit/>
          <w:jc w:val="center"/>
        </w:trPr>
        <w:tc>
          <w:tcPr>
            <w:tcW w:w="720" w:type="dxa"/>
          </w:tcPr>
          <w:p w14:paraId="7DECB300" w14:textId="77777777" w:rsidR="004D342C" w:rsidRDefault="00000000">
            <w:pPr>
              <w:spacing w:before="20" w:after="20"/>
              <w:ind w:firstLine="0"/>
            </w:pPr>
            <w:r>
              <w:rPr>
                <w:sz w:val="17"/>
              </w:rPr>
              <w:t>1978</w:t>
            </w:r>
          </w:p>
        </w:tc>
        <w:tc>
          <w:tcPr>
            <w:tcW w:w="720" w:type="dxa"/>
          </w:tcPr>
          <w:p w14:paraId="7C9BF5D1" w14:textId="77777777" w:rsidR="004D342C" w:rsidRDefault="00000000">
            <w:pPr>
              <w:spacing w:before="20" w:after="20"/>
              <w:ind w:firstLine="0"/>
              <w:jc w:val="right"/>
            </w:pPr>
            <w:r>
              <w:rPr>
                <w:sz w:val="17"/>
              </w:rPr>
              <w:t>2</w:t>
            </w:r>
          </w:p>
        </w:tc>
        <w:tc>
          <w:tcPr>
            <w:tcW w:w="3024" w:type="dxa"/>
          </w:tcPr>
          <w:p w14:paraId="063245A5" w14:textId="77777777" w:rsidR="004D342C" w:rsidRDefault="00000000">
            <w:pPr>
              <w:spacing w:before="20" w:after="20"/>
              <w:ind w:firstLine="0"/>
            </w:pPr>
            <w:r>
              <w:rPr>
                <w:sz w:val="17"/>
              </w:rPr>
              <w:t>EB9, EB10</w:t>
            </w:r>
          </w:p>
        </w:tc>
        <w:tc>
          <w:tcPr>
            <w:tcW w:w="1152" w:type="dxa"/>
          </w:tcPr>
          <w:p w14:paraId="51A68203" w14:textId="77777777" w:rsidR="004D342C" w:rsidRDefault="00000000">
            <w:pPr>
              <w:spacing w:before="20" w:after="20"/>
              <w:ind w:firstLine="0"/>
              <w:jc w:val="right"/>
            </w:pPr>
            <w:r>
              <w:rPr>
                <w:sz w:val="17"/>
              </w:rPr>
              <w:t>10</w:t>
            </w:r>
          </w:p>
        </w:tc>
        <w:tc>
          <w:tcPr>
            <w:tcW w:w="1584" w:type="dxa"/>
          </w:tcPr>
          <w:p w14:paraId="7BD69A55" w14:textId="77777777" w:rsidR="004D342C" w:rsidRDefault="00000000">
            <w:pPr>
              <w:spacing w:before="20" w:after="20"/>
              <w:ind w:firstLine="0"/>
              <w:jc w:val="right"/>
            </w:pPr>
            <w:r>
              <w:rPr>
                <w:sz w:val="17"/>
              </w:rPr>
              <w:t>16,440</w:t>
            </w:r>
          </w:p>
        </w:tc>
        <w:tc>
          <w:tcPr>
            <w:tcW w:w="1152" w:type="dxa"/>
          </w:tcPr>
          <w:p w14:paraId="72EBA8A2" w14:textId="77777777" w:rsidR="004D342C" w:rsidRDefault="00000000">
            <w:pPr>
              <w:spacing w:before="20" w:after="20"/>
              <w:ind w:firstLine="0"/>
              <w:jc w:val="right"/>
            </w:pPr>
            <w:r>
              <w:rPr>
                <w:sz w:val="17"/>
              </w:rPr>
              <w:t>100.0</w:t>
            </w:r>
          </w:p>
        </w:tc>
      </w:tr>
      <w:tr w:rsidR="004D342C" w14:paraId="1039D319" w14:textId="77777777">
        <w:trPr>
          <w:cantSplit/>
          <w:jc w:val="center"/>
        </w:trPr>
        <w:tc>
          <w:tcPr>
            <w:tcW w:w="720" w:type="dxa"/>
          </w:tcPr>
          <w:p w14:paraId="0F29D2B7" w14:textId="77777777" w:rsidR="004D342C" w:rsidRDefault="00000000">
            <w:pPr>
              <w:spacing w:before="20" w:after="20"/>
              <w:ind w:firstLine="0"/>
            </w:pPr>
            <w:r>
              <w:rPr>
                <w:sz w:val="17"/>
              </w:rPr>
              <w:t>1979</w:t>
            </w:r>
          </w:p>
        </w:tc>
        <w:tc>
          <w:tcPr>
            <w:tcW w:w="720" w:type="dxa"/>
          </w:tcPr>
          <w:p w14:paraId="52856755" w14:textId="77777777" w:rsidR="004D342C" w:rsidRDefault="00000000">
            <w:pPr>
              <w:spacing w:before="20" w:after="20"/>
              <w:ind w:firstLine="0"/>
              <w:jc w:val="right"/>
            </w:pPr>
            <w:r>
              <w:rPr>
                <w:sz w:val="17"/>
              </w:rPr>
              <w:t>2</w:t>
            </w:r>
          </w:p>
        </w:tc>
        <w:tc>
          <w:tcPr>
            <w:tcW w:w="3024" w:type="dxa"/>
          </w:tcPr>
          <w:p w14:paraId="62DA1233" w14:textId="77777777" w:rsidR="004D342C" w:rsidRDefault="00000000">
            <w:pPr>
              <w:spacing w:before="20" w:after="20"/>
              <w:ind w:firstLine="0"/>
            </w:pPr>
            <w:r>
              <w:rPr>
                <w:sz w:val="17"/>
              </w:rPr>
              <w:t>EB11, EB12</w:t>
            </w:r>
          </w:p>
        </w:tc>
        <w:tc>
          <w:tcPr>
            <w:tcW w:w="1152" w:type="dxa"/>
          </w:tcPr>
          <w:p w14:paraId="62F92510" w14:textId="77777777" w:rsidR="004D342C" w:rsidRDefault="00000000">
            <w:pPr>
              <w:spacing w:before="20" w:after="20"/>
              <w:ind w:firstLine="0"/>
              <w:jc w:val="right"/>
            </w:pPr>
            <w:r>
              <w:rPr>
                <w:sz w:val="17"/>
              </w:rPr>
              <w:t>10</w:t>
            </w:r>
          </w:p>
        </w:tc>
        <w:tc>
          <w:tcPr>
            <w:tcW w:w="1584" w:type="dxa"/>
          </w:tcPr>
          <w:p w14:paraId="0B0FBE4B" w14:textId="77777777" w:rsidR="004D342C" w:rsidRDefault="00000000">
            <w:pPr>
              <w:spacing w:before="20" w:after="20"/>
              <w:ind w:firstLine="0"/>
              <w:jc w:val="right"/>
            </w:pPr>
            <w:r>
              <w:rPr>
                <w:sz w:val="17"/>
              </w:rPr>
              <w:t>16,511</w:t>
            </w:r>
          </w:p>
        </w:tc>
        <w:tc>
          <w:tcPr>
            <w:tcW w:w="1152" w:type="dxa"/>
          </w:tcPr>
          <w:p w14:paraId="7603F0CD" w14:textId="77777777" w:rsidR="004D342C" w:rsidRDefault="00000000">
            <w:pPr>
              <w:spacing w:before="20" w:after="20"/>
              <w:ind w:firstLine="0"/>
              <w:jc w:val="right"/>
            </w:pPr>
            <w:r>
              <w:rPr>
                <w:sz w:val="17"/>
              </w:rPr>
              <w:t>100.0</w:t>
            </w:r>
          </w:p>
        </w:tc>
      </w:tr>
      <w:tr w:rsidR="004D342C" w14:paraId="247B055D" w14:textId="77777777">
        <w:trPr>
          <w:cantSplit/>
          <w:jc w:val="center"/>
        </w:trPr>
        <w:tc>
          <w:tcPr>
            <w:tcW w:w="720" w:type="dxa"/>
          </w:tcPr>
          <w:p w14:paraId="15642BD8" w14:textId="77777777" w:rsidR="004D342C" w:rsidRDefault="00000000">
            <w:pPr>
              <w:spacing w:before="20" w:after="20"/>
              <w:ind w:firstLine="0"/>
            </w:pPr>
            <w:r>
              <w:rPr>
                <w:sz w:val="17"/>
              </w:rPr>
              <w:t>1980</w:t>
            </w:r>
          </w:p>
        </w:tc>
        <w:tc>
          <w:tcPr>
            <w:tcW w:w="720" w:type="dxa"/>
          </w:tcPr>
          <w:p w14:paraId="3EF2B511" w14:textId="77777777" w:rsidR="004D342C" w:rsidRDefault="00000000">
            <w:pPr>
              <w:spacing w:before="20" w:after="20"/>
              <w:ind w:firstLine="0"/>
              <w:jc w:val="right"/>
            </w:pPr>
            <w:r>
              <w:rPr>
                <w:sz w:val="17"/>
              </w:rPr>
              <w:t>2</w:t>
            </w:r>
          </w:p>
        </w:tc>
        <w:tc>
          <w:tcPr>
            <w:tcW w:w="3024" w:type="dxa"/>
          </w:tcPr>
          <w:p w14:paraId="00191E7A" w14:textId="77777777" w:rsidR="004D342C" w:rsidRDefault="00000000">
            <w:pPr>
              <w:spacing w:before="20" w:after="20"/>
              <w:ind w:firstLine="0"/>
            </w:pPr>
            <w:r>
              <w:rPr>
                <w:sz w:val="17"/>
              </w:rPr>
              <w:t>EB13, EB14</w:t>
            </w:r>
          </w:p>
        </w:tc>
        <w:tc>
          <w:tcPr>
            <w:tcW w:w="1152" w:type="dxa"/>
          </w:tcPr>
          <w:p w14:paraId="5EB2E4DE" w14:textId="77777777" w:rsidR="004D342C" w:rsidRDefault="00000000">
            <w:pPr>
              <w:spacing w:before="20" w:after="20"/>
              <w:ind w:firstLine="0"/>
              <w:jc w:val="right"/>
            </w:pPr>
            <w:r>
              <w:rPr>
                <w:sz w:val="17"/>
              </w:rPr>
              <w:t>11</w:t>
            </w:r>
          </w:p>
        </w:tc>
        <w:tc>
          <w:tcPr>
            <w:tcW w:w="1584" w:type="dxa"/>
          </w:tcPr>
          <w:p w14:paraId="1002FB7C" w14:textId="77777777" w:rsidR="004D342C" w:rsidRDefault="00000000">
            <w:pPr>
              <w:spacing w:before="20" w:after="20"/>
              <w:ind w:firstLine="0"/>
              <w:jc w:val="right"/>
            </w:pPr>
            <w:r>
              <w:rPr>
                <w:sz w:val="17"/>
              </w:rPr>
              <w:t>17,177</w:t>
            </w:r>
          </w:p>
        </w:tc>
        <w:tc>
          <w:tcPr>
            <w:tcW w:w="1152" w:type="dxa"/>
          </w:tcPr>
          <w:p w14:paraId="5D767533" w14:textId="77777777" w:rsidR="004D342C" w:rsidRDefault="00000000">
            <w:pPr>
              <w:spacing w:before="20" w:after="20"/>
              <w:ind w:firstLine="0"/>
              <w:jc w:val="right"/>
            </w:pPr>
            <w:r>
              <w:rPr>
                <w:sz w:val="17"/>
              </w:rPr>
              <w:t>100.0</w:t>
            </w:r>
          </w:p>
        </w:tc>
      </w:tr>
      <w:tr w:rsidR="004D342C" w14:paraId="7EBB2BF6" w14:textId="77777777">
        <w:trPr>
          <w:cantSplit/>
          <w:jc w:val="center"/>
        </w:trPr>
        <w:tc>
          <w:tcPr>
            <w:tcW w:w="720" w:type="dxa"/>
          </w:tcPr>
          <w:p w14:paraId="1E89807A" w14:textId="77777777" w:rsidR="004D342C" w:rsidRDefault="00000000">
            <w:pPr>
              <w:spacing w:before="20" w:after="20"/>
              <w:ind w:firstLine="0"/>
            </w:pPr>
            <w:r>
              <w:rPr>
                <w:sz w:val="17"/>
              </w:rPr>
              <w:t>1981</w:t>
            </w:r>
          </w:p>
        </w:tc>
        <w:tc>
          <w:tcPr>
            <w:tcW w:w="720" w:type="dxa"/>
          </w:tcPr>
          <w:p w14:paraId="1C128AEF" w14:textId="77777777" w:rsidR="004D342C" w:rsidRDefault="00000000">
            <w:pPr>
              <w:spacing w:before="20" w:after="20"/>
              <w:ind w:firstLine="0"/>
              <w:jc w:val="right"/>
            </w:pPr>
            <w:r>
              <w:rPr>
                <w:sz w:val="17"/>
              </w:rPr>
              <w:t>2</w:t>
            </w:r>
          </w:p>
        </w:tc>
        <w:tc>
          <w:tcPr>
            <w:tcW w:w="3024" w:type="dxa"/>
          </w:tcPr>
          <w:p w14:paraId="0E68B8A9" w14:textId="77777777" w:rsidR="004D342C" w:rsidRDefault="00000000">
            <w:pPr>
              <w:spacing w:before="20" w:after="20"/>
              <w:ind w:firstLine="0"/>
            </w:pPr>
            <w:r>
              <w:rPr>
                <w:sz w:val="17"/>
              </w:rPr>
              <w:t>EB15, EB16</w:t>
            </w:r>
          </w:p>
        </w:tc>
        <w:tc>
          <w:tcPr>
            <w:tcW w:w="1152" w:type="dxa"/>
          </w:tcPr>
          <w:p w14:paraId="6280E9F5" w14:textId="77777777" w:rsidR="004D342C" w:rsidRDefault="00000000">
            <w:pPr>
              <w:spacing w:before="20" w:after="20"/>
              <w:ind w:firstLine="0"/>
              <w:jc w:val="right"/>
            </w:pPr>
            <w:r>
              <w:rPr>
                <w:sz w:val="17"/>
              </w:rPr>
              <w:t>11</w:t>
            </w:r>
          </w:p>
        </w:tc>
        <w:tc>
          <w:tcPr>
            <w:tcW w:w="1584" w:type="dxa"/>
          </w:tcPr>
          <w:p w14:paraId="069C4F8C" w14:textId="77777777" w:rsidR="004D342C" w:rsidRDefault="00000000">
            <w:pPr>
              <w:spacing w:before="20" w:after="20"/>
              <w:ind w:firstLine="0"/>
              <w:jc w:val="right"/>
            </w:pPr>
            <w:r>
              <w:rPr>
                <w:sz w:val="17"/>
              </w:rPr>
              <w:t>18,996</w:t>
            </w:r>
          </w:p>
        </w:tc>
        <w:tc>
          <w:tcPr>
            <w:tcW w:w="1152" w:type="dxa"/>
          </w:tcPr>
          <w:p w14:paraId="35A464C8" w14:textId="77777777" w:rsidR="004D342C" w:rsidRDefault="00000000">
            <w:pPr>
              <w:spacing w:before="20" w:after="20"/>
              <w:ind w:firstLine="0"/>
              <w:jc w:val="right"/>
            </w:pPr>
            <w:r>
              <w:rPr>
                <w:sz w:val="17"/>
              </w:rPr>
              <w:t>100.0</w:t>
            </w:r>
          </w:p>
        </w:tc>
      </w:tr>
      <w:tr w:rsidR="004D342C" w14:paraId="4D2AF07C" w14:textId="77777777">
        <w:trPr>
          <w:cantSplit/>
          <w:jc w:val="center"/>
        </w:trPr>
        <w:tc>
          <w:tcPr>
            <w:tcW w:w="720" w:type="dxa"/>
          </w:tcPr>
          <w:p w14:paraId="6D927E5E" w14:textId="77777777" w:rsidR="004D342C" w:rsidRDefault="00000000">
            <w:pPr>
              <w:spacing w:before="20" w:after="20"/>
              <w:ind w:firstLine="0"/>
            </w:pPr>
            <w:r>
              <w:rPr>
                <w:sz w:val="17"/>
              </w:rPr>
              <w:t>1982</w:t>
            </w:r>
          </w:p>
        </w:tc>
        <w:tc>
          <w:tcPr>
            <w:tcW w:w="720" w:type="dxa"/>
          </w:tcPr>
          <w:p w14:paraId="2806BBAF" w14:textId="77777777" w:rsidR="004D342C" w:rsidRDefault="00000000">
            <w:pPr>
              <w:spacing w:before="20" w:after="20"/>
              <w:ind w:firstLine="0"/>
              <w:jc w:val="right"/>
            </w:pPr>
            <w:r>
              <w:rPr>
                <w:sz w:val="17"/>
              </w:rPr>
              <w:t>2</w:t>
            </w:r>
          </w:p>
        </w:tc>
        <w:tc>
          <w:tcPr>
            <w:tcW w:w="3024" w:type="dxa"/>
          </w:tcPr>
          <w:p w14:paraId="255AF2D5" w14:textId="77777777" w:rsidR="004D342C" w:rsidRDefault="00000000">
            <w:pPr>
              <w:spacing w:before="20" w:after="20"/>
              <w:ind w:firstLine="0"/>
            </w:pPr>
            <w:r>
              <w:rPr>
                <w:sz w:val="17"/>
              </w:rPr>
              <w:t>EB17, EB18</w:t>
            </w:r>
          </w:p>
        </w:tc>
        <w:tc>
          <w:tcPr>
            <w:tcW w:w="1152" w:type="dxa"/>
          </w:tcPr>
          <w:p w14:paraId="2D228915" w14:textId="77777777" w:rsidR="004D342C" w:rsidRDefault="00000000">
            <w:pPr>
              <w:spacing w:before="20" w:after="20"/>
              <w:ind w:firstLine="0"/>
              <w:jc w:val="right"/>
            </w:pPr>
            <w:r>
              <w:rPr>
                <w:sz w:val="17"/>
              </w:rPr>
              <w:t>11</w:t>
            </w:r>
          </w:p>
        </w:tc>
        <w:tc>
          <w:tcPr>
            <w:tcW w:w="1584" w:type="dxa"/>
          </w:tcPr>
          <w:p w14:paraId="20F1AAD8" w14:textId="77777777" w:rsidR="004D342C" w:rsidRDefault="00000000">
            <w:pPr>
              <w:spacing w:before="20" w:after="20"/>
              <w:ind w:firstLine="0"/>
              <w:jc w:val="right"/>
            </w:pPr>
            <w:r>
              <w:rPr>
                <w:sz w:val="17"/>
              </w:rPr>
              <w:t>19,691</w:t>
            </w:r>
          </w:p>
        </w:tc>
        <w:tc>
          <w:tcPr>
            <w:tcW w:w="1152" w:type="dxa"/>
          </w:tcPr>
          <w:p w14:paraId="7233ED7E" w14:textId="77777777" w:rsidR="004D342C" w:rsidRDefault="00000000">
            <w:pPr>
              <w:spacing w:before="20" w:after="20"/>
              <w:ind w:firstLine="0"/>
              <w:jc w:val="right"/>
            </w:pPr>
            <w:r>
              <w:rPr>
                <w:sz w:val="17"/>
              </w:rPr>
              <w:t>91.1</w:t>
            </w:r>
          </w:p>
        </w:tc>
      </w:tr>
      <w:tr w:rsidR="004D342C" w14:paraId="6AB86909" w14:textId="77777777">
        <w:trPr>
          <w:cantSplit/>
          <w:jc w:val="center"/>
        </w:trPr>
        <w:tc>
          <w:tcPr>
            <w:tcW w:w="720" w:type="dxa"/>
          </w:tcPr>
          <w:p w14:paraId="0358ACAD" w14:textId="77777777" w:rsidR="004D342C" w:rsidRDefault="00000000">
            <w:pPr>
              <w:spacing w:before="20" w:after="20"/>
              <w:ind w:firstLine="0"/>
            </w:pPr>
            <w:r>
              <w:rPr>
                <w:sz w:val="17"/>
              </w:rPr>
              <w:t>1983</w:t>
            </w:r>
          </w:p>
        </w:tc>
        <w:tc>
          <w:tcPr>
            <w:tcW w:w="720" w:type="dxa"/>
          </w:tcPr>
          <w:p w14:paraId="7BE52456" w14:textId="77777777" w:rsidR="004D342C" w:rsidRDefault="00000000">
            <w:pPr>
              <w:spacing w:before="20" w:after="20"/>
              <w:ind w:firstLine="0"/>
              <w:jc w:val="right"/>
            </w:pPr>
            <w:r>
              <w:rPr>
                <w:sz w:val="17"/>
              </w:rPr>
              <w:t>2</w:t>
            </w:r>
          </w:p>
        </w:tc>
        <w:tc>
          <w:tcPr>
            <w:tcW w:w="3024" w:type="dxa"/>
          </w:tcPr>
          <w:p w14:paraId="20AFFFFD" w14:textId="77777777" w:rsidR="004D342C" w:rsidRDefault="00000000">
            <w:pPr>
              <w:spacing w:before="20" w:after="20"/>
              <w:ind w:firstLine="0"/>
            </w:pPr>
            <w:r>
              <w:rPr>
                <w:sz w:val="17"/>
              </w:rPr>
              <w:t>EB19, EB20</w:t>
            </w:r>
          </w:p>
        </w:tc>
        <w:tc>
          <w:tcPr>
            <w:tcW w:w="1152" w:type="dxa"/>
          </w:tcPr>
          <w:p w14:paraId="1AFC536C" w14:textId="77777777" w:rsidR="004D342C" w:rsidRDefault="00000000">
            <w:pPr>
              <w:spacing w:before="20" w:after="20"/>
              <w:ind w:firstLine="0"/>
              <w:jc w:val="right"/>
            </w:pPr>
            <w:r>
              <w:rPr>
                <w:sz w:val="17"/>
              </w:rPr>
              <w:t>11</w:t>
            </w:r>
          </w:p>
        </w:tc>
        <w:tc>
          <w:tcPr>
            <w:tcW w:w="1584" w:type="dxa"/>
          </w:tcPr>
          <w:p w14:paraId="5D1906C9" w14:textId="77777777" w:rsidR="004D342C" w:rsidRDefault="00000000">
            <w:pPr>
              <w:spacing w:before="20" w:after="20"/>
              <w:ind w:firstLine="0"/>
              <w:jc w:val="right"/>
            </w:pPr>
            <w:r>
              <w:rPr>
                <w:sz w:val="17"/>
              </w:rPr>
              <w:t>18,036</w:t>
            </w:r>
          </w:p>
        </w:tc>
        <w:tc>
          <w:tcPr>
            <w:tcW w:w="1152" w:type="dxa"/>
          </w:tcPr>
          <w:p w14:paraId="242641D6" w14:textId="77777777" w:rsidR="004D342C" w:rsidRDefault="00000000">
            <w:pPr>
              <w:spacing w:before="20" w:after="20"/>
              <w:ind w:firstLine="0"/>
              <w:jc w:val="right"/>
            </w:pPr>
            <w:r>
              <w:rPr>
                <w:sz w:val="17"/>
              </w:rPr>
              <w:t>100.0</w:t>
            </w:r>
          </w:p>
        </w:tc>
      </w:tr>
      <w:tr w:rsidR="004D342C" w14:paraId="43F4DBDF" w14:textId="77777777">
        <w:trPr>
          <w:cantSplit/>
          <w:jc w:val="center"/>
        </w:trPr>
        <w:tc>
          <w:tcPr>
            <w:tcW w:w="720" w:type="dxa"/>
          </w:tcPr>
          <w:p w14:paraId="3FA2643F" w14:textId="77777777" w:rsidR="004D342C" w:rsidRDefault="00000000">
            <w:pPr>
              <w:spacing w:before="20" w:after="20"/>
              <w:ind w:firstLine="0"/>
            </w:pPr>
            <w:r>
              <w:rPr>
                <w:sz w:val="17"/>
              </w:rPr>
              <w:t>1984</w:t>
            </w:r>
          </w:p>
        </w:tc>
        <w:tc>
          <w:tcPr>
            <w:tcW w:w="720" w:type="dxa"/>
          </w:tcPr>
          <w:p w14:paraId="53ECA6E4" w14:textId="77777777" w:rsidR="004D342C" w:rsidRDefault="00000000">
            <w:pPr>
              <w:spacing w:before="20" w:after="20"/>
              <w:ind w:firstLine="0"/>
              <w:jc w:val="right"/>
            </w:pPr>
            <w:r>
              <w:rPr>
                <w:sz w:val="17"/>
              </w:rPr>
              <w:t>2</w:t>
            </w:r>
          </w:p>
        </w:tc>
        <w:tc>
          <w:tcPr>
            <w:tcW w:w="3024" w:type="dxa"/>
          </w:tcPr>
          <w:p w14:paraId="38CB6925" w14:textId="77777777" w:rsidR="004D342C" w:rsidRDefault="00000000">
            <w:pPr>
              <w:spacing w:before="20" w:after="20"/>
              <w:ind w:firstLine="0"/>
            </w:pPr>
            <w:r>
              <w:rPr>
                <w:sz w:val="17"/>
              </w:rPr>
              <w:t>EB21, EB22</w:t>
            </w:r>
          </w:p>
        </w:tc>
        <w:tc>
          <w:tcPr>
            <w:tcW w:w="1152" w:type="dxa"/>
          </w:tcPr>
          <w:p w14:paraId="6E8D94FE" w14:textId="77777777" w:rsidR="004D342C" w:rsidRDefault="00000000">
            <w:pPr>
              <w:spacing w:before="20" w:after="20"/>
              <w:ind w:firstLine="0"/>
              <w:jc w:val="right"/>
            </w:pPr>
            <w:r>
              <w:rPr>
                <w:sz w:val="17"/>
              </w:rPr>
              <w:t>11</w:t>
            </w:r>
          </w:p>
        </w:tc>
        <w:tc>
          <w:tcPr>
            <w:tcW w:w="1584" w:type="dxa"/>
          </w:tcPr>
          <w:p w14:paraId="4899CB56" w14:textId="77777777" w:rsidR="004D342C" w:rsidRDefault="00000000">
            <w:pPr>
              <w:spacing w:before="20" w:after="20"/>
              <w:ind w:firstLine="0"/>
              <w:jc w:val="right"/>
            </w:pPr>
            <w:r>
              <w:rPr>
                <w:sz w:val="17"/>
              </w:rPr>
              <w:t>18,723</w:t>
            </w:r>
          </w:p>
        </w:tc>
        <w:tc>
          <w:tcPr>
            <w:tcW w:w="1152" w:type="dxa"/>
          </w:tcPr>
          <w:p w14:paraId="4F1A6DD8" w14:textId="77777777" w:rsidR="004D342C" w:rsidRDefault="00000000">
            <w:pPr>
              <w:spacing w:before="20" w:after="20"/>
              <w:ind w:firstLine="0"/>
              <w:jc w:val="right"/>
            </w:pPr>
            <w:r>
              <w:rPr>
                <w:sz w:val="17"/>
              </w:rPr>
              <w:t>100.0</w:t>
            </w:r>
          </w:p>
        </w:tc>
      </w:tr>
      <w:tr w:rsidR="004D342C" w14:paraId="1FC1D7EB" w14:textId="77777777">
        <w:trPr>
          <w:cantSplit/>
          <w:jc w:val="center"/>
        </w:trPr>
        <w:tc>
          <w:tcPr>
            <w:tcW w:w="720" w:type="dxa"/>
          </w:tcPr>
          <w:p w14:paraId="23A3E323" w14:textId="77777777" w:rsidR="004D342C" w:rsidRDefault="00000000">
            <w:pPr>
              <w:spacing w:before="20" w:after="20"/>
              <w:ind w:firstLine="0"/>
            </w:pPr>
            <w:r>
              <w:rPr>
                <w:sz w:val="17"/>
              </w:rPr>
              <w:t>1985</w:t>
            </w:r>
          </w:p>
        </w:tc>
        <w:tc>
          <w:tcPr>
            <w:tcW w:w="720" w:type="dxa"/>
          </w:tcPr>
          <w:p w14:paraId="614D897C" w14:textId="77777777" w:rsidR="004D342C" w:rsidRDefault="00000000">
            <w:pPr>
              <w:spacing w:before="20" w:after="20"/>
              <w:ind w:firstLine="0"/>
              <w:jc w:val="right"/>
            </w:pPr>
            <w:r>
              <w:rPr>
                <w:sz w:val="17"/>
              </w:rPr>
              <w:t>2</w:t>
            </w:r>
          </w:p>
        </w:tc>
        <w:tc>
          <w:tcPr>
            <w:tcW w:w="3024" w:type="dxa"/>
          </w:tcPr>
          <w:p w14:paraId="76A036BB" w14:textId="77777777" w:rsidR="004D342C" w:rsidRDefault="00000000">
            <w:pPr>
              <w:spacing w:before="20" w:after="20"/>
              <w:ind w:firstLine="0"/>
            </w:pPr>
            <w:r>
              <w:rPr>
                <w:sz w:val="17"/>
              </w:rPr>
              <w:t>EB23, EB24</w:t>
            </w:r>
          </w:p>
        </w:tc>
        <w:tc>
          <w:tcPr>
            <w:tcW w:w="1152" w:type="dxa"/>
          </w:tcPr>
          <w:p w14:paraId="7B609838" w14:textId="77777777" w:rsidR="004D342C" w:rsidRDefault="00000000">
            <w:pPr>
              <w:spacing w:before="20" w:after="20"/>
              <w:ind w:firstLine="0"/>
              <w:jc w:val="right"/>
            </w:pPr>
            <w:r>
              <w:rPr>
                <w:sz w:val="17"/>
              </w:rPr>
              <w:t>13</w:t>
            </w:r>
          </w:p>
        </w:tc>
        <w:tc>
          <w:tcPr>
            <w:tcW w:w="1584" w:type="dxa"/>
          </w:tcPr>
          <w:p w14:paraId="43BC98F3" w14:textId="77777777" w:rsidR="004D342C" w:rsidRDefault="00000000">
            <w:pPr>
              <w:spacing w:before="20" w:after="20"/>
              <w:ind w:firstLine="0"/>
              <w:jc w:val="right"/>
            </w:pPr>
            <w:r>
              <w:rPr>
                <w:sz w:val="17"/>
              </w:rPr>
              <w:t>20,363</w:t>
            </w:r>
          </w:p>
        </w:tc>
        <w:tc>
          <w:tcPr>
            <w:tcW w:w="1152" w:type="dxa"/>
          </w:tcPr>
          <w:p w14:paraId="35447ED1" w14:textId="77777777" w:rsidR="004D342C" w:rsidRDefault="00000000">
            <w:pPr>
              <w:spacing w:before="20" w:after="20"/>
              <w:ind w:firstLine="0"/>
              <w:jc w:val="right"/>
            </w:pPr>
            <w:r>
              <w:rPr>
                <w:sz w:val="17"/>
              </w:rPr>
              <w:t>100.0</w:t>
            </w:r>
          </w:p>
        </w:tc>
      </w:tr>
      <w:tr w:rsidR="004D342C" w14:paraId="48E147CB" w14:textId="77777777">
        <w:trPr>
          <w:cantSplit/>
          <w:jc w:val="center"/>
        </w:trPr>
        <w:tc>
          <w:tcPr>
            <w:tcW w:w="720" w:type="dxa"/>
          </w:tcPr>
          <w:p w14:paraId="6A850A7D" w14:textId="77777777" w:rsidR="004D342C" w:rsidRDefault="00000000">
            <w:pPr>
              <w:spacing w:before="20" w:after="20"/>
              <w:ind w:firstLine="0"/>
            </w:pPr>
            <w:r>
              <w:rPr>
                <w:sz w:val="17"/>
              </w:rPr>
              <w:t>1986</w:t>
            </w:r>
          </w:p>
        </w:tc>
        <w:tc>
          <w:tcPr>
            <w:tcW w:w="720" w:type="dxa"/>
          </w:tcPr>
          <w:p w14:paraId="0CF05F7D" w14:textId="77777777" w:rsidR="004D342C" w:rsidRDefault="00000000">
            <w:pPr>
              <w:spacing w:before="20" w:after="20"/>
              <w:ind w:firstLine="0"/>
              <w:jc w:val="right"/>
            </w:pPr>
            <w:r>
              <w:rPr>
                <w:sz w:val="17"/>
              </w:rPr>
              <w:t>2</w:t>
            </w:r>
          </w:p>
        </w:tc>
        <w:tc>
          <w:tcPr>
            <w:tcW w:w="3024" w:type="dxa"/>
          </w:tcPr>
          <w:p w14:paraId="7C8BFE78" w14:textId="77777777" w:rsidR="004D342C" w:rsidRDefault="00000000">
            <w:pPr>
              <w:spacing w:before="20" w:after="20"/>
              <w:ind w:firstLine="0"/>
            </w:pPr>
            <w:r>
              <w:rPr>
                <w:sz w:val="17"/>
              </w:rPr>
              <w:t>EB25, EB26</w:t>
            </w:r>
          </w:p>
        </w:tc>
        <w:tc>
          <w:tcPr>
            <w:tcW w:w="1152" w:type="dxa"/>
          </w:tcPr>
          <w:p w14:paraId="21AE4D6A" w14:textId="77777777" w:rsidR="004D342C" w:rsidRDefault="00000000">
            <w:pPr>
              <w:spacing w:before="20" w:after="20"/>
              <w:ind w:firstLine="0"/>
              <w:jc w:val="right"/>
            </w:pPr>
            <w:r>
              <w:rPr>
                <w:sz w:val="17"/>
              </w:rPr>
              <w:t>13</w:t>
            </w:r>
          </w:p>
        </w:tc>
        <w:tc>
          <w:tcPr>
            <w:tcW w:w="1584" w:type="dxa"/>
          </w:tcPr>
          <w:p w14:paraId="36DC8CE3" w14:textId="77777777" w:rsidR="004D342C" w:rsidRDefault="00000000">
            <w:pPr>
              <w:spacing w:before="20" w:after="20"/>
              <w:ind w:firstLine="0"/>
              <w:jc w:val="right"/>
            </w:pPr>
            <w:r>
              <w:rPr>
                <w:sz w:val="17"/>
              </w:rPr>
              <w:t>22,226</w:t>
            </w:r>
          </w:p>
        </w:tc>
        <w:tc>
          <w:tcPr>
            <w:tcW w:w="1152" w:type="dxa"/>
          </w:tcPr>
          <w:p w14:paraId="4615AED7" w14:textId="77777777" w:rsidR="004D342C" w:rsidRDefault="00000000">
            <w:pPr>
              <w:spacing w:before="20" w:after="20"/>
              <w:ind w:firstLine="0"/>
              <w:jc w:val="right"/>
            </w:pPr>
            <w:r>
              <w:rPr>
                <w:sz w:val="17"/>
              </w:rPr>
              <w:t>100.0</w:t>
            </w:r>
          </w:p>
        </w:tc>
      </w:tr>
      <w:tr w:rsidR="004D342C" w14:paraId="051808D2" w14:textId="77777777">
        <w:trPr>
          <w:cantSplit/>
          <w:jc w:val="center"/>
        </w:trPr>
        <w:tc>
          <w:tcPr>
            <w:tcW w:w="720" w:type="dxa"/>
          </w:tcPr>
          <w:p w14:paraId="058C20D9" w14:textId="77777777" w:rsidR="004D342C" w:rsidRDefault="00000000">
            <w:pPr>
              <w:spacing w:before="20" w:after="20"/>
              <w:ind w:firstLine="0"/>
            </w:pPr>
            <w:r>
              <w:rPr>
                <w:sz w:val="17"/>
              </w:rPr>
              <w:t>1987</w:t>
            </w:r>
          </w:p>
        </w:tc>
        <w:tc>
          <w:tcPr>
            <w:tcW w:w="720" w:type="dxa"/>
          </w:tcPr>
          <w:p w14:paraId="6BD4E019" w14:textId="77777777" w:rsidR="004D342C" w:rsidRDefault="00000000">
            <w:pPr>
              <w:spacing w:before="20" w:after="20"/>
              <w:ind w:firstLine="0"/>
              <w:jc w:val="right"/>
            </w:pPr>
            <w:r>
              <w:rPr>
                <w:sz w:val="17"/>
              </w:rPr>
              <w:t>2</w:t>
            </w:r>
          </w:p>
        </w:tc>
        <w:tc>
          <w:tcPr>
            <w:tcW w:w="3024" w:type="dxa"/>
          </w:tcPr>
          <w:p w14:paraId="60A612EB" w14:textId="77777777" w:rsidR="004D342C" w:rsidRDefault="00000000">
            <w:pPr>
              <w:spacing w:before="20" w:after="20"/>
              <w:ind w:firstLine="0"/>
            </w:pPr>
            <w:r>
              <w:rPr>
                <w:sz w:val="17"/>
              </w:rPr>
              <w:t>EB27, EB28</w:t>
            </w:r>
          </w:p>
        </w:tc>
        <w:tc>
          <w:tcPr>
            <w:tcW w:w="1152" w:type="dxa"/>
          </w:tcPr>
          <w:p w14:paraId="5E30BAAE" w14:textId="77777777" w:rsidR="004D342C" w:rsidRDefault="00000000">
            <w:pPr>
              <w:spacing w:before="20" w:after="20"/>
              <w:ind w:firstLine="0"/>
              <w:jc w:val="right"/>
            </w:pPr>
            <w:r>
              <w:rPr>
                <w:sz w:val="17"/>
              </w:rPr>
              <w:t>13</w:t>
            </w:r>
          </w:p>
        </w:tc>
        <w:tc>
          <w:tcPr>
            <w:tcW w:w="1584" w:type="dxa"/>
          </w:tcPr>
          <w:p w14:paraId="0E7681FA" w14:textId="77777777" w:rsidR="004D342C" w:rsidRDefault="00000000">
            <w:pPr>
              <w:spacing w:before="20" w:after="20"/>
              <w:ind w:firstLine="0"/>
              <w:jc w:val="right"/>
            </w:pPr>
            <w:r>
              <w:rPr>
                <w:sz w:val="17"/>
              </w:rPr>
              <w:t>22,099</w:t>
            </w:r>
          </w:p>
        </w:tc>
        <w:tc>
          <w:tcPr>
            <w:tcW w:w="1152" w:type="dxa"/>
          </w:tcPr>
          <w:p w14:paraId="73650259" w14:textId="77777777" w:rsidR="004D342C" w:rsidRDefault="00000000">
            <w:pPr>
              <w:spacing w:before="20" w:after="20"/>
              <w:ind w:firstLine="0"/>
              <w:jc w:val="right"/>
            </w:pPr>
            <w:r>
              <w:rPr>
                <w:sz w:val="17"/>
              </w:rPr>
              <w:t>100.0</w:t>
            </w:r>
          </w:p>
        </w:tc>
      </w:tr>
      <w:tr w:rsidR="004D342C" w14:paraId="34381C70" w14:textId="77777777">
        <w:trPr>
          <w:cantSplit/>
          <w:jc w:val="center"/>
        </w:trPr>
        <w:tc>
          <w:tcPr>
            <w:tcW w:w="720" w:type="dxa"/>
          </w:tcPr>
          <w:p w14:paraId="061716C4" w14:textId="77777777" w:rsidR="004D342C" w:rsidRDefault="00000000">
            <w:pPr>
              <w:spacing w:before="20" w:after="20"/>
              <w:ind w:firstLine="0"/>
            </w:pPr>
            <w:r>
              <w:rPr>
                <w:sz w:val="17"/>
              </w:rPr>
              <w:t>1988</w:t>
            </w:r>
          </w:p>
        </w:tc>
        <w:tc>
          <w:tcPr>
            <w:tcW w:w="720" w:type="dxa"/>
          </w:tcPr>
          <w:p w14:paraId="3ED112B4" w14:textId="77777777" w:rsidR="004D342C" w:rsidRDefault="00000000">
            <w:pPr>
              <w:spacing w:before="20" w:after="20"/>
              <w:ind w:firstLine="0"/>
              <w:jc w:val="right"/>
            </w:pPr>
            <w:r>
              <w:rPr>
                <w:sz w:val="17"/>
              </w:rPr>
              <w:t>2</w:t>
            </w:r>
          </w:p>
        </w:tc>
        <w:tc>
          <w:tcPr>
            <w:tcW w:w="3024" w:type="dxa"/>
          </w:tcPr>
          <w:p w14:paraId="75C75163" w14:textId="77777777" w:rsidR="004D342C" w:rsidRDefault="00000000">
            <w:pPr>
              <w:spacing w:before="20" w:after="20"/>
              <w:ind w:firstLine="0"/>
            </w:pPr>
            <w:r>
              <w:rPr>
                <w:sz w:val="17"/>
              </w:rPr>
              <w:t>EB29, EB30</w:t>
            </w:r>
          </w:p>
        </w:tc>
        <w:tc>
          <w:tcPr>
            <w:tcW w:w="1152" w:type="dxa"/>
          </w:tcPr>
          <w:p w14:paraId="7A8A4689" w14:textId="77777777" w:rsidR="004D342C" w:rsidRDefault="00000000">
            <w:pPr>
              <w:spacing w:before="20" w:after="20"/>
              <w:ind w:firstLine="0"/>
              <w:jc w:val="right"/>
            </w:pPr>
            <w:r>
              <w:rPr>
                <w:sz w:val="17"/>
              </w:rPr>
              <w:t>13</w:t>
            </w:r>
          </w:p>
        </w:tc>
        <w:tc>
          <w:tcPr>
            <w:tcW w:w="1584" w:type="dxa"/>
          </w:tcPr>
          <w:p w14:paraId="25C0F47A" w14:textId="77777777" w:rsidR="004D342C" w:rsidRDefault="00000000">
            <w:pPr>
              <w:spacing w:before="20" w:after="20"/>
              <w:ind w:firstLine="0"/>
              <w:jc w:val="right"/>
            </w:pPr>
            <w:r>
              <w:rPr>
                <w:sz w:val="17"/>
              </w:rPr>
              <w:t>22,522</w:t>
            </w:r>
          </w:p>
        </w:tc>
        <w:tc>
          <w:tcPr>
            <w:tcW w:w="1152" w:type="dxa"/>
          </w:tcPr>
          <w:p w14:paraId="766FA5CA" w14:textId="77777777" w:rsidR="004D342C" w:rsidRDefault="00000000">
            <w:pPr>
              <w:spacing w:before="20" w:after="20"/>
              <w:ind w:firstLine="0"/>
              <w:jc w:val="right"/>
            </w:pPr>
            <w:r>
              <w:rPr>
                <w:sz w:val="17"/>
              </w:rPr>
              <w:t>100.0</w:t>
            </w:r>
          </w:p>
        </w:tc>
      </w:tr>
      <w:tr w:rsidR="004D342C" w14:paraId="6E2FB3DB" w14:textId="77777777">
        <w:trPr>
          <w:cantSplit/>
          <w:jc w:val="center"/>
        </w:trPr>
        <w:tc>
          <w:tcPr>
            <w:tcW w:w="720" w:type="dxa"/>
          </w:tcPr>
          <w:p w14:paraId="67A7B772" w14:textId="77777777" w:rsidR="004D342C" w:rsidRDefault="00000000">
            <w:pPr>
              <w:spacing w:before="20" w:after="20"/>
              <w:ind w:firstLine="0"/>
            </w:pPr>
            <w:r>
              <w:rPr>
                <w:sz w:val="17"/>
              </w:rPr>
              <w:t>1989</w:t>
            </w:r>
          </w:p>
        </w:tc>
        <w:tc>
          <w:tcPr>
            <w:tcW w:w="720" w:type="dxa"/>
          </w:tcPr>
          <w:p w14:paraId="28358A8D" w14:textId="77777777" w:rsidR="004D342C" w:rsidRDefault="00000000">
            <w:pPr>
              <w:spacing w:before="20" w:after="20"/>
              <w:ind w:firstLine="0"/>
              <w:jc w:val="right"/>
            </w:pPr>
            <w:r>
              <w:rPr>
                <w:sz w:val="17"/>
              </w:rPr>
              <w:t>2</w:t>
            </w:r>
          </w:p>
        </w:tc>
        <w:tc>
          <w:tcPr>
            <w:tcW w:w="3024" w:type="dxa"/>
          </w:tcPr>
          <w:p w14:paraId="2910F98C" w14:textId="77777777" w:rsidR="004D342C" w:rsidRDefault="00000000">
            <w:pPr>
              <w:spacing w:before="20" w:after="20"/>
              <w:ind w:firstLine="0"/>
            </w:pPr>
            <w:r>
              <w:rPr>
                <w:sz w:val="17"/>
              </w:rPr>
              <w:t>EB31, EB32</w:t>
            </w:r>
          </w:p>
        </w:tc>
        <w:tc>
          <w:tcPr>
            <w:tcW w:w="1152" w:type="dxa"/>
          </w:tcPr>
          <w:p w14:paraId="0B423DCA" w14:textId="77777777" w:rsidR="004D342C" w:rsidRDefault="00000000">
            <w:pPr>
              <w:spacing w:before="20" w:after="20"/>
              <w:ind w:firstLine="0"/>
              <w:jc w:val="right"/>
            </w:pPr>
            <w:r>
              <w:rPr>
                <w:sz w:val="17"/>
              </w:rPr>
              <w:t>13</w:t>
            </w:r>
          </w:p>
        </w:tc>
        <w:tc>
          <w:tcPr>
            <w:tcW w:w="1584" w:type="dxa"/>
          </w:tcPr>
          <w:p w14:paraId="07491E44" w14:textId="77777777" w:rsidR="004D342C" w:rsidRDefault="00000000">
            <w:pPr>
              <w:spacing w:before="20" w:after="20"/>
              <w:ind w:firstLine="0"/>
              <w:jc w:val="right"/>
            </w:pPr>
            <w:r>
              <w:rPr>
                <w:sz w:val="17"/>
              </w:rPr>
              <w:t>33,277</w:t>
            </w:r>
          </w:p>
        </w:tc>
        <w:tc>
          <w:tcPr>
            <w:tcW w:w="1152" w:type="dxa"/>
          </w:tcPr>
          <w:p w14:paraId="1B1ACCCE" w14:textId="77777777" w:rsidR="004D342C" w:rsidRDefault="00000000">
            <w:pPr>
              <w:spacing w:before="20" w:after="20"/>
              <w:ind w:firstLine="0"/>
              <w:jc w:val="right"/>
            </w:pPr>
            <w:r>
              <w:rPr>
                <w:sz w:val="17"/>
              </w:rPr>
              <w:t>100.0</w:t>
            </w:r>
          </w:p>
        </w:tc>
      </w:tr>
      <w:tr w:rsidR="004D342C" w14:paraId="452C2647" w14:textId="77777777">
        <w:trPr>
          <w:cantSplit/>
          <w:jc w:val="center"/>
        </w:trPr>
        <w:tc>
          <w:tcPr>
            <w:tcW w:w="720" w:type="dxa"/>
          </w:tcPr>
          <w:p w14:paraId="3713BB2A" w14:textId="77777777" w:rsidR="004D342C" w:rsidRDefault="00000000">
            <w:pPr>
              <w:spacing w:before="20" w:after="20"/>
              <w:ind w:firstLine="0"/>
            </w:pPr>
            <w:r>
              <w:rPr>
                <w:sz w:val="17"/>
              </w:rPr>
              <w:t>1990</w:t>
            </w:r>
          </w:p>
        </w:tc>
        <w:tc>
          <w:tcPr>
            <w:tcW w:w="720" w:type="dxa"/>
          </w:tcPr>
          <w:p w14:paraId="0B001599" w14:textId="77777777" w:rsidR="004D342C" w:rsidRDefault="00000000">
            <w:pPr>
              <w:spacing w:before="20" w:after="20"/>
              <w:ind w:firstLine="0"/>
              <w:jc w:val="right"/>
            </w:pPr>
            <w:r>
              <w:rPr>
                <w:sz w:val="17"/>
              </w:rPr>
              <w:t>2</w:t>
            </w:r>
          </w:p>
        </w:tc>
        <w:tc>
          <w:tcPr>
            <w:tcW w:w="3024" w:type="dxa"/>
          </w:tcPr>
          <w:p w14:paraId="1D49522B" w14:textId="77777777" w:rsidR="004D342C" w:rsidRDefault="00000000">
            <w:pPr>
              <w:spacing w:before="20" w:after="20"/>
              <w:ind w:firstLine="0"/>
            </w:pPr>
            <w:r>
              <w:rPr>
                <w:sz w:val="17"/>
              </w:rPr>
              <w:t>EB33, EB34.0</w:t>
            </w:r>
          </w:p>
        </w:tc>
        <w:tc>
          <w:tcPr>
            <w:tcW w:w="1152" w:type="dxa"/>
          </w:tcPr>
          <w:p w14:paraId="20E20F51" w14:textId="77777777" w:rsidR="004D342C" w:rsidRDefault="00000000">
            <w:pPr>
              <w:spacing w:before="20" w:after="20"/>
              <w:ind w:firstLine="0"/>
              <w:jc w:val="right"/>
            </w:pPr>
            <w:r>
              <w:rPr>
                <w:sz w:val="17"/>
              </w:rPr>
              <w:t>14</w:t>
            </w:r>
          </w:p>
        </w:tc>
        <w:tc>
          <w:tcPr>
            <w:tcW w:w="1584" w:type="dxa"/>
          </w:tcPr>
          <w:p w14:paraId="1B726C25" w14:textId="77777777" w:rsidR="004D342C" w:rsidRDefault="00000000">
            <w:pPr>
              <w:spacing w:before="20" w:after="20"/>
              <w:ind w:firstLine="0"/>
              <w:jc w:val="right"/>
            </w:pPr>
            <w:r>
              <w:rPr>
                <w:sz w:val="17"/>
              </w:rPr>
              <w:t>23,762</w:t>
            </w:r>
          </w:p>
        </w:tc>
        <w:tc>
          <w:tcPr>
            <w:tcW w:w="1152" w:type="dxa"/>
          </w:tcPr>
          <w:p w14:paraId="0FAB997E" w14:textId="77777777" w:rsidR="004D342C" w:rsidRDefault="00000000">
            <w:pPr>
              <w:spacing w:before="20" w:after="20"/>
              <w:ind w:firstLine="0"/>
              <w:jc w:val="right"/>
            </w:pPr>
            <w:r>
              <w:rPr>
                <w:sz w:val="17"/>
              </w:rPr>
              <w:t>100.0</w:t>
            </w:r>
          </w:p>
        </w:tc>
      </w:tr>
      <w:tr w:rsidR="004D342C" w14:paraId="7D5A97BA" w14:textId="77777777">
        <w:trPr>
          <w:cantSplit/>
          <w:jc w:val="center"/>
        </w:trPr>
        <w:tc>
          <w:tcPr>
            <w:tcW w:w="720" w:type="dxa"/>
          </w:tcPr>
          <w:p w14:paraId="49C551C7" w14:textId="77777777" w:rsidR="004D342C" w:rsidRDefault="00000000">
            <w:pPr>
              <w:spacing w:before="20" w:after="20"/>
              <w:ind w:firstLine="0"/>
            </w:pPr>
            <w:r>
              <w:rPr>
                <w:sz w:val="17"/>
              </w:rPr>
              <w:t>1991</w:t>
            </w:r>
          </w:p>
        </w:tc>
        <w:tc>
          <w:tcPr>
            <w:tcW w:w="720" w:type="dxa"/>
          </w:tcPr>
          <w:p w14:paraId="31DF0CEB" w14:textId="77777777" w:rsidR="004D342C" w:rsidRDefault="00000000">
            <w:pPr>
              <w:spacing w:before="20" w:after="20"/>
              <w:ind w:firstLine="0"/>
              <w:jc w:val="right"/>
            </w:pPr>
            <w:r>
              <w:rPr>
                <w:sz w:val="17"/>
              </w:rPr>
              <w:t>2</w:t>
            </w:r>
          </w:p>
        </w:tc>
        <w:tc>
          <w:tcPr>
            <w:tcW w:w="3024" w:type="dxa"/>
          </w:tcPr>
          <w:p w14:paraId="54FF741A" w14:textId="77777777" w:rsidR="004D342C" w:rsidRDefault="00000000">
            <w:pPr>
              <w:spacing w:before="20" w:after="20"/>
              <w:ind w:firstLine="0"/>
            </w:pPr>
            <w:r>
              <w:rPr>
                <w:sz w:val="17"/>
              </w:rPr>
              <w:t>EB35, EB36</w:t>
            </w:r>
          </w:p>
        </w:tc>
        <w:tc>
          <w:tcPr>
            <w:tcW w:w="1152" w:type="dxa"/>
          </w:tcPr>
          <w:p w14:paraId="6715F664" w14:textId="77777777" w:rsidR="004D342C" w:rsidRDefault="00000000">
            <w:pPr>
              <w:spacing w:before="20" w:after="20"/>
              <w:ind w:firstLine="0"/>
              <w:jc w:val="right"/>
            </w:pPr>
            <w:r>
              <w:rPr>
                <w:sz w:val="17"/>
              </w:rPr>
              <w:t>15</w:t>
            </w:r>
          </w:p>
        </w:tc>
        <w:tc>
          <w:tcPr>
            <w:tcW w:w="1584" w:type="dxa"/>
          </w:tcPr>
          <w:p w14:paraId="509A3836" w14:textId="77777777" w:rsidR="004D342C" w:rsidRDefault="00000000">
            <w:pPr>
              <w:spacing w:before="20" w:after="20"/>
              <w:ind w:firstLine="0"/>
              <w:jc w:val="right"/>
            </w:pPr>
            <w:r>
              <w:rPr>
                <w:sz w:val="17"/>
              </w:rPr>
              <w:t>25,248</w:t>
            </w:r>
          </w:p>
        </w:tc>
        <w:tc>
          <w:tcPr>
            <w:tcW w:w="1152" w:type="dxa"/>
          </w:tcPr>
          <w:p w14:paraId="476B604F" w14:textId="77777777" w:rsidR="004D342C" w:rsidRDefault="00000000">
            <w:pPr>
              <w:spacing w:before="20" w:after="20"/>
              <w:ind w:firstLine="0"/>
              <w:jc w:val="right"/>
            </w:pPr>
            <w:r>
              <w:rPr>
                <w:sz w:val="17"/>
              </w:rPr>
              <w:t>96.4</w:t>
            </w:r>
          </w:p>
        </w:tc>
      </w:tr>
      <w:tr w:rsidR="004D342C" w14:paraId="6916F997" w14:textId="77777777">
        <w:trPr>
          <w:cantSplit/>
          <w:jc w:val="center"/>
        </w:trPr>
        <w:tc>
          <w:tcPr>
            <w:tcW w:w="720" w:type="dxa"/>
          </w:tcPr>
          <w:p w14:paraId="177BC364" w14:textId="77777777" w:rsidR="004D342C" w:rsidRDefault="00000000">
            <w:pPr>
              <w:spacing w:before="20" w:after="20"/>
              <w:ind w:firstLine="0"/>
            </w:pPr>
            <w:r>
              <w:rPr>
                <w:sz w:val="17"/>
              </w:rPr>
              <w:t>1992</w:t>
            </w:r>
          </w:p>
        </w:tc>
        <w:tc>
          <w:tcPr>
            <w:tcW w:w="720" w:type="dxa"/>
          </w:tcPr>
          <w:p w14:paraId="0203A0E2" w14:textId="77777777" w:rsidR="004D342C" w:rsidRDefault="00000000">
            <w:pPr>
              <w:spacing w:before="20" w:after="20"/>
              <w:ind w:firstLine="0"/>
              <w:jc w:val="right"/>
            </w:pPr>
            <w:r>
              <w:rPr>
                <w:sz w:val="17"/>
              </w:rPr>
              <w:t>3</w:t>
            </w:r>
          </w:p>
        </w:tc>
        <w:tc>
          <w:tcPr>
            <w:tcW w:w="3024" w:type="dxa"/>
          </w:tcPr>
          <w:p w14:paraId="603FB180" w14:textId="77777777" w:rsidR="004D342C" w:rsidRDefault="00000000">
            <w:pPr>
              <w:spacing w:before="20" w:after="20"/>
              <w:ind w:firstLine="0"/>
            </w:pPr>
            <w:r>
              <w:rPr>
                <w:sz w:val="17"/>
              </w:rPr>
              <w:t>EB37, EB38.0, EB38.1</w:t>
            </w:r>
          </w:p>
        </w:tc>
        <w:tc>
          <w:tcPr>
            <w:tcW w:w="1152" w:type="dxa"/>
          </w:tcPr>
          <w:p w14:paraId="06896C93" w14:textId="77777777" w:rsidR="004D342C" w:rsidRDefault="00000000">
            <w:pPr>
              <w:spacing w:before="20" w:after="20"/>
              <w:ind w:firstLine="0"/>
              <w:jc w:val="right"/>
            </w:pPr>
            <w:r>
              <w:rPr>
                <w:sz w:val="17"/>
              </w:rPr>
              <w:t>15</w:t>
            </w:r>
          </w:p>
        </w:tc>
        <w:tc>
          <w:tcPr>
            <w:tcW w:w="1584" w:type="dxa"/>
          </w:tcPr>
          <w:p w14:paraId="6116EB30" w14:textId="77777777" w:rsidR="004D342C" w:rsidRDefault="00000000">
            <w:pPr>
              <w:spacing w:before="20" w:after="20"/>
              <w:ind w:firstLine="0"/>
              <w:jc w:val="right"/>
            </w:pPr>
            <w:r>
              <w:rPr>
                <w:sz w:val="17"/>
              </w:rPr>
              <w:t>39,715</w:t>
            </w:r>
          </w:p>
        </w:tc>
        <w:tc>
          <w:tcPr>
            <w:tcW w:w="1152" w:type="dxa"/>
          </w:tcPr>
          <w:p w14:paraId="47497B96" w14:textId="77777777" w:rsidR="004D342C" w:rsidRDefault="00000000">
            <w:pPr>
              <w:spacing w:before="20" w:after="20"/>
              <w:ind w:firstLine="0"/>
              <w:jc w:val="right"/>
            </w:pPr>
            <w:r>
              <w:rPr>
                <w:sz w:val="17"/>
              </w:rPr>
              <w:t>95.4</w:t>
            </w:r>
          </w:p>
        </w:tc>
      </w:tr>
      <w:tr w:rsidR="004D342C" w14:paraId="3143E8AC" w14:textId="77777777">
        <w:trPr>
          <w:cantSplit/>
          <w:jc w:val="center"/>
        </w:trPr>
        <w:tc>
          <w:tcPr>
            <w:tcW w:w="720" w:type="dxa"/>
          </w:tcPr>
          <w:p w14:paraId="3171F65D" w14:textId="77777777" w:rsidR="004D342C" w:rsidRDefault="00000000">
            <w:pPr>
              <w:spacing w:before="20" w:after="20"/>
              <w:ind w:firstLine="0"/>
            </w:pPr>
            <w:r>
              <w:rPr>
                <w:sz w:val="17"/>
              </w:rPr>
              <w:t>1993</w:t>
            </w:r>
          </w:p>
        </w:tc>
        <w:tc>
          <w:tcPr>
            <w:tcW w:w="720" w:type="dxa"/>
          </w:tcPr>
          <w:p w14:paraId="7C0525D3" w14:textId="77777777" w:rsidR="004D342C" w:rsidRDefault="00000000">
            <w:pPr>
              <w:spacing w:before="20" w:after="20"/>
              <w:ind w:firstLine="0"/>
              <w:jc w:val="right"/>
            </w:pPr>
            <w:r>
              <w:rPr>
                <w:sz w:val="17"/>
              </w:rPr>
              <w:t>2</w:t>
            </w:r>
          </w:p>
        </w:tc>
        <w:tc>
          <w:tcPr>
            <w:tcW w:w="3024" w:type="dxa"/>
          </w:tcPr>
          <w:p w14:paraId="6C88F9E6" w14:textId="77777777" w:rsidR="004D342C" w:rsidRDefault="00000000">
            <w:pPr>
              <w:spacing w:before="20" w:after="20"/>
              <w:ind w:firstLine="0"/>
            </w:pPr>
            <w:r>
              <w:rPr>
                <w:sz w:val="17"/>
              </w:rPr>
              <w:t>EB39, EB40</w:t>
            </w:r>
          </w:p>
        </w:tc>
        <w:tc>
          <w:tcPr>
            <w:tcW w:w="1152" w:type="dxa"/>
          </w:tcPr>
          <w:p w14:paraId="5DE7DC45" w14:textId="77777777" w:rsidR="004D342C" w:rsidRDefault="00000000">
            <w:pPr>
              <w:spacing w:before="20" w:after="20"/>
              <w:ind w:firstLine="0"/>
              <w:jc w:val="right"/>
            </w:pPr>
            <w:r>
              <w:rPr>
                <w:sz w:val="17"/>
              </w:rPr>
              <w:t>16</w:t>
            </w:r>
          </w:p>
        </w:tc>
        <w:tc>
          <w:tcPr>
            <w:tcW w:w="1584" w:type="dxa"/>
          </w:tcPr>
          <w:p w14:paraId="22FA3CAD" w14:textId="77777777" w:rsidR="004D342C" w:rsidRDefault="00000000">
            <w:pPr>
              <w:spacing w:before="20" w:after="20"/>
              <w:ind w:firstLine="0"/>
              <w:jc w:val="right"/>
            </w:pPr>
            <w:r>
              <w:rPr>
                <w:sz w:val="17"/>
              </w:rPr>
              <w:t>29,373</w:t>
            </w:r>
          </w:p>
        </w:tc>
        <w:tc>
          <w:tcPr>
            <w:tcW w:w="1152" w:type="dxa"/>
          </w:tcPr>
          <w:p w14:paraId="74F68B1E" w14:textId="77777777" w:rsidR="004D342C" w:rsidRDefault="00000000">
            <w:pPr>
              <w:spacing w:before="20" w:after="20"/>
              <w:ind w:firstLine="0"/>
              <w:jc w:val="right"/>
            </w:pPr>
            <w:r>
              <w:rPr>
                <w:sz w:val="17"/>
              </w:rPr>
              <w:t>87.3</w:t>
            </w:r>
          </w:p>
        </w:tc>
      </w:tr>
      <w:tr w:rsidR="004D342C" w14:paraId="367F9BB0" w14:textId="77777777">
        <w:trPr>
          <w:cantSplit/>
          <w:jc w:val="center"/>
        </w:trPr>
        <w:tc>
          <w:tcPr>
            <w:tcW w:w="720" w:type="dxa"/>
          </w:tcPr>
          <w:p w14:paraId="1541E22F" w14:textId="77777777" w:rsidR="004D342C" w:rsidRDefault="00000000">
            <w:pPr>
              <w:spacing w:before="20" w:after="20"/>
              <w:ind w:firstLine="0"/>
            </w:pPr>
            <w:r>
              <w:rPr>
                <w:sz w:val="17"/>
              </w:rPr>
              <w:t>1994</w:t>
            </w:r>
          </w:p>
        </w:tc>
        <w:tc>
          <w:tcPr>
            <w:tcW w:w="720" w:type="dxa"/>
          </w:tcPr>
          <w:p w14:paraId="1B8ED46E" w14:textId="77777777" w:rsidR="004D342C" w:rsidRDefault="00000000">
            <w:pPr>
              <w:spacing w:before="20" w:after="20"/>
              <w:ind w:firstLine="0"/>
              <w:jc w:val="right"/>
            </w:pPr>
            <w:r>
              <w:rPr>
                <w:sz w:val="17"/>
              </w:rPr>
              <w:t>3</w:t>
            </w:r>
          </w:p>
        </w:tc>
        <w:tc>
          <w:tcPr>
            <w:tcW w:w="3024" w:type="dxa"/>
          </w:tcPr>
          <w:p w14:paraId="51785202" w14:textId="77777777" w:rsidR="004D342C" w:rsidRDefault="00000000">
            <w:pPr>
              <w:spacing w:before="20" w:after="20"/>
              <w:ind w:firstLine="0"/>
            </w:pPr>
            <w:r>
              <w:rPr>
                <w:sz w:val="17"/>
              </w:rPr>
              <w:t>EB41.0, EB41.1, EB42</w:t>
            </w:r>
          </w:p>
        </w:tc>
        <w:tc>
          <w:tcPr>
            <w:tcW w:w="1152" w:type="dxa"/>
          </w:tcPr>
          <w:p w14:paraId="0FEEEC99" w14:textId="77777777" w:rsidR="004D342C" w:rsidRDefault="00000000">
            <w:pPr>
              <w:spacing w:before="20" w:after="20"/>
              <w:ind w:firstLine="0"/>
              <w:jc w:val="right"/>
            </w:pPr>
            <w:r>
              <w:rPr>
                <w:sz w:val="17"/>
              </w:rPr>
              <w:t>18</w:t>
            </w:r>
          </w:p>
        </w:tc>
        <w:tc>
          <w:tcPr>
            <w:tcW w:w="1584" w:type="dxa"/>
          </w:tcPr>
          <w:p w14:paraId="5BF76333" w14:textId="77777777" w:rsidR="004D342C" w:rsidRDefault="00000000">
            <w:pPr>
              <w:spacing w:before="20" w:after="20"/>
              <w:ind w:firstLine="0"/>
              <w:jc w:val="right"/>
            </w:pPr>
            <w:r>
              <w:rPr>
                <w:sz w:val="17"/>
              </w:rPr>
              <w:t>43,550</w:t>
            </w:r>
          </w:p>
        </w:tc>
        <w:tc>
          <w:tcPr>
            <w:tcW w:w="1152" w:type="dxa"/>
          </w:tcPr>
          <w:p w14:paraId="3CA58F84" w14:textId="77777777" w:rsidR="004D342C" w:rsidRDefault="00000000">
            <w:pPr>
              <w:spacing w:before="20" w:after="20"/>
              <w:ind w:firstLine="0"/>
              <w:jc w:val="right"/>
            </w:pPr>
            <w:r>
              <w:rPr>
                <w:sz w:val="17"/>
              </w:rPr>
              <w:t>95.0</w:t>
            </w:r>
          </w:p>
        </w:tc>
      </w:tr>
      <w:tr w:rsidR="004D342C" w14:paraId="13742BFD" w14:textId="77777777">
        <w:trPr>
          <w:cantSplit/>
          <w:jc w:val="center"/>
        </w:trPr>
        <w:tc>
          <w:tcPr>
            <w:tcW w:w="720" w:type="dxa"/>
          </w:tcPr>
          <w:p w14:paraId="58847585" w14:textId="77777777" w:rsidR="004D342C" w:rsidRDefault="00000000">
            <w:pPr>
              <w:spacing w:before="20" w:after="20"/>
              <w:ind w:firstLine="0"/>
            </w:pPr>
            <w:r>
              <w:rPr>
                <w:sz w:val="17"/>
              </w:rPr>
              <w:t>1995</w:t>
            </w:r>
          </w:p>
        </w:tc>
        <w:tc>
          <w:tcPr>
            <w:tcW w:w="720" w:type="dxa"/>
          </w:tcPr>
          <w:p w14:paraId="6C9D4D33" w14:textId="77777777" w:rsidR="004D342C" w:rsidRDefault="00000000">
            <w:pPr>
              <w:spacing w:before="20" w:after="20"/>
              <w:ind w:firstLine="0"/>
              <w:jc w:val="right"/>
            </w:pPr>
            <w:r>
              <w:rPr>
                <w:sz w:val="17"/>
              </w:rPr>
              <w:t>2</w:t>
            </w:r>
          </w:p>
        </w:tc>
        <w:tc>
          <w:tcPr>
            <w:tcW w:w="3024" w:type="dxa"/>
          </w:tcPr>
          <w:p w14:paraId="69A78E38" w14:textId="77777777" w:rsidR="004D342C" w:rsidRDefault="00000000">
            <w:pPr>
              <w:spacing w:before="20" w:after="20"/>
              <w:ind w:firstLine="0"/>
            </w:pPr>
            <w:r>
              <w:rPr>
                <w:sz w:val="17"/>
              </w:rPr>
              <w:t>EB43.1bis, EB44.1</w:t>
            </w:r>
          </w:p>
        </w:tc>
        <w:tc>
          <w:tcPr>
            <w:tcW w:w="1152" w:type="dxa"/>
          </w:tcPr>
          <w:p w14:paraId="5C07DB60" w14:textId="77777777" w:rsidR="004D342C" w:rsidRDefault="00000000">
            <w:pPr>
              <w:spacing w:before="20" w:after="20"/>
              <w:ind w:firstLine="0"/>
              <w:jc w:val="right"/>
            </w:pPr>
            <w:r>
              <w:rPr>
                <w:sz w:val="17"/>
              </w:rPr>
              <w:t>18</w:t>
            </w:r>
          </w:p>
        </w:tc>
        <w:tc>
          <w:tcPr>
            <w:tcW w:w="1584" w:type="dxa"/>
          </w:tcPr>
          <w:p w14:paraId="3477D455" w14:textId="77777777" w:rsidR="004D342C" w:rsidRDefault="00000000">
            <w:pPr>
              <w:spacing w:before="20" w:after="20"/>
              <w:ind w:firstLine="0"/>
              <w:jc w:val="right"/>
            </w:pPr>
            <w:r>
              <w:rPr>
                <w:sz w:val="17"/>
              </w:rPr>
              <w:t>33,246</w:t>
            </w:r>
          </w:p>
        </w:tc>
        <w:tc>
          <w:tcPr>
            <w:tcW w:w="1152" w:type="dxa"/>
          </w:tcPr>
          <w:p w14:paraId="74198E47" w14:textId="77777777" w:rsidR="004D342C" w:rsidRDefault="00000000">
            <w:pPr>
              <w:spacing w:before="20" w:after="20"/>
              <w:ind w:firstLine="0"/>
              <w:jc w:val="right"/>
            </w:pPr>
            <w:r>
              <w:rPr>
                <w:sz w:val="17"/>
              </w:rPr>
              <w:t>100.0</w:t>
            </w:r>
          </w:p>
        </w:tc>
      </w:tr>
      <w:tr w:rsidR="004D342C" w14:paraId="5FACFE71" w14:textId="77777777">
        <w:trPr>
          <w:cantSplit/>
          <w:jc w:val="center"/>
        </w:trPr>
        <w:tc>
          <w:tcPr>
            <w:tcW w:w="720" w:type="dxa"/>
          </w:tcPr>
          <w:p w14:paraId="6AC8357D" w14:textId="77777777" w:rsidR="004D342C" w:rsidRDefault="00000000">
            <w:pPr>
              <w:spacing w:before="20" w:after="20"/>
              <w:ind w:firstLine="0"/>
            </w:pPr>
            <w:r>
              <w:rPr>
                <w:sz w:val="17"/>
              </w:rPr>
              <w:t>1996</w:t>
            </w:r>
          </w:p>
        </w:tc>
        <w:tc>
          <w:tcPr>
            <w:tcW w:w="720" w:type="dxa"/>
          </w:tcPr>
          <w:p w14:paraId="1DB8FF89" w14:textId="77777777" w:rsidR="004D342C" w:rsidRDefault="00000000">
            <w:pPr>
              <w:spacing w:before="20" w:after="20"/>
              <w:ind w:firstLine="0"/>
              <w:jc w:val="right"/>
            </w:pPr>
            <w:r>
              <w:rPr>
                <w:sz w:val="17"/>
              </w:rPr>
              <w:t>3</w:t>
            </w:r>
          </w:p>
        </w:tc>
        <w:tc>
          <w:tcPr>
            <w:tcW w:w="3024" w:type="dxa"/>
          </w:tcPr>
          <w:p w14:paraId="5D2FFFD0" w14:textId="77777777" w:rsidR="004D342C" w:rsidRDefault="00000000">
            <w:pPr>
              <w:spacing w:before="20" w:after="20"/>
              <w:ind w:firstLine="0"/>
            </w:pPr>
            <w:r>
              <w:rPr>
                <w:sz w:val="17"/>
              </w:rPr>
              <w:t>EB44.2bis, EB45.1, EB46</w:t>
            </w:r>
          </w:p>
        </w:tc>
        <w:tc>
          <w:tcPr>
            <w:tcW w:w="1152" w:type="dxa"/>
          </w:tcPr>
          <w:p w14:paraId="1575AEA0" w14:textId="77777777" w:rsidR="004D342C" w:rsidRDefault="00000000">
            <w:pPr>
              <w:spacing w:before="20" w:after="20"/>
              <w:ind w:firstLine="0"/>
              <w:jc w:val="right"/>
            </w:pPr>
            <w:r>
              <w:rPr>
                <w:sz w:val="17"/>
              </w:rPr>
              <w:t>17</w:t>
            </w:r>
          </w:p>
        </w:tc>
        <w:tc>
          <w:tcPr>
            <w:tcW w:w="1584" w:type="dxa"/>
          </w:tcPr>
          <w:p w14:paraId="5EB8DE5B" w14:textId="77777777" w:rsidR="004D342C" w:rsidRDefault="00000000">
            <w:pPr>
              <w:spacing w:before="20" w:after="20"/>
              <w:ind w:firstLine="0"/>
              <w:jc w:val="right"/>
            </w:pPr>
            <w:r>
              <w:rPr>
                <w:sz w:val="17"/>
              </w:rPr>
              <w:t>93,941</w:t>
            </w:r>
          </w:p>
        </w:tc>
        <w:tc>
          <w:tcPr>
            <w:tcW w:w="1152" w:type="dxa"/>
          </w:tcPr>
          <w:p w14:paraId="753725AB" w14:textId="77777777" w:rsidR="004D342C" w:rsidRDefault="00000000">
            <w:pPr>
              <w:spacing w:before="20" w:after="20"/>
              <w:ind w:firstLine="0"/>
              <w:jc w:val="right"/>
            </w:pPr>
            <w:r>
              <w:rPr>
                <w:sz w:val="17"/>
              </w:rPr>
              <w:t>100.0</w:t>
            </w:r>
          </w:p>
        </w:tc>
      </w:tr>
      <w:tr w:rsidR="004D342C" w14:paraId="27A49D9F" w14:textId="77777777">
        <w:trPr>
          <w:cantSplit/>
          <w:jc w:val="center"/>
        </w:trPr>
        <w:tc>
          <w:tcPr>
            <w:tcW w:w="720" w:type="dxa"/>
          </w:tcPr>
          <w:p w14:paraId="0AAA0F7E" w14:textId="77777777" w:rsidR="004D342C" w:rsidRDefault="00000000">
            <w:pPr>
              <w:spacing w:before="20" w:after="20"/>
              <w:ind w:firstLine="0"/>
            </w:pPr>
            <w:r>
              <w:rPr>
                <w:sz w:val="17"/>
              </w:rPr>
              <w:t>1997</w:t>
            </w:r>
          </w:p>
        </w:tc>
        <w:tc>
          <w:tcPr>
            <w:tcW w:w="720" w:type="dxa"/>
          </w:tcPr>
          <w:p w14:paraId="39211177" w14:textId="77777777" w:rsidR="004D342C" w:rsidRDefault="00000000">
            <w:pPr>
              <w:spacing w:before="20" w:after="20"/>
              <w:ind w:firstLine="0"/>
              <w:jc w:val="right"/>
            </w:pPr>
            <w:r>
              <w:rPr>
                <w:sz w:val="17"/>
              </w:rPr>
              <w:t>3</w:t>
            </w:r>
          </w:p>
        </w:tc>
        <w:tc>
          <w:tcPr>
            <w:tcW w:w="3024" w:type="dxa"/>
          </w:tcPr>
          <w:p w14:paraId="44A7E104" w14:textId="77777777" w:rsidR="004D342C" w:rsidRDefault="00000000">
            <w:pPr>
              <w:spacing w:before="20" w:after="20"/>
              <w:ind w:firstLine="0"/>
            </w:pPr>
            <w:r>
              <w:rPr>
                <w:sz w:val="17"/>
              </w:rPr>
              <w:t>EB47.1, EB47.2, EB48</w:t>
            </w:r>
          </w:p>
        </w:tc>
        <w:tc>
          <w:tcPr>
            <w:tcW w:w="1152" w:type="dxa"/>
          </w:tcPr>
          <w:p w14:paraId="777027AC" w14:textId="77777777" w:rsidR="004D342C" w:rsidRDefault="00000000">
            <w:pPr>
              <w:spacing w:before="20" w:after="20"/>
              <w:ind w:firstLine="0"/>
              <w:jc w:val="right"/>
            </w:pPr>
            <w:r>
              <w:rPr>
                <w:sz w:val="17"/>
              </w:rPr>
              <w:t>17</w:t>
            </w:r>
          </w:p>
        </w:tc>
        <w:tc>
          <w:tcPr>
            <w:tcW w:w="1584" w:type="dxa"/>
          </w:tcPr>
          <w:p w14:paraId="24AEEDCB" w14:textId="77777777" w:rsidR="004D342C" w:rsidRDefault="00000000">
            <w:pPr>
              <w:spacing w:before="20" w:after="20"/>
              <w:ind w:firstLine="0"/>
              <w:jc w:val="right"/>
            </w:pPr>
            <w:r>
              <w:rPr>
                <w:sz w:val="17"/>
              </w:rPr>
              <w:t>46,172</w:t>
            </w:r>
          </w:p>
        </w:tc>
        <w:tc>
          <w:tcPr>
            <w:tcW w:w="1152" w:type="dxa"/>
          </w:tcPr>
          <w:p w14:paraId="65E54568" w14:textId="77777777" w:rsidR="004D342C" w:rsidRDefault="00000000">
            <w:pPr>
              <w:spacing w:before="20" w:after="20"/>
              <w:ind w:firstLine="0"/>
              <w:jc w:val="right"/>
            </w:pPr>
            <w:r>
              <w:rPr>
                <w:sz w:val="17"/>
              </w:rPr>
              <w:t>100.0</w:t>
            </w:r>
          </w:p>
        </w:tc>
      </w:tr>
      <w:tr w:rsidR="004D342C" w14:paraId="1D551490" w14:textId="77777777">
        <w:trPr>
          <w:cantSplit/>
          <w:jc w:val="center"/>
        </w:trPr>
        <w:tc>
          <w:tcPr>
            <w:tcW w:w="720" w:type="dxa"/>
          </w:tcPr>
          <w:p w14:paraId="713F9362" w14:textId="77777777" w:rsidR="004D342C" w:rsidRDefault="00000000">
            <w:pPr>
              <w:spacing w:before="20" w:after="20"/>
              <w:ind w:firstLine="0"/>
            </w:pPr>
            <w:r>
              <w:rPr>
                <w:sz w:val="17"/>
              </w:rPr>
              <w:t>1998</w:t>
            </w:r>
          </w:p>
        </w:tc>
        <w:tc>
          <w:tcPr>
            <w:tcW w:w="720" w:type="dxa"/>
          </w:tcPr>
          <w:p w14:paraId="2F060067" w14:textId="77777777" w:rsidR="004D342C" w:rsidRDefault="00000000">
            <w:pPr>
              <w:spacing w:before="20" w:after="20"/>
              <w:ind w:firstLine="0"/>
              <w:jc w:val="right"/>
            </w:pPr>
            <w:r>
              <w:rPr>
                <w:sz w:val="17"/>
              </w:rPr>
              <w:t>2</w:t>
            </w:r>
          </w:p>
        </w:tc>
        <w:tc>
          <w:tcPr>
            <w:tcW w:w="3024" w:type="dxa"/>
          </w:tcPr>
          <w:p w14:paraId="144A352E" w14:textId="77777777" w:rsidR="004D342C" w:rsidRDefault="00000000">
            <w:pPr>
              <w:spacing w:before="20" w:after="20"/>
              <w:ind w:firstLine="0"/>
            </w:pPr>
            <w:r>
              <w:rPr>
                <w:sz w:val="17"/>
              </w:rPr>
              <w:t>EB49, EB50</w:t>
            </w:r>
          </w:p>
        </w:tc>
        <w:tc>
          <w:tcPr>
            <w:tcW w:w="1152" w:type="dxa"/>
          </w:tcPr>
          <w:p w14:paraId="7DE6DD4E" w14:textId="77777777" w:rsidR="004D342C" w:rsidRDefault="00000000">
            <w:pPr>
              <w:spacing w:before="20" w:after="20"/>
              <w:ind w:firstLine="0"/>
              <w:jc w:val="right"/>
            </w:pPr>
            <w:r>
              <w:rPr>
                <w:sz w:val="17"/>
              </w:rPr>
              <w:t>17</w:t>
            </w:r>
          </w:p>
        </w:tc>
        <w:tc>
          <w:tcPr>
            <w:tcW w:w="1584" w:type="dxa"/>
          </w:tcPr>
          <w:p w14:paraId="1CC4F100" w14:textId="77777777" w:rsidR="004D342C" w:rsidRDefault="00000000">
            <w:pPr>
              <w:spacing w:before="20" w:after="20"/>
              <w:ind w:firstLine="0"/>
              <w:jc w:val="right"/>
            </w:pPr>
            <w:r>
              <w:rPr>
                <w:sz w:val="17"/>
              </w:rPr>
              <w:t>30,824</w:t>
            </w:r>
          </w:p>
        </w:tc>
        <w:tc>
          <w:tcPr>
            <w:tcW w:w="1152" w:type="dxa"/>
          </w:tcPr>
          <w:p w14:paraId="4A5E439F" w14:textId="77777777" w:rsidR="004D342C" w:rsidRDefault="00000000">
            <w:pPr>
              <w:spacing w:before="20" w:after="20"/>
              <w:ind w:firstLine="0"/>
              <w:jc w:val="right"/>
            </w:pPr>
            <w:r>
              <w:rPr>
                <w:sz w:val="17"/>
              </w:rPr>
              <w:t>100.0</w:t>
            </w:r>
          </w:p>
        </w:tc>
      </w:tr>
      <w:tr w:rsidR="004D342C" w14:paraId="695FF4CF" w14:textId="77777777">
        <w:trPr>
          <w:cantSplit/>
          <w:jc w:val="center"/>
        </w:trPr>
        <w:tc>
          <w:tcPr>
            <w:tcW w:w="720" w:type="dxa"/>
          </w:tcPr>
          <w:p w14:paraId="64029E12" w14:textId="77777777" w:rsidR="004D342C" w:rsidRDefault="00000000">
            <w:pPr>
              <w:spacing w:before="20" w:after="20"/>
              <w:ind w:firstLine="0"/>
            </w:pPr>
            <w:r>
              <w:rPr>
                <w:sz w:val="17"/>
              </w:rPr>
              <w:t>1999</w:t>
            </w:r>
          </w:p>
        </w:tc>
        <w:tc>
          <w:tcPr>
            <w:tcW w:w="720" w:type="dxa"/>
          </w:tcPr>
          <w:p w14:paraId="5376F680" w14:textId="77777777" w:rsidR="004D342C" w:rsidRDefault="00000000">
            <w:pPr>
              <w:spacing w:before="20" w:after="20"/>
              <w:ind w:firstLine="0"/>
              <w:jc w:val="right"/>
            </w:pPr>
            <w:r>
              <w:rPr>
                <w:sz w:val="17"/>
              </w:rPr>
              <w:t>2</w:t>
            </w:r>
          </w:p>
        </w:tc>
        <w:tc>
          <w:tcPr>
            <w:tcW w:w="3024" w:type="dxa"/>
          </w:tcPr>
          <w:p w14:paraId="15DB5DCD" w14:textId="77777777" w:rsidR="004D342C" w:rsidRDefault="00000000">
            <w:pPr>
              <w:spacing w:before="20" w:after="20"/>
              <w:ind w:firstLine="0"/>
            </w:pPr>
            <w:r>
              <w:rPr>
                <w:sz w:val="17"/>
              </w:rPr>
              <w:t>EB51, EB52</w:t>
            </w:r>
          </w:p>
        </w:tc>
        <w:tc>
          <w:tcPr>
            <w:tcW w:w="1152" w:type="dxa"/>
          </w:tcPr>
          <w:p w14:paraId="1BAA3806" w14:textId="77777777" w:rsidR="004D342C" w:rsidRDefault="00000000">
            <w:pPr>
              <w:spacing w:before="20" w:after="20"/>
              <w:ind w:firstLine="0"/>
              <w:jc w:val="right"/>
            </w:pPr>
            <w:r>
              <w:rPr>
                <w:sz w:val="17"/>
              </w:rPr>
              <w:t>17</w:t>
            </w:r>
          </w:p>
        </w:tc>
        <w:tc>
          <w:tcPr>
            <w:tcW w:w="1584" w:type="dxa"/>
          </w:tcPr>
          <w:p w14:paraId="6C33FAA5" w14:textId="77777777" w:rsidR="004D342C" w:rsidRDefault="00000000">
            <w:pPr>
              <w:spacing w:before="20" w:after="20"/>
              <w:ind w:firstLine="0"/>
              <w:jc w:val="right"/>
            </w:pPr>
            <w:r>
              <w:rPr>
                <w:sz w:val="17"/>
              </w:rPr>
              <w:t>31,141</w:t>
            </w:r>
          </w:p>
        </w:tc>
        <w:tc>
          <w:tcPr>
            <w:tcW w:w="1152" w:type="dxa"/>
          </w:tcPr>
          <w:p w14:paraId="21237C30" w14:textId="77777777" w:rsidR="004D342C" w:rsidRDefault="00000000">
            <w:pPr>
              <w:spacing w:before="20" w:after="20"/>
              <w:ind w:firstLine="0"/>
              <w:jc w:val="right"/>
            </w:pPr>
            <w:r>
              <w:rPr>
                <w:sz w:val="17"/>
              </w:rPr>
              <w:t>100.0</w:t>
            </w:r>
          </w:p>
        </w:tc>
      </w:tr>
      <w:tr w:rsidR="004D342C" w14:paraId="4856469A" w14:textId="77777777">
        <w:trPr>
          <w:cantSplit/>
          <w:jc w:val="center"/>
        </w:trPr>
        <w:tc>
          <w:tcPr>
            <w:tcW w:w="720" w:type="dxa"/>
          </w:tcPr>
          <w:p w14:paraId="213F8BF5" w14:textId="77777777" w:rsidR="004D342C" w:rsidRDefault="00000000">
            <w:pPr>
              <w:spacing w:before="20" w:after="20"/>
              <w:ind w:firstLine="0"/>
            </w:pPr>
            <w:r>
              <w:rPr>
                <w:sz w:val="17"/>
              </w:rPr>
              <w:t>2000</w:t>
            </w:r>
          </w:p>
        </w:tc>
        <w:tc>
          <w:tcPr>
            <w:tcW w:w="720" w:type="dxa"/>
          </w:tcPr>
          <w:p w14:paraId="1DE8F8EB" w14:textId="77777777" w:rsidR="004D342C" w:rsidRDefault="00000000">
            <w:pPr>
              <w:spacing w:before="20" w:after="20"/>
              <w:ind w:firstLine="0"/>
              <w:jc w:val="right"/>
            </w:pPr>
            <w:r>
              <w:rPr>
                <w:sz w:val="17"/>
              </w:rPr>
              <w:t>2</w:t>
            </w:r>
          </w:p>
        </w:tc>
        <w:tc>
          <w:tcPr>
            <w:tcW w:w="3024" w:type="dxa"/>
          </w:tcPr>
          <w:p w14:paraId="0DA20AB8" w14:textId="77777777" w:rsidR="004D342C" w:rsidRDefault="00000000">
            <w:pPr>
              <w:spacing w:before="20" w:after="20"/>
              <w:ind w:firstLine="0"/>
            </w:pPr>
            <w:r>
              <w:rPr>
                <w:sz w:val="17"/>
              </w:rPr>
              <w:t>EB53, EB54.1</w:t>
            </w:r>
          </w:p>
        </w:tc>
        <w:tc>
          <w:tcPr>
            <w:tcW w:w="1152" w:type="dxa"/>
          </w:tcPr>
          <w:p w14:paraId="1C81E2ED" w14:textId="77777777" w:rsidR="004D342C" w:rsidRDefault="00000000">
            <w:pPr>
              <w:spacing w:before="20" w:after="20"/>
              <w:ind w:firstLine="0"/>
              <w:jc w:val="right"/>
            </w:pPr>
            <w:r>
              <w:rPr>
                <w:sz w:val="17"/>
              </w:rPr>
              <w:t>17</w:t>
            </w:r>
          </w:p>
        </w:tc>
        <w:tc>
          <w:tcPr>
            <w:tcW w:w="1584" w:type="dxa"/>
          </w:tcPr>
          <w:p w14:paraId="3DEB6CC6" w14:textId="77777777" w:rsidR="004D342C" w:rsidRDefault="00000000">
            <w:pPr>
              <w:spacing w:before="20" w:after="20"/>
              <w:ind w:firstLine="0"/>
              <w:jc w:val="right"/>
            </w:pPr>
            <w:r>
              <w:rPr>
                <w:sz w:val="17"/>
              </w:rPr>
              <w:t>31,422</w:t>
            </w:r>
          </w:p>
        </w:tc>
        <w:tc>
          <w:tcPr>
            <w:tcW w:w="1152" w:type="dxa"/>
          </w:tcPr>
          <w:p w14:paraId="0BB8B722" w14:textId="77777777" w:rsidR="004D342C" w:rsidRDefault="00000000">
            <w:pPr>
              <w:spacing w:before="20" w:after="20"/>
              <w:ind w:firstLine="0"/>
              <w:jc w:val="right"/>
            </w:pPr>
            <w:r>
              <w:rPr>
                <w:sz w:val="17"/>
              </w:rPr>
              <w:t>100.0</w:t>
            </w:r>
          </w:p>
        </w:tc>
      </w:tr>
      <w:tr w:rsidR="004D342C" w14:paraId="65B341E5" w14:textId="77777777">
        <w:trPr>
          <w:cantSplit/>
          <w:jc w:val="center"/>
        </w:trPr>
        <w:tc>
          <w:tcPr>
            <w:tcW w:w="720" w:type="dxa"/>
          </w:tcPr>
          <w:p w14:paraId="30DF6514" w14:textId="77777777" w:rsidR="004D342C" w:rsidRDefault="00000000">
            <w:pPr>
              <w:spacing w:before="20" w:after="20"/>
              <w:ind w:firstLine="0"/>
            </w:pPr>
            <w:r>
              <w:rPr>
                <w:sz w:val="17"/>
              </w:rPr>
              <w:t>2001</w:t>
            </w:r>
          </w:p>
        </w:tc>
        <w:tc>
          <w:tcPr>
            <w:tcW w:w="720" w:type="dxa"/>
          </w:tcPr>
          <w:p w14:paraId="05356FA9" w14:textId="77777777" w:rsidR="004D342C" w:rsidRDefault="00000000">
            <w:pPr>
              <w:spacing w:before="20" w:after="20"/>
              <w:ind w:firstLine="0"/>
              <w:jc w:val="right"/>
            </w:pPr>
            <w:r>
              <w:rPr>
                <w:sz w:val="17"/>
              </w:rPr>
              <w:t>3</w:t>
            </w:r>
          </w:p>
        </w:tc>
        <w:tc>
          <w:tcPr>
            <w:tcW w:w="3024" w:type="dxa"/>
          </w:tcPr>
          <w:p w14:paraId="6E094D21" w14:textId="77777777" w:rsidR="004D342C" w:rsidRDefault="00000000">
            <w:pPr>
              <w:spacing w:before="20" w:after="20"/>
              <w:ind w:firstLine="0"/>
            </w:pPr>
            <w:r>
              <w:rPr>
                <w:sz w:val="17"/>
              </w:rPr>
              <w:t>EB55.0, EB55.1, EB56.2</w:t>
            </w:r>
          </w:p>
        </w:tc>
        <w:tc>
          <w:tcPr>
            <w:tcW w:w="1152" w:type="dxa"/>
          </w:tcPr>
          <w:p w14:paraId="75E0E7AA" w14:textId="77777777" w:rsidR="004D342C" w:rsidRDefault="00000000">
            <w:pPr>
              <w:spacing w:before="20" w:after="20"/>
              <w:ind w:firstLine="0"/>
              <w:jc w:val="right"/>
            </w:pPr>
            <w:r>
              <w:rPr>
                <w:sz w:val="17"/>
              </w:rPr>
              <w:t>17</w:t>
            </w:r>
          </w:p>
        </w:tc>
        <w:tc>
          <w:tcPr>
            <w:tcW w:w="1584" w:type="dxa"/>
          </w:tcPr>
          <w:p w14:paraId="50246E8D" w14:textId="77777777" w:rsidR="004D342C" w:rsidRDefault="00000000">
            <w:pPr>
              <w:spacing w:before="20" w:after="20"/>
              <w:ind w:firstLine="0"/>
              <w:jc w:val="right"/>
            </w:pPr>
            <w:r>
              <w:rPr>
                <w:sz w:val="17"/>
              </w:rPr>
              <w:t>31,471</w:t>
            </w:r>
          </w:p>
        </w:tc>
        <w:tc>
          <w:tcPr>
            <w:tcW w:w="1152" w:type="dxa"/>
          </w:tcPr>
          <w:p w14:paraId="20B1F290" w14:textId="77777777" w:rsidR="004D342C" w:rsidRDefault="00000000">
            <w:pPr>
              <w:spacing w:before="20" w:after="20"/>
              <w:ind w:firstLine="0"/>
              <w:jc w:val="right"/>
            </w:pPr>
            <w:r>
              <w:rPr>
                <w:sz w:val="17"/>
              </w:rPr>
              <w:t>100.0</w:t>
            </w:r>
          </w:p>
        </w:tc>
      </w:tr>
      <w:tr w:rsidR="004D342C" w14:paraId="472AD371" w14:textId="77777777">
        <w:trPr>
          <w:cantSplit/>
          <w:jc w:val="center"/>
        </w:trPr>
        <w:tc>
          <w:tcPr>
            <w:tcW w:w="720" w:type="dxa"/>
          </w:tcPr>
          <w:p w14:paraId="28F3E840" w14:textId="77777777" w:rsidR="004D342C" w:rsidRDefault="00000000">
            <w:pPr>
              <w:spacing w:before="20" w:after="20"/>
              <w:ind w:firstLine="0"/>
            </w:pPr>
            <w:r>
              <w:rPr>
                <w:sz w:val="17"/>
              </w:rPr>
              <w:t>2002</w:t>
            </w:r>
          </w:p>
        </w:tc>
        <w:tc>
          <w:tcPr>
            <w:tcW w:w="720" w:type="dxa"/>
          </w:tcPr>
          <w:p w14:paraId="3021B4F8" w14:textId="77777777" w:rsidR="004D342C" w:rsidRDefault="00000000">
            <w:pPr>
              <w:spacing w:before="20" w:after="20"/>
              <w:ind w:firstLine="0"/>
              <w:jc w:val="right"/>
            </w:pPr>
            <w:r>
              <w:rPr>
                <w:sz w:val="17"/>
              </w:rPr>
              <w:t>3</w:t>
            </w:r>
          </w:p>
        </w:tc>
        <w:tc>
          <w:tcPr>
            <w:tcW w:w="3024" w:type="dxa"/>
          </w:tcPr>
          <w:p w14:paraId="18286025" w14:textId="77777777" w:rsidR="004D342C" w:rsidRDefault="00000000">
            <w:pPr>
              <w:spacing w:before="20" w:after="20"/>
              <w:ind w:firstLine="0"/>
            </w:pPr>
            <w:r>
              <w:rPr>
                <w:sz w:val="17"/>
              </w:rPr>
              <w:t>EB56.3, EB57.1, EB58.1</w:t>
            </w:r>
          </w:p>
        </w:tc>
        <w:tc>
          <w:tcPr>
            <w:tcW w:w="1152" w:type="dxa"/>
          </w:tcPr>
          <w:p w14:paraId="5FFD1AF2" w14:textId="77777777" w:rsidR="004D342C" w:rsidRDefault="00000000">
            <w:pPr>
              <w:spacing w:before="20" w:after="20"/>
              <w:ind w:firstLine="0"/>
              <w:jc w:val="right"/>
            </w:pPr>
            <w:r>
              <w:rPr>
                <w:sz w:val="17"/>
              </w:rPr>
              <w:t>17</w:t>
            </w:r>
          </w:p>
        </w:tc>
        <w:tc>
          <w:tcPr>
            <w:tcW w:w="1584" w:type="dxa"/>
          </w:tcPr>
          <w:p w14:paraId="0BFF95E7" w14:textId="77777777" w:rsidR="004D342C" w:rsidRDefault="00000000">
            <w:pPr>
              <w:spacing w:before="20" w:after="20"/>
              <w:ind w:firstLine="0"/>
              <w:jc w:val="right"/>
            </w:pPr>
            <w:r>
              <w:rPr>
                <w:sz w:val="17"/>
              </w:rPr>
              <w:t>31,669</w:t>
            </w:r>
          </w:p>
        </w:tc>
        <w:tc>
          <w:tcPr>
            <w:tcW w:w="1152" w:type="dxa"/>
          </w:tcPr>
          <w:p w14:paraId="6726662E" w14:textId="77777777" w:rsidR="004D342C" w:rsidRDefault="00000000">
            <w:pPr>
              <w:spacing w:before="20" w:after="20"/>
              <w:ind w:firstLine="0"/>
              <w:jc w:val="right"/>
            </w:pPr>
            <w:r>
              <w:rPr>
                <w:sz w:val="17"/>
              </w:rPr>
              <w:t>100.0</w:t>
            </w:r>
          </w:p>
        </w:tc>
      </w:tr>
      <w:tr w:rsidR="004D342C" w14:paraId="3AB49CE6" w14:textId="77777777">
        <w:trPr>
          <w:cantSplit/>
          <w:jc w:val="center"/>
        </w:trPr>
        <w:tc>
          <w:tcPr>
            <w:tcW w:w="720" w:type="dxa"/>
          </w:tcPr>
          <w:p w14:paraId="50FE82FF" w14:textId="77777777" w:rsidR="004D342C" w:rsidRDefault="00000000">
            <w:pPr>
              <w:spacing w:before="20" w:after="20"/>
              <w:ind w:firstLine="0"/>
            </w:pPr>
            <w:r>
              <w:rPr>
                <w:sz w:val="17"/>
              </w:rPr>
              <w:lastRenderedPageBreak/>
              <w:t>2003</w:t>
            </w:r>
          </w:p>
        </w:tc>
        <w:tc>
          <w:tcPr>
            <w:tcW w:w="720" w:type="dxa"/>
          </w:tcPr>
          <w:p w14:paraId="4EF44E85" w14:textId="77777777" w:rsidR="004D342C" w:rsidRDefault="00000000">
            <w:pPr>
              <w:spacing w:before="20" w:after="20"/>
              <w:ind w:firstLine="0"/>
              <w:jc w:val="right"/>
            </w:pPr>
            <w:r>
              <w:rPr>
                <w:sz w:val="17"/>
              </w:rPr>
              <w:t>2</w:t>
            </w:r>
          </w:p>
        </w:tc>
        <w:tc>
          <w:tcPr>
            <w:tcW w:w="3024" w:type="dxa"/>
          </w:tcPr>
          <w:p w14:paraId="0D753503" w14:textId="77777777" w:rsidR="004D342C" w:rsidRDefault="00000000">
            <w:pPr>
              <w:spacing w:before="20" w:after="20"/>
              <w:ind w:firstLine="0"/>
            </w:pPr>
            <w:r>
              <w:rPr>
                <w:sz w:val="17"/>
              </w:rPr>
              <w:t>EB59.1, EB60.1</w:t>
            </w:r>
          </w:p>
        </w:tc>
        <w:tc>
          <w:tcPr>
            <w:tcW w:w="1152" w:type="dxa"/>
          </w:tcPr>
          <w:p w14:paraId="647F6EC2" w14:textId="77777777" w:rsidR="004D342C" w:rsidRDefault="00000000">
            <w:pPr>
              <w:spacing w:before="20" w:after="20"/>
              <w:ind w:firstLine="0"/>
              <w:jc w:val="right"/>
            </w:pPr>
            <w:r>
              <w:rPr>
                <w:sz w:val="17"/>
              </w:rPr>
              <w:t>17</w:t>
            </w:r>
          </w:p>
        </w:tc>
        <w:tc>
          <w:tcPr>
            <w:tcW w:w="1584" w:type="dxa"/>
          </w:tcPr>
          <w:p w14:paraId="07C8EAF0" w14:textId="77777777" w:rsidR="004D342C" w:rsidRDefault="00000000">
            <w:pPr>
              <w:spacing w:before="20" w:after="20"/>
              <w:ind w:firstLine="0"/>
              <w:jc w:val="right"/>
            </w:pPr>
            <w:r>
              <w:rPr>
                <w:sz w:val="17"/>
              </w:rPr>
              <w:t>31,979</w:t>
            </w:r>
          </w:p>
        </w:tc>
        <w:tc>
          <w:tcPr>
            <w:tcW w:w="1152" w:type="dxa"/>
          </w:tcPr>
          <w:p w14:paraId="41E9A03A" w14:textId="77777777" w:rsidR="004D342C" w:rsidRDefault="00000000">
            <w:pPr>
              <w:spacing w:before="20" w:after="20"/>
              <w:ind w:firstLine="0"/>
              <w:jc w:val="right"/>
            </w:pPr>
            <w:r>
              <w:rPr>
                <w:sz w:val="17"/>
              </w:rPr>
              <w:t>100.0</w:t>
            </w:r>
          </w:p>
        </w:tc>
      </w:tr>
      <w:tr w:rsidR="004D342C" w14:paraId="5FFF4132" w14:textId="77777777">
        <w:trPr>
          <w:cantSplit/>
          <w:jc w:val="center"/>
        </w:trPr>
        <w:tc>
          <w:tcPr>
            <w:tcW w:w="720" w:type="dxa"/>
          </w:tcPr>
          <w:p w14:paraId="3DF3F680" w14:textId="77777777" w:rsidR="004D342C" w:rsidRDefault="00000000">
            <w:pPr>
              <w:spacing w:before="20" w:after="20"/>
              <w:ind w:firstLine="0"/>
            </w:pPr>
            <w:r>
              <w:rPr>
                <w:sz w:val="17"/>
              </w:rPr>
              <w:t>2004</w:t>
            </w:r>
          </w:p>
        </w:tc>
        <w:tc>
          <w:tcPr>
            <w:tcW w:w="720" w:type="dxa"/>
          </w:tcPr>
          <w:p w14:paraId="53446943" w14:textId="77777777" w:rsidR="004D342C" w:rsidRDefault="00000000">
            <w:pPr>
              <w:spacing w:before="20" w:after="20"/>
              <w:ind w:firstLine="0"/>
              <w:jc w:val="right"/>
            </w:pPr>
            <w:r>
              <w:rPr>
                <w:sz w:val="17"/>
              </w:rPr>
              <w:t>2</w:t>
            </w:r>
          </w:p>
        </w:tc>
        <w:tc>
          <w:tcPr>
            <w:tcW w:w="3024" w:type="dxa"/>
          </w:tcPr>
          <w:p w14:paraId="0287043D" w14:textId="77777777" w:rsidR="004D342C" w:rsidRDefault="00000000">
            <w:pPr>
              <w:spacing w:before="20" w:after="20"/>
              <w:ind w:firstLine="0"/>
            </w:pPr>
            <w:r>
              <w:rPr>
                <w:sz w:val="17"/>
              </w:rPr>
              <w:t>EB61, EB62.0</w:t>
            </w:r>
          </w:p>
        </w:tc>
        <w:tc>
          <w:tcPr>
            <w:tcW w:w="1152" w:type="dxa"/>
          </w:tcPr>
          <w:p w14:paraId="10BA43EC" w14:textId="77777777" w:rsidR="004D342C" w:rsidRDefault="00000000">
            <w:pPr>
              <w:spacing w:before="20" w:after="20"/>
              <w:ind w:firstLine="0"/>
              <w:jc w:val="right"/>
            </w:pPr>
            <w:r>
              <w:rPr>
                <w:sz w:val="17"/>
              </w:rPr>
              <w:t>32</w:t>
            </w:r>
          </w:p>
        </w:tc>
        <w:tc>
          <w:tcPr>
            <w:tcW w:w="1584" w:type="dxa"/>
          </w:tcPr>
          <w:p w14:paraId="54CC6B35" w14:textId="77777777" w:rsidR="004D342C" w:rsidRDefault="00000000">
            <w:pPr>
              <w:spacing w:before="20" w:after="20"/>
              <w:ind w:firstLine="0"/>
              <w:jc w:val="right"/>
            </w:pPr>
            <w:r>
              <w:rPr>
                <w:sz w:val="17"/>
              </w:rPr>
              <w:t>45,080</w:t>
            </w:r>
          </w:p>
        </w:tc>
        <w:tc>
          <w:tcPr>
            <w:tcW w:w="1152" w:type="dxa"/>
          </w:tcPr>
          <w:p w14:paraId="4139C31F" w14:textId="77777777" w:rsidR="004D342C" w:rsidRDefault="00000000">
            <w:pPr>
              <w:spacing w:before="20" w:after="20"/>
              <w:ind w:firstLine="0"/>
              <w:jc w:val="right"/>
            </w:pPr>
            <w:r>
              <w:rPr>
                <w:sz w:val="17"/>
              </w:rPr>
              <w:t>100.0</w:t>
            </w:r>
          </w:p>
        </w:tc>
      </w:tr>
      <w:tr w:rsidR="004D342C" w14:paraId="6E5ECE24" w14:textId="77777777">
        <w:trPr>
          <w:cantSplit/>
          <w:jc w:val="center"/>
        </w:trPr>
        <w:tc>
          <w:tcPr>
            <w:tcW w:w="720" w:type="dxa"/>
          </w:tcPr>
          <w:p w14:paraId="5E74F933" w14:textId="77777777" w:rsidR="004D342C" w:rsidRDefault="00000000">
            <w:pPr>
              <w:spacing w:before="20" w:after="20"/>
              <w:ind w:firstLine="0"/>
            </w:pPr>
            <w:r>
              <w:rPr>
                <w:sz w:val="17"/>
              </w:rPr>
              <w:t>2005</w:t>
            </w:r>
          </w:p>
        </w:tc>
        <w:tc>
          <w:tcPr>
            <w:tcW w:w="720" w:type="dxa"/>
          </w:tcPr>
          <w:p w14:paraId="4888F1CB" w14:textId="77777777" w:rsidR="004D342C" w:rsidRDefault="00000000">
            <w:pPr>
              <w:spacing w:before="20" w:after="20"/>
              <w:ind w:firstLine="0"/>
              <w:jc w:val="right"/>
            </w:pPr>
            <w:r>
              <w:rPr>
                <w:sz w:val="17"/>
              </w:rPr>
              <w:t>2</w:t>
            </w:r>
          </w:p>
        </w:tc>
        <w:tc>
          <w:tcPr>
            <w:tcW w:w="3024" w:type="dxa"/>
          </w:tcPr>
          <w:p w14:paraId="48B0D189" w14:textId="77777777" w:rsidR="004D342C" w:rsidRDefault="00000000">
            <w:pPr>
              <w:spacing w:before="20" w:after="20"/>
              <w:ind w:firstLine="0"/>
            </w:pPr>
            <w:r>
              <w:rPr>
                <w:sz w:val="17"/>
              </w:rPr>
              <w:t>EB63.4, EB64.2</w:t>
            </w:r>
          </w:p>
        </w:tc>
        <w:tc>
          <w:tcPr>
            <w:tcW w:w="1152" w:type="dxa"/>
          </w:tcPr>
          <w:p w14:paraId="426357FA" w14:textId="77777777" w:rsidR="004D342C" w:rsidRDefault="00000000">
            <w:pPr>
              <w:spacing w:before="20" w:after="20"/>
              <w:ind w:firstLine="0"/>
              <w:jc w:val="right"/>
            </w:pPr>
            <w:r>
              <w:rPr>
                <w:sz w:val="17"/>
              </w:rPr>
              <w:t>32</w:t>
            </w:r>
          </w:p>
        </w:tc>
        <w:tc>
          <w:tcPr>
            <w:tcW w:w="1584" w:type="dxa"/>
          </w:tcPr>
          <w:p w14:paraId="7832D82D" w14:textId="77777777" w:rsidR="004D342C" w:rsidRDefault="00000000">
            <w:pPr>
              <w:spacing w:before="20" w:after="20"/>
              <w:ind w:firstLine="0"/>
              <w:jc w:val="right"/>
            </w:pPr>
            <w:r>
              <w:rPr>
                <w:sz w:val="17"/>
              </w:rPr>
              <w:t>58,016</w:t>
            </w:r>
          </w:p>
        </w:tc>
        <w:tc>
          <w:tcPr>
            <w:tcW w:w="1152" w:type="dxa"/>
          </w:tcPr>
          <w:p w14:paraId="519C25B1" w14:textId="77777777" w:rsidR="004D342C" w:rsidRDefault="00000000">
            <w:pPr>
              <w:spacing w:before="20" w:after="20"/>
              <w:ind w:firstLine="0"/>
              <w:jc w:val="right"/>
            </w:pPr>
            <w:r>
              <w:rPr>
                <w:sz w:val="17"/>
              </w:rPr>
              <w:t>100.0</w:t>
            </w:r>
          </w:p>
        </w:tc>
      </w:tr>
      <w:tr w:rsidR="004D342C" w14:paraId="75D20087" w14:textId="77777777">
        <w:trPr>
          <w:cantSplit/>
          <w:jc w:val="center"/>
        </w:trPr>
        <w:tc>
          <w:tcPr>
            <w:tcW w:w="720" w:type="dxa"/>
          </w:tcPr>
          <w:p w14:paraId="461728EC" w14:textId="77777777" w:rsidR="004D342C" w:rsidRDefault="00000000">
            <w:pPr>
              <w:spacing w:before="20" w:after="20"/>
              <w:ind w:firstLine="0"/>
            </w:pPr>
            <w:r>
              <w:rPr>
                <w:sz w:val="17"/>
              </w:rPr>
              <w:t>2006</w:t>
            </w:r>
          </w:p>
        </w:tc>
        <w:tc>
          <w:tcPr>
            <w:tcW w:w="720" w:type="dxa"/>
          </w:tcPr>
          <w:p w14:paraId="0189CAAB" w14:textId="77777777" w:rsidR="004D342C" w:rsidRDefault="00000000">
            <w:pPr>
              <w:spacing w:before="20" w:after="20"/>
              <w:ind w:firstLine="0"/>
              <w:jc w:val="right"/>
            </w:pPr>
            <w:r>
              <w:rPr>
                <w:sz w:val="17"/>
              </w:rPr>
              <w:t>2</w:t>
            </w:r>
          </w:p>
        </w:tc>
        <w:tc>
          <w:tcPr>
            <w:tcW w:w="3024" w:type="dxa"/>
          </w:tcPr>
          <w:p w14:paraId="1E30A8F0" w14:textId="77777777" w:rsidR="004D342C" w:rsidRDefault="00000000">
            <w:pPr>
              <w:spacing w:before="20" w:after="20"/>
              <w:ind w:firstLine="0"/>
            </w:pPr>
            <w:r>
              <w:rPr>
                <w:sz w:val="17"/>
              </w:rPr>
              <w:t>EB65.2, EB66.1</w:t>
            </w:r>
          </w:p>
        </w:tc>
        <w:tc>
          <w:tcPr>
            <w:tcW w:w="1152" w:type="dxa"/>
          </w:tcPr>
          <w:p w14:paraId="4BCDB61C" w14:textId="77777777" w:rsidR="004D342C" w:rsidRDefault="00000000">
            <w:pPr>
              <w:spacing w:before="20" w:after="20"/>
              <w:ind w:firstLine="0"/>
              <w:jc w:val="right"/>
            </w:pPr>
            <w:r>
              <w:rPr>
                <w:sz w:val="17"/>
              </w:rPr>
              <w:t>32</w:t>
            </w:r>
          </w:p>
        </w:tc>
        <w:tc>
          <w:tcPr>
            <w:tcW w:w="1584" w:type="dxa"/>
          </w:tcPr>
          <w:p w14:paraId="2DD03AFC" w14:textId="77777777" w:rsidR="004D342C" w:rsidRDefault="00000000">
            <w:pPr>
              <w:spacing w:before="20" w:after="20"/>
              <w:ind w:firstLine="0"/>
              <w:jc w:val="right"/>
            </w:pPr>
            <w:r>
              <w:rPr>
                <w:sz w:val="17"/>
              </w:rPr>
              <w:t>57,701</w:t>
            </w:r>
          </w:p>
        </w:tc>
        <w:tc>
          <w:tcPr>
            <w:tcW w:w="1152" w:type="dxa"/>
          </w:tcPr>
          <w:p w14:paraId="2873996F" w14:textId="77777777" w:rsidR="004D342C" w:rsidRDefault="00000000">
            <w:pPr>
              <w:spacing w:before="20" w:after="20"/>
              <w:ind w:firstLine="0"/>
              <w:jc w:val="right"/>
            </w:pPr>
            <w:r>
              <w:rPr>
                <w:sz w:val="17"/>
              </w:rPr>
              <w:t>100.0</w:t>
            </w:r>
          </w:p>
        </w:tc>
      </w:tr>
      <w:tr w:rsidR="004D342C" w14:paraId="18EAAFA1" w14:textId="77777777">
        <w:trPr>
          <w:cantSplit/>
          <w:jc w:val="center"/>
        </w:trPr>
        <w:tc>
          <w:tcPr>
            <w:tcW w:w="720" w:type="dxa"/>
          </w:tcPr>
          <w:p w14:paraId="146B26A5" w14:textId="77777777" w:rsidR="004D342C" w:rsidRDefault="00000000">
            <w:pPr>
              <w:spacing w:before="20" w:after="20"/>
              <w:ind w:firstLine="0"/>
            </w:pPr>
            <w:r>
              <w:rPr>
                <w:sz w:val="17"/>
              </w:rPr>
              <w:t>2007</w:t>
            </w:r>
          </w:p>
        </w:tc>
        <w:tc>
          <w:tcPr>
            <w:tcW w:w="720" w:type="dxa"/>
          </w:tcPr>
          <w:p w14:paraId="6DB6351F" w14:textId="77777777" w:rsidR="004D342C" w:rsidRDefault="00000000">
            <w:pPr>
              <w:spacing w:before="20" w:after="20"/>
              <w:ind w:firstLine="0"/>
              <w:jc w:val="right"/>
            </w:pPr>
            <w:r>
              <w:rPr>
                <w:sz w:val="17"/>
              </w:rPr>
              <w:t>2</w:t>
            </w:r>
          </w:p>
        </w:tc>
        <w:tc>
          <w:tcPr>
            <w:tcW w:w="3024" w:type="dxa"/>
          </w:tcPr>
          <w:p w14:paraId="0220D469" w14:textId="77777777" w:rsidR="004D342C" w:rsidRDefault="00000000">
            <w:pPr>
              <w:spacing w:before="20" w:after="20"/>
              <w:ind w:firstLine="0"/>
            </w:pPr>
            <w:r>
              <w:rPr>
                <w:sz w:val="17"/>
              </w:rPr>
              <w:t>EB67.2, EB68.1</w:t>
            </w:r>
          </w:p>
        </w:tc>
        <w:tc>
          <w:tcPr>
            <w:tcW w:w="1152" w:type="dxa"/>
          </w:tcPr>
          <w:p w14:paraId="40817438" w14:textId="77777777" w:rsidR="004D342C" w:rsidRDefault="00000000">
            <w:pPr>
              <w:spacing w:before="20" w:after="20"/>
              <w:ind w:firstLine="0"/>
              <w:jc w:val="right"/>
            </w:pPr>
            <w:r>
              <w:rPr>
                <w:sz w:val="17"/>
              </w:rPr>
              <w:t>33</w:t>
            </w:r>
          </w:p>
        </w:tc>
        <w:tc>
          <w:tcPr>
            <w:tcW w:w="1584" w:type="dxa"/>
          </w:tcPr>
          <w:p w14:paraId="41546B67" w14:textId="77777777" w:rsidR="004D342C" w:rsidRDefault="00000000">
            <w:pPr>
              <w:spacing w:before="20" w:after="20"/>
              <w:ind w:firstLine="0"/>
              <w:jc w:val="right"/>
            </w:pPr>
            <w:r>
              <w:rPr>
                <w:sz w:val="17"/>
              </w:rPr>
              <w:t>59,016</w:t>
            </w:r>
          </w:p>
        </w:tc>
        <w:tc>
          <w:tcPr>
            <w:tcW w:w="1152" w:type="dxa"/>
          </w:tcPr>
          <w:p w14:paraId="5EA91DD7" w14:textId="77777777" w:rsidR="004D342C" w:rsidRDefault="00000000">
            <w:pPr>
              <w:spacing w:before="20" w:after="20"/>
              <w:ind w:firstLine="0"/>
              <w:jc w:val="right"/>
            </w:pPr>
            <w:r>
              <w:rPr>
                <w:sz w:val="17"/>
              </w:rPr>
              <w:t>100.0</w:t>
            </w:r>
          </w:p>
        </w:tc>
      </w:tr>
      <w:tr w:rsidR="004D342C" w14:paraId="7986D78D" w14:textId="77777777">
        <w:trPr>
          <w:cantSplit/>
          <w:jc w:val="center"/>
        </w:trPr>
        <w:tc>
          <w:tcPr>
            <w:tcW w:w="720" w:type="dxa"/>
          </w:tcPr>
          <w:p w14:paraId="7E6063E3" w14:textId="77777777" w:rsidR="004D342C" w:rsidRDefault="00000000">
            <w:pPr>
              <w:spacing w:before="20" w:after="20"/>
              <w:ind w:firstLine="0"/>
            </w:pPr>
            <w:r>
              <w:rPr>
                <w:sz w:val="17"/>
              </w:rPr>
              <w:t>2008</w:t>
            </w:r>
          </w:p>
        </w:tc>
        <w:tc>
          <w:tcPr>
            <w:tcW w:w="720" w:type="dxa"/>
          </w:tcPr>
          <w:p w14:paraId="52E508B4" w14:textId="77777777" w:rsidR="004D342C" w:rsidRDefault="00000000">
            <w:pPr>
              <w:spacing w:before="20" w:after="20"/>
              <w:ind w:firstLine="0"/>
              <w:jc w:val="right"/>
            </w:pPr>
            <w:r>
              <w:rPr>
                <w:sz w:val="17"/>
              </w:rPr>
              <w:t>2</w:t>
            </w:r>
          </w:p>
        </w:tc>
        <w:tc>
          <w:tcPr>
            <w:tcW w:w="3024" w:type="dxa"/>
          </w:tcPr>
          <w:p w14:paraId="378BCA5E" w14:textId="77777777" w:rsidR="004D342C" w:rsidRDefault="00000000">
            <w:pPr>
              <w:spacing w:before="20" w:after="20"/>
              <w:ind w:firstLine="0"/>
            </w:pPr>
            <w:r>
              <w:rPr>
                <w:sz w:val="17"/>
              </w:rPr>
              <w:t>EB69.2, EB70.1</w:t>
            </w:r>
          </w:p>
        </w:tc>
        <w:tc>
          <w:tcPr>
            <w:tcW w:w="1152" w:type="dxa"/>
          </w:tcPr>
          <w:p w14:paraId="08DF3DFC" w14:textId="77777777" w:rsidR="004D342C" w:rsidRDefault="00000000">
            <w:pPr>
              <w:spacing w:before="20" w:after="20"/>
              <w:ind w:firstLine="0"/>
              <w:jc w:val="right"/>
            </w:pPr>
            <w:r>
              <w:rPr>
                <w:sz w:val="17"/>
              </w:rPr>
              <w:t>33</w:t>
            </w:r>
          </w:p>
        </w:tc>
        <w:tc>
          <w:tcPr>
            <w:tcW w:w="1584" w:type="dxa"/>
          </w:tcPr>
          <w:p w14:paraId="7759AB1C" w14:textId="77777777" w:rsidR="004D342C" w:rsidRDefault="00000000">
            <w:pPr>
              <w:spacing w:before="20" w:after="20"/>
              <w:ind w:firstLine="0"/>
              <w:jc w:val="right"/>
            </w:pPr>
            <w:r>
              <w:rPr>
                <w:sz w:val="17"/>
              </w:rPr>
              <w:t>59,794</w:t>
            </w:r>
          </w:p>
        </w:tc>
        <w:tc>
          <w:tcPr>
            <w:tcW w:w="1152" w:type="dxa"/>
          </w:tcPr>
          <w:p w14:paraId="460644B6" w14:textId="77777777" w:rsidR="004D342C" w:rsidRDefault="00000000">
            <w:pPr>
              <w:spacing w:before="20" w:after="20"/>
              <w:ind w:firstLine="0"/>
              <w:jc w:val="right"/>
            </w:pPr>
            <w:r>
              <w:rPr>
                <w:sz w:val="17"/>
              </w:rPr>
              <w:t>100.0</w:t>
            </w:r>
          </w:p>
        </w:tc>
      </w:tr>
      <w:tr w:rsidR="004D342C" w14:paraId="48A51DA0" w14:textId="77777777">
        <w:trPr>
          <w:cantSplit/>
          <w:jc w:val="center"/>
        </w:trPr>
        <w:tc>
          <w:tcPr>
            <w:tcW w:w="720" w:type="dxa"/>
          </w:tcPr>
          <w:p w14:paraId="45082978" w14:textId="77777777" w:rsidR="004D342C" w:rsidRDefault="00000000">
            <w:pPr>
              <w:spacing w:before="20" w:after="20"/>
              <w:ind w:firstLine="0"/>
            </w:pPr>
            <w:r>
              <w:rPr>
                <w:sz w:val="17"/>
              </w:rPr>
              <w:t>2009</w:t>
            </w:r>
          </w:p>
        </w:tc>
        <w:tc>
          <w:tcPr>
            <w:tcW w:w="720" w:type="dxa"/>
          </w:tcPr>
          <w:p w14:paraId="652BB423" w14:textId="77777777" w:rsidR="004D342C" w:rsidRDefault="00000000">
            <w:pPr>
              <w:spacing w:before="20" w:after="20"/>
              <w:ind w:firstLine="0"/>
              <w:jc w:val="right"/>
            </w:pPr>
            <w:r>
              <w:rPr>
                <w:sz w:val="17"/>
              </w:rPr>
              <w:t>3</w:t>
            </w:r>
          </w:p>
        </w:tc>
        <w:tc>
          <w:tcPr>
            <w:tcW w:w="3024" w:type="dxa"/>
          </w:tcPr>
          <w:p w14:paraId="58AA90DC" w14:textId="77777777" w:rsidR="004D342C" w:rsidRDefault="00000000">
            <w:pPr>
              <w:spacing w:before="20" w:after="20"/>
              <w:ind w:firstLine="0"/>
            </w:pPr>
            <w:r>
              <w:rPr>
                <w:sz w:val="17"/>
              </w:rPr>
              <w:t>EB71.1, EB71.3, EB72.4</w:t>
            </w:r>
          </w:p>
        </w:tc>
        <w:tc>
          <w:tcPr>
            <w:tcW w:w="1152" w:type="dxa"/>
          </w:tcPr>
          <w:p w14:paraId="22842236" w14:textId="77777777" w:rsidR="004D342C" w:rsidRDefault="00000000">
            <w:pPr>
              <w:spacing w:before="20" w:after="20"/>
              <w:ind w:firstLine="0"/>
              <w:jc w:val="right"/>
            </w:pPr>
            <w:r>
              <w:rPr>
                <w:sz w:val="17"/>
              </w:rPr>
              <w:t>33</w:t>
            </w:r>
          </w:p>
        </w:tc>
        <w:tc>
          <w:tcPr>
            <w:tcW w:w="1584" w:type="dxa"/>
          </w:tcPr>
          <w:p w14:paraId="422146BC" w14:textId="77777777" w:rsidR="004D342C" w:rsidRDefault="00000000">
            <w:pPr>
              <w:spacing w:before="20" w:after="20"/>
              <w:ind w:firstLine="0"/>
              <w:jc w:val="right"/>
            </w:pPr>
            <w:r>
              <w:rPr>
                <w:sz w:val="17"/>
              </w:rPr>
              <w:t>90,214</w:t>
            </w:r>
          </w:p>
        </w:tc>
        <w:tc>
          <w:tcPr>
            <w:tcW w:w="1152" w:type="dxa"/>
          </w:tcPr>
          <w:p w14:paraId="11A38154" w14:textId="77777777" w:rsidR="004D342C" w:rsidRDefault="00000000">
            <w:pPr>
              <w:spacing w:before="20" w:after="20"/>
              <w:ind w:firstLine="0"/>
              <w:jc w:val="right"/>
            </w:pPr>
            <w:r>
              <w:rPr>
                <w:sz w:val="17"/>
              </w:rPr>
              <w:t>100.0</w:t>
            </w:r>
          </w:p>
        </w:tc>
      </w:tr>
      <w:tr w:rsidR="004D342C" w14:paraId="7FD1A27D" w14:textId="77777777">
        <w:trPr>
          <w:cantSplit/>
          <w:jc w:val="center"/>
        </w:trPr>
        <w:tc>
          <w:tcPr>
            <w:tcW w:w="720" w:type="dxa"/>
          </w:tcPr>
          <w:p w14:paraId="016E601D" w14:textId="77777777" w:rsidR="004D342C" w:rsidRDefault="00000000">
            <w:pPr>
              <w:spacing w:before="20" w:after="20"/>
              <w:ind w:firstLine="0"/>
            </w:pPr>
            <w:r>
              <w:rPr>
                <w:sz w:val="17"/>
              </w:rPr>
              <w:t>2010</w:t>
            </w:r>
          </w:p>
        </w:tc>
        <w:tc>
          <w:tcPr>
            <w:tcW w:w="720" w:type="dxa"/>
          </w:tcPr>
          <w:p w14:paraId="0269FBFA" w14:textId="77777777" w:rsidR="004D342C" w:rsidRDefault="00000000">
            <w:pPr>
              <w:spacing w:before="20" w:after="20"/>
              <w:ind w:firstLine="0"/>
              <w:jc w:val="right"/>
            </w:pPr>
            <w:r>
              <w:rPr>
                <w:sz w:val="17"/>
              </w:rPr>
              <w:t>2</w:t>
            </w:r>
          </w:p>
        </w:tc>
        <w:tc>
          <w:tcPr>
            <w:tcW w:w="3024" w:type="dxa"/>
          </w:tcPr>
          <w:p w14:paraId="36F44538" w14:textId="77777777" w:rsidR="004D342C" w:rsidRDefault="00000000">
            <w:pPr>
              <w:spacing w:before="20" w:after="20"/>
              <w:ind w:firstLine="0"/>
            </w:pPr>
            <w:r>
              <w:rPr>
                <w:sz w:val="17"/>
              </w:rPr>
              <w:t>EB73.4, EB74.2</w:t>
            </w:r>
          </w:p>
        </w:tc>
        <w:tc>
          <w:tcPr>
            <w:tcW w:w="1152" w:type="dxa"/>
          </w:tcPr>
          <w:p w14:paraId="54103870" w14:textId="77777777" w:rsidR="004D342C" w:rsidRDefault="00000000">
            <w:pPr>
              <w:spacing w:before="20" w:after="20"/>
              <w:ind w:firstLine="0"/>
              <w:jc w:val="right"/>
            </w:pPr>
            <w:r>
              <w:rPr>
                <w:sz w:val="17"/>
              </w:rPr>
              <w:t>34</w:t>
            </w:r>
          </w:p>
        </w:tc>
        <w:tc>
          <w:tcPr>
            <w:tcW w:w="1584" w:type="dxa"/>
          </w:tcPr>
          <w:p w14:paraId="0D521009" w14:textId="77777777" w:rsidR="004D342C" w:rsidRDefault="00000000">
            <w:pPr>
              <w:spacing w:before="20" w:after="20"/>
              <w:ind w:firstLine="0"/>
              <w:jc w:val="right"/>
            </w:pPr>
            <w:r>
              <w:rPr>
                <w:sz w:val="17"/>
              </w:rPr>
              <w:t>61,049</w:t>
            </w:r>
          </w:p>
        </w:tc>
        <w:tc>
          <w:tcPr>
            <w:tcW w:w="1152" w:type="dxa"/>
          </w:tcPr>
          <w:p w14:paraId="203DD99A" w14:textId="77777777" w:rsidR="004D342C" w:rsidRDefault="00000000">
            <w:pPr>
              <w:spacing w:before="20" w:after="20"/>
              <w:ind w:firstLine="0"/>
              <w:jc w:val="right"/>
            </w:pPr>
            <w:r>
              <w:rPr>
                <w:sz w:val="17"/>
              </w:rPr>
              <w:t>100.0</w:t>
            </w:r>
          </w:p>
        </w:tc>
      </w:tr>
      <w:tr w:rsidR="004D342C" w14:paraId="0FC34FF2" w14:textId="77777777">
        <w:trPr>
          <w:cantSplit/>
          <w:jc w:val="center"/>
        </w:trPr>
        <w:tc>
          <w:tcPr>
            <w:tcW w:w="720" w:type="dxa"/>
          </w:tcPr>
          <w:p w14:paraId="2853826F" w14:textId="77777777" w:rsidR="004D342C" w:rsidRDefault="00000000">
            <w:pPr>
              <w:spacing w:before="20" w:after="20"/>
              <w:ind w:firstLine="0"/>
            </w:pPr>
            <w:r>
              <w:rPr>
                <w:sz w:val="17"/>
              </w:rPr>
              <w:t>2011</w:t>
            </w:r>
          </w:p>
        </w:tc>
        <w:tc>
          <w:tcPr>
            <w:tcW w:w="720" w:type="dxa"/>
          </w:tcPr>
          <w:p w14:paraId="26BF9AE4" w14:textId="77777777" w:rsidR="004D342C" w:rsidRDefault="00000000">
            <w:pPr>
              <w:spacing w:before="20" w:after="20"/>
              <w:ind w:firstLine="0"/>
              <w:jc w:val="right"/>
            </w:pPr>
            <w:r>
              <w:rPr>
                <w:sz w:val="17"/>
              </w:rPr>
              <w:t>2</w:t>
            </w:r>
          </w:p>
        </w:tc>
        <w:tc>
          <w:tcPr>
            <w:tcW w:w="3024" w:type="dxa"/>
          </w:tcPr>
          <w:p w14:paraId="1FA5EA02" w14:textId="77777777" w:rsidR="004D342C" w:rsidRDefault="00000000">
            <w:pPr>
              <w:spacing w:before="20" w:after="20"/>
              <w:ind w:firstLine="0"/>
            </w:pPr>
            <w:r>
              <w:rPr>
                <w:sz w:val="17"/>
              </w:rPr>
              <w:t>EB75.3, EB76.3</w:t>
            </w:r>
          </w:p>
        </w:tc>
        <w:tc>
          <w:tcPr>
            <w:tcW w:w="1152" w:type="dxa"/>
          </w:tcPr>
          <w:p w14:paraId="3B0F05A6" w14:textId="77777777" w:rsidR="004D342C" w:rsidRDefault="00000000">
            <w:pPr>
              <w:spacing w:before="20" w:after="20"/>
              <w:ind w:firstLine="0"/>
              <w:jc w:val="right"/>
            </w:pPr>
            <w:r>
              <w:rPr>
                <w:sz w:val="17"/>
              </w:rPr>
              <w:t>35</w:t>
            </w:r>
          </w:p>
        </w:tc>
        <w:tc>
          <w:tcPr>
            <w:tcW w:w="1584" w:type="dxa"/>
          </w:tcPr>
          <w:p w14:paraId="4A58909D" w14:textId="77777777" w:rsidR="004D342C" w:rsidRDefault="00000000">
            <w:pPr>
              <w:spacing w:before="20" w:after="20"/>
              <w:ind w:firstLine="0"/>
              <w:jc w:val="right"/>
            </w:pPr>
            <w:r>
              <w:rPr>
                <w:sz w:val="17"/>
              </w:rPr>
              <w:t>62,918</w:t>
            </w:r>
          </w:p>
        </w:tc>
        <w:tc>
          <w:tcPr>
            <w:tcW w:w="1152" w:type="dxa"/>
          </w:tcPr>
          <w:p w14:paraId="42B0B2AC" w14:textId="77777777" w:rsidR="004D342C" w:rsidRDefault="00000000">
            <w:pPr>
              <w:spacing w:before="20" w:after="20"/>
              <w:ind w:firstLine="0"/>
              <w:jc w:val="right"/>
            </w:pPr>
            <w:r>
              <w:rPr>
                <w:sz w:val="17"/>
              </w:rPr>
              <w:t>100.0</w:t>
            </w:r>
          </w:p>
        </w:tc>
      </w:tr>
      <w:tr w:rsidR="004D342C" w14:paraId="5AFC8C72" w14:textId="77777777">
        <w:trPr>
          <w:cantSplit/>
          <w:jc w:val="center"/>
        </w:trPr>
        <w:tc>
          <w:tcPr>
            <w:tcW w:w="720" w:type="dxa"/>
          </w:tcPr>
          <w:p w14:paraId="52DEBA20" w14:textId="77777777" w:rsidR="004D342C" w:rsidRDefault="00000000">
            <w:pPr>
              <w:spacing w:before="20" w:after="20"/>
              <w:ind w:firstLine="0"/>
            </w:pPr>
            <w:r>
              <w:rPr>
                <w:sz w:val="17"/>
              </w:rPr>
              <w:t>2012</w:t>
            </w:r>
          </w:p>
        </w:tc>
        <w:tc>
          <w:tcPr>
            <w:tcW w:w="720" w:type="dxa"/>
          </w:tcPr>
          <w:p w14:paraId="459734D7" w14:textId="77777777" w:rsidR="004D342C" w:rsidRDefault="00000000">
            <w:pPr>
              <w:spacing w:before="20" w:after="20"/>
              <w:ind w:firstLine="0"/>
              <w:jc w:val="right"/>
            </w:pPr>
            <w:r>
              <w:rPr>
                <w:sz w:val="17"/>
              </w:rPr>
              <w:t>2</w:t>
            </w:r>
          </w:p>
        </w:tc>
        <w:tc>
          <w:tcPr>
            <w:tcW w:w="3024" w:type="dxa"/>
          </w:tcPr>
          <w:p w14:paraId="54D3066E" w14:textId="77777777" w:rsidR="004D342C" w:rsidRDefault="00000000">
            <w:pPr>
              <w:spacing w:before="20" w:after="20"/>
              <w:ind w:firstLine="0"/>
            </w:pPr>
            <w:r>
              <w:rPr>
                <w:sz w:val="17"/>
              </w:rPr>
              <w:t>EB77.3, EB78.1</w:t>
            </w:r>
          </w:p>
        </w:tc>
        <w:tc>
          <w:tcPr>
            <w:tcW w:w="1152" w:type="dxa"/>
          </w:tcPr>
          <w:p w14:paraId="3EAA7A22" w14:textId="77777777" w:rsidR="004D342C" w:rsidRDefault="00000000">
            <w:pPr>
              <w:spacing w:before="20" w:after="20"/>
              <w:ind w:firstLine="0"/>
              <w:jc w:val="right"/>
            </w:pPr>
            <w:r>
              <w:rPr>
                <w:sz w:val="17"/>
              </w:rPr>
              <w:t>36</w:t>
            </w:r>
          </w:p>
        </w:tc>
        <w:tc>
          <w:tcPr>
            <w:tcW w:w="1584" w:type="dxa"/>
          </w:tcPr>
          <w:p w14:paraId="2D1C51D4" w14:textId="77777777" w:rsidR="004D342C" w:rsidRDefault="00000000">
            <w:pPr>
              <w:spacing w:before="20" w:after="20"/>
              <w:ind w:firstLine="0"/>
              <w:jc w:val="right"/>
            </w:pPr>
            <w:r>
              <w:rPr>
                <w:sz w:val="17"/>
              </w:rPr>
              <w:t>64,838</w:t>
            </w:r>
          </w:p>
        </w:tc>
        <w:tc>
          <w:tcPr>
            <w:tcW w:w="1152" w:type="dxa"/>
          </w:tcPr>
          <w:p w14:paraId="327C05F0" w14:textId="77777777" w:rsidR="004D342C" w:rsidRDefault="00000000">
            <w:pPr>
              <w:spacing w:before="20" w:after="20"/>
              <w:ind w:firstLine="0"/>
              <w:jc w:val="right"/>
            </w:pPr>
            <w:r>
              <w:rPr>
                <w:sz w:val="17"/>
              </w:rPr>
              <w:t>100.0</w:t>
            </w:r>
          </w:p>
        </w:tc>
      </w:tr>
      <w:tr w:rsidR="004D342C" w14:paraId="77871720" w14:textId="77777777">
        <w:trPr>
          <w:cantSplit/>
          <w:jc w:val="center"/>
        </w:trPr>
        <w:tc>
          <w:tcPr>
            <w:tcW w:w="720" w:type="dxa"/>
          </w:tcPr>
          <w:p w14:paraId="25A4DD76" w14:textId="77777777" w:rsidR="004D342C" w:rsidRDefault="00000000">
            <w:pPr>
              <w:spacing w:before="20" w:after="20"/>
              <w:ind w:firstLine="0"/>
            </w:pPr>
            <w:r>
              <w:rPr>
                <w:sz w:val="17"/>
              </w:rPr>
              <w:t>2013</w:t>
            </w:r>
          </w:p>
        </w:tc>
        <w:tc>
          <w:tcPr>
            <w:tcW w:w="720" w:type="dxa"/>
          </w:tcPr>
          <w:p w14:paraId="40D0CEDC" w14:textId="77777777" w:rsidR="004D342C" w:rsidRDefault="00000000">
            <w:pPr>
              <w:spacing w:before="20" w:after="20"/>
              <w:ind w:firstLine="0"/>
              <w:jc w:val="right"/>
            </w:pPr>
            <w:r>
              <w:rPr>
                <w:sz w:val="17"/>
              </w:rPr>
              <w:t>2</w:t>
            </w:r>
          </w:p>
        </w:tc>
        <w:tc>
          <w:tcPr>
            <w:tcW w:w="3024" w:type="dxa"/>
          </w:tcPr>
          <w:p w14:paraId="259CA358" w14:textId="77777777" w:rsidR="004D342C" w:rsidRDefault="00000000">
            <w:pPr>
              <w:spacing w:before="20" w:after="20"/>
              <w:ind w:firstLine="0"/>
            </w:pPr>
            <w:r>
              <w:rPr>
                <w:sz w:val="17"/>
              </w:rPr>
              <w:t>EB79.3, EB80.1</w:t>
            </w:r>
          </w:p>
        </w:tc>
        <w:tc>
          <w:tcPr>
            <w:tcW w:w="1152" w:type="dxa"/>
          </w:tcPr>
          <w:p w14:paraId="05331D25" w14:textId="77777777" w:rsidR="004D342C" w:rsidRDefault="00000000">
            <w:pPr>
              <w:spacing w:before="20" w:after="20"/>
              <w:ind w:firstLine="0"/>
              <w:jc w:val="right"/>
            </w:pPr>
            <w:r>
              <w:rPr>
                <w:sz w:val="17"/>
              </w:rPr>
              <w:t>36</w:t>
            </w:r>
          </w:p>
        </w:tc>
        <w:tc>
          <w:tcPr>
            <w:tcW w:w="1584" w:type="dxa"/>
          </w:tcPr>
          <w:p w14:paraId="14F1D46F" w14:textId="77777777" w:rsidR="004D342C" w:rsidRDefault="00000000">
            <w:pPr>
              <w:spacing w:before="20" w:after="20"/>
              <w:ind w:firstLine="0"/>
              <w:jc w:val="right"/>
            </w:pPr>
            <w:r>
              <w:rPr>
                <w:sz w:val="17"/>
              </w:rPr>
              <w:t>64,501</w:t>
            </w:r>
          </w:p>
        </w:tc>
        <w:tc>
          <w:tcPr>
            <w:tcW w:w="1152" w:type="dxa"/>
          </w:tcPr>
          <w:p w14:paraId="1C6F5E73" w14:textId="77777777" w:rsidR="004D342C" w:rsidRDefault="00000000">
            <w:pPr>
              <w:spacing w:before="20" w:after="20"/>
              <w:ind w:firstLine="0"/>
              <w:jc w:val="right"/>
            </w:pPr>
            <w:r>
              <w:rPr>
                <w:sz w:val="17"/>
              </w:rPr>
              <w:t>100.0</w:t>
            </w:r>
          </w:p>
        </w:tc>
      </w:tr>
      <w:tr w:rsidR="004D342C" w14:paraId="7E0220B8" w14:textId="77777777">
        <w:trPr>
          <w:cantSplit/>
          <w:jc w:val="center"/>
        </w:trPr>
        <w:tc>
          <w:tcPr>
            <w:tcW w:w="720" w:type="dxa"/>
          </w:tcPr>
          <w:p w14:paraId="148F0D0E" w14:textId="77777777" w:rsidR="004D342C" w:rsidRDefault="00000000">
            <w:pPr>
              <w:spacing w:before="20" w:after="20"/>
              <w:ind w:firstLine="0"/>
            </w:pPr>
            <w:r>
              <w:rPr>
                <w:sz w:val="17"/>
              </w:rPr>
              <w:t>2014</w:t>
            </w:r>
          </w:p>
        </w:tc>
        <w:tc>
          <w:tcPr>
            <w:tcW w:w="720" w:type="dxa"/>
          </w:tcPr>
          <w:p w14:paraId="4EF49140" w14:textId="77777777" w:rsidR="004D342C" w:rsidRDefault="00000000">
            <w:pPr>
              <w:spacing w:before="20" w:after="20"/>
              <w:ind w:firstLine="0"/>
              <w:jc w:val="right"/>
            </w:pPr>
            <w:r>
              <w:rPr>
                <w:sz w:val="17"/>
              </w:rPr>
              <w:t>3</w:t>
            </w:r>
          </w:p>
        </w:tc>
        <w:tc>
          <w:tcPr>
            <w:tcW w:w="3024" w:type="dxa"/>
          </w:tcPr>
          <w:p w14:paraId="177522D0" w14:textId="77777777" w:rsidR="004D342C" w:rsidRDefault="00000000">
            <w:pPr>
              <w:spacing w:before="20" w:after="20"/>
              <w:ind w:firstLine="0"/>
            </w:pPr>
            <w:r>
              <w:rPr>
                <w:sz w:val="17"/>
              </w:rPr>
              <w:t>EB81.2, EB81.4, EB82.3</w:t>
            </w:r>
          </w:p>
        </w:tc>
        <w:tc>
          <w:tcPr>
            <w:tcW w:w="1152" w:type="dxa"/>
          </w:tcPr>
          <w:p w14:paraId="03C541E2" w14:textId="77777777" w:rsidR="004D342C" w:rsidRDefault="00000000">
            <w:pPr>
              <w:spacing w:before="20" w:after="20"/>
              <w:ind w:firstLine="0"/>
              <w:jc w:val="right"/>
            </w:pPr>
            <w:r>
              <w:rPr>
                <w:sz w:val="17"/>
              </w:rPr>
              <w:t>34</w:t>
            </w:r>
          </w:p>
        </w:tc>
        <w:tc>
          <w:tcPr>
            <w:tcW w:w="1584" w:type="dxa"/>
          </w:tcPr>
          <w:p w14:paraId="417D370B" w14:textId="77777777" w:rsidR="004D342C" w:rsidRDefault="00000000">
            <w:pPr>
              <w:spacing w:before="20" w:after="20"/>
              <w:ind w:firstLine="0"/>
              <w:jc w:val="right"/>
            </w:pPr>
            <w:r>
              <w:rPr>
                <w:sz w:val="17"/>
              </w:rPr>
              <w:t>93,567</w:t>
            </w:r>
          </w:p>
        </w:tc>
        <w:tc>
          <w:tcPr>
            <w:tcW w:w="1152" w:type="dxa"/>
          </w:tcPr>
          <w:p w14:paraId="7BB586D2" w14:textId="77777777" w:rsidR="004D342C" w:rsidRDefault="00000000">
            <w:pPr>
              <w:spacing w:before="20" w:after="20"/>
              <w:ind w:firstLine="0"/>
              <w:jc w:val="right"/>
            </w:pPr>
            <w:r>
              <w:rPr>
                <w:sz w:val="17"/>
              </w:rPr>
              <w:t>100.0</w:t>
            </w:r>
          </w:p>
        </w:tc>
      </w:tr>
      <w:tr w:rsidR="004D342C" w14:paraId="601D61C4" w14:textId="77777777">
        <w:trPr>
          <w:cantSplit/>
          <w:jc w:val="center"/>
        </w:trPr>
        <w:tc>
          <w:tcPr>
            <w:tcW w:w="720" w:type="dxa"/>
          </w:tcPr>
          <w:p w14:paraId="32AE2B8E" w14:textId="77777777" w:rsidR="004D342C" w:rsidRDefault="00000000">
            <w:pPr>
              <w:spacing w:before="20" w:after="20"/>
              <w:ind w:firstLine="0"/>
            </w:pPr>
            <w:r>
              <w:rPr>
                <w:sz w:val="17"/>
              </w:rPr>
              <w:t>2015</w:t>
            </w:r>
          </w:p>
        </w:tc>
        <w:tc>
          <w:tcPr>
            <w:tcW w:w="720" w:type="dxa"/>
          </w:tcPr>
          <w:p w14:paraId="5EC9B20A" w14:textId="77777777" w:rsidR="004D342C" w:rsidRDefault="00000000">
            <w:pPr>
              <w:spacing w:before="20" w:after="20"/>
              <w:ind w:firstLine="0"/>
              <w:jc w:val="right"/>
            </w:pPr>
            <w:r>
              <w:rPr>
                <w:sz w:val="17"/>
              </w:rPr>
              <w:t>2</w:t>
            </w:r>
          </w:p>
        </w:tc>
        <w:tc>
          <w:tcPr>
            <w:tcW w:w="3024" w:type="dxa"/>
          </w:tcPr>
          <w:p w14:paraId="7AC00019" w14:textId="77777777" w:rsidR="004D342C" w:rsidRDefault="00000000">
            <w:pPr>
              <w:spacing w:before="20" w:after="20"/>
              <w:ind w:firstLine="0"/>
            </w:pPr>
            <w:r>
              <w:rPr>
                <w:sz w:val="17"/>
              </w:rPr>
              <w:t>EB83.3, EB84.3</w:t>
            </w:r>
          </w:p>
        </w:tc>
        <w:tc>
          <w:tcPr>
            <w:tcW w:w="1152" w:type="dxa"/>
          </w:tcPr>
          <w:p w14:paraId="32D0B073" w14:textId="77777777" w:rsidR="004D342C" w:rsidRDefault="00000000">
            <w:pPr>
              <w:spacing w:before="20" w:after="20"/>
              <w:ind w:firstLine="0"/>
              <w:jc w:val="right"/>
            </w:pPr>
            <w:r>
              <w:rPr>
                <w:sz w:val="17"/>
              </w:rPr>
              <w:t>34</w:t>
            </w:r>
          </w:p>
        </w:tc>
        <w:tc>
          <w:tcPr>
            <w:tcW w:w="1584" w:type="dxa"/>
          </w:tcPr>
          <w:p w14:paraId="0B0DFEE0" w14:textId="77777777" w:rsidR="004D342C" w:rsidRDefault="00000000">
            <w:pPr>
              <w:spacing w:before="20" w:after="20"/>
              <w:ind w:firstLine="0"/>
              <w:jc w:val="right"/>
            </w:pPr>
            <w:r>
              <w:rPr>
                <w:sz w:val="17"/>
              </w:rPr>
              <w:t>65,207</w:t>
            </w:r>
          </w:p>
        </w:tc>
        <w:tc>
          <w:tcPr>
            <w:tcW w:w="1152" w:type="dxa"/>
          </w:tcPr>
          <w:p w14:paraId="32F79BB6" w14:textId="77777777" w:rsidR="004D342C" w:rsidRDefault="00000000">
            <w:pPr>
              <w:spacing w:before="20" w:after="20"/>
              <w:ind w:firstLine="0"/>
              <w:jc w:val="right"/>
            </w:pPr>
            <w:r>
              <w:rPr>
                <w:sz w:val="17"/>
              </w:rPr>
              <w:t>100.0</w:t>
            </w:r>
          </w:p>
        </w:tc>
      </w:tr>
      <w:tr w:rsidR="004D342C" w14:paraId="6E510009" w14:textId="77777777">
        <w:trPr>
          <w:cantSplit/>
          <w:jc w:val="center"/>
        </w:trPr>
        <w:tc>
          <w:tcPr>
            <w:tcW w:w="720" w:type="dxa"/>
          </w:tcPr>
          <w:p w14:paraId="623C956F" w14:textId="77777777" w:rsidR="004D342C" w:rsidRDefault="00000000">
            <w:pPr>
              <w:spacing w:before="20" w:after="20"/>
              <w:ind w:firstLine="0"/>
            </w:pPr>
            <w:r>
              <w:rPr>
                <w:sz w:val="17"/>
              </w:rPr>
              <w:t>2016</w:t>
            </w:r>
          </w:p>
        </w:tc>
        <w:tc>
          <w:tcPr>
            <w:tcW w:w="720" w:type="dxa"/>
          </w:tcPr>
          <w:p w14:paraId="493DBF7B" w14:textId="77777777" w:rsidR="004D342C" w:rsidRDefault="00000000">
            <w:pPr>
              <w:spacing w:before="20" w:after="20"/>
              <w:ind w:firstLine="0"/>
              <w:jc w:val="right"/>
            </w:pPr>
            <w:r>
              <w:rPr>
                <w:sz w:val="17"/>
              </w:rPr>
              <w:t>2</w:t>
            </w:r>
          </w:p>
        </w:tc>
        <w:tc>
          <w:tcPr>
            <w:tcW w:w="3024" w:type="dxa"/>
          </w:tcPr>
          <w:p w14:paraId="60E7AAB2" w14:textId="77777777" w:rsidR="004D342C" w:rsidRDefault="00000000">
            <w:pPr>
              <w:spacing w:before="20" w:after="20"/>
              <w:ind w:firstLine="0"/>
            </w:pPr>
            <w:r>
              <w:rPr>
                <w:sz w:val="17"/>
              </w:rPr>
              <w:t>EB85.2, EB86.2</w:t>
            </w:r>
          </w:p>
        </w:tc>
        <w:tc>
          <w:tcPr>
            <w:tcW w:w="1152" w:type="dxa"/>
          </w:tcPr>
          <w:p w14:paraId="328C66C6" w14:textId="77777777" w:rsidR="004D342C" w:rsidRDefault="00000000">
            <w:pPr>
              <w:spacing w:before="20" w:after="20"/>
              <w:ind w:firstLine="0"/>
              <w:jc w:val="right"/>
            </w:pPr>
            <w:r>
              <w:rPr>
                <w:sz w:val="17"/>
              </w:rPr>
              <w:t>34</w:t>
            </w:r>
          </w:p>
        </w:tc>
        <w:tc>
          <w:tcPr>
            <w:tcW w:w="1584" w:type="dxa"/>
          </w:tcPr>
          <w:p w14:paraId="4F4F9A49" w14:textId="77777777" w:rsidR="004D342C" w:rsidRDefault="00000000">
            <w:pPr>
              <w:spacing w:before="20" w:after="20"/>
              <w:ind w:firstLine="0"/>
              <w:jc w:val="right"/>
            </w:pPr>
            <w:r>
              <w:rPr>
                <w:sz w:val="17"/>
              </w:rPr>
              <w:t>65,328</w:t>
            </w:r>
          </w:p>
        </w:tc>
        <w:tc>
          <w:tcPr>
            <w:tcW w:w="1152" w:type="dxa"/>
          </w:tcPr>
          <w:p w14:paraId="3BDED2FD" w14:textId="77777777" w:rsidR="004D342C" w:rsidRDefault="00000000">
            <w:pPr>
              <w:spacing w:before="20" w:after="20"/>
              <w:ind w:firstLine="0"/>
              <w:jc w:val="right"/>
            </w:pPr>
            <w:r>
              <w:rPr>
                <w:sz w:val="17"/>
              </w:rPr>
              <w:t>100.0</w:t>
            </w:r>
          </w:p>
        </w:tc>
      </w:tr>
      <w:tr w:rsidR="004D342C" w14:paraId="309ED48B" w14:textId="77777777">
        <w:trPr>
          <w:cantSplit/>
          <w:jc w:val="center"/>
        </w:trPr>
        <w:tc>
          <w:tcPr>
            <w:tcW w:w="720" w:type="dxa"/>
          </w:tcPr>
          <w:p w14:paraId="347B4817" w14:textId="77777777" w:rsidR="004D342C" w:rsidRDefault="00000000">
            <w:pPr>
              <w:spacing w:before="20" w:after="20"/>
              <w:ind w:firstLine="0"/>
            </w:pPr>
            <w:r>
              <w:rPr>
                <w:sz w:val="17"/>
              </w:rPr>
              <w:t>2017</w:t>
            </w:r>
          </w:p>
        </w:tc>
        <w:tc>
          <w:tcPr>
            <w:tcW w:w="720" w:type="dxa"/>
          </w:tcPr>
          <w:p w14:paraId="788966B4" w14:textId="77777777" w:rsidR="004D342C" w:rsidRDefault="00000000">
            <w:pPr>
              <w:spacing w:before="20" w:after="20"/>
              <w:ind w:firstLine="0"/>
              <w:jc w:val="right"/>
            </w:pPr>
            <w:r>
              <w:rPr>
                <w:sz w:val="17"/>
              </w:rPr>
              <w:t>2</w:t>
            </w:r>
          </w:p>
        </w:tc>
        <w:tc>
          <w:tcPr>
            <w:tcW w:w="3024" w:type="dxa"/>
          </w:tcPr>
          <w:p w14:paraId="4A360B1D" w14:textId="77777777" w:rsidR="004D342C" w:rsidRDefault="00000000">
            <w:pPr>
              <w:spacing w:before="20" w:after="20"/>
              <w:ind w:firstLine="0"/>
            </w:pPr>
            <w:r>
              <w:rPr>
                <w:sz w:val="17"/>
              </w:rPr>
              <w:t>EB87.3, EB88.3</w:t>
            </w:r>
          </w:p>
        </w:tc>
        <w:tc>
          <w:tcPr>
            <w:tcW w:w="1152" w:type="dxa"/>
          </w:tcPr>
          <w:p w14:paraId="16553DF7" w14:textId="77777777" w:rsidR="004D342C" w:rsidRDefault="00000000">
            <w:pPr>
              <w:spacing w:before="20" w:after="20"/>
              <w:ind w:firstLine="0"/>
              <w:jc w:val="right"/>
            </w:pPr>
            <w:r>
              <w:rPr>
                <w:sz w:val="17"/>
              </w:rPr>
              <w:t>34</w:t>
            </w:r>
          </w:p>
        </w:tc>
        <w:tc>
          <w:tcPr>
            <w:tcW w:w="1584" w:type="dxa"/>
          </w:tcPr>
          <w:p w14:paraId="5F36EBD2" w14:textId="77777777" w:rsidR="004D342C" w:rsidRDefault="00000000">
            <w:pPr>
              <w:spacing w:before="20" w:after="20"/>
              <w:ind w:firstLine="0"/>
              <w:jc w:val="right"/>
            </w:pPr>
            <w:r>
              <w:rPr>
                <w:sz w:val="17"/>
              </w:rPr>
              <w:t>65,812</w:t>
            </w:r>
          </w:p>
        </w:tc>
        <w:tc>
          <w:tcPr>
            <w:tcW w:w="1152" w:type="dxa"/>
          </w:tcPr>
          <w:p w14:paraId="5901AEE1" w14:textId="77777777" w:rsidR="004D342C" w:rsidRDefault="00000000">
            <w:pPr>
              <w:spacing w:before="20" w:after="20"/>
              <w:ind w:firstLine="0"/>
              <w:jc w:val="right"/>
            </w:pPr>
            <w:r>
              <w:rPr>
                <w:sz w:val="17"/>
              </w:rPr>
              <w:t>100.0</w:t>
            </w:r>
          </w:p>
        </w:tc>
      </w:tr>
      <w:tr w:rsidR="004D342C" w14:paraId="0E25143F" w14:textId="77777777">
        <w:trPr>
          <w:cantSplit/>
          <w:jc w:val="center"/>
        </w:trPr>
        <w:tc>
          <w:tcPr>
            <w:tcW w:w="720" w:type="dxa"/>
          </w:tcPr>
          <w:p w14:paraId="584C9410" w14:textId="77777777" w:rsidR="004D342C" w:rsidRDefault="00000000">
            <w:pPr>
              <w:spacing w:before="20" w:after="20"/>
              <w:ind w:firstLine="0"/>
            </w:pPr>
            <w:r>
              <w:rPr>
                <w:sz w:val="17"/>
              </w:rPr>
              <w:t>2018</w:t>
            </w:r>
          </w:p>
        </w:tc>
        <w:tc>
          <w:tcPr>
            <w:tcW w:w="720" w:type="dxa"/>
          </w:tcPr>
          <w:p w14:paraId="0CD9132A" w14:textId="77777777" w:rsidR="004D342C" w:rsidRDefault="00000000">
            <w:pPr>
              <w:spacing w:before="20" w:after="20"/>
              <w:ind w:firstLine="0"/>
              <w:jc w:val="right"/>
            </w:pPr>
            <w:r>
              <w:rPr>
                <w:sz w:val="17"/>
              </w:rPr>
              <w:t>2</w:t>
            </w:r>
          </w:p>
        </w:tc>
        <w:tc>
          <w:tcPr>
            <w:tcW w:w="3024" w:type="dxa"/>
          </w:tcPr>
          <w:p w14:paraId="7EC0F491" w14:textId="77777777" w:rsidR="004D342C" w:rsidRDefault="00000000">
            <w:pPr>
              <w:spacing w:before="20" w:after="20"/>
              <w:ind w:firstLine="0"/>
            </w:pPr>
            <w:r>
              <w:rPr>
                <w:sz w:val="17"/>
              </w:rPr>
              <w:t>EB89.1, EB90.3</w:t>
            </w:r>
          </w:p>
        </w:tc>
        <w:tc>
          <w:tcPr>
            <w:tcW w:w="1152" w:type="dxa"/>
          </w:tcPr>
          <w:p w14:paraId="4B73555D" w14:textId="77777777" w:rsidR="004D342C" w:rsidRDefault="00000000">
            <w:pPr>
              <w:spacing w:before="20" w:after="20"/>
              <w:ind w:firstLine="0"/>
              <w:jc w:val="right"/>
            </w:pPr>
            <w:r>
              <w:rPr>
                <w:sz w:val="17"/>
              </w:rPr>
              <w:t>34</w:t>
            </w:r>
          </w:p>
        </w:tc>
        <w:tc>
          <w:tcPr>
            <w:tcW w:w="1584" w:type="dxa"/>
          </w:tcPr>
          <w:p w14:paraId="229E9FD6" w14:textId="77777777" w:rsidR="004D342C" w:rsidRDefault="00000000">
            <w:pPr>
              <w:spacing w:before="20" w:after="20"/>
              <w:ind w:firstLine="0"/>
              <w:jc w:val="right"/>
            </w:pPr>
            <w:r>
              <w:rPr>
                <w:sz w:val="17"/>
              </w:rPr>
              <w:t>64,633</w:t>
            </w:r>
          </w:p>
        </w:tc>
        <w:tc>
          <w:tcPr>
            <w:tcW w:w="1152" w:type="dxa"/>
          </w:tcPr>
          <w:p w14:paraId="3A66A06C" w14:textId="77777777" w:rsidR="004D342C" w:rsidRDefault="00000000">
            <w:pPr>
              <w:spacing w:before="20" w:after="20"/>
              <w:ind w:firstLine="0"/>
              <w:jc w:val="right"/>
            </w:pPr>
            <w:r>
              <w:rPr>
                <w:sz w:val="17"/>
              </w:rPr>
              <w:t>100.0</w:t>
            </w:r>
          </w:p>
        </w:tc>
      </w:tr>
      <w:tr w:rsidR="004D342C" w14:paraId="0C23A058" w14:textId="77777777">
        <w:trPr>
          <w:cantSplit/>
          <w:jc w:val="center"/>
        </w:trPr>
        <w:tc>
          <w:tcPr>
            <w:tcW w:w="720" w:type="dxa"/>
          </w:tcPr>
          <w:p w14:paraId="3F867387" w14:textId="77777777" w:rsidR="004D342C" w:rsidRDefault="00000000">
            <w:pPr>
              <w:spacing w:before="20" w:after="20"/>
              <w:ind w:firstLine="0"/>
            </w:pPr>
            <w:r>
              <w:rPr>
                <w:sz w:val="17"/>
              </w:rPr>
              <w:t>2019</w:t>
            </w:r>
          </w:p>
        </w:tc>
        <w:tc>
          <w:tcPr>
            <w:tcW w:w="720" w:type="dxa"/>
          </w:tcPr>
          <w:p w14:paraId="240AD631" w14:textId="77777777" w:rsidR="004D342C" w:rsidRDefault="00000000">
            <w:pPr>
              <w:spacing w:before="20" w:after="20"/>
              <w:ind w:firstLine="0"/>
              <w:jc w:val="right"/>
            </w:pPr>
            <w:r>
              <w:rPr>
                <w:sz w:val="17"/>
              </w:rPr>
              <w:t>2</w:t>
            </w:r>
          </w:p>
        </w:tc>
        <w:tc>
          <w:tcPr>
            <w:tcW w:w="3024" w:type="dxa"/>
          </w:tcPr>
          <w:p w14:paraId="4EC7C89A" w14:textId="77777777" w:rsidR="004D342C" w:rsidRDefault="00000000">
            <w:pPr>
              <w:spacing w:before="20" w:after="20"/>
              <w:ind w:firstLine="0"/>
            </w:pPr>
            <w:r>
              <w:rPr>
                <w:sz w:val="17"/>
              </w:rPr>
              <w:t>EB91.5, EB92.3</w:t>
            </w:r>
          </w:p>
        </w:tc>
        <w:tc>
          <w:tcPr>
            <w:tcW w:w="1152" w:type="dxa"/>
          </w:tcPr>
          <w:p w14:paraId="61679BA1" w14:textId="77777777" w:rsidR="004D342C" w:rsidRDefault="00000000">
            <w:pPr>
              <w:spacing w:before="20" w:after="20"/>
              <w:ind w:firstLine="0"/>
              <w:jc w:val="right"/>
            </w:pPr>
            <w:r>
              <w:rPr>
                <w:sz w:val="17"/>
              </w:rPr>
              <w:t>33</w:t>
            </w:r>
          </w:p>
        </w:tc>
        <w:tc>
          <w:tcPr>
            <w:tcW w:w="1584" w:type="dxa"/>
          </w:tcPr>
          <w:p w14:paraId="5ECA479A" w14:textId="77777777" w:rsidR="004D342C" w:rsidRDefault="00000000">
            <w:pPr>
              <w:spacing w:before="20" w:after="20"/>
              <w:ind w:firstLine="0"/>
              <w:jc w:val="right"/>
            </w:pPr>
            <w:r>
              <w:rPr>
                <w:sz w:val="17"/>
              </w:rPr>
              <w:t>64,707</w:t>
            </w:r>
          </w:p>
        </w:tc>
        <w:tc>
          <w:tcPr>
            <w:tcW w:w="1152" w:type="dxa"/>
          </w:tcPr>
          <w:p w14:paraId="1129D02A" w14:textId="77777777" w:rsidR="004D342C" w:rsidRDefault="00000000">
            <w:pPr>
              <w:spacing w:before="20" w:after="20"/>
              <w:ind w:firstLine="0"/>
              <w:jc w:val="right"/>
            </w:pPr>
            <w:r>
              <w:rPr>
                <w:sz w:val="17"/>
              </w:rPr>
              <w:t>100.0</w:t>
            </w:r>
          </w:p>
        </w:tc>
      </w:tr>
      <w:tr w:rsidR="004D342C" w14:paraId="71BBA043" w14:textId="77777777">
        <w:trPr>
          <w:cantSplit/>
          <w:jc w:val="center"/>
        </w:trPr>
        <w:tc>
          <w:tcPr>
            <w:tcW w:w="720" w:type="dxa"/>
          </w:tcPr>
          <w:p w14:paraId="4DCB1594" w14:textId="77777777" w:rsidR="004D342C" w:rsidRDefault="00000000">
            <w:pPr>
              <w:spacing w:before="20" w:after="20"/>
              <w:ind w:firstLine="0"/>
            </w:pPr>
            <w:r>
              <w:rPr>
                <w:sz w:val="17"/>
              </w:rPr>
              <w:t>2020</w:t>
            </w:r>
          </w:p>
        </w:tc>
        <w:tc>
          <w:tcPr>
            <w:tcW w:w="720" w:type="dxa"/>
          </w:tcPr>
          <w:p w14:paraId="03079ECB" w14:textId="77777777" w:rsidR="004D342C" w:rsidRDefault="00000000">
            <w:pPr>
              <w:spacing w:before="20" w:after="20"/>
              <w:ind w:firstLine="0"/>
              <w:jc w:val="right"/>
            </w:pPr>
            <w:r>
              <w:rPr>
                <w:sz w:val="17"/>
              </w:rPr>
              <w:t>1</w:t>
            </w:r>
          </w:p>
        </w:tc>
        <w:tc>
          <w:tcPr>
            <w:tcW w:w="3024" w:type="dxa"/>
          </w:tcPr>
          <w:p w14:paraId="566384EC" w14:textId="77777777" w:rsidR="004D342C" w:rsidRDefault="00000000">
            <w:pPr>
              <w:spacing w:before="20" w:after="20"/>
              <w:ind w:firstLine="0"/>
            </w:pPr>
            <w:r>
              <w:rPr>
                <w:sz w:val="17"/>
              </w:rPr>
              <w:t>EB93.1</w:t>
            </w:r>
          </w:p>
        </w:tc>
        <w:tc>
          <w:tcPr>
            <w:tcW w:w="1152" w:type="dxa"/>
          </w:tcPr>
          <w:p w14:paraId="42EF2DE6" w14:textId="77777777" w:rsidR="004D342C" w:rsidRDefault="00000000">
            <w:pPr>
              <w:spacing w:before="20" w:after="20"/>
              <w:ind w:firstLine="0"/>
              <w:jc w:val="right"/>
            </w:pPr>
            <w:r>
              <w:rPr>
                <w:sz w:val="17"/>
              </w:rPr>
              <w:t>33</w:t>
            </w:r>
          </w:p>
        </w:tc>
        <w:tc>
          <w:tcPr>
            <w:tcW w:w="1584" w:type="dxa"/>
          </w:tcPr>
          <w:p w14:paraId="6CC0AB11" w14:textId="77777777" w:rsidR="004D342C" w:rsidRDefault="00000000">
            <w:pPr>
              <w:spacing w:before="20" w:after="20"/>
              <w:ind w:firstLine="0"/>
              <w:jc w:val="right"/>
            </w:pPr>
            <w:r>
              <w:rPr>
                <w:sz w:val="17"/>
              </w:rPr>
              <w:t>32,964</w:t>
            </w:r>
          </w:p>
        </w:tc>
        <w:tc>
          <w:tcPr>
            <w:tcW w:w="1152" w:type="dxa"/>
          </w:tcPr>
          <w:p w14:paraId="366F9533" w14:textId="77777777" w:rsidR="004D342C" w:rsidRDefault="00000000">
            <w:pPr>
              <w:spacing w:before="20" w:after="20"/>
              <w:ind w:firstLine="0"/>
              <w:jc w:val="right"/>
            </w:pPr>
            <w:r>
              <w:rPr>
                <w:sz w:val="17"/>
              </w:rPr>
              <w:t>100.0</w:t>
            </w:r>
          </w:p>
        </w:tc>
      </w:tr>
      <w:tr w:rsidR="004D342C" w14:paraId="670AE301" w14:textId="77777777">
        <w:trPr>
          <w:cantSplit/>
          <w:jc w:val="center"/>
        </w:trPr>
        <w:tc>
          <w:tcPr>
            <w:tcW w:w="720" w:type="dxa"/>
          </w:tcPr>
          <w:p w14:paraId="46002945" w14:textId="77777777" w:rsidR="004D342C" w:rsidRDefault="00000000">
            <w:pPr>
              <w:spacing w:before="20" w:after="20"/>
              <w:ind w:firstLine="0"/>
            </w:pPr>
            <w:r>
              <w:rPr>
                <w:sz w:val="17"/>
              </w:rPr>
              <w:t>2021</w:t>
            </w:r>
          </w:p>
        </w:tc>
        <w:tc>
          <w:tcPr>
            <w:tcW w:w="720" w:type="dxa"/>
          </w:tcPr>
          <w:p w14:paraId="0F3C0A85" w14:textId="77777777" w:rsidR="004D342C" w:rsidRDefault="00000000">
            <w:pPr>
              <w:spacing w:before="20" w:after="20"/>
              <w:ind w:firstLine="0"/>
              <w:jc w:val="right"/>
            </w:pPr>
            <w:r>
              <w:rPr>
                <w:sz w:val="17"/>
              </w:rPr>
              <w:t>2</w:t>
            </w:r>
          </w:p>
        </w:tc>
        <w:tc>
          <w:tcPr>
            <w:tcW w:w="3024" w:type="dxa"/>
          </w:tcPr>
          <w:p w14:paraId="0D6C4A9D" w14:textId="77777777" w:rsidR="004D342C" w:rsidRDefault="00000000">
            <w:pPr>
              <w:spacing w:before="20" w:after="20"/>
              <w:ind w:firstLine="0"/>
            </w:pPr>
            <w:r>
              <w:rPr>
                <w:sz w:val="17"/>
              </w:rPr>
              <w:t>EB94.3, EB95.3</w:t>
            </w:r>
          </w:p>
        </w:tc>
        <w:tc>
          <w:tcPr>
            <w:tcW w:w="1152" w:type="dxa"/>
          </w:tcPr>
          <w:p w14:paraId="0E7728A7" w14:textId="77777777" w:rsidR="004D342C" w:rsidRDefault="00000000">
            <w:pPr>
              <w:spacing w:before="20" w:after="20"/>
              <w:ind w:firstLine="0"/>
              <w:jc w:val="right"/>
            </w:pPr>
            <w:r>
              <w:rPr>
                <w:sz w:val="17"/>
              </w:rPr>
              <w:t>40</w:t>
            </w:r>
          </w:p>
        </w:tc>
        <w:tc>
          <w:tcPr>
            <w:tcW w:w="1584" w:type="dxa"/>
          </w:tcPr>
          <w:p w14:paraId="0C5F4A50" w14:textId="77777777" w:rsidR="004D342C" w:rsidRDefault="00000000">
            <w:pPr>
              <w:spacing w:before="20" w:after="20"/>
              <w:ind w:firstLine="0"/>
              <w:jc w:val="right"/>
            </w:pPr>
            <w:r>
              <w:rPr>
                <w:sz w:val="17"/>
              </w:rPr>
              <w:t>72,965</w:t>
            </w:r>
          </w:p>
        </w:tc>
        <w:tc>
          <w:tcPr>
            <w:tcW w:w="1152" w:type="dxa"/>
          </w:tcPr>
          <w:p w14:paraId="3EB2A904" w14:textId="77777777" w:rsidR="004D342C" w:rsidRDefault="00000000">
            <w:pPr>
              <w:spacing w:before="20" w:after="20"/>
              <w:ind w:firstLine="0"/>
              <w:jc w:val="right"/>
            </w:pPr>
            <w:r>
              <w:rPr>
                <w:sz w:val="17"/>
              </w:rPr>
              <w:t>100.0</w:t>
            </w:r>
          </w:p>
        </w:tc>
      </w:tr>
      <w:tr w:rsidR="004D342C" w14:paraId="19617C59" w14:textId="77777777">
        <w:trPr>
          <w:cantSplit/>
          <w:jc w:val="center"/>
        </w:trPr>
        <w:tc>
          <w:tcPr>
            <w:tcW w:w="720" w:type="dxa"/>
          </w:tcPr>
          <w:p w14:paraId="27B3946D" w14:textId="77777777" w:rsidR="004D342C" w:rsidRDefault="00000000">
            <w:pPr>
              <w:spacing w:before="20" w:after="20"/>
              <w:ind w:firstLine="0"/>
            </w:pPr>
            <w:r>
              <w:rPr>
                <w:sz w:val="17"/>
              </w:rPr>
              <w:t>2022</w:t>
            </w:r>
          </w:p>
        </w:tc>
        <w:tc>
          <w:tcPr>
            <w:tcW w:w="720" w:type="dxa"/>
          </w:tcPr>
          <w:p w14:paraId="2F51E520" w14:textId="77777777" w:rsidR="004D342C" w:rsidRDefault="00000000">
            <w:pPr>
              <w:spacing w:before="20" w:after="20"/>
              <w:ind w:firstLine="0"/>
              <w:jc w:val="right"/>
            </w:pPr>
            <w:r>
              <w:rPr>
                <w:sz w:val="17"/>
              </w:rPr>
              <w:t>2</w:t>
            </w:r>
          </w:p>
        </w:tc>
        <w:tc>
          <w:tcPr>
            <w:tcW w:w="3024" w:type="dxa"/>
          </w:tcPr>
          <w:p w14:paraId="73CFDA0F" w14:textId="77777777" w:rsidR="004D342C" w:rsidRDefault="00000000">
            <w:pPr>
              <w:spacing w:before="20" w:after="20"/>
              <w:ind w:firstLine="0"/>
            </w:pPr>
            <w:r>
              <w:rPr>
                <w:sz w:val="17"/>
              </w:rPr>
              <w:t>EB96.3, EB97.5</w:t>
            </w:r>
          </w:p>
        </w:tc>
        <w:tc>
          <w:tcPr>
            <w:tcW w:w="1152" w:type="dxa"/>
          </w:tcPr>
          <w:p w14:paraId="07ED5EB3" w14:textId="77777777" w:rsidR="004D342C" w:rsidRDefault="00000000">
            <w:pPr>
              <w:spacing w:before="20" w:after="20"/>
              <w:ind w:firstLine="0"/>
              <w:jc w:val="right"/>
            </w:pPr>
            <w:r>
              <w:rPr>
                <w:sz w:val="17"/>
              </w:rPr>
              <w:t>40</w:t>
            </w:r>
          </w:p>
        </w:tc>
        <w:tc>
          <w:tcPr>
            <w:tcW w:w="1584" w:type="dxa"/>
          </w:tcPr>
          <w:p w14:paraId="3856A636" w14:textId="77777777" w:rsidR="004D342C" w:rsidRDefault="00000000">
            <w:pPr>
              <w:spacing w:before="20" w:after="20"/>
              <w:ind w:firstLine="0"/>
              <w:jc w:val="right"/>
            </w:pPr>
            <w:r>
              <w:rPr>
                <w:sz w:val="17"/>
              </w:rPr>
              <w:t>74,422</w:t>
            </w:r>
          </w:p>
        </w:tc>
        <w:tc>
          <w:tcPr>
            <w:tcW w:w="1152" w:type="dxa"/>
          </w:tcPr>
          <w:p w14:paraId="6F332D65" w14:textId="77777777" w:rsidR="004D342C" w:rsidRDefault="00000000">
            <w:pPr>
              <w:spacing w:before="20" w:after="20"/>
              <w:ind w:firstLine="0"/>
              <w:jc w:val="right"/>
            </w:pPr>
            <w:r>
              <w:rPr>
                <w:sz w:val="17"/>
              </w:rPr>
              <w:t>100.0</w:t>
            </w:r>
          </w:p>
        </w:tc>
      </w:tr>
      <w:tr w:rsidR="004D342C" w14:paraId="611DCFE2" w14:textId="77777777">
        <w:trPr>
          <w:cantSplit/>
          <w:jc w:val="center"/>
        </w:trPr>
        <w:tc>
          <w:tcPr>
            <w:tcW w:w="720" w:type="dxa"/>
          </w:tcPr>
          <w:p w14:paraId="4BEC1129" w14:textId="77777777" w:rsidR="004D342C" w:rsidRDefault="00000000">
            <w:pPr>
              <w:spacing w:before="20" w:after="20"/>
              <w:ind w:firstLine="0"/>
            </w:pPr>
            <w:r>
              <w:rPr>
                <w:sz w:val="17"/>
              </w:rPr>
              <w:t>2023</w:t>
            </w:r>
          </w:p>
        </w:tc>
        <w:tc>
          <w:tcPr>
            <w:tcW w:w="720" w:type="dxa"/>
          </w:tcPr>
          <w:p w14:paraId="3A5B3FE4" w14:textId="77777777" w:rsidR="004D342C" w:rsidRDefault="00000000">
            <w:pPr>
              <w:spacing w:before="20" w:after="20"/>
              <w:ind w:firstLine="0"/>
              <w:jc w:val="right"/>
            </w:pPr>
            <w:r>
              <w:rPr>
                <w:sz w:val="17"/>
              </w:rPr>
              <w:t>3</w:t>
            </w:r>
          </w:p>
        </w:tc>
        <w:tc>
          <w:tcPr>
            <w:tcW w:w="3024" w:type="dxa"/>
          </w:tcPr>
          <w:p w14:paraId="59AEDA2E" w14:textId="77777777" w:rsidR="004D342C" w:rsidRDefault="00000000">
            <w:pPr>
              <w:spacing w:before="20" w:after="20"/>
              <w:ind w:firstLine="0"/>
            </w:pPr>
            <w:r>
              <w:rPr>
                <w:sz w:val="17"/>
              </w:rPr>
              <w:t>EB100.2, EB98.2, EB99.4</w:t>
            </w:r>
          </w:p>
        </w:tc>
        <w:tc>
          <w:tcPr>
            <w:tcW w:w="1152" w:type="dxa"/>
          </w:tcPr>
          <w:p w14:paraId="23F4F413" w14:textId="77777777" w:rsidR="004D342C" w:rsidRDefault="00000000">
            <w:pPr>
              <w:spacing w:before="20" w:after="20"/>
              <w:ind w:firstLine="0"/>
              <w:jc w:val="right"/>
            </w:pPr>
            <w:r>
              <w:rPr>
                <w:sz w:val="17"/>
              </w:rPr>
              <w:t>40</w:t>
            </w:r>
          </w:p>
        </w:tc>
        <w:tc>
          <w:tcPr>
            <w:tcW w:w="1584" w:type="dxa"/>
          </w:tcPr>
          <w:p w14:paraId="07443CD2" w14:textId="77777777" w:rsidR="004D342C" w:rsidRDefault="00000000">
            <w:pPr>
              <w:spacing w:before="20" w:after="20"/>
              <w:ind w:firstLine="0"/>
              <w:jc w:val="right"/>
            </w:pPr>
            <w:r>
              <w:rPr>
                <w:sz w:val="17"/>
              </w:rPr>
              <w:t>110,518</w:t>
            </w:r>
          </w:p>
        </w:tc>
        <w:tc>
          <w:tcPr>
            <w:tcW w:w="1152" w:type="dxa"/>
          </w:tcPr>
          <w:p w14:paraId="5FDDF571" w14:textId="77777777" w:rsidR="004D342C" w:rsidRDefault="00000000">
            <w:pPr>
              <w:spacing w:before="20" w:after="20"/>
              <w:ind w:firstLine="0"/>
              <w:jc w:val="right"/>
            </w:pPr>
            <w:r>
              <w:rPr>
                <w:sz w:val="17"/>
              </w:rPr>
              <w:t>100.0</w:t>
            </w:r>
          </w:p>
        </w:tc>
      </w:tr>
      <w:tr w:rsidR="004D342C" w14:paraId="6D9522F4" w14:textId="77777777">
        <w:trPr>
          <w:cantSplit/>
          <w:jc w:val="center"/>
        </w:trPr>
        <w:tc>
          <w:tcPr>
            <w:tcW w:w="720" w:type="dxa"/>
          </w:tcPr>
          <w:p w14:paraId="4FBCF727" w14:textId="77777777" w:rsidR="004D342C" w:rsidRDefault="00000000">
            <w:pPr>
              <w:spacing w:before="20" w:after="20"/>
              <w:ind w:firstLine="0"/>
            </w:pPr>
            <w:r>
              <w:rPr>
                <w:sz w:val="17"/>
              </w:rPr>
              <w:t>2024</w:t>
            </w:r>
          </w:p>
        </w:tc>
        <w:tc>
          <w:tcPr>
            <w:tcW w:w="720" w:type="dxa"/>
          </w:tcPr>
          <w:p w14:paraId="1F627C25" w14:textId="77777777" w:rsidR="004D342C" w:rsidRDefault="00000000">
            <w:pPr>
              <w:spacing w:before="20" w:after="20"/>
              <w:ind w:firstLine="0"/>
              <w:jc w:val="right"/>
            </w:pPr>
            <w:r>
              <w:rPr>
                <w:sz w:val="17"/>
              </w:rPr>
              <w:t>3</w:t>
            </w:r>
          </w:p>
        </w:tc>
        <w:tc>
          <w:tcPr>
            <w:tcW w:w="3024" w:type="dxa"/>
          </w:tcPr>
          <w:p w14:paraId="20415D47" w14:textId="77777777" w:rsidR="004D342C" w:rsidRDefault="00000000">
            <w:pPr>
              <w:spacing w:before="20" w:after="20"/>
              <w:ind w:firstLine="0"/>
            </w:pPr>
            <w:r>
              <w:rPr>
                <w:sz w:val="17"/>
              </w:rPr>
              <w:t>EB101.3, EB101.4, EB102.2</w:t>
            </w:r>
          </w:p>
        </w:tc>
        <w:tc>
          <w:tcPr>
            <w:tcW w:w="1152" w:type="dxa"/>
          </w:tcPr>
          <w:p w14:paraId="06A42B5D" w14:textId="77777777" w:rsidR="004D342C" w:rsidRDefault="00000000">
            <w:pPr>
              <w:spacing w:before="20" w:after="20"/>
              <w:ind w:firstLine="0"/>
              <w:jc w:val="right"/>
            </w:pPr>
            <w:r>
              <w:rPr>
                <w:sz w:val="17"/>
              </w:rPr>
              <w:t>39</w:t>
            </w:r>
          </w:p>
        </w:tc>
        <w:tc>
          <w:tcPr>
            <w:tcW w:w="1584" w:type="dxa"/>
          </w:tcPr>
          <w:p w14:paraId="63203599" w14:textId="77777777" w:rsidR="004D342C" w:rsidRDefault="00000000">
            <w:pPr>
              <w:spacing w:before="20" w:after="20"/>
              <w:ind w:firstLine="0"/>
              <w:jc w:val="right"/>
            </w:pPr>
            <w:r>
              <w:rPr>
                <w:sz w:val="17"/>
              </w:rPr>
              <w:t>99,154</w:t>
            </w:r>
          </w:p>
        </w:tc>
        <w:tc>
          <w:tcPr>
            <w:tcW w:w="1152" w:type="dxa"/>
          </w:tcPr>
          <w:p w14:paraId="65B50BDE" w14:textId="77777777" w:rsidR="004D342C" w:rsidRDefault="00000000">
            <w:pPr>
              <w:spacing w:before="20" w:after="20"/>
              <w:ind w:firstLine="0"/>
              <w:jc w:val="right"/>
            </w:pPr>
            <w:r>
              <w:rPr>
                <w:sz w:val="17"/>
              </w:rPr>
              <w:t>100.0</w:t>
            </w:r>
          </w:p>
        </w:tc>
      </w:tr>
      <w:tr w:rsidR="004D342C" w14:paraId="4EA3BDF4" w14:textId="77777777">
        <w:trPr>
          <w:cantSplit/>
          <w:jc w:val="center"/>
        </w:trPr>
        <w:tc>
          <w:tcPr>
            <w:tcW w:w="720" w:type="dxa"/>
          </w:tcPr>
          <w:p w14:paraId="0D6AECA5" w14:textId="77777777" w:rsidR="004D342C" w:rsidRDefault="00000000">
            <w:pPr>
              <w:spacing w:before="20" w:after="20"/>
              <w:ind w:firstLine="0"/>
            </w:pPr>
            <w:r>
              <w:rPr>
                <w:sz w:val="17"/>
              </w:rPr>
              <w:t>2025</w:t>
            </w:r>
          </w:p>
        </w:tc>
        <w:tc>
          <w:tcPr>
            <w:tcW w:w="720" w:type="dxa"/>
          </w:tcPr>
          <w:p w14:paraId="5A052F1C" w14:textId="77777777" w:rsidR="004D342C" w:rsidRDefault="00000000">
            <w:pPr>
              <w:spacing w:before="20" w:after="20"/>
              <w:ind w:firstLine="0"/>
              <w:jc w:val="right"/>
            </w:pPr>
            <w:r>
              <w:rPr>
                <w:sz w:val="17"/>
              </w:rPr>
              <w:t>2</w:t>
            </w:r>
          </w:p>
        </w:tc>
        <w:tc>
          <w:tcPr>
            <w:tcW w:w="3024" w:type="dxa"/>
          </w:tcPr>
          <w:p w14:paraId="13ED35B8" w14:textId="77777777" w:rsidR="004D342C" w:rsidRDefault="00000000">
            <w:pPr>
              <w:spacing w:before="20" w:after="20"/>
              <w:ind w:firstLine="0"/>
            </w:pPr>
            <w:r>
              <w:rPr>
                <w:sz w:val="17"/>
              </w:rPr>
              <w:t>EB103.3, EB104.1</w:t>
            </w:r>
          </w:p>
        </w:tc>
        <w:tc>
          <w:tcPr>
            <w:tcW w:w="1152" w:type="dxa"/>
          </w:tcPr>
          <w:p w14:paraId="0E328094" w14:textId="77777777" w:rsidR="004D342C" w:rsidRDefault="00000000">
            <w:pPr>
              <w:spacing w:before="20" w:after="20"/>
              <w:ind w:firstLine="0"/>
              <w:jc w:val="right"/>
            </w:pPr>
            <w:r>
              <w:rPr>
                <w:sz w:val="17"/>
              </w:rPr>
              <w:t>39</w:t>
            </w:r>
          </w:p>
        </w:tc>
        <w:tc>
          <w:tcPr>
            <w:tcW w:w="1584" w:type="dxa"/>
          </w:tcPr>
          <w:p w14:paraId="427B721A" w14:textId="77777777" w:rsidR="004D342C" w:rsidRDefault="00000000">
            <w:pPr>
              <w:spacing w:before="20" w:after="20"/>
              <w:ind w:firstLine="0"/>
              <w:jc w:val="right"/>
            </w:pPr>
            <w:r>
              <w:rPr>
                <w:sz w:val="17"/>
              </w:rPr>
              <w:t>72,849</w:t>
            </w:r>
          </w:p>
        </w:tc>
        <w:tc>
          <w:tcPr>
            <w:tcW w:w="1152" w:type="dxa"/>
          </w:tcPr>
          <w:p w14:paraId="14D51C1A" w14:textId="77777777" w:rsidR="004D342C" w:rsidRDefault="00000000">
            <w:pPr>
              <w:spacing w:before="20" w:after="20"/>
              <w:ind w:firstLine="0"/>
              <w:jc w:val="right"/>
            </w:pPr>
            <w:r>
              <w:rPr>
                <w:sz w:val="17"/>
              </w:rPr>
              <w:t>100.0</w:t>
            </w:r>
          </w:p>
        </w:tc>
      </w:tr>
      <w:tr w:rsidR="004D342C" w14:paraId="46052803" w14:textId="77777777">
        <w:trPr>
          <w:cantSplit/>
          <w:jc w:val="center"/>
        </w:trPr>
        <w:tc>
          <w:tcPr>
            <w:tcW w:w="720" w:type="dxa"/>
          </w:tcPr>
          <w:p w14:paraId="7ABB0F6E" w14:textId="77777777" w:rsidR="004D342C" w:rsidRDefault="00000000">
            <w:pPr>
              <w:keepNext/>
              <w:spacing w:before="20" w:after="20"/>
              <w:ind w:firstLine="0"/>
            </w:pPr>
            <w:r>
              <w:rPr>
                <w:sz w:val="17"/>
              </w:rPr>
              <w:t>2026</w:t>
            </w:r>
          </w:p>
        </w:tc>
        <w:tc>
          <w:tcPr>
            <w:tcW w:w="720" w:type="dxa"/>
          </w:tcPr>
          <w:p w14:paraId="754BEE56" w14:textId="77777777" w:rsidR="004D342C" w:rsidRDefault="00000000">
            <w:pPr>
              <w:keepNext/>
              <w:spacing w:before="20" w:after="20"/>
              <w:ind w:firstLine="0"/>
              <w:jc w:val="right"/>
            </w:pPr>
            <w:r>
              <w:rPr>
                <w:sz w:val="17"/>
              </w:rPr>
              <w:t>1</w:t>
            </w:r>
          </w:p>
        </w:tc>
        <w:tc>
          <w:tcPr>
            <w:tcW w:w="3024" w:type="dxa"/>
          </w:tcPr>
          <w:p w14:paraId="7D035159" w14:textId="77777777" w:rsidR="004D342C" w:rsidRDefault="00000000">
            <w:pPr>
              <w:keepNext/>
              <w:spacing w:before="20" w:after="20"/>
              <w:ind w:firstLine="0"/>
            </w:pPr>
            <w:r>
              <w:rPr>
                <w:sz w:val="17"/>
              </w:rPr>
              <w:t>EB105.2</w:t>
            </w:r>
          </w:p>
        </w:tc>
        <w:tc>
          <w:tcPr>
            <w:tcW w:w="1152" w:type="dxa"/>
          </w:tcPr>
          <w:p w14:paraId="0354CA22" w14:textId="77777777" w:rsidR="004D342C" w:rsidRDefault="00000000">
            <w:pPr>
              <w:keepNext/>
              <w:spacing w:before="20" w:after="20"/>
              <w:ind w:firstLine="0"/>
              <w:jc w:val="right"/>
            </w:pPr>
            <w:r>
              <w:rPr>
                <w:sz w:val="17"/>
              </w:rPr>
              <w:t>39</w:t>
            </w:r>
          </w:p>
        </w:tc>
        <w:tc>
          <w:tcPr>
            <w:tcW w:w="1584" w:type="dxa"/>
          </w:tcPr>
          <w:p w14:paraId="66DB2522" w14:textId="77777777" w:rsidR="004D342C" w:rsidRDefault="00000000">
            <w:pPr>
              <w:keepNext/>
              <w:spacing w:before="20" w:after="20"/>
              <w:ind w:firstLine="0"/>
              <w:jc w:val="right"/>
            </w:pPr>
            <w:r>
              <w:rPr>
                <w:sz w:val="17"/>
              </w:rPr>
              <w:t>36,544</w:t>
            </w:r>
          </w:p>
        </w:tc>
        <w:tc>
          <w:tcPr>
            <w:tcW w:w="1152" w:type="dxa"/>
          </w:tcPr>
          <w:p w14:paraId="002C7EB2" w14:textId="77777777" w:rsidR="004D342C" w:rsidRDefault="00000000">
            <w:pPr>
              <w:keepNext/>
              <w:spacing w:before="20" w:after="20"/>
              <w:ind w:firstLine="0"/>
              <w:jc w:val="right"/>
            </w:pPr>
            <w:r>
              <w:rPr>
                <w:sz w:val="17"/>
              </w:rPr>
              <w:t>99.9</w:t>
            </w:r>
          </w:p>
        </w:tc>
      </w:tr>
    </w:tbl>
    <w:p>
      <w:pPr>
        <w:spacing w:before="80" w:after="160"/>
      </w:pPr>
      <w:r>
        <w:rPr>
          <w:sz w:val="19"/>
        </w:rPr>
        <w:t>**Table 3.1. **</w:t>
      </w:r>
      <w:r>
        <w:rPr>
          <w:i/>
          <w:sz w:val="19"/>
        </w:rPr>
        <w:t>Coverage by year. "Country cells" counts country-by-year cells with at least 50 respondents; "Respondents scored" counts respondents in those cells carrying a valid composite EU-support score (2,369,458 in total, against 2,460,072 records in the file); "% weighted" is the share of those respondents carrying a usable survey weight. Source: eusupport_weighted_series.csv, 8 September 2026 — the scored and weighted columns predate the 15 September rebuild and are due a refresh; the wave, year and country-cell columns are unaffected by it.</w:t>
      </w:r>
    </w:p>
    <w:p w14:paraId="0AC478CC" w14:textId="77777777" w:rsidR="004D342C" w:rsidRDefault="00000000">
      <w:pPr>
        <w:pStyle w:val="Heading2"/>
      </w:pPr>
      <w:r>
        <w:rPr>
          <w:rFonts w:ascii="Times New Roman" w:hAnsi="Times New Roman" w:cs="Times New Roman"/>
        </w:rPr>
        <w:t>3.2  Countries</w:t>
      </w:r>
    </w:p>
    <w:p w14:paraId="2E5AD68B" w14:textId="77777777" w:rsidR="004D342C" w:rsidRDefault="00000000">
      <w:r>
        <w:t>The country identifier is the ERD variable country, harmonized to a single scheme applied across every wave: 46 country labels on codes 1 to 47 (code 44 is unused). The scheme keeps East and West Germany separate (codes 12 and 13) alongside a unified Germany code (14), keeps Great Britain and Northern Ireland separate, and includes candidate and non-member publics surveyed in later rounds (Turkey, the Western Balkans, the Republic of Cyprus and the Territory of Cyprus North, and others).</w:t>
      </w:r>
    </w:p>
    <w:p w14:paraId="6DE56151" w14:textId="77777777" w:rsidR="004D342C" w:rsidRDefault="00000000">
      <w:r>
        <w:t>The number of countries in the field grows from 9 country cells in 1974 to 40 in 2021–2023 and 39 in 2026. This growth is not incidental: it is the single largest threat to a naive over-time comparison, and §11 explains what to do about it.</w:t>
      </w:r>
    </w:p>
    <w:p w14:paraId="13D363EE" w14:textId="77777777" w:rsidR="004D342C" w:rsidRDefault="00000000">
      <w:pPr>
        <w:pStyle w:val="Heading2"/>
      </w:pPr>
      <w:r>
        <w:rPr>
          <w:rFonts w:ascii="Times New Roman" w:hAnsi="Times New Roman" w:cs="Times New Roman"/>
        </w:rPr>
        <w:t>3.3  Where coverage is thin — an honest account</w:t>
      </w:r>
    </w:p>
    <w:p w14:paraId="2FAD4C8C" w14:textId="77777777" w:rsidR="004D342C" w:rsidRDefault="00000000">
      <w:pPr>
        <w:ind w:left="720" w:hanging="360"/>
      </w:pPr>
      <w:r>
        <w:t>•</w:t>
      </w:r>
      <w:r>
        <w:tab/>
        <w:t>Single-wave years. 1974, 2020 and 2026 contain one wave each, so a yearly figure for those years rests on a single fieldwork period rather than an average of two.</w:t>
      </w:r>
    </w:p>
    <w:p w14:paraId="265E5B59" w14:textId="77777777" w:rsidR="004D342C" w:rsidRDefault="00000000">
      <w:pPr>
        <w:ind w:left="720" w:hanging="360"/>
      </w:pPr>
      <w:r>
        <w:lastRenderedPageBreak/>
        <w:t>•</w:t>
      </w:r>
      <w:r>
        <w:tab/>
        <w:t>The 1970s and early 1980s. Waves EB2 to EB18 map between 28 and 77 variables each, most of them under 50, against 130 to 190 for a typical wave after 2003. The pre-1987 material was added on 6 September 2026 and is thinner in every dimension except membership support.</w:t>
      </w:r>
    </w:p>
    <w:p w14:paraId="0CE3198F" w14:textId="77777777" w:rsidR="004D342C" w:rsidRDefault="00000000">
      <w:pPr>
        <w:ind w:left="720" w:hanging="360"/>
      </w:pPr>
      <w:r>
        <w:t>•</w:t>
      </w:r>
      <w:r>
        <w:tab/>
        <w:t>The 1987–1990 rounds. Seven waves in this period carry no national design weight; only EU-population weights were ever mapped (see §10).</w:t>
      </w:r>
    </w:p>
    <w:p w14:paraId="7F584D93" w14:textId="77777777" w:rsidR="004D342C" w:rsidRDefault="00000000">
      <w:pPr>
        <w:ind w:left="720" w:hanging="360"/>
      </w:pPr>
      <w:r>
        <w:t>•2022–2026. Until 7 September 2026 the eleven waves EB96.3 through EB105.2 carried no weight variable at all. weighttarget is now mapped in all of them and the gap is closed (see §10).</w:t>
      </w:r>
      <w:r>
        <w:tab/>
        <w:t/>
      </w:r>
    </w:p>
    <w:p w14:paraId="79A4FD4E" w14:textId="77777777" w:rsidR="004D342C" w:rsidRDefault="00000000">
      <w:pPr>
        <w:ind w:left="720" w:hanging="360"/>
      </w:pPr>
      <w:r>
        <w:t>•EB55.0 (2001) and EB56.3 (January–February 2002). Neither carries</w:t>
      </w:r>
      <w:r>
        <w:tab/>
        <w:t xml:space="preserve"> any of the four composite components, so eusupport is missing for both by design.</w:t>
      </w:r>
    </w:p>
    <w:p w14:paraId="499691BF" w14:textId="77777777" w:rsidR="004D342C" w:rsidRDefault="00000000">
      <w:pPr>
        <w:ind w:left="720" w:hanging="360"/>
      </w:pPr>
      <w:r>
        <w:t>•</w:t>
      </w:r>
      <w:r>
        <w:tab/>
        <w:t>EB17 (1982). 1,755 respondents, unweighted.</w:t>
      </w:r>
    </w:p>
    <w:p w14:paraId="30622255" w14:textId="77777777" w:rsidR="004D342C" w:rsidRDefault="00000000">
      <w:pPr>
        <w:ind w:left="720" w:hanging="360"/>
      </w:pPr>
      <w:r>
        <w:t>•</w:t>
      </w:r>
      <w:r>
        <w:tab/>
        <w:t>Sparse dimensions. Identity/attachment/pride has a median coverage of 2 waves per variable and Economic perceptions/crisis a median of 3, against 20 for Demographics (Table 6.2). Most non-demographic ERD variables are available for only a slice of the series; check the wave count before building a long series on one.</w:t>
      </w:r>
    </w:p>
    <w:p w14:paraId="3FCBD778" w14:textId="77777777" w:rsidR="004D342C" w:rsidRDefault="00000000">
      <w:pPr>
        <w:pStyle w:val="Heading1"/>
        <w:pageBreakBefore/>
        <w:pBdr>
          <w:bottom w:val="single" w:sz="6" w:space="3" w:color="1F4E79"/>
        </w:pBdr>
        <w:spacing w:before="320" w:after="100"/>
      </w:pPr>
      <w:r>
        <w:rPr>
          <w:rFonts w:ascii="Times New Roman" w:hAnsi="Times New Roman" w:cs="Times New Roman"/>
          <w:smallCaps/>
          <w:spacing w:val="40"/>
          <w:sz w:val="26"/>
        </w:rPr>
        <w:lastRenderedPageBreak/>
        <w:t>4</w:t>
      </w:r>
      <w:r>
        <w:rPr>
          <w:rFonts w:ascii="Times New Roman" w:hAnsi="Times New Roman" w:cs="Times New Roman"/>
        </w:rPr>
        <w:t>  How the file is constructed</w:t>
      </w:r>
    </w:p>
    <w:p>
      <w:pPr>
        <w:pStyle w:val="Heading2"/>
        <ck:id v="41-the-three-step-pipeline"/>
      </w:pPr>
      <w:bookmarkStart w:id="15" w:name="_41_the_three_step_pipeline"/>
      <w:r>
        <w:rPr>
          <w:rFonts w:ascii="Times New Roman" w:hAnsi="Times New Roman" w:cs="Times New Roman"/>
        </w:rPr>
        <w:t>4.1  The four-step pipeline</w:t>
      </w:r>
      <w:bookmarkEnd w:id="15"/>
    </w:p>
    <w:p>
      <w:r>
        <w:t>The ERD is built in Stata by four scripts run in order, all sitting in the dataset root alongside the central routines of §4.4. Every other script on the project — the exporters, the scanners, the wave runners and the one-off repair jobs — lives in _tools\, with its logs in _tools\logs\ and pre-edit copies in _tools\backups\.</w:t>
      </w:r>
    </w:p>
    <w:p>
      <w:r>
        <w:rPr>
          <w:b/>
        </w:rPr>
        <w:t>This section used to describe three steps. It is four, and the order changed on 15 September 2026:</w:t>
      </w:r>
      <w:r>
        <w:t xml:space="preserve"> the macro merge is now its own step between the mega and prepare, because the mega stopped merging macro data on 13 September when the mis-keyed block was removed, and prepare reads the with-macro file to build procedural, gdp, perf and joingdp. Running prepare straight off the mega now produces those four variables entirely missing, silently.</w:t>
      </w:r>
    </w:p>
    <w:p>
      <w:r>
        <w:rPr>
          <w:b/>
        </w:rPr>
        <w:t>Step 1 — the merge files.</w:t>
      </w:r>
      <w:r>
        <w:t xml:space="preserve"> Each wave has its own recode-and-rename script, named either &lt;code&gt;.do or &lt;code&gt; (&lt;year&gt;).do and living in that wave’s folder. Where a folder holds both, the live file is the one the run_*.do runners reference; the other carries a “NOT THE LIVE FILE” header and must not be edited. The script loads the raw GESIS file, renames each raw variable to its ERD name, recodes values and country codes to the ERD standard, attaches value labels, stamps the wave and year onto every observation (gen eb, gen year, gen nation), calls the central routines described in §4.4, applies the wave’s share of the 127 final-name renames (moved here from the mega script on 15 September, so a merge file now carries the names the dictionary and this codebook use), and saves &lt;code&gt;merge.dta. Nothing else in the pipeline knows anything about a wave’s raw variable numbers; the per-wave script is where all of that knowledge lives.</w:t>
      </w:r>
    </w:p>
    <w:p>
      <w:r>
        <w:rPr>
          <w:b/>
        </w:rPr>
        <w:t>Step 2 — the mega file.</w:t>
      </w:r>
      <w:r>
        <w:t xml:space="preserve"> create mega file 09.06.2026.do begins from eb610merge.dta, appends the other 112 merge files newest to oldest, applies the cross-wave label define and label values blocks that put every wave on a common coding, runs build_harmonized_series.do (§7.9), and saves erd090626.dta. Since the final-name renames moved into the wave files it is close to a pure append. It runs in about six minutes and writes roughly 3 GB.</w:t>
      </w:r>
    </w:p>
    <w:p>
      <w:r>
        <w:rPr>
          <w:b/>
        </w:rPr>
        <w:t>Step 3 — the macro layer.</w:t>
      </w:r>
      <w:r>
        <w:t xml:space="preserve"> “merge macrodata into ERD 2026.do”, in Datafiles\Macro Data\2026 refresh\, joins the country-year macro indicators to the mega on country and year and saves erd090626_with_macro.dta. Every indicator carries an M prefix. As of 15 September 2026 the eight unprefixed compatibility aliases it used to create — gdpppppc, unemployment and the six wbgi_* governance indicators — are retired, and the script now fails deliberately if any of them reappears.</w:t>
      </w:r>
    </w:p>
    <w:p>
      <w:r>
        <w:rPr>
          <w:b/>
        </w:rPr>
        <w:t>Step 4 — the prepared file.</w:t>
      </w:r>
      <w:r>
        <w:t xml:space="preserve"> “do prepare_mega_file_09.06.2026.do” — the leading “do ” is part of the file name — reads the with-macro file, creates the recoded and derived variables that analysis needs, and saves erd090626_with_recoded_variables.dta. It runs in about thirteen minutes. </w:t>
      </w:r>
      <w:r>
        <w:rPr>
          <w:b/>
        </w:rPr>
        <w:t>It also drops rows on age; see §1.3 before using it.</w:t>
      </w:r>
      <w:r>
        <w:t xml:space="preserve"> Analysis scripts read this file, not the mega file.</w:t>
      </w:r>
    </w:p>
    <w:p>
      <w:r>
        <w:rPr>
          <w:b/>
        </w:rPr>
        <w:t>A rebuild re-runs all 113 waves.</w:t>
      </w:r>
      <w:r>
        <w:t xml:space="preserve"> It takes about a hundred seconds and removes the need to judge which waves changed. That judgement failed on 15 September 2026: a chain that re-ran one wave and took the other 112 on trust assembled a mega from merge files older than the edits that were supposed to be in it. The defect was caught by comparing each wave do file’s timestamp against its merge file’s, which is the check to run when in doubt, not a reconstruction from memory of what was changed.</w:t>
      </w:r>
    </w:p>
    <w:p>
      <w:r>
        <w:t>The practical consequence for anyone adding a wave: the unit of work is a merge file. Write the per-wave script, run it, add one append line to the mega script, rerun steps 2, 3 and 4.</w:t>
      </w:r>
    </w:p>
    <w:p w14:paraId="0951116B" w14:textId="77777777" w:rsidR="004D342C" w:rsidRDefault="00000000">
      <w:pPr>
        <w:pStyle w:val="Heading2"/>
      </w:pPr>
      <w:r>
        <w:rPr>
          <w:rFonts w:ascii="Times New Roman" w:hAnsi="Times New Roman" w:cs="Times New Roman"/>
        </w:rPr>
        <w:t>4.2  The decade folder layout</w:t>
      </w:r>
    </w:p>
    <w:p w14:paraId="0615E647" w14:textId="77777777" w:rsidR="004D342C" w:rsidRDefault="00000000">
      <w:r>
        <w:t>Per-wave material lives under Datafiles\&lt;decade&gt;\eb&lt;code&gt;\, where the decade folder is assigned by Eurobarometer round number rather than by year: rounds up to 12 in 70s, 13–32 in 80s, 33–52 in 90s, 53–72 in 00s, 73–92 in 10s, and 93 and above in 20s. Each wave folder holds the raw GESIS file, the per-wave do file, and the merge file it produces. Because the assignment follows the round number, a folder’s decade and a wave’s fieldwork year can differ by a year at the boundaries; this is intentional and keeps the ordering monotone in round number.</w:t>
      </w:r>
    </w:p>
    <w:p w14:paraId="112FF24F" w14:textId="77777777" w:rsidR="004D342C" w:rsidRDefault="00000000">
      <w:r>
        <w:t>Merge-file names are not uniform. Most are &lt;digits&gt;merge.dta, but eb350merge.dta, eb42merge.dta and eb442bismerge.dta all exist. Always list the folder rather than assuming the name.</w:t>
      </w:r>
    </w:p>
    <w:p w14:paraId="776F833C" w14:textId="77777777" w:rsidR="004D342C" w:rsidRDefault="00000000">
      <w:pPr>
        <w:pStyle w:val="Heading2"/>
      </w:pPr>
      <w:r>
        <w:rPr>
          <w:rFonts w:ascii="Times New Roman" w:hAnsi="Times New Roman" w:cs="Times New Roman"/>
        </w:rPr>
        <w:t>4.3  The two-layer naming scheme</w:t>
      </w:r>
    </w:p>
    <w:p w14:paraId="0C0A7A07" w14:textId="77777777" w:rsidR="004D342C" w:rsidRDefault="00000000">
      <w:r>
        <w:t>This is the single most confusing thing about the ERD’s internals and it must be understood before reading the dictionary. A variable has two names.</w:t>
      </w:r>
    </w:p>
    <w:p w14:paraId="08F8214F" w14:textId="77777777" w:rsidR="004D342C" w:rsidRDefault="00000000">
      <w:r>
        <w:rPr>
          <w:b/>
        </w:rPr>
        <w:t xml:space="preserve">Intermediate name. </w:t>
      </w:r>
      <w:r>
        <w:t>The name a per-wave do file assigns. This is what appears inside every merge file. Examples: demoaged, democurrentoccup, attachmentEurope, countryinfluence, membershipgood, eubenefits, euimage.</w:t>
      </w:r>
    </w:p>
    <w:p w14:paraId="3222811B" w14:textId="77777777" w:rsidR="004D342C" w:rsidRDefault="00000000">
      <w:r>
        <w:rPr>
          <w:b/>
        </w:rPr>
        <w:t xml:space="preserve">Final name. </w:t>
      </w:r>
      <w:r>
        <w:t>The name the variable carries in the mega file and the prepared analysis file, after the mega script’s global rename block. Examples: demoage, demooccupation, identityattachmentEU, perinflcountry, supportmembershipgood, supporteubenefits, supporteuimage.</w:t>
      </w:r>
    </w:p>
    <w:p w14:paraId="70BFC57E" w14:textId="77777777" w:rsidR="004D342C" w:rsidRDefault="00000000">
      <w:r>
        <w:lastRenderedPageBreak/>
        <w:t>For 129 of the 876 documented variables the two names differ; for the rest they are identical. The dictionary’s first two columns are erd_variable (the final name) and intermediate_name (the per-wave name), and a name may exist in only one of them — membershipgood, eubenefits, demoaged and hope exist only as intermediate names, so a check of the form "is this name already in use?" must test both columns.</w:t>
      </w:r>
    </w:p>
    <w:p w14:paraId="08086711" w14:textId="77777777" w:rsidR="004D342C" w:rsidRDefault="00000000">
      <w:r>
        <w:rPr>
          <w:b/>
        </w:rPr>
        <w:t xml:space="preserve">Which name do you use? </w:t>
      </w:r>
      <w:r>
        <w:t>If you are analysing the mega file or the prepared file, use the final name. If you are writing or reading a per-wave do file, use the intermediate name. A new wave’s merge file must use intermediate names or it will not slot into the pipeline.</w:t>
      </w:r>
    </w:p>
    <w:p w14:paraId="4566A70E" w14:textId="77777777" w:rsidR="004D342C" w:rsidRDefault="00000000">
      <w:pPr>
        <w:pStyle w:val="Heading2"/>
      </w:pPr>
      <w:r>
        <w:rPr>
          <w:rFonts w:ascii="Times New Roman" w:hAnsi="Times New Roman" w:cs="Times New Roman"/>
        </w:rPr>
        <w:t>4.4  Central routines</w:t>
      </w:r>
    </w:p>
    <w:p>
      <w:r>
        <w:t>Three routines in the dataset root are called at the end of every wired per-wave do file, in this order, immediately before the save. A fourth runs once, inside the mega build.</w:t>
      </w:r>
    </w:p>
    <w:p w14:paraId="07D2FA3F" w14:textId="77777777" w:rsidR="004D342C" w:rsidRDefault="00000000">
      <w:r>
        <w:t>harmonize_membershipgood.do puts the membership item onto the ERD convention of 1 = a good thing, 2 = a bad thing, 3 = neither, and — critically — rewrites the value labels to match. It works from the raw value labels rather than from code positions. It skips the candidate-country version of the item, and it special-cases EB42, whose archive file carried no value labels at all. Since 420.do now attaches labels before the harmonisation call, that special case is a dormant fallback rather than a live path (§7.6).</w:t>
      </w:r>
    </w:p>
    <w:p w14:paraId="43D6FF21" w14:textId="77777777" w:rsidR="004D342C" w:rsidRDefault="00000000">
      <w:r>
        <w:t>build_composite_score.do computes the composite EU-support score eusupport from whichever of the four component items the wave carries, using the frozen parameters in §7.4. Because it runs inside each wave’s script, the composite is produced natively by the pipeline and travels into the mega file automatically; rerunning a wave’s do file regenerates its score. Since 8 September 2026 it also keeps the ten harmonized inputs it scores from — cs_memb, cs_ben, cs_img, the four trust items cs_tep, cs_tcom, cs_tcou and cs_tecb, and the trust-index pair cs_tn and cs_tc, plus the unstandardized cs_raw — as permanent ERD variables, so the score can be audited and recomputed respondent by respondent: eusupport = (cs_raw + 0.03354) / 0.75293.</w:t>
      </w:r>
    </w:p>
    <w:p w14:paraId="43D6FF31" w14:textId="77777777" w:rsidR="004D342C" w:rsidRDefault="00000000">
      <w:r>
        <w:t>build_identity_score.do computes the two identity scores euidentity and natidentity from whichever of their nine component items the wave carries, using the frozen parameters of §7.8, and from them the relative score relidentity and the four-category identity type idtype, both of which require both scores. It was wired into all 113 wave do files on 10 September 2026 and runs immediately after the composite call, so the identity scores, like eusupport, are produced natively by the pipeline and travel into the mega file automatically. It carries the second version of the scoring model, adopted on the afternoon of 11 September 2026, which scores the Moreno question’s spontaneous “none” answer as that item’s lowest category and brings the 2008–2009 sense-of-belonging items into the two scores. It too keeps the inputs it scores from — the nine harmonized items id_moreno, id_atteu, id_attcont, id_eucit, id_prideu, id_eubelong, id_attnat, id_pridenat and id_natbelong, the item counts id_eun and id_natn, and the unstandardized means id_euraw and id_natraw — as permanent ERD variables.</w:t>
      </w:r>
    </w:p>
    <w:p>
      <w:r>
        <w:rPr>
          <w:b/>
        </w:rPr>
        <w:t>build_harmonized_series.do is the exception to the pattern, and deliberately so.</w:t>
      </w:r>
      <w:r>
        <w:t xml:space="preserve"> It builds the twelve harmonised continuous series described in §7.9, and it is called ONCE, from inside the mega build, immediately before the final aorder and save — not from the wave files. It cannot be a wave-level routine: the anchor method places each response category by the mean eusupport of the people who chose it, and the step test compares the end of one version of an item against the start of the next. Neither quantity exists inside a single wave. The placement follows the dataset’s own precedent for derived spanning variables, and the practical consequence is that </w:t>
      </w:r>
      <w:r>
        <w:rPr>
          <w:b/>
        </w:rPr>
        <w:t>re-running one wave does not refresh the H_ series</w:t>
      </w:r>
      <w:r>
        <w:t xml:space="preserve"> — only a mega rebuild does.</w:t>
      </w:r>
    </w:p>
    <w:p w14:paraId="2A067054" w14:textId="77777777" w:rsidR="004D342C" w:rsidRDefault="00000000">
      <w:pPr>
        <w:pStyle w:val="Heading2"/>
      </w:pPr>
      <w:r>
        <w:rPr>
          <w:rFonts w:ascii="Times New Roman" w:hAnsi="Times New Roman" w:cs="Times New Roman"/>
        </w:rPr>
        <w:t>4.5  The verification standard</w:t>
      </w:r>
    </w:p>
    <w:p w14:paraId="54100A1A" w14:textId="77777777" w:rsidR="004D342C" w:rsidRDefault="00000000">
      <w:r>
        <w:t>Because the ERD feeds several published analyses, the standing rule on this project is to check, recheck and recheck again — roughly four passes over every recode, rename and merge. In practice that means verifying for each wave that every source variable exists and means the right thing, that recodes and country mappings are complete, and that no target name is duplicated or silently dropped. The mapping is done by value label, never by code position, because codes drift between adjacent waves and false friends are common — qa9 is an awareness item in one wave and the membership item in the next.</w:t>
      </w:r>
    </w:p>
    <w:p w14:paraId="06605B25" w14:textId="77777777" w:rsidR="004D342C" w:rsidRDefault="00000000">
      <w:r>
        <w:t>Three lessons from that discipline are worth passing to any future contributor. First, after wiring a wave, always summarize eusupport: a rename-level check passed EB34.0, but the composite revealed that the archive had left the first category of both source items unlabeled, so the label-driven scoring had recognised only the negative categories. Second, the EB35 country variable was double-recoded for years — a short thirteen-country recode line ran before the full one — which silently relabelled eleven countries. It was found by reading the merge file, not the script. Third, Stata’s variable-name abbreviation is a live hazard in a central routine. The wave runners set varabbrev on, so the bare confirm variable identity in build_identity_score.do matched identityEUcitizen in EB75.3 and EB78.1 — the two waves that carry the EU-citizen item but no Moreno item — and the citizen item was scored twice, once correctly and once as though it were the Moreno question. The routine’s own value-label check caught it on the first full 113-wave run; every confirm variable in the routine now carries the exact option, and a new routine should be written that way from the start.</w:t>
      </w:r>
    </w:p>
    <w:p w14:paraId="399549CC" w14:textId="77777777" w:rsidR="004D342C" w:rsidRDefault="00000000">
      <w:pPr>
        <w:pStyle w:val="Heading1"/>
        <w:pageBreakBefore/>
        <w:pBdr>
          <w:bottom w:val="single" w:sz="6" w:space="3" w:color="1F4E79"/>
        </w:pBdr>
        <w:spacing w:before="320" w:after="100"/>
      </w:pPr>
      <w:r>
        <w:rPr>
          <w:rFonts w:ascii="Times New Roman" w:hAnsi="Times New Roman" w:cs="Times New Roman"/>
          <w:smallCaps/>
          <w:spacing w:val="40"/>
          <w:sz w:val="26"/>
        </w:rPr>
        <w:lastRenderedPageBreak/>
        <w:t>5</w:t>
      </w:r>
      <w:r>
        <w:rPr>
          <w:rFonts w:ascii="Times New Roman" w:hAnsi="Times New Roman" w:cs="Times New Roman"/>
        </w:rPr>
        <w:t>  Naming, harmonisation and coding conventions</w:t>
      </w:r>
    </w:p>
    <w:p w14:paraId="2F3CE928" w14:textId="77777777" w:rsidR="004D342C" w:rsidRDefault="00000000">
      <w:pPr>
        <w:pStyle w:val="Heading2"/>
      </w:pPr>
      <w:r>
        <w:rPr>
          <w:rFonts w:ascii="Times New Roman" w:hAnsi="Times New Roman" w:cs="Times New Roman"/>
        </w:rPr>
        <w:t>5.1  Naming principles</w:t>
      </w:r>
    </w:p>
    <w:p w14:paraId="4EC97966" w14:textId="77777777" w:rsidR="004D342C" w:rsidRDefault="00000000">
      <w:r>
        <w:rPr>
          <w:b/>
        </w:rPr>
        <w:t xml:space="preserve">Baseline name wins. </w:t>
      </w:r>
      <w:r>
        <w:t>If a concept already has an ERD name, a new wave’s version of that item takes the existing name. New names are invented only for genuinely new items.</w:t>
      </w:r>
    </w:p>
    <w:p w14:paraId="22431E0A" w14:textId="77777777" w:rsidR="004D342C" w:rsidRDefault="00000000">
      <w:r>
        <w:rPr>
          <w:b/>
        </w:rPr>
        <w:t xml:space="preserve">Names are stable. </w:t>
      </w:r>
      <w:r>
        <w:t>Existing names are not renamed to tidy them up. Where the same question carries different names in different waves — demohousehold in the ten 2022–2026 standard waves against the legacy name demofinancial, which reaches no merge file; nattrustgovt against trustNATgovt — the inconsistency is documented, not silently fixed, because fixing it would break existing scripts.</w:t>
      </w:r>
    </w:p>
    <w:p w14:paraId="03E43343" w14:textId="77777777" w:rsidR="004D342C" w:rsidRDefault="00000000">
      <w:r>
        <w:rPr>
          <w:b/>
        </w:rPr>
        <w:t xml:space="preserve">The scale-change naming principle. </w:t>
      </w:r>
      <w:r>
        <w:t>When a question’s response metric changes enough that a wave’s version cannot be merged with the earlier versions, it is not forced onto the existing variable. A new variable is created, named after the existing one with the category count appended: epimage3 (a 3-point impression item beside the 5-point epimage), demointerestpaper4 (4-point readership beside the 5-point political-news item), cognitivemobilization5 (a 5-point index beside the 4-point one), pacedesired3, epvotelikely4.</w:t>
      </w:r>
    </w:p>
    <w:p w14:paraId="648F4BB5" w14:textId="77777777" w:rsidR="004D342C" w:rsidRDefault="00000000">
      <w:r>
        <w:t>The test is whether pooling would create an artefact. Squeezing a coarser scale into a finer one leaves the extreme codes structurally empty and compresses the variance of the combined variable in exactly the years the coarse version covers. That is what had happened to epimage: seven pre-1987 waves were mapped onto codes 2, 3 and 4 of the five-point scale, leaving codes 1 and 5 empty in those years.</w:t>
      </w:r>
    </w:p>
    <w:p w14:paraId="68584BB3" w14:textId="77777777" w:rsidR="004D342C" w:rsidRDefault="00000000">
      <w:r>
        <w:rPr>
          <w:b/>
        </w:rPr>
        <w:t xml:space="preserve">Consequence for users. </w:t>
      </w:r>
      <w:r>
        <w:t>48 final names in the dictionary have this stem-plus-digits shape with the stem also present as a variable, and about 38 names across the whole dataset follow the pattern. These are not duplicates and they are not versions of one another — they are deliberately separate variables measuring the same concept on incompatible scales. Do not pool them without rescaling, and do not assume that a variable ending in a digit is an error.</w:t>
      </w:r>
    </w:p>
    <w:p w14:paraId="1E5CEFEA" w14:textId="77777777" w:rsidR="004D342C" w:rsidRDefault="00000000">
      <w:r>
        <w:t>A few numeric suffixes predate the principle and mean something else — class2, weightEU12b — so check the dictionary entry rather than inferring from the name.</w:t>
      </w:r>
    </w:p>
    <w:p w14:paraId="6E6CAE56" w14:textId="77777777" w:rsidR="004D342C" w:rsidRDefault="00000000">
      <w:pPr>
        <w:pStyle w:val="Heading2"/>
      </w:pPr>
      <w:r>
        <w:rPr>
          <w:rFonts w:ascii="Times New Roman" w:hAnsi="Times New Roman" w:cs="Times New Roman"/>
        </w:rPr>
        <w:t>5.2  Harmonisation</w:t>
      </w:r>
    </w:p>
    <w:p w14:paraId="5A68FA46" w14:textId="77777777" w:rsidR="004D342C" w:rsidRDefault="00000000">
      <w:r>
        <w:t>Harmonisation happens in two places. Per-wave, each do file recodes that wave’s response codes onto the ERD standard for the item and attaches the standard value labels. Cross-wave, the mega script applies a final rename and a set of label define and label values blocks so that every wave ends up on one coding.</w:t>
      </w:r>
    </w:p>
    <w:p w14:paraId="085631F7" w14:textId="77777777" w:rsidR="004D342C" w:rsidRDefault="00000000">
      <w:r>
        <w:t>The country variable is harmonized in the per-wave scripts, mapping each wave’s own country codes onto the single 47-code ERD scheme. Region variables exist for the countries with substantively meaningful internal divisions (Belgium, Spain, the United Kingdom, Germany).</w:t>
      </w:r>
    </w:p>
    <w:p w14:paraId="6DC77EBC" w14:textId="77777777" w:rsidR="004D342C" w:rsidRDefault="00000000">
      <w:pPr>
        <w:pStyle w:val="Heading2"/>
      </w:pPr>
      <w:r>
        <w:rPr>
          <w:rFonts w:ascii="Times New Roman" w:hAnsi="Times New Roman" w:cs="Times New Roman"/>
        </w:rPr>
        <w:t>5.3  Missing values</w:t>
      </w:r>
    </w:p>
    <w:p w14:paraId="1955E05F" w14:textId="77777777" w:rsidR="004D342C" w:rsidRDefault="00000000">
      <w:r>
        <w:t>The ERD does not have one missing-value vocabulary. It has two, and the boundary is the pre-1987 extension.</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2448"/>
        <w:gridCol w:w="6912"/>
      </w:tblGrid>
      <w:tr w:rsidR="004D342C" w14:paraId="29F190EC" w14:textId="77777777">
        <w:trPr>
          <w:cantSplit/>
          <w:tblHeader/>
          <w:jc w:val="center"/>
        </w:trPr>
        <w:tc>
          <w:tcPr>
            <w:tcW w:w="2448" w:type="dxa"/>
            <w:tcBorders>
              <w:bottom w:val="single" w:sz="6" w:space="0" w:color="1F4E79"/>
            </w:tcBorders>
            <w:shd w:val="clear" w:color="auto" w:fill="E7EDF3"/>
          </w:tcPr>
          <w:p w14:paraId="0E8D498C" w14:textId="77777777" w:rsidR="004D342C" w:rsidRDefault="00000000">
            <w:pPr>
              <w:spacing w:before="40" w:after="40"/>
              <w:ind w:firstLine="0"/>
            </w:pPr>
            <w:r>
              <w:rPr>
                <w:b/>
                <w:color w:val="1F4E79"/>
                <w:sz w:val="18"/>
              </w:rPr>
              <w:t>Where</w:t>
            </w:r>
          </w:p>
        </w:tc>
        <w:tc>
          <w:tcPr>
            <w:tcW w:w="6912" w:type="dxa"/>
            <w:tcBorders>
              <w:bottom w:val="single" w:sz="6" w:space="0" w:color="1F4E79"/>
            </w:tcBorders>
            <w:shd w:val="clear" w:color="auto" w:fill="E7EDF3"/>
          </w:tcPr>
          <w:p w14:paraId="5D4B39B4" w14:textId="77777777" w:rsidR="004D342C" w:rsidRDefault="00000000">
            <w:pPr>
              <w:spacing w:before="40" w:after="40"/>
              <w:ind w:firstLine="0"/>
            </w:pPr>
            <w:r>
              <w:rPr>
                <w:b/>
                <w:color w:val="1F4E79"/>
                <w:sz w:val="18"/>
              </w:rPr>
              <w:t>Convention</w:t>
            </w:r>
          </w:p>
        </w:tc>
      </w:tr>
      <w:tr w:rsidR="004D342C" w14:paraId="65885445" w14:textId="77777777">
        <w:trPr>
          <w:cantSplit/>
          <w:jc w:val="center"/>
        </w:trPr>
        <w:tc>
          <w:tcPr>
            <w:tcW w:w="2448" w:type="dxa"/>
          </w:tcPr>
          <w:p w14:paraId="3351821B" w14:textId="77777777" w:rsidR="004D342C" w:rsidRDefault="00000000">
            <w:pPr>
              <w:spacing w:before="40" w:after="40"/>
              <w:ind w:firstLine="0"/>
            </w:pPr>
            <w:r>
              <w:rPr>
                <w:sz w:val="20"/>
              </w:rPr>
              <w:lastRenderedPageBreak/>
              <w:t>Waves from EB27 (1987) onward</w:t>
            </w:r>
          </w:p>
        </w:tc>
        <w:tc>
          <w:tcPr>
            <w:tcW w:w="6912" w:type="dxa"/>
          </w:tcPr>
          <w:p w14:paraId="58F90D84" w14:textId="77777777" w:rsidR="004D342C" w:rsidRDefault="00000000">
            <w:pPr>
              <w:spacing w:before="40" w:after="40"/>
              <w:ind w:firstLine="0"/>
            </w:pPr>
            <w:r>
              <w:rPr>
                <w:sz w:val="20"/>
              </w:rPr>
              <w:t>Don’t know, refusal and inapplicable are carried as numeric codes within the variable’s own coding — most often the highest code (for example, 4 = don’t know on the membership item, 3 = don’t know on the benefit and trust items, 6 = don’t know on the five-point image item). The exact code differs by variable and sometimes by wave. Always read the coding field of the dictionary entry.</w:t>
            </w:r>
          </w:p>
        </w:tc>
      </w:tr>
      <w:tr w:rsidR="004D342C" w14:paraId="132757ED" w14:textId="77777777">
        <w:trPr>
          <w:cantSplit/>
          <w:jc w:val="center"/>
        </w:trPr>
        <w:tc>
          <w:tcPr>
            <w:tcW w:w="2448" w:type="dxa"/>
          </w:tcPr>
          <w:p w14:paraId="3A15DAAC" w14:textId="77777777" w:rsidR="004D342C" w:rsidRDefault="00000000">
            <w:pPr>
              <w:keepNext/>
              <w:spacing w:before="40" w:after="40"/>
              <w:ind w:firstLine="0"/>
            </w:pPr>
            <w:r>
              <w:rPr>
                <w:sz w:val="20"/>
              </w:rPr>
              <w:t>Waves EB2–EB26 (1974–1986)</w:t>
            </w:r>
          </w:p>
        </w:tc>
        <w:tc>
          <w:tcPr>
            <w:tcW w:w="6912" w:type="dxa"/>
          </w:tcPr>
          <w:p w14:paraId="7372B8C5" w14:textId="77777777" w:rsidR="004D342C" w:rsidRDefault="00000000">
            <w:pPr>
              <w:keepNext/>
              <w:spacing w:before="40" w:after="40"/>
              <w:ind w:firstLine="0"/>
            </w:pPr>
            <w:r>
              <w:rPr>
                <w:sz w:val="20"/>
              </w:rPr>
              <w:t>Don’t know and no answer are left as Stata extended missing values (.d, .n, .a) rather than converted to numeric codes. This was a deliberate choice when those twenty-five waves were generated in September 2026.</w:t>
            </w:r>
          </w:p>
        </w:tc>
      </w:tr>
    </w:tbl>
    <w:p>
      <w:pPr>
        <w:spacing w:before="80" w:after="160"/>
      </w:pPr>
      <w:r>
        <w:rPr>
          <w:sz w:val="19"/>
        </w:rPr>
        <w:t>**Table 5.1. **</w:t>
      </w:r>
      <w:r>
        <w:rPr>
          <w:i/>
          <w:sz w:val="19"/>
        </w:rPr>
        <w:t>The two missing-value conventions.</w:t>
      </w:r>
    </w:p>
    <w:p>
      <w:r>
        <w:t>**What this means in practice. **A command such as "summarize supportmembershipgood" will silently include the don’t-know code as a valid value of 4 in the post-1987 waves while correctly excluding the pre-1987 don’t-knows. Set the don’t-know codes to missing explicitly before any analysis that treats these items as ordinal. The composite score routine already does this internally, which is why eusupport is safe to use directly.</w:t>
      </w:r>
    </w:p>
    <w:p w14:paraId="6998F285" w14:textId="77777777" w:rsidR="004D342C" w:rsidRDefault="00000000">
      <w:r>
        <w:t>One known inconsistency inherited from the prepare step: the eugood recode in prepare_mega_file lumps don’t-know (code 4) together with "neither" (code 3), and eubennat’s middle category is purely don’t-know (110,767 respondents). Both keep their definitions so that published results do not move, but since 8 September 2026 their value labels say so, and don’t-know-free versions exist alongside them: eugoodnodk, eubennatnodk and eusuppnodk, plus the eugoodDK and eubennatDK indicators. Prefer the *nodk versions, or eusupport.</w:t>
      </w:r>
    </w:p>
    <w:p>
      <w:pPr>
        <w:pStyle w:val="Heading3"/>
        <ck:id v="531-codes-that-were-missing-data-wearing-valid-looking-numbers"/>
      </w:pPr>
      <w:bookmarkStart w:id="16" w:name="_531_codes_that_were_missing_data_wearin"/>
      <w:r>
        <w:t>5.3.1  Codes that were missing data wearing valid-looking numbers</w:t>
      </w:r>
      <w:bookmarkEnd w:id="16"/>
    </w:p>
    <w:p>
      <w:r>
        <w:t>On 15 September 2026 a batch of 27,984 respondent-values across four variables and twelve waves was moved out of the substantive categories, where the ERD had been counting it as real answers. The four variables are eurosupport2, eurosupport3, proposalForeignPolicy and proposalDefence; the twelve waves are EB35, EB36, EB38.1, EB39, EB41.0, EB41.1, EB43.1, EB44.1, EB47.1, EB48, EB53 and EB80.1.</w:t>
      </w:r>
    </w:p>
    <w:tbl>
      <w:tblPr>
        <w:tblStyle w:val="CkTable"/>
        <w:tblW w:w="0" w:type="auto"/>
        <w:tblLayout w:type="autofit"/>
        <w:tblLook w:firstRow="1" w:lastRow="0" w:firstColumn="0" w:lastColumn="0" w:noHBand="0" w:noVBand="1"/>
      </w:tblPr>
      <w:tblGrid>
        <w:gridCol/>
        <w:gridCol/>
        <w:gridCol/>
        <w:gridCol/>
      </w:tblGrid>
      <w:tr>
        <w:trPr>
          <w:tblHeader/>
        </w:trPr>
        <w:tc>
          <w:tcPr>
            <w:shd w:val="clear" w:fill="E7EDF3"/>
          </w:tcPr>
          <w:p>
            <w:r>
              <w:rPr>
                <w:b/>
              </w:rPr>
              <w:t>Code</w:t>
            </w:r>
          </w:p>
        </w:tc>
        <w:tc>
          <w:tcPr>
            <w:shd w:val="clear" w:fill="E7EDF3"/>
          </w:tcPr>
          <w:p>
            <w:r>
              <w:rPr>
                <w:b/>
              </w:rPr>
              <w:t>What it actually is</w:t>
            </w:r>
          </w:p>
        </w:tc>
        <w:tc>
          <w:tcPr>
            <w:shd w:val="clear" w:fill="E7EDF3"/>
          </w:tcPr>
          <w:p>
            <w:r>
              <w:rPr>
                <w:b/>
              </w:rPr>
              <w:t>Now</w:t>
            </w:r>
          </w:p>
        </w:tc>
        <w:tc>
          <w:tcPr>
            <w:shd w:val="clear" w:fill="E7EDF3"/>
          </w:tcPr>
          <w:p>
            <w:r>
              <w:rPr>
                <w:b/>
              </w:rPr>
              <w:t>Count</w:t>
            </w:r>
          </w:p>
        </w:tc>
      </w:tr>
      <w:tr>
        <w:tc>
          <w:tcPr/>
          <w:p>
            <w:r>
              <w:t>0</w:t>
            </w:r>
          </w:p>
        </w:tc>
        <w:tc>
          <w:tcPr/>
          <w:p>
            <w:r>
              <w:t>"&lt;na&gt;" in the raw archive label set — unlabelled, not a response category</w:t>
            </w:r>
          </w:p>
        </w:tc>
        <w:tc>
          <w:tcPr/>
          <w:p>
            <w:r>
              <w:t>.n</w:t>
            </w:r>
          </w:p>
        </w:tc>
        <w:tc>
          <w:tcPr/>
          <w:p>
            <w:r>
              <w:t>12,832</w:t>
            </w:r>
          </w:p>
        </w:tc>
      </w:tr>
      <w:tr>
        <w:tc>
          <w:tcPr/>
          <w:p>
            <w:r>
              <w:t>9</w:t>
            </w:r>
          </w:p>
        </w:tc>
        <w:tc>
          <w:tcPr/>
          <w:p>
            <w:r>
              <w:t>Inapplicable: the question was not put to this respondent</w:t>
            </w:r>
          </w:p>
        </w:tc>
        <w:tc>
          <w:tcPr/>
          <w:p>
            <w:r>
              <w:t>.i</w:t>
            </w:r>
          </w:p>
        </w:tc>
        <w:tc>
          <w:tcPr/>
          <w:p>
            <w:r>
              <w:t>15,152</w:t>
            </w:r>
          </w:p>
        </w:tc>
      </w:tr>
    </w:tbl>
    <w:p>
      <w:r>
        <w:t>**Table 5.2. **</w:t>
      </w:r>
      <w:r>
        <w:rPr>
          <w:i/>
        </w:rPr>
        <w:t>The 15 September 2026 missing-code batch. Per variable: eurosupport2 code 0 = 82; eurosupport3 code 0 = 4,180 and code 9 = 1,996; proposalForeignPolicy 0 = 4,286 and 9 = 6,578; proposalDefence 0 = 4,284 and 9 = 6,578. Verified in the rebuilt file, _tools\logs\verify_recodes_09.15.2026.log.</w:t>
      </w:r>
    </w:p>
    <w:p>
      <w:r>
        <w:t>Three things about this are worth carrying forward.</w:t>
      </w:r>
    </w:p>
    <w:p>
      <w:r>
        <w:rPr>
          <w:b/>
        </w:rPr>
        <w:t>Code 9 means inapplicable for different reasons in different waves.</w:t>
      </w:r>
      <w:r>
        <w:t xml:space="preserve"> In EB36 and EB39 it is Norway, which was surveyed but not asked these items; in EB80.1 it is the non-member countries (Cyprus TCC, Iceland, North Macedonia, Montenegro, Serbia and Turkey). Both are genuine inapplicability and both map to .i, but a single sentence of explanation would be wrong. Checking EB80.1 separately was what kept a correct recode from acquiring a false comment.</w:t>
      </w:r>
    </w:p>
    <w:p>
      <w:r>
        <w:rPr>
          <w:b/>
        </w:rPr>
        <w:t>One wave moves materially.</w:t>
      </w:r>
      <w:r>
        <w:t xml:space="preserve"> In EB41.0, code 0 on eurosupport3 covered 4,088 respondents — twenty-one per cent of that wave. Any eurosupport3 series crossing 1994 computed before this date should be re-read.</w:t>
      </w:r>
    </w:p>
    <w:p>
      <w:r>
        <w:rPr>
          <w:b/>
        </w:rPr>
        <w:t>These codes were previously both unrecoded and undocumented.</w:t>
      </w:r>
      <w:r>
        <w:t xml:space="preserve"> A note written on 7 September 2026 recorded the intention to relabel rather than recode them; the relabel never happened either, since the label sets defined for these items cover 1, 2 and 3 only. The lesson generalises beyond these four variables: a code that appears in the data but not in the variable's own label set is a missing-data code until proven otherwise, and the raw GESIS .dta files carry their own label sets, so proving it needs no archive login.</w:t>
      </w:r>
    </w:p>
    <w:p w14:paraId="2B9CD0F4" w14:textId="77777777" w:rsidR="004D342C" w:rsidRDefault="00000000">
      <w:pPr>
        <w:pStyle w:val="Heading2"/>
      </w:pPr>
      <w:r>
        <w:rPr>
          <w:rFonts w:ascii="Times New Roman" w:hAnsi="Times New Roman" w:cs="Times New Roman"/>
        </w:rPr>
        <w:t>5.4  A warning about value labels</w:t>
      </w:r>
    </w:p>
    <w:p w14:paraId="3A08E50D" w14:textId="77777777" w:rsidR="004D342C" w:rsidRDefault="00000000">
      <w:r>
        <w:t>For the membership item specifically, the value labels in the older merge files were wrong for years while the data underneath were right. Twenty-five per-wave do files swapped codes 2 and 3 to reach the ERD convention without updating the labels, so those waves displayed "bad" where the data meant "neither" and vice versa. This was corrected on 6 September 2026 by the central harmonisation routine, and the composite was re-estimated as version 2 as a result.</w:t>
      </w:r>
    </w:p>
    <w:p w14:paraId="0247F759" w14:textId="77777777" w:rsidR="004D342C" w:rsidRDefault="00000000">
      <w:r>
        <w:t>The general lesson holds beyond that one item: never trust a merge file’s value labels as evidence of what a recode did. Check the raw labels and the distribution. On the membership item the diagnostic is that the "bad" share is always smaller than the "neither" share.</w:t>
      </w:r>
    </w:p>
    <w:p w14:paraId="1DE8B9B9" w14:textId="77777777" w:rsidR="004D342C" w:rsidRDefault="00000000">
      <w:pPr>
        <w:pStyle w:val="Heading1"/>
        <w:pageBreakBefore/>
        <w:pBdr>
          <w:bottom w:val="single" w:sz="6" w:space="3" w:color="1F4E79"/>
        </w:pBdr>
        <w:spacing w:before="320" w:after="100"/>
      </w:pPr>
      <w:r>
        <w:rPr>
          <w:rFonts w:ascii="Times New Roman" w:hAnsi="Times New Roman" w:cs="Times New Roman"/>
          <w:smallCaps/>
          <w:spacing w:val="40"/>
          <w:sz w:val="26"/>
        </w:rPr>
        <w:lastRenderedPageBreak/>
        <w:t>6</w:t>
      </w:r>
      <w:r>
        <w:rPr>
          <w:rFonts w:ascii="Times New Roman" w:hAnsi="Times New Roman" w:cs="Times New Roman"/>
        </w:rPr>
        <w:t>  The variable dictionary</w:t>
      </w:r>
    </w:p>
    <w:p w14:paraId="04299E05" w14:textId="77777777" w:rsidR="004D342C" w:rsidRDefault="00000000">
      <w:pPr>
        <w:pStyle w:val="Heading2"/>
      </w:pPr>
      <w:r>
        <w:rPr>
          <w:rFonts w:ascii="Times New Roman" w:hAnsi="Times New Roman" w:cs="Times New Roman"/>
        </w:rPr>
        <w:t>6.1  How to read an entry</w:t>
      </w:r>
    </w:p>
    <w:p w14:paraId="4B9FC596" w14:textId="77777777" w:rsidR="004D342C" w:rsidRDefault="00000000">
      <w:r>
        <w:t>Each variable in the ERD is documented by one row of data\variable_dictionary.csv with eight fields. The listing in §6.4 prints them in a compact table; Appendix A prints a small number in full. The fields are:</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2016"/>
        <w:gridCol w:w="7344"/>
      </w:tblGrid>
      <w:tr w:rsidR="004D342C" w14:paraId="6B79ACBC" w14:textId="77777777">
        <w:trPr>
          <w:cantSplit/>
          <w:tblHeader/>
          <w:jc w:val="center"/>
        </w:trPr>
        <w:tc>
          <w:tcPr>
            <w:tcW w:w="2016" w:type="dxa"/>
            <w:tcBorders>
              <w:bottom w:val="single" w:sz="6" w:space="0" w:color="1F4E79"/>
            </w:tcBorders>
            <w:shd w:val="clear" w:color="auto" w:fill="E7EDF3"/>
          </w:tcPr>
          <w:p w14:paraId="4B6BE5EE" w14:textId="77777777" w:rsidR="004D342C" w:rsidRDefault="00000000">
            <w:pPr>
              <w:spacing w:before="40" w:after="40"/>
              <w:ind w:firstLine="0"/>
            </w:pPr>
            <w:r>
              <w:rPr>
                <w:b/>
                <w:color w:val="1F4E79"/>
                <w:sz w:val="18"/>
              </w:rPr>
              <w:t>Field</w:t>
            </w:r>
          </w:p>
        </w:tc>
        <w:tc>
          <w:tcPr>
            <w:tcW w:w="7344" w:type="dxa"/>
            <w:tcBorders>
              <w:bottom w:val="single" w:sz="6" w:space="0" w:color="1F4E79"/>
            </w:tcBorders>
            <w:shd w:val="clear" w:color="auto" w:fill="E7EDF3"/>
          </w:tcPr>
          <w:p w14:paraId="0560BE85" w14:textId="77777777" w:rsidR="004D342C" w:rsidRDefault="00000000">
            <w:pPr>
              <w:spacing w:before="40" w:after="40"/>
              <w:ind w:firstLine="0"/>
            </w:pPr>
            <w:r>
              <w:rPr>
                <w:b/>
                <w:color w:val="1F4E79"/>
                <w:sz w:val="18"/>
              </w:rPr>
              <w:t>What it holds</w:t>
            </w:r>
          </w:p>
        </w:tc>
      </w:tr>
      <w:tr w:rsidR="004D342C" w14:paraId="24A1C7F3" w14:textId="77777777">
        <w:trPr>
          <w:cantSplit/>
          <w:jc w:val="center"/>
        </w:trPr>
        <w:tc>
          <w:tcPr>
            <w:tcW w:w="2016" w:type="dxa"/>
          </w:tcPr>
          <w:p w14:paraId="35E49FE2" w14:textId="77777777" w:rsidR="004D342C" w:rsidRDefault="00000000">
            <w:pPr>
              <w:spacing w:before="40" w:after="40"/>
              <w:ind w:firstLine="0"/>
            </w:pPr>
            <w:r>
              <w:rPr>
                <w:sz w:val="20"/>
              </w:rPr>
              <w:t>erd_variable</w:t>
            </w:r>
          </w:p>
        </w:tc>
        <w:tc>
          <w:tcPr>
            <w:tcW w:w="7344" w:type="dxa"/>
          </w:tcPr>
          <w:p w14:paraId="1ED6770C" w14:textId="77777777" w:rsidR="004D342C" w:rsidRDefault="00000000">
            <w:pPr>
              <w:spacing w:before="40" w:after="40"/>
              <w:ind w:firstLine="0"/>
            </w:pPr>
            <w:r>
              <w:rPr>
                <w:sz w:val="20"/>
              </w:rPr>
              <w:t>The final name — what the variable is called in the mega file and the prepared analysis file. This is the name to use in analysis.</w:t>
            </w:r>
          </w:p>
        </w:tc>
      </w:tr>
      <w:tr w:rsidR="004D342C" w14:paraId="2ED9E544" w14:textId="77777777">
        <w:trPr>
          <w:cantSplit/>
          <w:jc w:val="center"/>
        </w:trPr>
        <w:tc>
          <w:tcPr>
            <w:tcW w:w="2016" w:type="dxa"/>
          </w:tcPr>
          <w:p w14:paraId="6D807EC8" w14:textId="77777777" w:rsidR="004D342C" w:rsidRDefault="00000000">
            <w:pPr>
              <w:spacing w:before="40" w:after="40"/>
              <w:ind w:firstLine="0"/>
            </w:pPr>
            <w:r>
              <w:rPr>
                <w:sz w:val="20"/>
              </w:rPr>
              <w:t>intermediate_name</w:t>
            </w:r>
          </w:p>
        </w:tc>
        <w:tc>
          <w:tcPr>
            <w:tcW w:w="7344" w:type="dxa"/>
          </w:tcPr>
          <w:p w14:paraId="758C9FC3" w14:textId="77777777" w:rsidR="004D342C" w:rsidRDefault="00000000">
            <w:pPr>
              <w:spacing w:before="40" w:after="40"/>
              <w:ind w:firstLine="0"/>
            </w:pPr>
            <w:r>
              <w:rPr>
                <w:sz w:val="20"/>
              </w:rPr>
              <w:t>The per-wave name — what the variable is called inside each merge file, before the mega script’s global rename. Identical to erd_variable for most variables.</w:t>
            </w:r>
          </w:p>
        </w:tc>
      </w:tr>
      <w:tr w:rsidR="004D342C" w14:paraId="520FEC37" w14:textId="77777777">
        <w:trPr>
          <w:cantSplit/>
          <w:jc w:val="center"/>
        </w:trPr>
        <w:tc>
          <w:tcPr>
            <w:tcW w:w="2016" w:type="dxa"/>
          </w:tcPr>
          <w:p w14:paraId="783D2B0E" w14:textId="77777777" w:rsidR="004D342C" w:rsidRDefault="00000000">
            <w:pPr>
              <w:spacing w:before="40" w:after="40"/>
              <w:ind w:firstLine="0"/>
            </w:pPr>
            <w:r>
              <w:rPr>
                <w:sz w:val="20"/>
              </w:rPr>
              <w:t>dimension</w:t>
            </w:r>
          </w:p>
        </w:tc>
        <w:tc>
          <w:tcPr>
            <w:tcW w:w="7344" w:type="dxa"/>
          </w:tcPr>
          <w:p w14:paraId="5DA9B19E" w14:textId="77777777" w:rsidR="004D342C" w:rsidRDefault="00000000">
            <w:pPr>
              <w:spacing w:before="40" w:after="40"/>
              <w:ind w:firstLine="0"/>
            </w:pPr>
            <w:r>
              <w:rPr>
                <w:sz w:val="20"/>
              </w:rPr>
              <w:t>One of eleven conceptual groupings (Table 6.1). A classification for navigation, not a scale membership claim.</w:t>
            </w:r>
          </w:p>
        </w:tc>
      </w:tr>
      <w:tr w:rsidR="004D342C" w14:paraId="37F749AD" w14:textId="77777777">
        <w:trPr>
          <w:cantSplit/>
          <w:jc w:val="center"/>
        </w:trPr>
        <w:tc>
          <w:tcPr>
            <w:tcW w:w="2016" w:type="dxa"/>
          </w:tcPr>
          <w:p w14:paraId="47E5D073" w14:textId="77777777" w:rsidR="004D342C" w:rsidRDefault="00000000">
            <w:pPr>
              <w:spacing w:before="40" w:after="40"/>
              <w:ind w:firstLine="0"/>
            </w:pPr>
            <w:r>
              <w:rPr>
                <w:sz w:val="20"/>
              </w:rPr>
              <w:t>label</w:t>
            </w:r>
          </w:p>
        </w:tc>
        <w:tc>
          <w:tcPr>
            <w:tcW w:w="7344" w:type="dxa"/>
          </w:tcPr>
          <w:p w14:paraId="567A96C8" w14:textId="77777777" w:rsidR="004D342C" w:rsidRDefault="00000000">
            <w:pPr>
              <w:spacing w:before="40" w:after="40"/>
              <w:ind w:firstLine="0"/>
            </w:pPr>
            <w:r>
              <w:rPr>
                <w:sz w:val="20"/>
              </w:rPr>
              <w:t>The harmonized variable label, i.e. the question as it was actually recorded in the merge file that supplied it. This is not always the full verbatim item text; for that, consult the GESIS questionnaire for the wave.</w:t>
            </w:r>
          </w:p>
        </w:tc>
      </w:tr>
      <w:tr w:rsidR="004D342C" w14:paraId="457183A1" w14:textId="77777777">
        <w:trPr>
          <w:cantSplit/>
          <w:jc w:val="center"/>
        </w:trPr>
        <w:tc>
          <w:tcPr>
            <w:tcW w:w="2016" w:type="dxa"/>
          </w:tcPr>
          <w:p w14:paraId="24D25594" w14:textId="77777777" w:rsidR="004D342C" w:rsidRDefault="00000000">
            <w:pPr>
              <w:spacing w:before="40" w:after="40"/>
              <w:ind w:firstLine="0"/>
            </w:pPr>
            <w:r>
              <w:rPr>
                <w:sz w:val="20"/>
              </w:rPr>
              <w:t>coding</w:t>
            </w:r>
          </w:p>
        </w:tc>
        <w:tc>
          <w:tcPr>
            <w:tcW w:w="7344" w:type="dxa"/>
          </w:tcPr>
          <w:p w14:paraId="3429DF8A" w14:textId="77777777" w:rsidR="004D342C" w:rsidRDefault="00000000">
            <w:pPr>
              <w:spacing w:before="40" w:after="40"/>
              <w:ind w:firstLine="0"/>
            </w:pPr>
            <w:r>
              <w:rPr>
                <w:sz w:val="20"/>
              </w:rPr>
              <w:t>The value labels, taken from the mega file’s label define block for the final name where one exists, otherwise from the newest merge file that carries the variable. The notes field records which.</w:t>
            </w:r>
          </w:p>
        </w:tc>
      </w:tr>
      <w:tr w:rsidR="004D342C" w14:paraId="59FBC697" w14:textId="77777777">
        <w:trPr>
          <w:cantSplit/>
          <w:jc w:val="center"/>
        </w:trPr>
        <w:tc>
          <w:tcPr>
            <w:tcW w:w="2016" w:type="dxa"/>
          </w:tcPr>
          <w:p w14:paraId="2ED390CE" w14:textId="77777777" w:rsidR="004D342C" w:rsidRDefault="00000000">
            <w:pPr>
              <w:spacing w:before="40" w:after="40"/>
              <w:ind w:firstLine="0"/>
            </w:pPr>
            <w:r>
              <w:rPr>
                <w:sz w:val="20"/>
              </w:rPr>
              <w:t>n_raw_codes_seen</w:t>
            </w:r>
          </w:p>
        </w:tc>
        <w:tc>
          <w:tcPr>
            <w:tcW w:w="7344" w:type="dxa"/>
          </w:tcPr>
          <w:p w14:paraId="0566F619" w14:textId="77777777" w:rsidR="004D342C" w:rsidRDefault="00000000">
            <w:pPr>
              <w:spacing w:before="40" w:after="40"/>
              <w:ind w:firstLine="0"/>
            </w:pPr>
            <w:r>
              <w:rPr>
                <w:sz w:val="20"/>
              </w:rPr>
              <w:t>How many distinct raw survey variable codes have ever been mapped to this ERD name. A high number means the item moved around the questionnaire a lot.</w:t>
            </w:r>
          </w:p>
        </w:tc>
      </w:tr>
      <w:tr w:rsidR="004D342C" w14:paraId="363F5B6D" w14:textId="77777777">
        <w:trPr>
          <w:cantSplit/>
          <w:jc w:val="center"/>
        </w:trPr>
        <w:tc>
          <w:tcPr>
            <w:tcW w:w="2016" w:type="dxa"/>
          </w:tcPr>
          <w:p w14:paraId="2AFE80D3" w14:textId="77777777" w:rsidR="004D342C" w:rsidRDefault="00000000">
            <w:pPr>
              <w:spacing w:before="40" w:after="40"/>
              <w:ind w:firstLine="0"/>
            </w:pPr>
            <w:r>
              <w:rPr>
                <w:sz w:val="20"/>
              </w:rPr>
              <w:t>raw_codes_union</w:t>
            </w:r>
          </w:p>
        </w:tc>
        <w:tc>
          <w:tcPr>
            <w:tcW w:w="7344" w:type="dxa"/>
          </w:tcPr>
          <w:p w14:paraId="00A0DCB2" w14:textId="77777777" w:rsidR="004D342C" w:rsidRDefault="00000000">
            <w:pPr>
              <w:spacing w:before="40" w:after="40"/>
              <w:ind w:firstLine="0"/>
            </w:pPr>
            <w:r>
              <w:rPr>
                <w:sz w:val="20"/>
              </w:rPr>
              <w:t>Those raw codes, listed. For example supportmembershipgood has 50: qa7, qa8, qa8a, qf1, v404, v80 and forty-four others.</w:t>
            </w:r>
          </w:p>
        </w:tc>
      </w:tr>
      <w:tr w:rsidR="004D342C" w14:paraId="6D198DE1" w14:textId="77777777">
        <w:trPr>
          <w:cantSplit/>
          <w:jc w:val="center"/>
        </w:trPr>
        <w:tc>
          <w:tcPr>
            <w:tcW w:w="2016" w:type="dxa"/>
          </w:tcPr>
          <w:p w14:paraId="37A3385F" w14:textId="77777777" w:rsidR="004D342C" w:rsidRDefault="00000000">
            <w:pPr>
              <w:keepNext/>
              <w:spacing w:before="40" w:after="40"/>
              <w:ind w:firstLine="0"/>
            </w:pPr>
            <w:r>
              <w:rPr>
                <w:sz w:val="20"/>
              </w:rPr>
              <w:t>notes</w:t>
            </w:r>
          </w:p>
        </w:tc>
        <w:tc>
          <w:tcPr>
            <w:tcW w:w="7344" w:type="dxa"/>
          </w:tcPr>
          <w:p w14:paraId="0BB6564D" w14:textId="77777777" w:rsidR="004D342C" w:rsidRDefault="00000000">
            <w:pPr>
              <w:keepNext/>
              <w:spacing w:before="40" w:after="40"/>
              <w:ind w:firstLine="0"/>
            </w:pPr>
            <w:r>
              <w:rPr>
                <w:sz w:val="20"/>
              </w:rPr>
              <w:t>Free text: availability, approximations, scope changes, corrections, and the provenance of the label and coding. This is where the caveats live and it should be read before using an unfamiliar variable.</w:t>
            </w:r>
          </w:p>
        </w:tc>
      </w:tr>
    </w:tbl>
    <w:p w14:paraId="0864DCA4" w14:textId="77777777" w:rsidR="004D342C" w:rsidRDefault="00000000">
      <w:pPr>
        <w:spacing w:before="80" w:after="160"/>
        <w:ind w:firstLine="0"/>
      </w:pPr>
      <w:r>
        <w:rPr>
          <w:b/>
          <w:smallCaps/>
          <w:color w:val="1F4E79"/>
          <w:sz w:val="19"/>
        </w:rPr>
        <w:t xml:space="preserve">Table 6.1. </w:t>
      </w:r>
      <w:r>
        <w:rPr>
          <w:i/>
          <w:color w:val="595959"/>
          <w:sz w:val="19"/>
        </w:rPr>
        <w:t>The eight fields of a dictionary entry.</w:t>
      </w:r>
    </w:p>
    <w:p w14:paraId="20712246" w14:textId="77777777" w:rsidR="004D342C" w:rsidRDefault="00000000">
      <w:r>
        <w:t>Coverage — which waves carry the variable — is not a dictionary field. It lives in data\wave_source_map.csv, which holds 10,953 rows, one per (wave, raw code, ERD name) triple across all 113 waves. The wave counts printed throughout this codebook are computed from that file. A row there says, for instance, that in EB35 (1991) raw variable v73 supplied epgovt2.</w:t>
      </w:r>
    </w:p>
    <w:p w14:paraId="2F3C8EBA" w14:textId="77777777" w:rsidR="004D342C" w:rsidRDefault="00000000">
      <w:pPr>
        <w:pStyle w:val="Heading2"/>
      </w:pPr>
      <w:r>
        <w:rPr>
          <w:rFonts w:ascii="Times New Roman" w:hAnsi="Times New Roman" w:cs="Times New Roman"/>
        </w:rPr>
        <w:t>6.2  The dimension vocabulary</w:t>
      </w:r>
    </w:p>
    <w:p w14:paraId="413C515C" w14:textId="77777777" w:rsidR="004D342C" w:rsidRDefault="00000000">
      <w:r>
        <w:t>The dictionary classifies every variable into one of eleven dimensions: the nine conceptual dimensions of the original ERD design plus Demographics and Admin/ID. The grouping is for navigation. It does not assert that the variables within a dimension form a scale, and several dimensions are broader than their names suggest — Hope/fear/jurisdiction/priorities is a catch-all for the policy-preference, level-of-government and issue-priority batteries and holds 42 per cent of all variables.</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4320"/>
        <w:gridCol w:w="1440"/>
        <w:gridCol w:w="1728"/>
        <w:gridCol w:w="1440"/>
      </w:tblGrid>
      <w:tr w:rsidR="004D342C" w14:paraId="094360DC" w14:textId="77777777">
        <w:trPr>
          <w:cantSplit/>
          <w:tblHeader/>
          <w:jc w:val="center"/>
        </w:trPr>
        <w:tc>
          <w:tcPr>
            <w:tcW w:w="4320" w:type="dxa"/>
            <w:tcBorders>
              <w:bottom w:val="single" w:sz="6" w:space="0" w:color="1F4E79"/>
            </w:tcBorders>
            <w:shd w:val="clear" w:color="auto" w:fill="E7EDF3"/>
          </w:tcPr>
          <w:p w14:paraId="4209FD74" w14:textId="77777777" w:rsidR="004D342C" w:rsidRDefault="00000000">
            <w:pPr>
              <w:spacing w:before="40" w:after="40"/>
              <w:ind w:firstLine="0"/>
            </w:pPr>
            <w:r>
              <w:rPr>
                <w:b/>
                <w:color w:val="1F4E79"/>
                <w:sz w:val="18"/>
              </w:rPr>
              <w:t>Dimension</w:t>
            </w:r>
          </w:p>
        </w:tc>
        <w:tc>
          <w:tcPr>
            <w:tcW w:w="1440" w:type="dxa"/>
            <w:tcBorders>
              <w:bottom w:val="single" w:sz="6" w:space="0" w:color="1F4E79"/>
            </w:tcBorders>
            <w:shd w:val="clear" w:color="auto" w:fill="E7EDF3"/>
          </w:tcPr>
          <w:p w14:paraId="144D2C7A" w14:textId="77777777" w:rsidR="004D342C" w:rsidRDefault="00000000">
            <w:pPr>
              <w:spacing w:before="40" w:after="40"/>
              <w:ind w:firstLine="0"/>
              <w:jc w:val="right"/>
            </w:pPr>
            <w:r>
              <w:rPr>
                <w:b/>
                <w:color w:val="1F4E79"/>
                <w:sz w:val="18"/>
              </w:rPr>
              <w:t>Variables</w:t>
            </w:r>
          </w:p>
        </w:tc>
        <w:tc>
          <w:tcPr>
            <w:tcW w:w="1728" w:type="dxa"/>
            <w:tcBorders>
              <w:bottom w:val="single" w:sz="6" w:space="0" w:color="1F4E79"/>
            </w:tcBorders>
            <w:shd w:val="clear" w:color="auto" w:fill="E7EDF3"/>
          </w:tcPr>
          <w:p w14:paraId="6FAFF5EC" w14:textId="77777777" w:rsidR="004D342C" w:rsidRDefault="00000000">
            <w:pPr>
              <w:spacing w:before="40" w:after="40"/>
              <w:ind w:firstLine="0"/>
              <w:jc w:val="right"/>
            </w:pPr>
            <w:r>
              <w:rPr>
                <w:b/>
                <w:color w:val="1F4E79"/>
                <w:sz w:val="18"/>
              </w:rPr>
              <w:t>Median waves</w:t>
            </w:r>
          </w:p>
        </w:tc>
        <w:tc>
          <w:tcPr>
            <w:tcW w:w="1440" w:type="dxa"/>
            <w:tcBorders>
              <w:bottom w:val="single" w:sz="6" w:space="0" w:color="1F4E79"/>
            </w:tcBorders>
            <w:shd w:val="clear" w:color="auto" w:fill="E7EDF3"/>
          </w:tcPr>
          <w:p w14:paraId="4C7A4204" w14:textId="77777777" w:rsidR="004D342C" w:rsidRDefault="00000000">
            <w:pPr>
              <w:spacing w:before="40" w:after="40"/>
              <w:ind w:firstLine="0"/>
              <w:jc w:val="right"/>
            </w:pPr>
            <w:r>
              <w:rPr>
                <w:b/>
                <w:color w:val="1F4E79"/>
                <w:sz w:val="18"/>
              </w:rPr>
              <w:t>Max waves</w:t>
            </w:r>
          </w:p>
        </w:tc>
      </w:tr>
      <w:tr w:rsidR="004D342C" w14:paraId="71000002" w14:textId="77777777">
        <w:trPr>
          <w:cantSplit/>
          <w:jc w:val="center"/>
        </w:trPr>
        <w:tc>
          <w:tcPr>
            <w:tcW w:w="4320" w:type="dxa"/>
          </w:tcPr>
          <w:p w14:paraId="71000003" w14:textId="77777777" w:rsidR="004D342C" w:rsidRDefault="00000000">
            <w:pPr>
              <w:spacing w:before="40" w:after="40"/>
              <w:ind w:firstLine="0"/>
            </w:pPr>
            <w:r>
              <w:rPr>
                <w:sz w:val="20"/>
              </w:rPr>
              <w:t>Support/Membership</w:t>
            </w:r>
          </w:p>
        </w:tc>
        <w:tc>
          <w:tcPr>
            <w:tcW w:w="1440" w:type="dxa"/>
          </w:tcPr>
          <w:p w14:paraId="71000004" w14:textId="77777777" w:rsidR="004D342C" w:rsidRDefault="00000000">
            <w:pPr>
              <w:spacing w:before="40" w:after="40"/>
              <w:ind w:firstLine="0"/>
              <w:jc w:val="right"/>
            </w:pPr>
            <w:r>
              <w:rPr>
                <w:sz w:val="20"/>
              </w:rPr>
              <w:t>57</w:t>
            </w:r>
          </w:p>
        </w:tc>
        <w:tc>
          <w:tcPr>
            <w:tcW w:w="1728" w:type="dxa"/>
          </w:tcPr>
          <w:p w14:paraId="71000005" w14:textId="77777777" w:rsidR="004D342C" w:rsidRDefault="00000000">
            <w:pPr>
              <w:spacing w:before="40" w:after="40"/>
              <w:ind w:firstLine="0"/>
              <w:jc w:val="right"/>
            </w:pPr>
            <w:r>
              <w:rPr>
                <w:sz w:val="20"/>
              </w:rPr>
              <w:t>4</w:t>
            </w:r>
          </w:p>
        </w:tc>
        <w:tc>
          <w:tcPr>
            <w:tcW w:w="1440" w:type="dxa"/>
          </w:tcPr>
          <w:p w14:paraId="71000006" w14:textId="77777777" w:rsidR="004D342C" w:rsidRDefault="00000000">
            <w:pPr>
              <w:spacing w:before="40" w:after="40"/>
              <w:ind w:firstLine="0"/>
              <w:jc w:val="right"/>
            </w:pPr>
            <w:r>
              <w:rPr>
                <w:sz w:val="20"/>
              </w:rPr>
              <w:t>79</w:t>
            </w:r>
          </w:p>
        </w:tc>
      </w:tr>
      <w:tr w:rsidR="004D342C" w14:paraId="71000007" w14:textId="77777777">
        <w:trPr>
          <w:cantSplit/>
          <w:jc w:val="center"/>
        </w:trPr>
        <w:tc>
          <w:tcPr>
            <w:tcW w:w="4320" w:type="dxa"/>
          </w:tcPr>
          <w:p w14:paraId="71000008" w14:textId="77777777" w:rsidR="004D342C" w:rsidRDefault="00000000">
            <w:pPr>
              <w:spacing w:before="40" w:after="40"/>
              <w:ind w:firstLine="0"/>
            </w:pPr>
            <w:r>
              <w:rPr>
                <w:sz w:val="20"/>
              </w:rPr>
              <w:lastRenderedPageBreak/>
              <w:t>Democratic/EU institutions</w:t>
            </w:r>
          </w:p>
        </w:tc>
        <w:tc>
          <w:tcPr>
            <w:tcW w:w="1440" w:type="dxa"/>
          </w:tcPr>
          <w:p w14:paraId="71000009" w14:textId="77777777" w:rsidR="004D342C" w:rsidRDefault="00000000">
            <w:pPr>
              <w:spacing w:before="40" w:after="40"/>
              <w:ind w:firstLine="0"/>
              <w:jc w:val="right"/>
            </w:pPr>
            <w:r>
              <w:rPr>
                <w:sz w:val="20"/>
              </w:rPr>
              <w:t>116</w:t>
            </w:r>
          </w:p>
        </w:tc>
        <w:tc>
          <w:tcPr>
            <w:tcW w:w="1728" w:type="dxa"/>
          </w:tcPr>
          <w:p w14:paraId="7100000A" w14:textId="77777777" w:rsidR="004D342C" w:rsidRDefault="00000000">
            <w:pPr>
              <w:spacing w:before="40" w:after="40"/>
              <w:ind w:firstLine="0"/>
              <w:jc w:val="right"/>
            </w:pPr>
            <w:r>
              <w:rPr>
                <w:sz w:val="20"/>
              </w:rPr>
              <w:t>5</w:t>
            </w:r>
          </w:p>
        </w:tc>
        <w:tc>
          <w:tcPr>
            <w:tcW w:w="1440" w:type="dxa"/>
          </w:tcPr>
          <w:p w14:paraId="7100000B" w14:textId="77777777" w:rsidR="004D342C" w:rsidRDefault="00000000">
            <w:pPr>
              <w:spacing w:before="40" w:after="40"/>
              <w:ind w:firstLine="0"/>
              <w:jc w:val="right"/>
            </w:pPr>
            <w:r>
              <w:rPr>
                <w:sz w:val="20"/>
              </w:rPr>
              <w:t>68</w:t>
            </w:r>
          </w:p>
        </w:tc>
      </w:tr>
      <w:tr w:rsidR="004D342C" w14:paraId="7100000C" w14:textId="77777777">
        <w:trPr>
          <w:cantSplit/>
          <w:jc w:val="center"/>
        </w:trPr>
        <w:tc>
          <w:tcPr>
            <w:tcW w:w="4320" w:type="dxa"/>
          </w:tcPr>
          <w:p w14:paraId="7100000D" w14:textId="77777777" w:rsidR="004D342C" w:rsidRDefault="00000000">
            <w:pPr>
              <w:spacing w:before="40" w:after="40"/>
              <w:ind w:firstLine="0"/>
            </w:pPr>
            <w:r>
              <w:rPr>
                <w:sz w:val="20"/>
              </w:rPr>
              <w:t>Hope/fear/jurisdiction/priorities</w:t>
            </w:r>
          </w:p>
        </w:tc>
        <w:tc>
          <w:tcPr>
            <w:tcW w:w="1440" w:type="dxa"/>
          </w:tcPr>
          <w:p w14:paraId="7100000E" w14:textId="77777777" w:rsidR="004D342C" w:rsidRDefault="00000000">
            <w:pPr>
              <w:spacing w:before="40" w:after="40"/>
              <w:ind w:firstLine="0"/>
              <w:jc w:val="right"/>
            </w:pPr>
            <w:r>
              <w:rPr>
                <w:sz w:val="20"/>
              </w:rPr>
              <w:t>369</w:t>
            </w:r>
          </w:p>
        </w:tc>
        <w:tc>
          <w:tcPr>
            <w:tcW w:w="1728" w:type="dxa"/>
          </w:tcPr>
          <w:p w14:paraId="7100000F" w14:textId="77777777" w:rsidR="004D342C" w:rsidRDefault="00000000">
            <w:pPr>
              <w:spacing w:before="40" w:after="40"/>
              <w:ind w:firstLine="0"/>
              <w:jc w:val="right"/>
            </w:pPr>
            <w:r>
              <w:rPr>
                <w:sz w:val="20"/>
              </w:rPr>
              <w:t>4</w:t>
            </w:r>
          </w:p>
        </w:tc>
        <w:tc>
          <w:tcPr>
            <w:tcW w:w="1440" w:type="dxa"/>
          </w:tcPr>
          <w:p w14:paraId="71000010" w14:textId="77777777" w:rsidR="004D342C" w:rsidRDefault="00000000">
            <w:pPr>
              <w:spacing w:before="40" w:after="40"/>
              <w:ind w:firstLine="0"/>
              <w:jc w:val="right"/>
            </w:pPr>
            <w:r>
              <w:rPr>
                <w:sz w:val="20"/>
              </w:rPr>
              <w:t>73</w:t>
            </w:r>
          </w:p>
        </w:tc>
      </w:tr>
      <w:tr w:rsidR="004D342C" w14:paraId="423C9AC8" w14:textId="77777777">
        <w:trPr>
          <w:cantSplit/>
          <w:jc w:val="center"/>
        </w:trPr>
        <w:tc>
          <w:tcPr>
            <w:tcW w:w="4320" w:type="dxa"/>
          </w:tcPr>
          <w:p w14:paraId="74A761F0" w14:textId="77777777" w:rsidR="004D342C" w:rsidRDefault="00000000">
            <w:pPr>
              <w:spacing w:before="40" w:after="40"/>
              <w:ind w:firstLine="0"/>
            </w:pPr>
            <w:r>
              <w:rPr>
                <w:sz w:val="20"/>
              </w:rPr>
              <w:t>Identity/attachment/pride</w:t>
            </w:r>
          </w:p>
        </w:tc>
        <w:tc>
          <w:tcPr>
            <w:tcW w:w="1440" w:type="dxa"/>
          </w:tcPr>
          <w:p w14:paraId="54652268" w14:textId="77777777" w:rsidR="004D342C" w:rsidRDefault="00000000">
            <w:pPr>
              <w:spacing w:before="40" w:after="40"/>
              <w:ind w:firstLine="0"/>
              <w:jc w:val="right"/>
            </w:pPr>
            <w:r>
              <w:rPr>
                <w:sz w:val="20"/>
              </w:rPr>
              <w:t>59</w:t>
            </w:r>
          </w:p>
        </w:tc>
        <w:tc>
          <w:tcPr>
            <w:tcW w:w="1728" w:type="dxa"/>
          </w:tcPr>
          <w:p w14:paraId="46E5D11D" w14:textId="77777777" w:rsidR="004D342C" w:rsidRDefault="00000000">
            <w:pPr>
              <w:spacing w:before="40" w:after="40"/>
              <w:ind w:firstLine="0"/>
              <w:jc w:val="right"/>
            </w:pPr>
            <w:r>
              <w:rPr>
                <w:sz w:val="20"/>
              </w:rPr>
              <w:t>2</w:t>
            </w:r>
          </w:p>
        </w:tc>
        <w:tc>
          <w:tcPr>
            <w:tcW w:w="1440" w:type="dxa"/>
          </w:tcPr>
          <w:p w14:paraId="79941D7F" w14:textId="77777777" w:rsidR="004D342C" w:rsidRDefault="00000000">
            <w:pPr>
              <w:spacing w:before="40" w:after="40"/>
              <w:ind w:firstLine="0"/>
              <w:jc w:val="right"/>
            </w:pPr>
            <w:r>
              <w:rPr>
                <w:sz w:val="20"/>
              </w:rPr>
              <w:t>39</w:t>
            </w:r>
          </w:p>
        </w:tc>
      </w:tr>
      <w:tr w:rsidR="004D342C" w14:paraId="33450C00" w14:textId="77777777">
        <w:trPr>
          <w:cantSplit/>
          <w:jc w:val="center"/>
        </w:trPr>
        <w:tc>
          <w:tcPr>
            <w:tcW w:w="4320" w:type="dxa"/>
          </w:tcPr>
          <w:p w14:paraId="2A0AB80F" w14:textId="77777777" w:rsidR="004D342C" w:rsidRDefault="00000000">
            <w:pPr>
              <w:spacing w:before="40" w:after="40"/>
              <w:ind w:firstLine="0"/>
            </w:pPr>
            <w:r>
              <w:rPr>
                <w:sz w:val="20"/>
              </w:rPr>
              <w:t>Elections/Values</w:t>
            </w:r>
          </w:p>
        </w:tc>
        <w:tc>
          <w:tcPr>
            <w:tcW w:w="1440" w:type="dxa"/>
          </w:tcPr>
          <w:p w14:paraId="7843E346" w14:textId="77777777" w:rsidR="004D342C" w:rsidRDefault="00000000">
            <w:pPr>
              <w:spacing w:before="40" w:after="40"/>
              <w:ind w:firstLine="0"/>
              <w:jc w:val="right"/>
            </w:pPr>
            <w:r>
              <w:rPr>
                <w:sz w:val="20"/>
              </w:rPr>
              <w:t>51</w:t>
            </w:r>
          </w:p>
        </w:tc>
        <w:tc>
          <w:tcPr>
            <w:tcW w:w="1728" w:type="dxa"/>
          </w:tcPr>
          <w:p w14:paraId="5F72EDBD" w14:textId="77777777" w:rsidR="004D342C" w:rsidRDefault="00000000">
            <w:pPr>
              <w:spacing w:before="40" w:after="40"/>
              <w:ind w:firstLine="0"/>
              <w:jc w:val="right"/>
            </w:pPr>
            <w:r>
              <w:rPr>
                <w:sz w:val="20"/>
              </w:rPr>
              <w:t>6</w:t>
            </w:r>
          </w:p>
        </w:tc>
        <w:tc>
          <w:tcPr>
            <w:tcW w:w="1440" w:type="dxa"/>
          </w:tcPr>
          <w:p w14:paraId="5717487F" w14:textId="77777777" w:rsidR="004D342C" w:rsidRDefault="00000000">
            <w:pPr>
              <w:spacing w:before="40" w:after="40"/>
              <w:ind w:firstLine="0"/>
              <w:jc w:val="right"/>
            </w:pPr>
            <w:r>
              <w:rPr>
                <w:sz w:val="20"/>
              </w:rPr>
              <w:t>104</w:t>
            </w:r>
          </w:p>
        </w:tc>
      </w:tr>
      <w:tr w:rsidR="004D342C" w14:paraId="6C4ED7EC" w14:textId="77777777">
        <w:trPr>
          <w:cantSplit/>
          <w:jc w:val="center"/>
        </w:trPr>
        <w:tc>
          <w:tcPr>
            <w:tcW w:w="4320" w:type="dxa"/>
          </w:tcPr>
          <w:p w14:paraId="7AEA29FF" w14:textId="77777777" w:rsidR="004D342C" w:rsidRDefault="00000000">
            <w:pPr>
              <w:spacing w:before="40" w:after="40"/>
              <w:ind w:firstLine="0"/>
            </w:pPr>
            <w:r>
              <w:rPr>
                <w:sz w:val="20"/>
              </w:rPr>
              <w:t>Economic perceptions/crisis</w:t>
            </w:r>
          </w:p>
        </w:tc>
        <w:tc>
          <w:tcPr>
            <w:tcW w:w="1440" w:type="dxa"/>
          </w:tcPr>
          <w:p w14:paraId="045A1F37" w14:textId="77777777" w:rsidR="004D342C" w:rsidRDefault="00000000">
            <w:pPr>
              <w:spacing w:before="40" w:after="40"/>
              <w:ind w:firstLine="0"/>
              <w:jc w:val="right"/>
            </w:pPr>
            <w:r>
              <w:rPr>
                <w:sz w:val="20"/>
              </w:rPr>
              <w:t>68</w:t>
            </w:r>
          </w:p>
        </w:tc>
        <w:tc>
          <w:tcPr>
            <w:tcW w:w="1728" w:type="dxa"/>
          </w:tcPr>
          <w:p w14:paraId="106C32F6" w14:textId="77777777" w:rsidR="004D342C" w:rsidRDefault="00000000">
            <w:pPr>
              <w:spacing w:before="40" w:after="40"/>
              <w:ind w:firstLine="0"/>
              <w:jc w:val="right"/>
            </w:pPr>
            <w:r>
              <w:rPr>
                <w:sz w:val="20"/>
              </w:rPr>
              <w:t>3</w:t>
            </w:r>
          </w:p>
        </w:tc>
        <w:tc>
          <w:tcPr>
            <w:tcW w:w="1440" w:type="dxa"/>
          </w:tcPr>
          <w:p w14:paraId="21EBC0C4" w14:textId="77777777" w:rsidR="004D342C" w:rsidRDefault="00000000">
            <w:pPr>
              <w:spacing w:before="40" w:after="40"/>
              <w:ind w:firstLine="0"/>
              <w:jc w:val="right"/>
            </w:pPr>
            <w:r>
              <w:rPr>
                <w:sz w:val="20"/>
              </w:rPr>
              <w:t>65</w:t>
            </w:r>
          </w:p>
        </w:tc>
      </w:tr>
      <w:tr w:rsidR="004D342C" w14:paraId="3147138B" w14:textId="77777777">
        <w:trPr>
          <w:cantSplit/>
          <w:jc w:val="center"/>
        </w:trPr>
        <w:tc>
          <w:tcPr>
            <w:tcW w:w="4320" w:type="dxa"/>
          </w:tcPr>
          <w:p w14:paraId="27BE65D5" w14:textId="77777777" w:rsidR="004D342C" w:rsidRDefault="00000000">
            <w:pPr>
              <w:spacing w:before="40" w:after="40"/>
              <w:ind w:firstLine="0"/>
            </w:pPr>
            <w:r>
              <w:rPr>
                <w:sz w:val="20"/>
              </w:rPr>
              <w:t>Immigration</w:t>
            </w:r>
          </w:p>
        </w:tc>
        <w:tc>
          <w:tcPr>
            <w:tcW w:w="1440" w:type="dxa"/>
          </w:tcPr>
          <w:p w14:paraId="4E5561D6" w14:textId="77777777" w:rsidR="004D342C" w:rsidRDefault="00000000">
            <w:pPr>
              <w:spacing w:before="40" w:after="40"/>
              <w:ind w:firstLine="0"/>
              <w:jc w:val="right"/>
            </w:pPr>
            <w:r>
              <w:rPr>
                <w:sz w:val="20"/>
              </w:rPr>
              <w:t>8</w:t>
            </w:r>
          </w:p>
        </w:tc>
        <w:tc>
          <w:tcPr>
            <w:tcW w:w="1728" w:type="dxa"/>
          </w:tcPr>
          <w:p w14:paraId="3C973731" w14:textId="77777777" w:rsidR="004D342C" w:rsidRDefault="00000000">
            <w:pPr>
              <w:spacing w:before="40" w:after="40"/>
              <w:ind w:firstLine="0"/>
              <w:jc w:val="right"/>
            </w:pPr>
            <w:r>
              <w:rPr>
                <w:sz w:val="20"/>
              </w:rPr>
              <w:t>11</w:t>
            </w:r>
          </w:p>
        </w:tc>
        <w:tc>
          <w:tcPr>
            <w:tcW w:w="1440" w:type="dxa"/>
          </w:tcPr>
          <w:p w14:paraId="102D3496" w14:textId="77777777" w:rsidR="004D342C" w:rsidRDefault="00000000">
            <w:pPr>
              <w:spacing w:before="40" w:after="40"/>
              <w:ind w:firstLine="0"/>
              <w:jc w:val="right"/>
            </w:pPr>
            <w:r>
              <w:rPr>
                <w:sz w:val="20"/>
              </w:rPr>
              <w:t>49</w:t>
            </w:r>
          </w:p>
        </w:tc>
      </w:tr>
      <w:tr w:rsidR="004D342C" w14:paraId="4C4D34A2" w14:textId="77777777">
        <w:trPr>
          <w:cantSplit/>
          <w:jc w:val="center"/>
        </w:trPr>
        <w:tc>
          <w:tcPr>
            <w:tcW w:w="4320" w:type="dxa"/>
          </w:tcPr>
          <w:p w14:paraId="0EC5860E" w14:textId="77777777" w:rsidR="004D342C" w:rsidRDefault="00000000">
            <w:pPr>
              <w:spacing w:before="40" w:after="40"/>
              <w:ind w:firstLine="0"/>
            </w:pPr>
            <w:r>
              <w:rPr>
                <w:sz w:val="20"/>
              </w:rPr>
              <w:t>Knowledge/media</w:t>
            </w:r>
          </w:p>
        </w:tc>
        <w:tc>
          <w:tcPr>
            <w:tcW w:w="1440" w:type="dxa"/>
          </w:tcPr>
          <w:p w14:paraId="4AB4704C" w14:textId="77777777" w:rsidR="004D342C" w:rsidRDefault="00000000">
            <w:pPr>
              <w:spacing w:before="40" w:after="40"/>
              <w:ind w:firstLine="0"/>
              <w:jc w:val="right"/>
            </w:pPr>
            <w:r>
              <w:rPr>
                <w:sz w:val="20"/>
              </w:rPr>
              <w:t>82</w:t>
            </w:r>
          </w:p>
        </w:tc>
        <w:tc>
          <w:tcPr>
            <w:tcW w:w="1728" w:type="dxa"/>
          </w:tcPr>
          <w:p w14:paraId="0744E9B5" w14:textId="77777777" w:rsidR="004D342C" w:rsidRDefault="00000000">
            <w:pPr>
              <w:spacing w:before="40" w:after="40"/>
              <w:ind w:firstLine="0"/>
              <w:jc w:val="right"/>
            </w:pPr>
            <w:r>
              <w:rPr>
                <w:sz w:val="20"/>
              </w:rPr>
              <w:t>6</w:t>
            </w:r>
          </w:p>
        </w:tc>
        <w:tc>
          <w:tcPr>
            <w:tcW w:w="1440" w:type="dxa"/>
          </w:tcPr>
          <w:p w14:paraId="79C66CEA" w14:textId="77777777" w:rsidR="004D342C" w:rsidRDefault="00000000">
            <w:pPr>
              <w:spacing w:before="40" w:after="40"/>
              <w:ind w:firstLine="0"/>
              <w:jc w:val="right"/>
            </w:pPr>
            <w:r>
              <w:rPr>
                <w:sz w:val="20"/>
              </w:rPr>
              <w:t>77</w:t>
            </w:r>
          </w:p>
        </w:tc>
      </w:tr>
      <w:tr w:rsidR="004D342C" w14:paraId="39EF360E" w14:textId="77777777">
        <w:trPr>
          <w:cantSplit/>
          <w:jc w:val="center"/>
        </w:trPr>
        <w:tc>
          <w:tcPr>
            <w:tcW w:w="4320" w:type="dxa"/>
          </w:tcPr>
          <w:p w14:paraId="48E90CC8" w14:textId="77777777" w:rsidR="004D342C" w:rsidRDefault="00000000">
            <w:pPr>
              <w:spacing w:before="40" w:after="40"/>
              <w:ind w:firstLine="0"/>
            </w:pPr>
            <w:r>
              <w:rPr>
                <w:sz w:val="20"/>
              </w:rPr>
              <w:t>National system</w:t>
            </w:r>
          </w:p>
        </w:tc>
        <w:tc>
          <w:tcPr>
            <w:tcW w:w="1440" w:type="dxa"/>
          </w:tcPr>
          <w:p w14:paraId="2F9C3E02" w14:textId="77777777" w:rsidR="004D342C" w:rsidRDefault="00000000">
            <w:pPr>
              <w:spacing w:before="40" w:after="40"/>
              <w:ind w:firstLine="0"/>
              <w:jc w:val="right"/>
            </w:pPr>
            <w:r>
              <w:rPr>
                <w:sz w:val="20"/>
              </w:rPr>
              <w:t>11</w:t>
            </w:r>
          </w:p>
        </w:tc>
        <w:tc>
          <w:tcPr>
            <w:tcW w:w="1728" w:type="dxa"/>
          </w:tcPr>
          <w:p w14:paraId="1803950A" w14:textId="77777777" w:rsidR="004D342C" w:rsidRDefault="00000000">
            <w:pPr>
              <w:spacing w:before="40" w:after="40"/>
              <w:ind w:firstLine="0"/>
              <w:jc w:val="right"/>
            </w:pPr>
            <w:r>
              <w:rPr>
                <w:sz w:val="20"/>
              </w:rPr>
              <w:t>11</w:t>
            </w:r>
          </w:p>
        </w:tc>
        <w:tc>
          <w:tcPr>
            <w:tcW w:w="1440" w:type="dxa"/>
          </w:tcPr>
          <w:p w14:paraId="5C7970F4" w14:textId="77777777" w:rsidR="004D342C" w:rsidRDefault="00000000">
            <w:pPr>
              <w:spacing w:before="40" w:after="40"/>
              <w:ind w:firstLine="0"/>
              <w:jc w:val="right"/>
            </w:pPr>
            <w:r>
              <w:rPr>
                <w:sz w:val="20"/>
              </w:rPr>
              <w:t>88</w:t>
            </w:r>
          </w:p>
        </w:tc>
      </w:tr>
      <w:tr w:rsidR="004D342C" w14:paraId="71000011" w14:textId="77777777">
        <w:trPr>
          <w:cantSplit/>
          <w:jc w:val="center"/>
        </w:trPr>
        <w:tc>
          <w:tcPr>
            <w:tcW w:w="4320" w:type="dxa"/>
          </w:tcPr>
          <w:p w14:paraId="71000012" w14:textId="77777777" w:rsidR="004D342C" w:rsidRDefault="00000000">
            <w:pPr>
              <w:spacing w:before="40" w:after="40"/>
              <w:ind w:firstLine="0"/>
            </w:pPr>
            <w:r>
              <w:rPr>
                <w:sz w:val="20"/>
              </w:rPr>
              <w:t>Demographics</w:t>
            </w:r>
          </w:p>
        </w:tc>
        <w:tc>
          <w:tcPr>
            <w:tcW w:w="1440" w:type="dxa"/>
          </w:tcPr>
          <w:p w14:paraId="71000013" w14:textId="77777777" w:rsidR="004D342C" w:rsidRDefault="00000000">
            <w:pPr>
              <w:spacing w:before="40" w:after="40"/>
              <w:ind w:firstLine="0"/>
              <w:jc w:val="right"/>
            </w:pPr>
            <w:r>
              <w:rPr>
                <w:sz w:val="20"/>
              </w:rPr>
              <w:t>29</w:t>
            </w:r>
          </w:p>
        </w:tc>
        <w:tc>
          <w:tcPr>
            <w:tcW w:w="1728" w:type="dxa"/>
          </w:tcPr>
          <w:p w14:paraId="71000014" w14:textId="77777777" w:rsidR="004D342C" w:rsidRDefault="00000000">
            <w:pPr>
              <w:spacing w:before="40" w:after="40"/>
              <w:ind w:firstLine="0"/>
              <w:jc w:val="right"/>
            </w:pPr>
            <w:r>
              <w:rPr>
                <w:sz w:val="20"/>
              </w:rPr>
              <w:t>20</w:t>
            </w:r>
          </w:p>
        </w:tc>
        <w:tc>
          <w:tcPr>
            <w:tcW w:w="1440" w:type="dxa"/>
          </w:tcPr>
          <w:p w14:paraId="71000015" w14:textId="77777777" w:rsidR="004D342C" w:rsidRDefault="00000000">
            <w:pPr>
              <w:spacing w:before="40" w:after="40"/>
              <w:ind w:firstLine="0"/>
              <w:jc w:val="right"/>
            </w:pPr>
            <w:r>
              <w:rPr>
                <w:sz w:val="20"/>
              </w:rPr>
              <w:t>113</w:t>
            </w:r>
          </w:p>
        </w:tc>
      </w:tr>
      <w:tr w:rsidR="004D342C" w14:paraId="15AFDA8C" w14:textId="77777777">
        <w:trPr>
          <w:cantSplit/>
          <w:jc w:val="center"/>
        </w:trPr>
        <w:tc>
          <w:tcPr>
            <w:tcW w:w="4320" w:type="dxa"/>
          </w:tcPr>
          <w:p w14:paraId="4D6BC719" w14:textId="77777777" w:rsidR="004D342C" w:rsidRDefault="00000000">
            <w:pPr>
              <w:keepNext/>
              <w:spacing w:before="40" w:after="40"/>
              <w:ind w:firstLine="0"/>
            </w:pPr>
            <w:r>
              <w:rPr>
                <w:sz w:val="20"/>
              </w:rPr>
              <w:t>Admin/ID</w:t>
            </w:r>
          </w:p>
        </w:tc>
        <w:tc>
          <w:tcPr>
            <w:tcW w:w="1440" w:type="dxa"/>
          </w:tcPr>
          <w:p w14:paraId="3AC1E233" w14:textId="77777777" w:rsidR="004D342C" w:rsidRDefault="00000000">
            <w:pPr>
              <w:keepNext/>
              <w:spacing w:before="40" w:after="40"/>
              <w:ind w:firstLine="0"/>
              <w:jc w:val="right"/>
            </w:pPr>
            <w:r>
              <w:rPr>
                <w:sz w:val="20"/>
              </w:rPr>
              <w:t>26</w:t>
            </w:r>
          </w:p>
        </w:tc>
        <w:tc>
          <w:tcPr>
            <w:tcW w:w="1728" w:type="dxa"/>
          </w:tcPr>
          <w:p w14:paraId="3B0F8962" w14:textId="77777777" w:rsidR="004D342C" w:rsidRDefault="00000000">
            <w:pPr>
              <w:keepNext/>
              <w:spacing w:before="40" w:after="40"/>
              <w:ind w:firstLine="0"/>
              <w:jc w:val="right"/>
            </w:pPr>
            <w:r>
              <w:rPr>
                <w:sz w:val="20"/>
              </w:rPr>
              <w:t>57</w:t>
            </w:r>
          </w:p>
        </w:tc>
        <w:tc>
          <w:tcPr>
            <w:tcW w:w="1440" w:type="dxa"/>
          </w:tcPr>
          <w:p w14:paraId="5E1639AF" w14:textId="77777777" w:rsidR="004D342C" w:rsidRDefault="00000000">
            <w:pPr>
              <w:keepNext/>
              <w:spacing w:before="40" w:after="40"/>
              <w:ind w:firstLine="0"/>
              <w:jc w:val="right"/>
            </w:pPr>
            <w:r>
              <w:rPr>
                <w:sz w:val="20"/>
              </w:rPr>
              <w:t>100</w:t>
            </w:r>
          </w:p>
        </w:tc>
      </w:tr>
    </w:tbl>
    <w:p w14:paraId="165FFCE3" w14:textId="77777777" w:rsidR="004D342C" w:rsidRDefault="00000000">
      <w:pPr>
        <w:spacing w:before="80" w:after="160"/>
        <w:ind w:firstLine="0"/>
      </w:pPr>
      <w:r>
        <w:rPr>
          <w:b/>
          <w:smallCaps/>
          <w:color w:val="1F4E79"/>
          <w:sz w:val="19"/>
        </w:rPr>
        <w:t xml:space="preserve">Table 6.2. </w:t>
      </w:r>
      <w:r>
        <w:rPr>
          <w:i/>
          <w:color w:val="595959"/>
          <w:sz w:val="19"/>
        </w:rPr>
        <w:t>The eleven dimensions. "Median waves" is the median number of waves in which a variable of that dimension appears — a blunt but useful indicator of how much over-time leverage the dimension offers.</w:t>
      </w:r>
    </w:p>
    <w:p w14:paraId="7B7543A3" w14:textId="77777777" w:rsidR="004D342C" w:rsidRDefault="00000000">
      <w:pPr>
        <w:pStyle w:val="Heading2"/>
      </w:pPr>
      <w:r>
        <w:rPr>
          <w:rFonts w:ascii="Times New Roman" w:hAnsi="Times New Roman" w:cs="Times New Roman"/>
        </w:rPr>
        <w:t>6.3  The core spine</w:t>
      </w:r>
    </w:p>
    <w:p w14:paraId="5CB0C6BD" w14:textId="77777777" w:rsidR="004D342C" w:rsidRDefault="00000000">
      <w:r>
        <w:t>Eighty-four variables appear in forty or more of the 113 waves. These are the ERD’s spine — the variables that can carry a long time series. Everything else should be checked for coverage before use.</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2160"/>
        <w:gridCol w:w="2304"/>
        <w:gridCol w:w="3744"/>
        <w:gridCol w:w="720"/>
      </w:tblGrid>
      <w:tr w:rsidR="004D342C" w14:paraId="7A9E28E6" w14:textId="77777777">
        <w:trPr>
          <w:cantSplit/>
          <w:tblHeader/>
          <w:jc w:val="center"/>
        </w:trPr>
        <w:tc>
          <w:tcPr>
            <w:tcW w:w="2160" w:type="dxa"/>
            <w:tcBorders>
              <w:bottom w:val="single" w:sz="6" w:space="0" w:color="1F4E79"/>
            </w:tcBorders>
            <w:shd w:val="clear" w:color="auto" w:fill="E7EDF3"/>
          </w:tcPr>
          <w:p w14:paraId="04C52AB0" w14:textId="77777777" w:rsidR="004D342C" w:rsidRDefault="00000000">
            <w:pPr>
              <w:spacing w:before="40" w:after="40"/>
              <w:ind w:firstLine="0"/>
            </w:pPr>
            <w:r>
              <w:rPr>
                <w:b/>
                <w:color w:val="1F4E79"/>
                <w:sz w:val="18"/>
              </w:rPr>
              <w:t>Variable</w:t>
            </w:r>
          </w:p>
        </w:tc>
        <w:tc>
          <w:tcPr>
            <w:tcW w:w="2304" w:type="dxa"/>
            <w:tcBorders>
              <w:bottom w:val="single" w:sz="6" w:space="0" w:color="1F4E79"/>
            </w:tcBorders>
            <w:shd w:val="clear" w:color="auto" w:fill="E7EDF3"/>
          </w:tcPr>
          <w:p w14:paraId="1B03563D" w14:textId="77777777" w:rsidR="004D342C" w:rsidRDefault="00000000">
            <w:pPr>
              <w:spacing w:before="40" w:after="40"/>
              <w:ind w:firstLine="0"/>
            </w:pPr>
            <w:r>
              <w:rPr>
                <w:b/>
                <w:color w:val="1F4E79"/>
                <w:sz w:val="18"/>
              </w:rPr>
              <w:t>Dimension</w:t>
            </w:r>
          </w:p>
        </w:tc>
        <w:tc>
          <w:tcPr>
            <w:tcW w:w="3744" w:type="dxa"/>
            <w:tcBorders>
              <w:bottom w:val="single" w:sz="6" w:space="0" w:color="1F4E79"/>
            </w:tcBorders>
            <w:shd w:val="clear" w:color="auto" w:fill="E7EDF3"/>
          </w:tcPr>
          <w:p w14:paraId="6A1033C1" w14:textId="77777777" w:rsidR="004D342C" w:rsidRDefault="00000000">
            <w:pPr>
              <w:spacing w:before="40" w:after="40"/>
              <w:ind w:firstLine="0"/>
            </w:pPr>
            <w:r>
              <w:rPr>
                <w:b/>
                <w:color w:val="1F4E79"/>
                <w:sz w:val="18"/>
              </w:rPr>
              <w:t>Label</w:t>
            </w:r>
          </w:p>
        </w:tc>
        <w:tc>
          <w:tcPr>
            <w:tcW w:w="720" w:type="dxa"/>
            <w:tcBorders>
              <w:bottom w:val="single" w:sz="6" w:space="0" w:color="1F4E79"/>
            </w:tcBorders>
            <w:shd w:val="clear" w:color="auto" w:fill="E7EDF3"/>
          </w:tcPr>
          <w:p w14:paraId="0A9E6BE7" w14:textId="77777777" w:rsidR="004D342C" w:rsidRDefault="00000000">
            <w:pPr>
              <w:spacing w:before="40" w:after="40"/>
              <w:ind w:firstLine="0"/>
              <w:jc w:val="right"/>
            </w:pPr>
            <w:r>
              <w:rPr>
                <w:b/>
                <w:color w:val="1F4E79"/>
                <w:sz w:val="18"/>
              </w:rPr>
              <w:t>Waves</w:t>
            </w:r>
          </w:p>
        </w:tc>
      </w:tr>
      <w:tr w:rsidR="004D342C" w14:paraId="55A56C45" w14:textId="77777777">
        <w:trPr>
          <w:cantSplit/>
          <w:jc w:val="center"/>
        </w:trPr>
        <w:tc>
          <w:tcPr>
            <w:tcW w:w="2160" w:type="dxa"/>
          </w:tcPr>
          <w:p w14:paraId="2093F14C" w14:textId="77777777" w:rsidR="004D342C" w:rsidRDefault="00000000">
            <w:pPr>
              <w:spacing w:before="20" w:after="20"/>
              <w:ind w:firstLine="0"/>
            </w:pPr>
            <w:r>
              <w:rPr>
                <w:sz w:val="17"/>
              </w:rPr>
              <w:t>demogender</w:t>
            </w:r>
          </w:p>
        </w:tc>
        <w:tc>
          <w:tcPr>
            <w:tcW w:w="2304" w:type="dxa"/>
          </w:tcPr>
          <w:p w14:paraId="669CC042" w14:textId="77777777" w:rsidR="004D342C" w:rsidRDefault="00000000">
            <w:pPr>
              <w:spacing w:before="20" w:after="20"/>
              <w:ind w:firstLine="0"/>
            </w:pPr>
            <w:r>
              <w:rPr>
                <w:sz w:val="17"/>
              </w:rPr>
              <w:t>Demographics</w:t>
            </w:r>
          </w:p>
        </w:tc>
        <w:tc>
          <w:tcPr>
            <w:tcW w:w="3744" w:type="dxa"/>
          </w:tcPr>
          <w:p w14:paraId="2688810A" w14:textId="77777777" w:rsidR="004D342C" w:rsidRDefault="00000000">
            <w:pPr>
              <w:spacing w:before="20" w:after="20"/>
              <w:ind w:firstLine="0"/>
            </w:pPr>
            <w:r>
              <w:rPr>
                <w:sz w:val="17"/>
              </w:rPr>
              <w:t>GENDER</w:t>
            </w:r>
          </w:p>
        </w:tc>
        <w:tc>
          <w:tcPr>
            <w:tcW w:w="720" w:type="dxa"/>
          </w:tcPr>
          <w:p w14:paraId="5DCB2709" w14:textId="77777777" w:rsidR="004D342C" w:rsidRDefault="00000000">
            <w:pPr>
              <w:spacing w:before="20" w:after="20"/>
              <w:ind w:firstLine="0"/>
              <w:jc w:val="right"/>
            </w:pPr>
            <w:r>
              <w:rPr>
                <w:sz w:val="17"/>
              </w:rPr>
              <w:t>113</w:t>
            </w:r>
          </w:p>
        </w:tc>
      </w:tr>
      <w:tr w:rsidR="004D342C" w14:paraId="1F180A3F" w14:textId="77777777">
        <w:trPr>
          <w:cantSplit/>
          <w:jc w:val="center"/>
        </w:trPr>
        <w:tc>
          <w:tcPr>
            <w:tcW w:w="2160" w:type="dxa"/>
          </w:tcPr>
          <w:p w14:paraId="46377167" w14:textId="77777777" w:rsidR="004D342C" w:rsidRDefault="00000000">
            <w:pPr>
              <w:spacing w:before="20" w:after="20"/>
              <w:ind w:firstLine="0"/>
            </w:pPr>
            <w:r>
              <w:rPr>
                <w:sz w:val="17"/>
              </w:rPr>
              <w:t>demoage</w:t>
            </w:r>
          </w:p>
        </w:tc>
        <w:tc>
          <w:tcPr>
            <w:tcW w:w="2304" w:type="dxa"/>
          </w:tcPr>
          <w:p w14:paraId="58064A31" w14:textId="77777777" w:rsidR="004D342C" w:rsidRDefault="00000000">
            <w:pPr>
              <w:spacing w:before="20" w:after="20"/>
              <w:ind w:firstLine="0"/>
            </w:pPr>
            <w:r>
              <w:rPr>
                <w:sz w:val="17"/>
              </w:rPr>
              <w:t>Demographics</w:t>
            </w:r>
          </w:p>
        </w:tc>
        <w:tc>
          <w:tcPr>
            <w:tcW w:w="3744" w:type="dxa"/>
          </w:tcPr>
          <w:p w14:paraId="04592879" w14:textId="77777777" w:rsidR="004D342C" w:rsidRDefault="00000000">
            <w:pPr>
              <w:spacing w:before="20" w:after="20"/>
              <w:ind w:firstLine="0"/>
            </w:pPr>
            <w:r>
              <w:rPr>
                <w:sz w:val="17"/>
              </w:rPr>
              <w:t>AGE EXACT</w:t>
            </w:r>
          </w:p>
        </w:tc>
        <w:tc>
          <w:tcPr>
            <w:tcW w:w="720" w:type="dxa"/>
          </w:tcPr>
          <w:p w14:paraId="6B72684C" w14:textId="77777777" w:rsidR="004D342C" w:rsidRDefault="00000000">
            <w:pPr>
              <w:spacing w:before="20" w:after="20"/>
              <w:ind w:firstLine="0"/>
              <w:jc w:val="right"/>
            </w:pPr>
            <w:r>
              <w:rPr>
                <w:sz w:val="17"/>
              </w:rPr>
              <w:t>112</w:t>
            </w:r>
          </w:p>
        </w:tc>
      </w:tr>
      <w:tr w:rsidR="004D342C" w14:paraId="2E81D9A2" w14:textId="77777777">
        <w:trPr>
          <w:cantSplit/>
          <w:jc w:val="center"/>
        </w:trPr>
        <w:tc>
          <w:tcPr>
            <w:tcW w:w="2160" w:type="dxa"/>
          </w:tcPr>
          <w:p w14:paraId="784DD63F" w14:textId="77777777" w:rsidR="004D342C" w:rsidRDefault="00000000">
            <w:pPr>
              <w:spacing w:before="20" w:after="20"/>
              <w:ind w:firstLine="0"/>
            </w:pPr>
            <w:r>
              <w:rPr>
                <w:sz w:val="17"/>
              </w:rPr>
              <w:t>demooccupation</w:t>
            </w:r>
          </w:p>
        </w:tc>
        <w:tc>
          <w:tcPr>
            <w:tcW w:w="2304" w:type="dxa"/>
          </w:tcPr>
          <w:p w14:paraId="5D21140A" w14:textId="77777777" w:rsidR="004D342C" w:rsidRDefault="00000000">
            <w:pPr>
              <w:spacing w:before="20" w:after="20"/>
              <w:ind w:firstLine="0"/>
            </w:pPr>
            <w:r>
              <w:rPr>
                <w:sz w:val="17"/>
              </w:rPr>
              <w:t>Demographics</w:t>
            </w:r>
          </w:p>
        </w:tc>
        <w:tc>
          <w:tcPr>
            <w:tcW w:w="3744" w:type="dxa"/>
          </w:tcPr>
          <w:p w14:paraId="590AA5DD" w14:textId="77777777" w:rsidR="004D342C" w:rsidRDefault="00000000">
            <w:pPr>
              <w:spacing w:before="20" w:after="20"/>
              <w:ind w:firstLine="0"/>
            </w:pPr>
            <w:r>
              <w:rPr>
                <w:sz w:val="17"/>
              </w:rPr>
              <w:t>OCCUPATION OF RESPONDENT</w:t>
            </w:r>
          </w:p>
        </w:tc>
        <w:tc>
          <w:tcPr>
            <w:tcW w:w="720" w:type="dxa"/>
          </w:tcPr>
          <w:p w14:paraId="0889EE26" w14:textId="77777777" w:rsidR="004D342C" w:rsidRDefault="00000000">
            <w:pPr>
              <w:spacing w:before="20" w:after="20"/>
              <w:ind w:firstLine="0"/>
              <w:jc w:val="right"/>
            </w:pPr>
            <w:r>
              <w:rPr>
                <w:sz w:val="17"/>
              </w:rPr>
              <w:t>112</w:t>
            </w:r>
          </w:p>
        </w:tc>
      </w:tr>
      <w:tr w:rsidR="004D342C" w14:paraId="62C316B8" w14:textId="77777777">
        <w:trPr>
          <w:cantSplit/>
          <w:jc w:val="center"/>
        </w:trPr>
        <w:tc>
          <w:tcPr>
            <w:tcW w:w="2160" w:type="dxa"/>
          </w:tcPr>
          <w:p w14:paraId="4686EDAC" w14:textId="77777777" w:rsidR="004D342C" w:rsidRDefault="00000000">
            <w:pPr>
              <w:spacing w:before="20" w:after="20"/>
              <w:ind w:firstLine="0"/>
            </w:pPr>
            <w:r>
              <w:rPr>
                <w:sz w:val="17"/>
              </w:rPr>
              <w:t>demoeducation</w:t>
            </w:r>
          </w:p>
        </w:tc>
        <w:tc>
          <w:tcPr>
            <w:tcW w:w="2304" w:type="dxa"/>
          </w:tcPr>
          <w:p w14:paraId="4158C6D0" w14:textId="77777777" w:rsidR="004D342C" w:rsidRDefault="00000000">
            <w:pPr>
              <w:spacing w:before="20" w:after="20"/>
              <w:ind w:firstLine="0"/>
            </w:pPr>
            <w:r>
              <w:rPr>
                <w:sz w:val="17"/>
              </w:rPr>
              <w:t>Demographics</w:t>
            </w:r>
          </w:p>
        </w:tc>
        <w:tc>
          <w:tcPr>
            <w:tcW w:w="3744" w:type="dxa"/>
          </w:tcPr>
          <w:p w14:paraId="05CFDF8D" w14:textId="77777777" w:rsidR="004D342C" w:rsidRDefault="00000000">
            <w:pPr>
              <w:spacing w:before="20" w:after="20"/>
              <w:ind w:firstLine="0"/>
            </w:pPr>
            <w:r>
              <w:rPr>
                <w:sz w:val="17"/>
              </w:rPr>
              <w:t>AGE EDUCATION</w:t>
            </w:r>
          </w:p>
        </w:tc>
        <w:tc>
          <w:tcPr>
            <w:tcW w:w="720" w:type="dxa"/>
          </w:tcPr>
          <w:p w14:paraId="12BFCA5D" w14:textId="77777777" w:rsidR="004D342C" w:rsidRDefault="00000000">
            <w:pPr>
              <w:spacing w:before="20" w:after="20"/>
              <w:ind w:firstLine="0"/>
              <w:jc w:val="right"/>
            </w:pPr>
            <w:r>
              <w:rPr>
                <w:sz w:val="17"/>
              </w:rPr>
              <w:t>111</w:t>
            </w:r>
          </w:p>
        </w:tc>
      </w:tr>
      <w:tr w:rsidR="004D342C" w14:paraId="5BF1A0E2" w14:textId="77777777">
        <w:trPr>
          <w:cantSplit/>
          <w:jc w:val="center"/>
        </w:trPr>
        <w:tc>
          <w:tcPr>
            <w:tcW w:w="2160" w:type="dxa"/>
          </w:tcPr>
          <w:p w14:paraId="714B6EE0" w14:textId="77777777" w:rsidR="004D342C" w:rsidRDefault="00000000">
            <w:pPr>
              <w:spacing w:before="20" w:after="20"/>
              <w:ind w:firstLine="0"/>
            </w:pPr>
            <w:r>
              <w:rPr>
                <w:sz w:val="17"/>
              </w:rPr>
              <w:t>demoideology</w:t>
            </w:r>
          </w:p>
        </w:tc>
        <w:tc>
          <w:tcPr>
            <w:tcW w:w="2304" w:type="dxa"/>
          </w:tcPr>
          <w:p w14:paraId="75E98600" w14:textId="77777777" w:rsidR="004D342C" w:rsidRDefault="00000000">
            <w:pPr>
              <w:spacing w:before="20" w:after="20"/>
              <w:ind w:firstLine="0"/>
            </w:pPr>
            <w:r>
              <w:rPr>
                <w:sz w:val="17"/>
              </w:rPr>
              <w:t>Elections/Values</w:t>
            </w:r>
          </w:p>
        </w:tc>
        <w:tc>
          <w:tcPr>
            <w:tcW w:w="3744" w:type="dxa"/>
          </w:tcPr>
          <w:p w14:paraId="1AC6AD4E" w14:textId="77777777" w:rsidR="004D342C" w:rsidRDefault="00000000">
            <w:pPr>
              <w:spacing w:before="20" w:after="20"/>
              <w:ind w:firstLine="0"/>
            </w:pPr>
            <w:r>
              <w:rPr>
                <w:sz w:val="17"/>
              </w:rPr>
              <w:t>LEFT-RIGHT PLACEMENT</w:t>
            </w:r>
          </w:p>
        </w:tc>
        <w:tc>
          <w:tcPr>
            <w:tcW w:w="720" w:type="dxa"/>
          </w:tcPr>
          <w:p w14:paraId="52F35430" w14:textId="77777777" w:rsidR="004D342C" w:rsidRDefault="00000000">
            <w:pPr>
              <w:spacing w:before="20" w:after="20"/>
              <w:ind w:firstLine="0"/>
              <w:jc w:val="right"/>
            </w:pPr>
            <w:r>
              <w:rPr>
                <w:sz w:val="17"/>
              </w:rPr>
              <w:t>104</w:t>
            </w:r>
          </w:p>
        </w:tc>
      </w:tr>
      <w:tr w:rsidR="004D342C" w14:paraId="405728C0" w14:textId="77777777">
        <w:trPr>
          <w:cantSplit/>
          <w:jc w:val="center"/>
        </w:trPr>
        <w:tc>
          <w:tcPr>
            <w:tcW w:w="2160" w:type="dxa"/>
          </w:tcPr>
          <w:p w14:paraId="5FB5EA12" w14:textId="77777777" w:rsidR="004D342C" w:rsidRDefault="00000000">
            <w:pPr>
              <w:spacing w:before="20" w:after="20"/>
              <w:ind w:firstLine="0"/>
            </w:pPr>
            <w:r>
              <w:rPr>
                <w:sz w:val="17"/>
              </w:rPr>
              <w:t>demolocation</w:t>
            </w:r>
          </w:p>
        </w:tc>
        <w:tc>
          <w:tcPr>
            <w:tcW w:w="2304" w:type="dxa"/>
          </w:tcPr>
          <w:p w14:paraId="60E1AAED" w14:textId="77777777" w:rsidR="004D342C" w:rsidRDefault="00000000">
            <w:pPr>
              <w:spacing w:before="20" w:after="20"/>
              <w:ind w:firstLine="0"/>
            </w:pPr>
            <w:r>
              <w:rPr>
                <w:sz w:val="17"/>
              </w:rPr>
              <w:t>Demographics</w:t>
            </w:r>
          </w:p>
        </w:tc>
        <w:tc>
          <w:tcPr>
            <w:tcW w:w="3744" w:type="dxa"/>
          </w:tcPr>
          <w:p w14:paraId="4C671FA3" w14:textId="77777777" w:rsidR="004D342C" w:rsidRDefault="00000000">
            <w:pPr>
              <w:spacing w:before="20" w:after="20"/>
              <w:ind w:firstLine="0"/>
            </w:pPr>
            <w:r>
              <w:rPr>
                <w:sz w:val="17"/>
              </w:rPr>
              <w:t>TYPE OF COMMUNITY</w:t>
            </w:r>
          </w:p>
        </w:tc>
        <w:tc>
          <w:tcPr>
            <w:tcW w:w="720" w:type="dxa"/>
          </w:tcPr>
          <w:p w14:paraId="2B358C61" w14:textId="77777777" w:rsidR="004D342C" w:rsidRDefault="00000000">
            <w:pPr>
              <w:spacing w:before="20" w:after="20"/>
              <w:ind w:firstLine="0"/>
              <w:jc w:val="right"/>
            </w:pPr>
            <w:r>
              <w:rPr>
                <w:sz w:val="17"/>
              </w:rPr>
              <w:t>100</w:t>
            </w:r>
          </w:p>
        </w:tc>
      </w:tr>
      <w:tr w:rsidR="004D342C" w14:paraId="2D022867" w14:textId="77777777">
        <w:trPr>
          <w:cantSplit/>
          <w:jc w:val="center"/>
        </w:trPr>
        <w:tc>
          <w:tcPr>
            <w:tcW w:w="2160" w:type="dxa"/>
          </w:tcPr>
          <w:p w14:paraId="6AC31A79" w14:textId="77777777" w:rsidR="004D342C" w:rsidRDefault="00000000">
            <w:pPr>
              <w:spacing w:before="20" w:after="20"/>
              <w:ind w:firstLine="0"/>
            </w:pPr>
            <w:r>
              <w:rPr>
                <w:sz w:val="17"/>
              </w:rPr>
              <w:t>demostatus</w:t>
            </w:r>
          </w:p>
        </w:tc>
        <w:tc>
          <w:tcPr>
            <w:tcW w:w="2304" w:type="dxa"/>
          </w:tcPr>
          <w:p w14:paraId="59DB9428" w14:textId="77777777" w:rsidR="004D342C" w:rsidRDefault="00000000">
            <w:pPr>
              <w:spacing w:before="20" w:after="20"/>
              <w:ind w:firstLine="0"/>
            </w:pPr>
            <w:r>
              <w:rPr>
                <w:sz w:val="17"/>
              </w:rPr>
              <w:t>Demographics</w:t>
            </w:r>
          </w:p>
        </w:tc>
        <w:tc>
          <w:tcPr>
            <w:tcW w:w="3744" w:type="dxa"/>
          </w:tcPr>
          <w:p w14:paraId="57CFBA91" w14:textId="77777777" w:rsidR="004D342C" w:rsidRDefault="00000000">
            <w:pPr>
              <w:spacing w:before="20" w:after="20"/>
              <w:ind w:firstLine="0"/>
            </w:pPr>
            <w:r>
              <w:rPr>
                <w:sz w:val="17"/>
              </w:rPr>
              <w:t>MARITAL STATUS</w:t>
            </w:r>
          </w:p>
        </w:tc>
        <w:tc>
          <w:tcPr>
            <w:tcW w:w="720" w:type="dxa"/>
          </w:tcPr>
          <w:p w14:paraId="57352610" w14:textId="77777777" w:rsidR="004D342C" w:rsidRDefault="00000000">
            <w:pPr>
              <w:spacing w:before="20" w:after="20"/>
              <w:ind w:firstLine="0"/>
              <w:jc w:val="right"/>
            </w:pPr>
            <w:r>
              <w:rPr>
                <w:sz w:val="17"/>
              </w:rPr>
              <w:t>75</w:t>
            </w:r>
          </w:p>
        </w:tc>
      </w:tr>
      <w:tr w:rsidR="004D342C" w14:paraId="2F696A28" w14:textId="77777777">
        <w:trPr>
          <w:cantSplit/>
          <w:jc w:val="center"/>
        </w:trPr>
        <w:tc>
          <w:tcPr>
            <w:tcW w:w="2160" w:type="dxa"/>
          </w:tcPr>
          <w:p w14:paraId="46D4C32C" w14:textId="77777777" w:rsidR="004D342C" w:rsidRDefault="00000000">
            <w:pPr>
              <w:spacing w:before="20" w:after="20"/>
              <w:ind w:firstLine="0"/>
            </w:pPr>
            <w:r>
              <w:rPr>
                <w:sz w:val="17"/>
              </w:rPr>
              <w:t>weighttarget</w:t>
            </w:r>
          </w:p>
        </w:tc>
        <w:tc>
          <w:tcPr>
            <w:tcW w:w="2304" w:type="dxa"/>
          </w:tcPr>
          <w:p w14:paraId="6B503AF6" w14:textId="77777777" w:rsidR="004D342C" w:rsidRDefault="00000000">
            <w:pPr>
              <w:spacing w:before="20" w:after="20"/>
              <w:ind w:firstLine="0"/>
            </w:pPr>
            <w:r>
              <w:rPr>
                <w:sz w:val="17"/>
              </w:rPr>
              <w:t>Admin/ID</w:t>
            </w:r>
          </w:p>
        </w:tc>
        <w:tc>
          <w:tcPr>
            <w:tcW w:w="3744" w:type="dxa"/>
          </w:tcPr>
          <w:p w14:paraId="7FF2D03F" w14:textId="77777777" w:rsidR="004D342C" w:rsidRDefault="00000000">
            <w:pPr>
              <w:spacing w:before="20" w:after="20"/>
              <w:ind w:firstLine="0"/>
            </w:pPr>
            <w:r>
              <w:rPr>
                <w:sz w:val="17"/>
              </w:rPr>
              <w:t>WEIGHT RESULT FROM TARGET (REDRESSMENT)</w:t>
            </w:r>
          </w:p>
        </w:tc>
        <w:tc>
          <w:tcPr>
            <w:tcW w:w="720" w:type="dxa"/>
          </w:tcPr>
          <w:p w14:paraId="212BFBD9" w14:textId="77777777" w:rsidR="004D342C" w:rsidRDefault="00000000">
            <w:pPr>
              <w:spacing w:before="20" w:after="20"/>
              <w:ind w:firstLine="0"/>
              <w:jc w:val="right"/>
            </w:pPr>
            <w:r>
              <w:rPr>
                <w:sz w:val="17"/>
              </w:rPr>
              <w:t>100</w:t>
            </w:r>
          </w:p>
        </w:tc>
      </w:tr>
      <w:tr w:rsidR="004D342C" w14:paraId="1DF4F5A1" w14:textId="77777777">
        <w:trPr>
          <w:cantSplit/>
          <w:jc w:val="center"/>
        </w:trPr>
        <w:tc>
          <w:tcPr>
            <w:tcW w:w="2160" w:type="dxa"/>
          </w:tcPr>
          <w:p w14:paraId="7A1A4E74" w14:textId="77777777" w:rsidR="004D342C" w:rsidRDefault="00000000">
            <w:pPr>
              <w:spacing w:before="20" w:after="20"/>
              <w:ind w:firstLine="0"/>
            </w:pPr>
            <w:r>
              <w:rPr>
                <w:sz w:val="17"/>
              </w:rPr>
              <w:t>democracysatisfactionNAT</w:t>
            </w:r>
          </w:p>
        </w:tc>
        <w:tc>
          <w:tcPr>
            <w:tcW w:w="2304" w:type="dxa"/>
          </w:tcPr>
          <w:p w14:paraId="5E40B4BF" w14:textId="77777777" w:rsidR="004D342C" w:rsidRDefault="00000000">
            <w:pPr>
              <w:spacing w:before="20" w:after="20"/>
              <w:ind w:firstLine="0"/>
            </w:pPr>
            <w:r>
              <w:rPr>
                <w:sz w:val="17"/>
              </w:rPr>
              <w:t>National system</w:t>
            </w:r>
          </w:p>
        </w:tc>
        <w:tc>
          <w:tcPr>
            <w:tcW w:w="3744" w:type="dxa"/>
          </w:tcPr>
          <w:p w14:paraId="7362DFEC" w14:textId="77777777" w:rsidR="004D342C" w:rsidRDefault="00000000">
            <w:pPr>
              <w:spacing w:before="20" w:after="20"/>
              <w:ind w:firstLine="0"/>
            </w:pPr>
            <w:r>
              <w:rPr>
                <w:sz w:val="17"/>
              </w:rPr>
              <w:t>DEMOCRACY SATISFACTION - COUNTRY</w:t>
            </w:r>
          </w:p>
        </w:tc>
        <w:tc>
          <w:tcPr>
            <w:tcW w:w="720" w:type="dxa"/>
          </w:tcPr>
          <w:p w14:paraId="33354716" w14:textId="77777777" w:rsidR="004D342C" w:rsidRDefault="00000000">
            <w:pPr>
              <w:spacing w:before="20" w:after="20"/>
              <w:ind w:firstLine="0"/>
              <w:jc w:val="right"/>
            </w:pPr>
            <w:r>
              <w:rPr>
                <w:sz w:val="17"/>
              </w:rPr>
              <w:t>88</w:t>
            </w:r>
          </w:p>
        </w:tc>
      </w:tr>
      <w:tr w:rsidR="004D342C" w14:paraId="59521035" w14:textId="77777777">
        <w:trPr>
          <w:cantSplit/>
          <w:jc w:val="center"/>
        </w:trPr>
        <w:tc>
          <w:tcPr>
            <w:tcW w:w="2160" w:type="dxa"/>
          </w:tcPr>
          <w:p w14:paraId="597FE4C6" w14:textId="77777777" w:rsidR="004D342C" w:rsidRDefault="00000000">
            <w:pPr>
              <w:spacing w:before="20" w:after="20"/>
              <w:ind w:firstLine="0"/>
            </w:pPr>
            <w:r>
              <w:rPr>
                <w:sz w:val="17"/>
              </w:rPr>
              <w:t>demopastoccup</w:t>
            </w:r>
          </w:p>
        </w:tc>
        <w:tc>
          <w:tcPr>
            <w:tcW w:w="2304" w:type="dxa"/>
          </w:tcPr>
          <w:p w14:paraId="1A785E1E" w14:textId="77777777" w:rsidR="004D342C" w:rsidRDefault="00000000">
            <w:pPr>
              <w:spacing w:before="20" w:after="20"/>
              <w:ind w:firstLine="0"/>
            </w:pPr>
            <w:r>
              <w:rPr>
                <w:sz w:val="17"/>
              </w:rPr>
              <w:t>Demographics</w:t>
            </w:r>
          </w:p>
        </w:tc>
        <w:tc>
          <w:tcPr>
            <w:tcW w:w="3744" w:type="dxa"/>
          </w:tcPr>
          <w:p w14:paraId="16BF64BD" w14:textId="77777777" w:rsidR="004D342C" w:rsidRDefault="00000000">
            <w:pPr>
              <w:spacing w:before="20" w:after="20"/>
              <w:ind w:firstLine="0"/>
            </w:pPr>
            <w:r>
              <w:rPr>
                <w:sz w:val="17"/>
              </w:rPr>
              <w:t>OCCUPATION OF RESPONDENT - LAST JOB</w:t>
            </w:r>
          </w:p>
        </w:tc>
        <w:tc>
          <w:tcPr>
            <w:tcW w:w="720" w:type="dxa"/>
          </w:tcPr>
          <w:p w14:paraId="47887735" w14:textId="77777777" w:rsidR="004D342C" w:rsidRDefault="00000000">
            <w:pPr>
              <w:spacing w:before="20" w:after="20"/>
              <w:ind w:firstLine="0"/>
              <w:jc w:val="right"/>
            </w:pPr>
            <w:r>
              <w:rPr>
                <w:sz w:val="17"/>
              </w:rPr>
              <w:t>82</w:t>
            </w:r>
          </w:p>
        </w:tc>
      </w:tr>
      <w:tr w:rsidR="004D342C" w14:paraId="35028198" w14:textId="77777777">
        <w:trPr>
          <w:cantSplit/>
          <w:jc w:val="center"/>
        </w:trPr>
        <w:tc>
          <w:tcPr>
            <w:tcW w:w="2160" w:type="dxa"/>
          </w:tcPr>
          <w:p w14:paraId="3C44A6EF" w14:textId="77777777" w:rsidR="004D342C" w:rsidRDefault="00000000">
            <w:pPr>
              <w:spacing w:before="20" w:after="20"/>
              <w:ind w:firstLine="0"/>
            </w:pPr>
            <w:r>
              <w:rPr>
                <w:sz w:val="17"/>
              </w:rPr>
              <w:t>weightEU10</w:t>
            </w:r>
          </w:p>
        </w:tc>
        <w:tc>
          <w:tcPr>
            <w:tcW w:w="2304" w:type="dxa"/>
          </w:tcPr>
          <w:p w14:paraId="30C4E4F5" w14:textId="77777777" w:rsidR="004D342C" w:rsidRDefault="00000000">
            <w:pPr>
              <w:spacing w:before="20" w:after="20"/>
              <w:ind w:firstLine="0"/>
            </w:pPr>
            <w:r>
              <w:rPr>
                <w:sz w:val="17"/>
              </w:rPr>
              <w:t>Admin/ID</w:t>
            </w:r>
          </w:p>
        </w:tc>
        <w:tc>
          <w:tcPr>
            <w:tcW w:w="3744" w:type="dxa"/>
          </w:tcPr>
          <w:p w14:paraId="0C906572" w14:textId="77777777" w:rsidR="004D342C" w:rsidRDefault="00000000">
            <w:pPr>
              <w:spacing w:before="20" w:after="20"/>
              <w:ind w:firstLine="0"/>
            </w:pPr>
            <w:r>
              <w:rPr>
                <w:sz w:val="17"/>
              </w:rPr>
              <w:t>WEIGHT EU10</w:t>
            </w:r>
          </w:p>
        </w:tc>
        <w:tc>
          <w:tcPr>
            <w:tcW w:w="720" w:type="dxa"/>
          </w:tcPr>
          <w:p w14:paraId="1A90831C" w14:textId="77777777" w:rsidR="004D342C" w:rsidRDefault="00000000">
            <w:pPr>
              <w:spacing w:before="20" w:after="20"/>
              <w:ind w:firstLine="0"/>
              <w:jc w:val="right"/>
            </w:pPr>
            <w:r>
              <w:rPr>
                <w:sz w:val="17"/>
              </w:rPr>
              <w:t>82</w:t>
            </w:r>
          </w:p>
        </w:tc>
      </w:tr>
      <w:tr w:rsidR="004D342C" w14:paraId="4D6A4240" w14:textId="77777777">
        <w:trPr>
          <w:cantSplit/>
          <w:jc w:val="center"/>
        </w:trPr>
        <w:tc>
          <w:tcPr>
            <w:tcW w:w="2160" w:type="dxa"/>
          </w:tcPr>
          <w:p w14:paraId="3C327571" w14:textId="77777777" w:rsidR="004D342C" w:rsidRDefault="00000000">
            <w:pPr>
              <w:spacing w:before="20" w:after="20"/>
              <w:ind w:firstLine="0"/>
            </w:pPr>
            <w:r>
              <w:rPr>
                <w:sz w:val="17"/>
              </w:rPr>
              <w:t>supportmembershipgood</w:t>
            </w:r>
          </w:p>
        </w:tc>
        <w:tc>
          <w:tcPr>
            <w:tcW w:w="2304" w:type="dxa"/>
          </w:tcPr>
          <w:p w14:paraId="76D045FE" w14:textId="77777777" w:rsidR="004D342C" w:rsidRDefault="00000000">
            <w:pPr>
              <w:spacing w:before="20" w:after="20"/>
              <w:ind w:firstLine="0"/>
            </w:pPr>
            <w:r>
              <w:rPr>
                <w:sz w:val="17"/>
              </w:rPr>
              <w:t>Support/Membership</w:t>
            </w:r>
          </w:p>
        </w:tc>
        <w:tc>
          <w:tcPr>
            <w:tcW w:w="3744" w:type="dxa"/>
          </w:tcPr>
          <w:p w14:paraId="2F1A083A" w14:textId="77777777" w:rsidR="004D342C" w:rsidRDefault="00000000">
            <w:pPr>
              <w:spacing w:before="20" w:after="20"/>
              <w:ind w:firstLine="0"/>
            </w:pPr>
            <w:r>
              <w:rPr>
                <w:sz w:val="17"/>
              </w:rPr>
              <w:t>EU MEMBERSHIP - GOOD/BAD</w:t>
            </w:r>
          </w:p>
        </w:tc>
        <w:tc>
          <w:tcPr>
            <w:tcW w:w="720" w:type="dxa"/>
          </w:tcPr>
          <w:p w14:paraId="14BA62BA" w14:textId="77777777" w:rsidR="004D342C" w:rsidRDefault="00000000">
            <w:pPr>
              <w:spacing w:before="20" w:after="20"/>
              <w:ind w:firstLine="0"/>
              <w:jc w:val="right"/>
            </w:pPr>
            <w:r>
              <w:rPr>
                <w:sz w:val="17"/>
              </w:rPr>
              <w:t>79</w:t>
            </w:r>
          </w:p>
        </w:tc>
      </w:tr>
      <w:tr w:rsidR="004D342C" w14:paraId="36A83BDA" w14:textId="77777777">
        <w:trPr>
          <w:cantSplit/>
          <w:jc w:val="center"/>
        </w:trPr>
        <w:tc>
          <w:tcPr>
            <w:tcW w:w="2160" w:type="dxa"/>
          </w:tcPr>
          <w:p w14:paraId="007C7270" w14:textId="77777777" w:rsidR="004D342C" w:rsidRDefault="00000000">
            <w:pPr>
              <w:spacing w:before="20" w:after="20"/>
              <w:ind w:firstLine="0"/>
            </w:pPr>
            <w:r>
              <w:rPr>
                <w:sz w:val="17"/>
              </w:rPr>
              <w:t>weightuk</w:t>
            </w:r>
          </w:p>
        </w:tc>
        <w:tc>
          <w:tcPr>
            <w:tcW w:w="2304" w:type="dxa"/>
          </w:tcPr>
          <w:p w14:paraId="413ED65B" w14:textId="77777777" w:rsidR="004D342C" w:rsidRDefault="00000000">
            <w:pPr>
              <w:spacing w:before="20" w:after="20"/>
              <w:ind w:firstLine="0"/>
            </w:pPr>
            <w:r>
              <w:rPr>
                <w:sz w:val="17"/>
              </w:rPr>
              <w:t>Admin/ID</w:t>
            </w:r>
          </w:p>
        </w:tc>
        <w:tc>
          <w:tcPr>
            <w:tcW w:w="3744" w:type="dxa"/>
          </w:tcPr>
          <w:p w14:paraId="22B22638" w14:textId="77777777" w:rsidR="004D342C" w:rsidRDefault="00000000">
            <w:pPr>
              <w:spacing w:before="20" w:after="20"/>
              <w:ind w:firstLine="0"/>
            </w:pPr>
            <w:r>
              <w:rPr>
                <w:sz w:val="17"/>
              </w:rPr>
              <w:t>WEIGHT UNITED KINGDOM</w:t>
            </w:r>
          </w:p>
        </w:tc>
        <w:tc>
          <w:tcPr>
            <w:tcW w:w="720" w:type="dxa"/>
          </w:tcPr>
          <w:p w14:paraId="27710A63" w14:textId="77777777" w:rsidR="004D342C" w:rsidRDefault="00000000">
            <w:pPr>
              <w:spacing w:before="20" w:after="20"/>
              <w:ind w:firstLine="0"/>
              <w:jc w:val="right"/>
            </w:pPr>
            <w:r>
              <w:rPr>
                <w:sz w:val="17"/>
              </w:rPr>
              <w:t>79</w:t>
            </w:r>
          </w:p>
        </w:tc>
      </w:tr>
      <w:tr w:rsidR="004D342C" w14:paraId="1E3C6521" w14:textId="77777777">
        <w:trPr>
          <w:cantSplit/>
          <w:jc w:val="center"/>
        </w:trPr>
        <w:tc>
          <w:tcPr>
            <w:tcW w:w="2160" w:type="dxa"/>
          </w:tcPr>
          <w:p w14:paraId="6F0CE366" w14:textId="77777777" w:rsidR="004D342C" w:rsidRDefault="00000000">
            <w:pPr>
              <w:spacing w:before="20" w:after="20"/>
              <w:ind w:firstLine="0"/>
            </w:pPr>
            <w:r>
              <w:rPr>
                <w:sz w:val="17"/>
              </w:rPr>
              <w:t>discusspersuade</w:t>
            </w:r>
          </w:p>
        </w:tc>
        <w:tc>
          <w:tcPr>
            <w:tcW w:w="2304" w:type="dxa"/>
          </w:tcPr>
          <w:p w14:paraId="5C7CABA6" w14:textId="77777777" w:rsidR="004D342C" w:rsidRDefault="00000000">
            <w:pPr>
              <w:spacing w:before="20" w:after="20"/>
              <w:ind w:firstLine="0"/>
            </w:pPr>
            <w:r>
              <w:rPr>
                <w:sz w:val="17"/>
              </w:rPr>
              <w:t>Knowledge/media</w:t>
            </w:r>
          </w:p>
        </w:tc>
        <w:tc>
          <w:tcPr>
            <w:tcW w:w="3744" w:type="dxa"/>
          </w:tcPr>
          <w:p w14:paraId="35D1F937" w14:textId="77777777" w:rsidR="004D342C" w:rsidRDefault="00000000">
            <w:pPr>
              <w:spacing w:before="20" w:after="20"/>
              <w:ind w:firstLine="0"/>
            </w:pPr>
            <w:r>
              <w:rPr>
                <w:sz w:val="17"/>
              </w:rPr>
              <w:t>POLITICAL DISCUSSION - CONVINCE FRIENDS</w:t>
            </w:r>
          </w:p>
        </w:tc>
        <w:tc>
          <w:tcPr>
            <w:tcW w:w="720" w:type="dxa"/>
          </w:tcPr>
          <w:p w14:paraId="53527AC3" w14:textId="77777777" w:rsidR="004D342C" w:rsidRDefault="00000000">
            <w:pPr>
              <w:spacing w:before="20" w:after="20"/>
              <w:ind w:firstLine="0"/>
              <w:jc w:val="right"/>
            </w:pPr>
            <w:r>
              <w:rPr>
                <w:sz w:val="17"/>
              </w:rPr>
              <w:t>77</w:t>
            </w:r>
          </w:p>
        </w:tc>
      </w:tr>
      <w:tr w:rsidR="004D342C" w14:paraId="03DE8389" w14:textId="77777777">
        <w:trPr>
          <w:cantSplit/>
          <w:jc w:val="center"/>
        </w:trPr>
        <w:tc>
          <w:tcPr>
            <w:tcW w:w="2160" w:type="dxa"/>
          </w:tcPr>
          <w:p w14:paraId="0E00781C" w14:textId="77777777" w:rsidR="004D342C" w:rsidRDefault="00000000">
            <w:pPr>
              <w:spacing w:before="20" w:after="20"/>
              <w:ind w:firstLine="0"/>
            </w:pPr>
            <w:r>
              <w:rPr>
                <w:sz w:val="17"/>
              </w:rPr>
              <w:t>weightEU12</w:t>
            </w:r>
          </w:p>
        </w:tc>
        <w:tc>
          <w:tcPr>
            <w:tcW w:w="2304" w:type="dxa"/>
          </w:tcPr>
          <w:p w14:paraId="430C8AD6" w14:textId="77777777" w:rsidR="004D342C" w:rsidRDefault="00000000">
            <w:pPr>
              <w:spacing w:before="20" w:after="20"/>
              <w:ind w:firstLine="0"/>
            </w:pPr>
            <w:r>
              <w:rPr>
                <w:sz w:val="17"/>
              </w:rPr>
              <w:t>Admin/ID</w:t>
            </w:r>
          </w:p>
        </w:tc>
        <w:tc>
          <w:tcPr>
            <w:tcW w:w="3744" w:type="dxa"/>
          </w:tcPr>
          <w:p w14:paraId="53370437" w14:textId="77777777" w:rsidR="004D342C" w:rsidRDefault="00000000">
            <w:pPr>
              <w:spacing w:before="20" w:after="20"/>
              <w:ind w:firstLine="0"/>
            </w:pPr>
            <w:r>
              <w:rPr>
                <w:sz w:val="17"/>
              </w:rPr>
              <w:t>WEIGHT EU12</w:t>
            </w:r>
          </w:p>
        </w:tc>
        <w:tc>
          <w:tcPr>
            <w:tcW w:w="720" w:type="dxa"/>
          </w:tcPr>
          <w:p w14:paraId="00A98EF8" w14:textId="77777777" w:rsidR="004D342C" w:rsidRDefault="00000000">
            <w:pPr>
              <w:spacing w:before="20" w:after="20"/>
              <w:ind w:firstLine="0"/>
              <w:jc w:val="right"/>
            </w:pPr>
            <w:r>
              <w:rPr>
                <w:sz w:val="17"/>
              </w:rPr>
              <w:t>77</w:t>
            </w:r>
          </w:p>
        </w:tc>
      </w:tr>
      <w:tr w:rsidR="004D342C" w14:paraId="047046F1" w14:textId="77777777">
        <w:trPr>
          <w:cantSplit/>
          <w:jc w:val="center"/>
        </w:trPr>
        <w:tc>
          <w:tcPr>
            <w:tcW w:w="2160" w:type="dxa"/>
          </w:tcPr>
          <w:p w14:paraId="0A68BE2B" w14:textId="77777777" w:rsidR="004D342C" w:rsidRDefault="00000000">
            <w:pPr>
              <w:spacing w:before="20" w:after="20"/>
              <w:ind w:firstLine="0"/>
            </w:pPr>
            <w:r>
              <w:rPr>
                <w:sz w:val="17"/>
              </w:rPr>
              <w:t>country</w:t>
            </w:r>
          </w:p>
        </w:tc>
        <w:tc>
          <w:tcPr>
            <w:tcW w:w="2304" w:type="dxa"/>
          </w:tcPr>
          <w:p w14:paraId="6F543AB6" w14:textId="77777777" w:rsidR="004D342C" w:rsidRDefault="00000000">
            <w:pPr>
              <w:spacing w:before="20" w:after="20"/>
              <w:ind w:firstLine="0"/>
            </w:pPr>
            <w:r>
              <w:rPr>
                <w:sz w:val="17"/>
              </w:rPr>
              <w:t>Admin/ID</w:t>
            </w:r>
          </w:p>
        </w:tc>
        <w:tc>
          <w:tcPr>
            <w:tcW w:w="3744" w:type="dxa"/>
          </w:tcPr>
          <w:p w14:paraId="0D5D56CE" w14:textId="77777777" w:rsidR="004D342C" w:rsidRDefault="00000000">
            <w:pPr>
              <w:spacing w:before="20" w:after="20"/>
              <w:ind w:firstLine="0"/>
            </w:pPr>
            <w:r>
              <w:rPr>
                <w:sz w:val="17"/>
              </w:rPr>
              <w:t>COUNTRY/SAMPLE ID (SERIES STANDARD)</w:t>
            </w:r>
          </w:p>
        </w:tc>
        <w:tc>
          <w:tcPr>
            <w:tcW w:w="720" w:type="dxa"/>
          </w:tcPr>
          <w:p w14:paraId="50D7DE19" w14:textId="77777777" w:rsidR="004D342C" w:rsidRDefault="00000000">
            <w:pPr>
              <w:spacing w:before="20" w:after="20"/>
              <w:ind w:firstLine="0"/>
              <w:jc w:val="right"/>
            </w:pPr>
            <w:r>
              <w:rPr>
                <w:sz w:val="17"/>
              </w:rPr>
              <w:t>73</w:t>
            </w:r>
          </w:p>
        </w:tc>
      </w:tr>
      <w:tr w:rsidR="004D342C" w14:paraId="5AA17CA0" w14:textId="77777777">
        <w:trPr>
          <w:cantSplit/>
          <w:jc w:val="center"/>
        </w:trPr>
        <w:tc>
          <w:tcPr>
            <w:tcW w:w="2160" w:type="dxa"/>
          </w:tcPr>
          <w:p w14:paraId="625E4791" w14:textId="77777777" w:rsidR="004D342C" w:rsidRDefault="00000000">
            <w:pPr>
              <w:spacing w:before="20" w:after="20"/>
              <w:ind w:firstLine="0"/>
            </w:pPr>
            <w:r>
              <w:rPr>
                <w:sz w:val="17"/>
              </w:rPr>
              <w:t>proposalForeignPolicy</w:t>
            </w:r>
          </w:p>
        </w:tc>
        <w:tc>
          <w:tcPr>
            <w:tcW w:w="2304" w:type="dxa"/>
          </w:tcPr>
          <w:p w14:paraId="55EC7278" w14:textId="77777777" w:rsidR="004D342C" w:rsidRDefault="00000000">
            <w:pPr>
              <w:spacing w:before="20" w:after="20"/>
              <w:ind w:firstLine="0"/>
            </w:pPr>
            <w:r>
              <w:rPr>
                <w:sz w:val="17"/>
              </w:rPr>
              <w:t>Hope/fear/jurisdiction/priorities</w:t>
            </w:r>
          </w:p>
        </w:tc>
        <w:tc>
          <w:tcPr>
            <w:tcW w:w="3744" w:type="dxa"/>
          </w:tcPr>
          <w:p w14:paraId="6AF05BE7" w14:textId="77777777" w:rsidR="004D342C" w:rsidRDefault="00000000">
            <w:pPr>
              <w:spacing w:before="20" w:after="20"/>
              <w:ind w:firstLine="0"/>
            </w:pPr>
            <w:r>
              <w:rPr>
                <w:sz w:val="17"/>
              </w:rPr>
              <w:t>For or against the EU proposal named (1 For / 2 Against / 3 DK; 9 inapplicable, 0 NA preserved)</w:t>
            </w:r>
          </w:p>
        </w:tc>
        <w:tc>
          <w:tcPr>
            <w:tcW w:w="720" w:type="dxa"/>
          </w:tcPr>
          <w:p w14:paraId="2202A5DB" w14:textId="77777777" w:rsidR="004D342C" w:rsidRDefault="00000000">
            <w:pPr>
              <w:spacing w:before="20" w:after="20"/>
              <w:ind w:firstLine="0"/>
              <w:jc w:val="right"/>
            </w:pPr>
            <w:r>
              <w:rPr>
                <w:sz w:val="17"/>
              </w:rPr>
              <w:t>73</w:t>
            </w:r>
          </w:p>
        </w:tc>
      </w:tr>
      <w:tr w:rsidR="004D342C" w14:paraId="3FF1BE46" w14:textId="77777777">
        <w:trPr>
          <w:cantSplit/>
          <w:jc w:val="center"/>
        </w:trPr>
        <w:tc>
          <w:tcPr>
            <w:tcW w:w="2160" w:type="dxa"/>
          </w:tcPr>
          <w:p w14:paraId="0036FD91" w14:textId="77777777" w:rsidR="004D342C" w:rsidRDefault="00000000">
            <w:pPr>
              <w:spacing w:before="20" w:after="20"/>
              <w:ind w:firstLine="0"/>
            </w:pPr>
            <w:r>
              <w:rPr>
                <w:sz w:val="17"/>
              </w:rPr>
              <w:t>proposalDefence</w:t>
            </w:r>
          </w:p>
        </w:tc>
        <w:tc>
          <w:tcPr>
            <w:tcW w:w="2304" w:type="dxa"/>
          </w:tcPr>
          <w:p w14:paraId="58AA4551" w14:textId="77777777" w:rsidR="004D342C" w:rsidRDefault="00000000">
            <w:pPr>
              <w:spacing w:before="20" w:after="20"/>
              <w:ind w:firstLine="0"/>
            </w:pPr>
            <w:r>
              <w:rPr>
                <w:sz w:val="17"/>
              </w:rPr>
              <w:t>Hope/fear/jurisdiction/priorities</w:t>
            </w:r>
          </w:p>
        </w:tc>
        <w:tc>
          <w:tcPr>
            <w:tcW w:w="3744" w:type="dxa"/>
          </w:tcPr>
          <w:p w14:paraId="173223A0" w14:textId="77777777" w:rsidR="004D342C" w:rsidRDefault="00000000">
            <w:pPr>
              <w:spacing w:before="20" w:after="20"/>
              <w:ind w:firstLine="0"/>
            </w:pPr>
            <w:r>
              <w:rPr>
                <w:sz w:val="17"/>
              </w:rPr>
              <w:t>For or against the EU proposal named (1 For / 2 Against / 3 DK; 9 inapplicable, 0 NA preserved)</w:t>
            </w:r>
          </w:p>
        </w:tc>
        <w:tc>
          <w:tcPr>
            <w:tcW w:w="720" w:type="dxa"/>
          </w:tcPr>
          <w:p w14:paraId="798D61E6" w14:textId="77777777" w:rsidR="004D342C" w:rsidRDefault="00000000">
            <w:pPr>
              <w:spacing w:before="20" w:after="20"/>
              <w:ind w:firstLine="0"/>
              <w:jc w:val="right"/>
            </w:pPr>
            <w:r>
              <w:rPr>
                <w:sz w:val="17"/>
              </w:rPr>
              <w:t>71</w:t>
            </w:r>
          </w:p>
        </w:tc>
      </w:tr>
      <w:tr w:rsidR="004D342C" w14:paraId="26B7A477" w14:textId="77777777">
        <w:trPr>
          <w:cantSplit/>
          <w:jc w:val="center"/>
        </w:trPr>
        <w:tc>
          <w:tcPr>
            <w:tcW w:w="2160" w:type="dxa"/>
          </w:tcPr>
          <w:p w14:paraId="381D57E0" w14:textId="77777777" w:rsidR="004D342C" w:rsidRDefault="00000000">
            <w:pPr>
              <w:spacing w:before="20" w:after="20"/>
              <w:ind w:firstLine="0"/>
            </w:pPr>
            <w:r>
              <w:rPr>
                <w:sz w:val="17"/>
              </w:rPr>
              <w:t>weightEU6</w:t>
            </w:r>
          </w:p>
        </w:tc>
        <w:tc>
          <w:tcPr>
            <w:tcW w:w="2304" w:type="dxa"/>
          </w:tcPr>
          <w:p w14:paraId="58C0FB0C" w14:textId="77777777" w:rsidR="004D342C" w:rsidRDefault="00000000">
            <w:pPr>
              <w:spacing w:before="20" w:after="20"/>
              <w:ind w:firstLine="0"/>
            </w:pPr>
            <w:r>
              <w:rPr>
                <w:sz w:val="17"/>
              </w:rPr>
              <w:t>Admin/ID</w:t>
            </w:r>
          </w:p>
        </w:tc>
        <w:tc>
          <w:tcPr>
            <w:tcW w:w="3744" w:type="dxa"/>
          </w:tcPr>
          <w:p w14:paraId="7E6BF0EB" w14:textId="77777777" w:rsidR="004D342C" w:rsidRDefault="00000000">
            <w:pPr>
              <w:spacing w:before="20" w:after="20"/>
              <w:ind w:firstLine="0"/>
            </w:pPr>
            <w:r>
              <w:rPr>
                <w:sz w:val="17"/>
              </w:rPr>
              <w:t>WEIGHT EU6</w:t>
            </w:r>
          </w:p>
        </w:tc>
        <w:tc>
          <w:tcPr>
            <w:tcW w:w="720" w:type="dxa"/>
          </w:tcPr>
          <w:p w14:paraId="0E06675A" w14:textId="77777777" w:rsidR="004D342C" w:rsidRDefault="00000000">
            <w:pPr>
              <w:spacing w:before="20" w:after="20"/>
              <w:ind w:firstLine="0"/>
              <w:jc w:val="right"/>
            </w:pPr>
            <w:r>
              <w:rPr>
                <w:sz w:val="17"/>
              </w:rPr>
              <w:t>71</w:t>
            </w:r>
          </w:p>
        </w:tc>
      </w:tr>
      <w:tr w:rsidR="004D342C" w14:paraId="2F01BF08" w14:textId="77777777">
        <w:trPr>
          <w:cantSplit/>
          <w:jc w:val="center"/>
        </w:trPr>
        <w:tc>
          <w:tcPr>
            <w:tcW w:w="2160" w:type="dxa"/>
          </w:tcPr>
          <w:p w14:paraId="6E2D289E" w14:textId="77777777" w:rsidR="004D342C" w:rsidRDefault="00000000">
            <w:pPr>
              <w:spacing w:before="20" w:after="20"/>
              <w:ind w:firstLine="0"/>
            </w:pPr>
            <w:r>
              <w:rPr>
                <w:sz w:val="17"/>
              </w:rPr>
              <w:lastRenderedPageBreak/>
              <w:t>weightEU9</w:t>
            </w:r>
          </w:p>
        </w:tc>
        <w:tc>
          <w:tcPr>
            <w:tcW w:w="2304" w:type="dxa"/>
          </w:tcPr>
          <w:p w14:paraId="557C28DD" w14:textId="77777777" w:rsidR="004D342C" w:rsidRDefault="00000000">
            <w:pPr>
              <w:spacing w:before="20" w:after="20"/>
              <w:ind w:firstLine="0"/>
            </w:pPr>
            <w:r>
              <w:rPr>
                <w:sz w:val="17"/>
              </w:rPr>
              <w:t>Admin/ID</w:t>
            </w:r>
          </w:p>
        </w:tc>
        <w:tc>
          <w:tcPr>
            <w:tcW w:w="3744" w:type="dxa"/>
          </w:tcPr>
          <w:p w14:paraId="17387CAE" w14:textId="77777777" w:rsidR="004D342C" w:rsidRDefault="00000000">
            <w:pPr>
              <w:spacing w:before="20" w:after="20"/>
              <w:ind w:firstLine="0"/>
            </w:pPr>
            <w:r>
              <w:rPr>
                <w:sz w:val="17"/>
              </w:rPr>
              <w:t>WEIGHT EU9</w:t>
            </w:r>
          </w:p>
        </w:tc>
        <w:tc>
          <w:tcPr>
            <w:tcW w:w="720" w:type="dxa"/>
          </w:tcPr>
          <w:p w14:paraId="6D13E33E" w14:textId="77777777" w:rsidR="004D342C" w:rsidRDefault="00000000">
            <w:pPr>
              <w:spacing w:before="20" w:after="20"/>
              <w:ind w:firstLine="0"/>
              <w:jc w:val="right"/>
            </w:pPr>
            <w:r>
              <w:rPr>
                <w:sz w:val="17"/>
              </w:rPr>
              <w:t>70</w:t>
            </w:r>
          </w:p>
        </w:tc>
      </w:tr>
      <w:tr w:rsidR="004D342C" w14:paraId="477928DE" w14:textId="77777777">
        <w:trPr>
          <w:cantSplit/>
          <w:jc w:val="center"/>
        </w:trPr>
        <w:tc>
          <w:tcPr>
            <w:tcW w:w="2160" w:type="dxa"/>
          </w:tcPr>
          <w:p w14:paraId="710A52F8" w14:textId="77777777" w:rsidR="004D342C" w:rsidRDefault="00000000">
            <w:pPr>
              <w:spacing w:before="20" w:after="20"/>
              <w:ind w:firstLine="0"/>
            </w:pPr>
            <w:r>
              <w:rPr>
                <w:sz w:val="17"/>
              </w:rPr>
              <w:t>discussfrequency</w:t>
            </w:r>
          </w:p>
        </w:tc>
        <w:tc>
          <w:tcPr>
            <w:tcW w:w="2304" w:type="dxa"/>
          </w:tcPr>
          <w:p w14:paraId="341DF5B9" w14:textId="77777777" w:rsidR="004D342C" w:rsidRDefault="00000000">
            <w:pPr>
              <w:spacing w:before="20" w:after="20"/>
              <w:ind w:firstLine="0"/>
            </w:pPr>
            <w:r>
              <w:rPr>
                <w:sz w:val="17"/>
              </w:rPr>
              <w:t>Knowledge/media</w:t>
            </w:r>
          </w:p>
        </w:tc>
        <w:tc>
          <w:tcPr>
            <w:tcW w:w="3744" w:type="dxa"/>
          </w:tcPr>
          <w:p w14:paraId="7C6876F8" w14:textId="77777777" w:rsidR="004D342C" w:rsidRDefault="00000000">
            <w:pPr>
              <w:spacing w:before="20" w:after="20"/>
              <w:ind w:firstLine="0"/>
            </w:pPr>
            <w:r>
              <w:rPr>
                <w:sz w:val="17"/>
              </w:rPr>
              <w:t>QA1 POL DISCUSSION - FREQUENCY</w:t>
            </w:r>
          </w:p>
        </w:tc>
        <w:tc>
          <w:tcPr>
            <w:tcW w:w="720" w:type="dxa"/>
          </w:tcPr>
          <w:p w14:paraId="4EA91436" w14:textId="77777777" w:rsidR="004D342C" w:rsidRDefault="00000000">
            <w:pPr>
              <w:spacing w:before="20" w:after="20"/>
              <w:ind w:firstLine="0"/>
              <w:jc w:val="right"/>
            </w:pPr>
            <w:r>
              <w:rPr>
                <w:sz w:val="17"/>
              </w:rPr>
              <w:t>70</w:t>
            </w:r>
          </w:p>
        </w:tc>
      </w:tr>
      <w:tr w:rsidR="004D342C" w14:paraId="133E760B" w14:textId="77777777">
        <w:trPr>
          <w:cantSplit/>
          <w:jc w:val="center"/>
        </w:trPr>
        <w:tc>
          <w:tcPr>
            <w:tcW w:w="2160" w:type="dxa"/>
          </w:tcPr>
          <w:p w14:paraId="0E21B0E8" w14:textId="77777777" w:rsidR="004D342C" w:rsidRDefault="00000000">
            <w:pPr>
              <w:spacing w:before="20" w:after="20"/>
              <w:ind w:firstLine="0"/>
            </w:pPr>
            <w:r>
              <w:rPr>
                <w:sz w:val="17"/>
              </w:rPr>
              <w:t>weightEU12b</w:t>
            </w:r>
          </w:p>
        </w:tc>
        <w:tc>
          <w:tcPr>
            <w:tcW w:w="2304" w:type="dxa"/>
          </w:tcPr>
          <w:p w14:paraId="3D8C691B" w14:textId="77777777" w:rsidR="004D342C" w:rsidRDefault="00000000">
            <w:pPr>
              <w:spacing w:before="20" w:after="20"/>
              <w:ind w:firstLine="0"/>
            </w:pPr>
            <w:r>
              <w:rPr>
                <w:sz w:val="17"/>
              </w:rPr>
              <w:t>Admin/ID</w:t>
            </w:r>
          </w:p>
        </w:tc>
        <w:tc>
          <w:tcPr>
            <w:tcW w:w="3744" w:type="dxa"/>
          </w:tcPr>
          <w:p w14:paraId="4EA90CD2" w14:textId="77777777" w:rsidR="004D342C" w:rsidRDefault="00000000">
            <w:pPr>
              <w:spacing w:before="20" w:after="20"/>
              <w:ind w:firstLine="0"/>
            </w:pPr>
            <w:r>
              <w:rPr>
                <w:sz w:val="17"/>
              </w:rPr>
              <w:t>WEIGHT EU12+ (INCLUDING DE-E)</w:t>
            </w:r>
          </w:p>
        </w:tc>
        <w:tc>
          <w:tcPr>
            <w:tcW w:w="720" w:type="dxa"/>
          </w:tcPr>
          <w:p w14:paraId="465DB03A" w14:textId="77777777" w:rsidR="004D342C" w:rsidRDefault="00000000">
            <w:pPr>
              <w:spacing w:before="20" w:after="20"/>
              <w:ind w:firstLine="0"/>
              <w:jc w:val="right"/>
            </w:pPr>
            <w:r>
              <w:rPr>
                <w:sz w:val="17"/>
              </w:rPr>
              <w:t>70</w:t>
            </w:r>
          </w:p>
        </w:tc>
      </w:tr>
      <w:tr w:rsidR="004D342C" w14:paraId="61DDDDCB" w14:textId="77777777">
        <w:trPr>
          <w:cantSplit/>
          <w:jc w:val="center"/>
        </w:trPr>
        <w:tc>
          <w:tcPr>
            <w:tcW w:w="2160" w:type="dxa"/>
          </w:tcPr>
          <w:p w14:paraId="5E4336B9" w14:textId="77777777" w:rsidR="004D342C" w:rsidRDefault="00000000">
            <w:pPr>
              <w:spacing w:before="20" w:after="20"/>
              <w:ind w:firstLine="0"/>
            </w:pPr>
            <w:r>
              <w:rPr>
                <w:sz w:val="17"/>
              </w:rPr>
              <w:t>weightgermany</w:t>
            </w:r>
          </w:p>
        </w:tc>
        <w:tc>
          <w:tcPr>
            <w:tcW w:w="2304" w:type="dxa"/>
          </w:tcPr>
          <w:p w14:paraId="53972FEC" w14:textId="77777777" w:rsidR="004D342C" w:rsidRDefault="00000000">
            <w:pPr>
              <w:spacing w:before="20" w:after="20"/>
              <w:ind w:firstLine="0"/>
            </w:pPr>
            <w:r>
              <w:rPr>
                <w:sz w:val="17"/>
              </w:rPr>
              <w:t>Admin/ID</w:t>
            </w:r>
          </w:p>
        </w:tc>
        <w:tc>
          <w:tcPr>
            <w:tcW w:w="3744" w:type="dxa"/>
          </w:tcPr>
          <w:p w14:paraId="6A164CF8" w14:textId="77777777" w:rsidR="004D342C" w:rsidRDefault="00000000">
            <w:pPr>
              <w:spacing w:before="20" w:after="20"/>
              <w:ind w:firstLine="0"/>
            </w:pPr>
            <w:r>
              <w:rPr>
                <w:sz w:val="17"/>
              </w:rPr>
              <w:t>WEIGHT GERMANY</w:t>
            </w:r>
          </w:p>
        </w:tc>
        <w:tc>
          <w:tcPr>
            <w:tcW w:w="720" w:type="dxa"/>
          </w:tcPr>
          <w:p w14:paraId="7493B6EF" w14:textId="77777777" w:rsidR="004D342C" w:rsidRDefault="00000000">
            <w:pPr>
              <w:spacing w:before="20" w:after="20"/>
              <w:ind w:firstLine="0"/>
              <w:jc w:val="right"/>
            </w:pPr>
            <w:r>
              <w:rPr>
                <w:sz w:val="17"/>
              </w:rPr>
              <w:t>69</w:t>
            </w:r>
          </w:p>
        </w:tc>
      </w:tr>
      <w:tr w:rsidR="004D342C" w14:paraId="2BE0FD52" w14:textId="77777777">
        <w:trPr>
          <w:cantSplit/>
          <w:jc w:val="center"/>
        </w:trPr>
        <w:tc>
          <w:tcPr>
            <w:tcW w:w="2160" w:type="dxa"/>
          </w:tcPr>
          <w:p w14:paraId="17928F0A" w14:textId="77777777" w:rsidR="004D342C" w:rsidRDefault="00000000">
            <w:pPr>
              <w:spacing w:before="20" w:after="20"/>
              <w:ind w:firstLine="0"/>
            </w:pPr>
            <w:r>
              <w:rPr>
                <w:sz w:val="17"/>
              </w:rPr>
              <w:t>heardEP</w:t>
            </w:r>
          </w:p>
        </w:tc>
        <w:tc>
          <w:tcPr>
            <w:tcW w:w="2304" w:type="dxa"/>
          </w:tcPr>
          <w:p w14:paraId="6C862163" w14:textId="77777777" w:rsidR="004D342C" w:rsidRDefault="00000000">
            <w:pPr>
              <w:spacing w:before="20" w:after="20"/>
              <w:ind w:firstLine="0"/>
            </w:pPr>
            <w:r>
              <w:rPr>
                <w:sz w:val="17"/>
              </w:rPr>
              <w:t>Democratic/EU institutions</w:t>
            </w:r>
          </w:p>
        </w:tc>
        <w:tc>
          <w:tcPr>
            <w:tcW w:w="3744" w:type="dxa"/>
          </w:tcPr>
          <w:p w14:paraId="70BBB9FD" w14:textId="77777777" w:rsidR="004D342C" w:rsidRDefault="00000000">
            <w:pPr>
              <w:spacing w:before="20" w:after="20"/>
              <w:ind w:firstLine="0"/>
            </w:pPr>
            <w:r>
              <w:rPr>
                <w:sz w:val="17"/>
              </w:rPr>
              <w:t>EUROPEAN PARLIAMENT - HEARD ABOUT</w:t>
            </w:r>
          </w:p>
        </w:tc>
        <w:tc>
          <w:tcPr>
            <w:tcW w:w="720" w:type="dxa"/>
          </w:tcPr>
          <w:p w14:paraId="6CDB15D2" w14:textId="77777777" w:rsidR="004D342C" w:rsidRDefault="00000000">
            <w:pPr>
              <w:spacing w:before="20" w:after="20"/>
              <w:ind w:firstLine="0"/>
              <w:jc w:val="right"/>
            </w:pPr>
            <w:r>
              <w:rPr>
                <w:sz w:val="17"/>
              </w:rPr>
              <w:t>68</w:t>
            </w:r>
          </w:p>
        </w:tc>
      </w:tr>
      <w:tr w:rsidR="004D342C" w14:paraId="2A1B5CDB" w14:textId="77777777">
        <w:trPr>
          <w:cantSplit/>
          <w:jc w:val="center"/>
        </w:trPr>
        <w:tc>
          <w:tcPr>
            <w:tcW w:w="2160" w:type="dxa"/>
          </w:tcPr>
          <w:p w14:paraId="7162F925" w14:textId="77777777" w:rsidR="004D342C" w:rsidRDefault="00000000">
            <w:pPr>
              <w:spacing w:before="20" w:after="20"/>
              <w:ind w:firstLine="0"/>
            </w:pPr>
            <w:r>
              <w:rPr>
                <w:sz w:val="17"/>
              </w:rPr>
              <w:t>econforecastlife</w:t>
            </w:r>
          </w:p>
        </w:tc>
        <w:tc>
          <w:tcPr>
            <w:tcW w:w="2304" w:type="dxa"/>
          </w:tcPr>
          <w:p w14:paraId="7CFCEFC8" w14:textId="77777777" w:rsidR="004D342C" w:rsidRDefault="00000000">
            <w:pPr>
              <w:spacing w:before="20" w:after="20"/>
              <w:ind w:firstLine="0"/>
            </w:pPr>
            <w:r>
              <w:rPr>
                <w:sz w:val="17"/>
              </w:rPr>
              <w:t>Economic perceptions/crisis</w:t>
            </w:r>
          </w:p>
        </w:tc>
        <w:tc>
          <w:tcPr>
            <w:tcW w:w="3744" w:type="dxa"/>
          </w:tcPr>
          <w:p w14:paraId="0E87C8DD" w14:textId="77777777" w:rsidR="004D342C" w:rsidRDefault="00000000">
            <w:pPr>
              <w:spacing w:before="20" w:after="20"/>
              <w:ind w:firstLine="0"/>
            </w:pPr>
            <w:r>
              <w:rPr>
                <w:sz w:val="17"/>
              </w:rPr>
              <w:t>EXPECTATIONS: LIFE IN GENERAL</w:t>
            </w:r>
          </w:p>
        </w:tc>
        <w:tc>
          <w:tcPr>
            <w:tcW w:w="720" w:type="dxa"/>
          </w:tcPr>
          <w:p w14:paraId="0A318DD8" w14:textId="77777777" w:rsidR="004D342C" w:rsidRDefault="00000000">
            <w:pPr>
              <w:spacing w:before="20" w:after="20"/>
              <w:ind w:firstLine="0"/>
              <w:jc w:val="right"/>
            </w:pPr>
            <w:r>
              <w:rPr>
                <w:sz w:val="17"/>
              </w:rPr>
              <w:t>65</w:t>
            </w:r>
          </w:p>
        </w:tc>
      </w:tr>
      <w:tr w:rsidR="004D342C" w14:paraId="5D9E85AE" w14:textId="77777777">
        <w:trPr>
          <w:cantSplit/>
          <w:jc w:val="center"/>
        </w:trPr>
        <w:tc>
          <w:tcPr>
            <w:tcW w:w="2160" w:type="dxa"/>
          </w:tcPr>
          <w:p w14:paraId="76C5F8AD" w14:textId="77777777" w:rsidR="004D342C" w:rsidRDefault="00000000">
            <w:pPr>
              <w:spacing w:before="20" w:after="20"/>
              <w:ind w:firstLine="0"/>
            </w:pPr>
            <w:r>
              <w:rPr>
                <w:sz w:val="17"/>
              </w:rPr>
              <w:t>supporteubenefits</w:t>
            </w:r>
          </w:p>
        </w:tc>
        <w:tc>
          <w:tcPr>
            <w:tcW w:w="2304" w:type="dxa"/>
          </w:tcPr>
          <w:p w14:paraId="23E1EAC1" w14:textId="77777777" w:rsidR="004D342C" w:rsidRDefault="00000000">
            <w:pPr>
              <w:spacing w:before="20" w:after="20"/>
              <w:ind w:firstLine="0"/>
            </w:pPr>
            <w:r>
              <w:rPr>
                <w:sz w:val="17"/>
              </w:rPr>
              <w:t>Support/Membership</w:t>
            </w:r>
          </w:p>
        </w:tc>
        <w:tc>
          <w:tcPr>
            <w:tcW w:w="3744" w:type="dxa"/>
          </w:tcPr>
          <w:p w14:paraId="2CF7A2CA" w14:textId="77777777" w:rsidR="004D342C" w:rsidRDefault="00000000">
            <w:pPr>
              <w:spacing w:before="20" w:after="20"/>
              <w:ind w:firstLine="0"/>
            </w:pPr>
            <w:r>
              <w:rPr>
                <w:sz w:val="17"/>
              </w:rPr>
              <w:t>EU MEMBERSHIP - CNTRY BENEFIT</w:t>
            </w:r>
          </w:p>
        </w:tc>
        <w:tc>
          <w:tcPr>
            <w:tcW w:w="720" w:type="dxa"/>
          </w:tcPr>
          <w:p w14:paraId="332CED76" w14:textId="77777777" w:rsidR="004D342C" w:rsidRDefault="00000000">
            <w:pPr>
              <w:spacing w:before="20" w:after="20"/>
              <w:ind w:firstLine="0"/>
              <w:jc w:val="right"/>
            </w:pPr>
            <w:r>
              <w:rPr>
                <w:sz w:val="17"/>
              </w:rPr>
              <w:t>64</w:t>
            </w:r>
          </w:p>
        </w:tc>
      </w:tr>
      <w:tr w:rsidR="004D342C" w14:paraId="2098D690" w14:textId="77777777">
        <w:trPr>
          <w:cantSplit/>
          <w:jc w:val="center"/>
        </w:trPr>
        <w:tc>
          <w:tcPr>
            <w:tcW w:w="2160" w:type="dxa"/>
          </w:tcPr>
          <w:p w14:paraId="257B5ECC" w14:textId="77777777" w:rsidR="004D342C" w:rsidRDefault="00000000">
            <w:pPr>
              <w:spacing w:before="20" w:after="20"/>
              <w:ind w:firstLine="0"/>
            </w:pPr>
            <w:r>
              <w:rPr>
                <w:sz w:val="17"/>
              </w:rPr>
              <w:t>econforecastgen</w:t>
            </w:r>
          </w:p>
        </w:tc>
        <w:tc>
          <w:tcPr>
            <w:tcW w:w="2304" w:type="dxa"/>
          </w:tcPr>
          <w:p w14:paraId="08F071E2" w14:textId="77777777" w:rsidR="004D342C" w:rsidRDefault="00000000">
            <w:pPr>
              <w:spacing w:before="20" w:after="20"/>
              <w:ind w:firstLine="0"/>
            </w:pPr>
            <w:r>
              <w:rPr>
                <w:sz w:val="17"/>
              </w:rPr>
              <w:t>Economic perceptions/crisis</w:t>
            </w:r>
          </w:p>
        </w:tc>
        <w:tc>
          <w:tcPr>
            <w:tcW w:w="3744" w:type="dxa"/>
          </w:tcPr>
          <w:p w14:paraId="0B4DA04E" w14:textId="77777777" w:rsidR="004D342C" w:rsidRDefault="00000000">
            <w:pPr>
              <w:spacing w:before="20" w:after="20"/>
              <w:ind w:firstLine="0"/>
            </w:pPr>
            <w:r>
              <w:rPr>
                <w:sz w:val="17"/>
              </w:rPr>
              <w:t>EXPECTATIONS: ECONOMIC SITUATION CNTRY</w:t>
            </w:r>
          </w:p>
        </w:tc>
        <w:tc>
          <w:tcPr>
            <w:tcW w:w="720" w:type="dxa"/>
          </w:tcPr>
          <w:p w14:paraId="3C0B8277" w14:textId="77777777" w:rsidR="004D342C" w:rsidRDefault="00000000">
            <w:pPr>
              <w:spacing w:before="20" w:after="20"/>
              <w:ind w:firstLine="0"/>
              <w:jc w:val="right"/>
            </w:pPr>
            <w:r>
              <w:rPr>
                <w:sz w:val="17"/>
              </w:rPr>
              <w:t>62</w:t>
            </w:r>
          </w:p>
        </w:tc>
      </w:tr>
      <w:tr w:rsidR="004D342C" w14:paraId="77A664C6" w14:textId="77777777">
        <w:trPr>
          <w:cantSplit/>
          <w:jc w:val="center"/>
        </w:trPr>
        <w:tc>
          <w:tcPr>
            <w:tcW w:w="2160" w:type="dxa"/>
          </w:tcPr>
          <w:p w14:paraId="226C2928" w14:textId="77777777" w:rsidR="004D342C" w:rsidRDefault="00000000">
            <w:pPr>
              <w:spacing w:before="20" w:after="20"/>
              <w:ind w:firstLine="0"/>
            </w:pPr>
            <w:r>
              <w:rPr>
                <w:sz w:val="17"/>
              </w:rPr>
              <w:t>demoearneroccupation</w:t>
            </w:r>
          </w:p>
        </w:tc>
        <w:tc>
          <w:tcPr>
            <w:tcW w:w="2304" w:type="dxa"/>
          </w:tcPr>
          <w:p w14:paraId="2A73AB04" w14:textId="77777777" w:rsidR="004D342C" w:rsidRDefault="00000000">
            <w:pPr>
              <w:spacing w:before="20" w:after="20"/>
              <w:ind w:firstLine="0"/>
            </w:pPr>
            <w:r>
              <w:rPr>
                <w:sz w:val="17"/>
              </w:rPr>
              <w:t>Demographics</w:t>
            </w:r>
          </w:p>
        </w:tc>
        <w:tc>
          <w:tcPr>
            <w:tcW w:w="3744" w:type="dxa"/>
          </w:tcPr>
          <w:p w14:paraId="327476DF" w14:textId="77777777" w:rsidR="004D342C" w:rsidRDefault="00000000">
            <w:pPr>
              <w:spacing w:before="20" w:after="20"/>
              <w:ind w:firstLine="0"/>
            </w:pPr>
            <w:r>
              <w:rPr>
                <w:sz w:val="17"/>
              </w:rPr>
              <w:t>d.21.a) - what is the current occupation</w:t>
            </w:r>
          </w:p>
        </w:tc>
        <w:tc>
          <w:tcPr>
            <w:tcW w:w="720" w:type="dxa"/>
          </w:tcPr>
          <w:p w14:paraId="39010840" w14:textId="77777777" w:rsidR="004D342C" w:rsidRDefault="00000000">
            <w:pPr>
              <w:spacing w:before="20" w:after="20"/>
              <w:ind w:firstLine="0"/>
              <w:jc w:val="right"/>
            </w:pPr>
            <w:r>
              <w:rPr>
                <w:sz w:val="17"/>
              </w:rPr>
              <w:t>60</w:t>
            </w:r>
          </w:p>
        </w:tc>
      </w:tr>
      <w:tr w:rsidR="004D342C" w14:paraId="5554B91B" w14:textId="77777777">
        <w:trPr>
          <w:cantSplit/>
          <w:jc w:val="center"/>
        </w:trPr>
        <w:tc>
          <w:tcPr>
            <w:tcW w:w="2160" w:type="dxa"/>
          </w:tcPr>
          <w:p w14:paraId="457504DA" w14:textId="77777777" w:rsidR="004D342C" w:rsidRDefault="00000000">
            <w:pPr>
              <w:spacing w:before="20" w:after="20"/>
              <w:ind w:firstLine="0"/>
            </w:pPr>
            <w:r>
              <w:rPr>
                <w:sz w:val="17"/>
              </w:rPr>
              <w:t>econforecasthousehold</w:t>
            </w:r>
          </w:p>
        </w:tc>
        <w:tc>
          <w:tcPr>
            <w:tcW w:w="2304" w:type="dxa"/>
          </w:tcPr>
          <w:p w14:paraId="35480207" w14:textId="77777777" w:rsidR="004D342C" w:rsidRDefault="00000000">
            <w:pPr>
              <w:spacing w:before="20" w:after="20"/>
              <w:ind w:firstLine="0"/>
            </w:pPr>
            <w:r>
              <w:rPr>
                <w:sz w:val="17"/>
              </w:rPr>
              <w:t>Economic perceptions/crisis</w:t>
            </w:r>
          </w:p>
        </w:tc>
        <w:tc>
          <w:tcPr>
            <w:tcW w:w="3744" w:type="dxa"/>
          </w:tcPr>
          <w:p w14:paraId="2682906D" w14:textId="77777777" w:rsidR="004D342C" w:rsidRDefault="00000000">
            <w:pPr>
              <w:spacing w:before="20" w:after="20"/>
              <w:ind w:firstLine="0"/>
            </w:pPr>
            <w:r>
              <w:rPr>
                <w:sz w:val="17"/>
              </w:rPr>
              <w:t>EXPECTATIONS: FINANCIAL SITUATION HH</w:t>
            </w:r>
          </w:p>
        </w:tc>
        <w:tc>
          <w:tcPr>
            <w:tcW w:w="720" w:type="dxa"/>
          </w:tcPr>
          <w:p w14:paraId="79EB5CD1" w14:textId="77777777" w:rsidR="004D342C" w:rsidRDefault="00000000">
            <w:pPr>
              <w:spacing w:before="20" w:after="20"/>
              <w:ind w:firstLine="0"/>
              <w:jc w:val="right"/>
            </w:pPr>
            <w:r>
              <w:rPr>
                <w:sz w:val="17"/>
              </w:rPr>
              <w:t>60</w:t>
            </w:r>
          </w:p>
        </w:tc>
      </w:tr>
      <w:tr w:rsidR="004D342C" w14:paraId="411AB2D3" w14:textId="77777777">
        <w:trPr>
          <w:cantSplit/>
          <w:jc w:val="center"/>
        </w:trPr>
        <w:tc>
          <w:tcPr>
            <w:tcW w:w="2160" w:type="dxa"/>
          </w:tcPr>
          <w:p w14:paraId="2E4E3254" w14:textId="77777777" w:rsidR="004D342C" w:rsidRDefault="00000000">
            <w:pPr>
              <w:spacing w:before="20" w:after="20"/>
              <w:ind w:firstLine="0"/>
            </w:pPr>
            <w:r>
              <w:rPr>
                <w:sz w:val="17"/>
              </w:rPr>
              <w:t>econforecastnatjobs</w:t>
            </w:r>
          </w:p>
        </w:tc>
        <w:tc>
          <w:tcPr>
            <w:tcW w:w="2304" w:type="dxa"/>
          </w:tcPr>
          <w:p w14:paraId="08ED7B1D" w14:textId="77777777" w:rsidR="004D342C" w:rsidRDefault="00000000">
            <w:pPr>
              <w:spacing w:before="20" w:after="20"/>
              <w:ind w:firstLine="0"/>
            </w:pPr>
            <w:r>
              <w:rPr>
                <w:sz w:val="17"/>
              </w:rPr>
              <w:t>Economic perceptions/crisis</w:t>
            </w:r>
          </w:p>
        </w:tc>
        <w:tc>
          <w:tcPr>
            <w:tcW w:w="3744" w:type="dxa"/>
          </w:tcPr>
          <w:p w14:paraId="1998BCA9" w14:textId="77777777" w:rsidR="004D342C" w:rsidRDefault="00000000">
            <w:pPr>
              <w:spacing w:before="20" w:after="20"/>
              <w:ind w:firstLine="0"/>
            </w:pPr>
            <w:r>
              <w:rPr>
                <w:sz w:val="17"/>
              </w:rPr>
              <w:t>EXPECTATIONS: EMPLOYMENT SITUATION CNTRY</w:t>
            </w:r>
          </w:p>
        </w:tc>
        <w:tc>
          <w:tcPr>
            <w:tcW w:w="720" w:type="dxa"/>
          </w:tcPr>
          <w:p w14:paraId="138A70EB" w14:textId="77777777" w:rsidR="004D342C" w:rsidRDefault="00000000">
            <w:pPr>
              <w:spacing w:before="20" w:after="20"/>
              <w:ind w:firstLine="0"/>
              <w:jc w:val="right"/>
            </w:pPr>
            <w:r>
              <w:rPr>
                <w:sz w:val="17"/>
              </w:rPr>
              <w:t>60</w:t>
            </w:r>
          </w:p>
        </w:tc>
      </w:tr>
      <w:tr w:rsidR="004D342C" w14:paraId="05064DF7" w14:textId="77777777">
        <w:trPr>
          <w:cantSplit/>
          <w:jc w:val="center"/>
        </w:trPr>
        <w:tc>
          <w:tcPr>
            <w:tcW w:w="2160" w:type="dxa"/>
          </w:tcPr>
          <w:p w14:paraId="384B1F1F" w14:textId="77777777" w:rsidR="004D342C" w:rsidRDefault="00000000">
            <w:pPr>
              <w:spacing w:before="20" w:after="20"/>
              <w:ind w:firstLine="0"/>
            </w:pPr>
            <w:r>
              <w:rPr>
                <w:sz w:val="17"/>
              </w:rPr>
              <w:t>weightEU15</w:t>
            </w:r>
          </w:p>
        </w:tc>
        <w:tc>
          <w:tcPr>
            <w:tcW w:w="2304" w:type="dxa"/>
          </w:tcPr>
          <w:p w14:paraId="34F5B344" w14:textId="77777777" w:rsidR="004D342C" w:rsidRDefault="00000000">
            <w:pPr>
              <w:spacing w:before="20" w:after="20"/>
              <w:ind w:firstLine="0"/>
            </w:pPr>
            <w:r>
              <w:rPr>
                <w:sz w:val="17"/>
              </w:rPr>
              <w:t>Admin/ID</w:t>
            </w:r>
          </w:p>
        </w:tc>
        <w:tc>
          <w:tcPr>
            <w:tcW w:w="3744" w:type="dxa"/>
          </w:tcPr>
          <w:p w14:paraId="50EB0AB9" w14:textId="77777777" w:rsidR="004D342C" w:rsidRDefault="00000000">
            <w:pPr>
              <w:spacing w:before="20" w:after="20"/>
              <w:ind w:firstLine="0"/>
            </w:pPr>
            <w:r>
              <w:rPr>
                <w:sz w:val="17"/>
              </w:rPr>
              <w:t>WEIGHT EU15</w:t>
            </w:r>
          </w:p>
        </w:tc>
        <w:tc>
          <w:tcPr>
            <w:tcW w:w="720" w:type="dxa"/>
          </w:tcPr>
          <w:p w14:paraId="64073EEF" w14:textId="77777777" w:rsidR="004D342C" w:rsidRDefault="00000000">
            <w:pPr>
              <w:spacing w:before="20" w:after="20"/>
              <w:ind w:firstLine="0"/>
              <w:jc w:val="right"/>
            </w:pPr>
            <w:r>
              <w:rPr>
                <w:sz w:val="17"/>
              </w:rPr>
              <w:t>59</w:t>
            </w:r>
          </w:p>
        </w:tc>
      </w:tr>
      <w:tr w:rsidR="004D342C" w14:paraId="61900ACE" w14:textId="77777777">
        <w:trPr>
          <w:cantSplit/>
          <w:jc w:val="center"/>
        </w:trPr>
        <w:tc>
          <w:tcPr>
            <w:tcW w:w="2160" w:type="dxa"/>
          </w:tcPr>
          <w:p w14:paraId="5DE9A8DD" w14:textId="77777777" w:rsidR="004D342C" w:rsidRDefault="00000000">
            <w:pPr>
              <w:spacing w:before="20" w:after="20"/>
              <w:ind w:firstLine="0"/>
            </w:pPr>
            <w:r>
              <w:rPr>
                <w:sz w:val="17"/>
              </w:rPr>
              <w:t>weightEU1995</w:t>
            </w:r>
          </w:p>
        </w:tc>
        <w:tc>
          <w:tcPr>
            <w:tcW w:w="2304" w:type="dxa"/>
          </w:tcPr>
          <w:p w14:paraId="67FFFF99" w14:textId="77777777" w:rsidR="004D342C" w:rsidRDefault="00000000">
            <w:pPr>
              <w:spacing w:before="20" w:after="20"/>
              <w:ind w:firstLine="0"/>
            </w:pPr>
            <w:r>
              <w:rPr>
                <w:sz w:val="17"/>
              </w:rPr>
              <w:t>Admin/ID</w:t>
            </w:r>
          </w:p>
        </w:tc>
        <w:tc>
          <w:tcPr>
            <w:tcW w:w="3744" w:type="dxa"/>
          </w:tcPr>
          <w:p w14:paraId="62FD7E33" w14:textId="77777777" w:rsidR="004D342C" w:rsidRDefault="00000000">
            <w:pPr>
              <w:spacing w:before="20" w:after="20"/>
              <w:ind w:firstLine="0"/>
            </w:pPr>
            <w:r>
              <w:rPr>
                <w:sz w:val="17"/>
              </w:rPr>
              <w:t>WEIGHT EU NMS 3</w:t>
            </w:r>
          </w:p>
        </w:tc>
        <w:tc>
          <w:tcPr>
            <w:tcW w:w="720" w:type="dxa"/>
          </w:tcPr>
          <w:p w14:paraId="31DF60C4" w14:textId="77777777" w:rsidR="004D342C" w:rsidRDefault="00000000">
            <w:pPr>
              <w:spacing w:before="20" w:after="20"/>
              <w:ind w:firstLine="0"/>
              <w:jc w:val="right"/>
            </w:pPr>
            <w:r>
              <w:rPr>
                <w:sz w:val="17"/>
              </w:rPr>
              <w:t>58</w:t>
            </w:r>
          </w:p>
        </w:tc>
      </w:tr>
      <w:tr w:rsidR="004D342C" w14:paraId="0501F9DC" w14:textId="77777777">
        <w:trPr>
          <w:cantSplit/>
          <w:jc w:val="center"/>
        </w:trPr>
        <w:tc>
          <w:tcPr>
            <w:tcW w:w="2160" w:type="dxa"/>
          </w:tcPr>
          <w:p w14:paraId="6DFB653D" w14:textId="77777777" w:rsidR="004D342C" w:rsidRDefault="00000000">
            <w:pPr>
              <w:spacing w:before="20" w:after="20"/>
              <w:ind w:firstLine="0"/>
            </w:pPr>
            <w:r>
              <w:rPr>
                <w:sz w:val="17"/>
              </w:rPr>
              <w:t>demoearner</w:t>
            </w:r>
          </w:p>
        </w:tc>
        <w:tc>
          <w:tcPr>
            <w:tcW w:w="2304" w:type="dxa"/>
          </w:tcPr>
          <w:p w14:paraId="6067BE48" w14:textId="77777777" w:rsidR="004D342C" w:rsidRDefault="00000000">
            <w:pPr>
              <w:spacing w:before="20" w:after="20"/>
              <w:ind w:firstLine="0"/>
            </w:pPr>
            <w:r>
              <w:rPr>
                <w:sz w:val="17"/>
              </w:rPr>
              <w:t>Demographics</w:t>
            </w:r>
          </w:p>
        </w:tc>
        <w:tc>
          <w:tcPr>
            <w:tcW w:w="3744" w:type="dxa"/>
          </w:tcPr>
          <w:p w14:paraId="06FBCA5E" w14:textId="77777777" w:rsidR="004D342C" w:rsidRDefault="00000000">
            <w:pPr>
              <w:spacing w:before="20" w:after="20"/>
              <w:ind w:firstLine="0"/>
            </w:pPr>
            <w:r>
              <w:rPr>
                <w:sz w:val="17"/>
              </w:rPr>
              <w:t>d.19. - are you in your household, the p</w:t>
            </w:r>
          </w:p>
        </w:tc>
        <w:tc>
          <w:tcPr>
            <w:tcW w:w="720" w:type="dxa"/>
          </w:tcPr>
          <w:p w14:paraId="048F3572" w14:textId="77777777" w:rsidR="004D342C" w:rsidRDefault="00000000">
            <w:pPr>
              <w:spacing w:before="20" w:after="20"/>
              <w:ind w:firstLine="0"/>
              <w:jc w:val="right"/>
            </w:pPr>
            <w:r>
              <w:rPr>
                <w:sz w:val="17"/>
              </w:rPr>
              <w:t>58</w:t>
            </w:r>
          </w:p>
        </w:tc>
      </w:tr>
      <w:tr w:rsidR="004D342C" w14:paraId="17045ED9" w14:textId="77777777">
        <w:trPr>
          <w:cantSplit/>
          <w:jc w:val="center"/>
        </w:trPr>
        <w:tc>
          <w:tcPr>
            <w:tcW w:w="2160" w:type="dxa"/>
          </w:tcPr>
          <w:p w14:paraId="37DB1D2D" w14:textId="77777777" w:rsidR="004D342C" w:rsidRDefault="00000000">
            <w:pPr>
              <w:spacing w:before="20" w:after="20"/>
              <w:ind w:firstLine="0"/>
            </w:pPr>
            <w:r>
              <w:rPr>
                <w:sz w:val="17"/>
              </w:rPr>
              <w:t>econforecastyourjob</w:t>
            </w:r>
          </w:p>
        </w:tc>
        <w:tc>
          <w:tcPr>
            <w:tcW w:w="2304" w:type="dxa"/>
          </w:tcPr>
          <w:p w14:paraId="6BFB2049" w14:textId="77777777" w:rsidR="004D342C" w:rsidRDefault="00000000">
            <w:pPr>
              <w:spacing w:before="20" w:after="20"/>
              <w:ind w:firstLine="0"/>
            </w:pPr>
            <w:r>
              <w:rPr>
                <w:sz w:val="17"/>
              </w:rPr>
              <w:t>Economic perceptions/crisis</w:t>
            </w:r>
          </w:p>
        </w:tc>
        <w:tc>
          <w:tcPr>
            <w:tcW w:w="3744" w:type="dxa"/>
          </w:tcPr>
          <w:p w14:paraId="1C1281AA" w14:textId="77777777" w:rsidR="004D342C" w:rsidRDefault="00000000">
            <w:pPr>
              <w:spacing w:before="20" w:after="20"/>
              <w:ind w:firstLine="0"/>
            </w:pPr>
            <w:r>
              <w:rPr>
                <w:sz w:val="17"/>
              </w:rPr>
              <w:t>EXPECTATIONS: PERS JOB SITUATION</w:t>
            </w:r>
          </w:p>
        </w:tc>
        <w:tc>
          <w:tcPr>
            <w:tcW w:w="720" w:type="dxa"/>
          </w:tcPr>
          <w:p w14:paraId="0D051507" w14:textId="77777777" w:rsidR="004D342C" w:rsidRDefault="00000000">
            <w:pPr>
              <w:spacing w:before="20" w:after="20"/>
              <w:ind w:firstLine="0"/>
              <w:jc w:val="right"/>
            </w:pPr>
            <w:r>
              <w:rPr>
                <w:sz w:val="17"/>
              </w:rPr>
              <w:t>58</w:t>
            </w:r>
          </w:p>
        </w:tc>
      </w:tr>
      <w:tr w:rsidR="004D342C" w14:paraId="6679DE58" w14:textId="77777777">
        <w:trPr>
          <w:cantSplit/>
          <w:jc w:val="center"/>
        </w:trPr>
        <w:tc>
          <w:tcPr>
            <w:tcW w:w="2160" w:type="dxa"/>
          </w:tcPr>
          <w:p w14:paraId="1DB7723E" w14:textId="77777777" w:rsidR="004D342C" w:rsidRDefault="00000000">
            <w:pPr>
              <w:spacing w:before="20" w:after="20"/>
              <w:ind w:firstLine="0"/>
            </w:pPr>
            <w:r>
              <w:rPr>
                <w:sz w:val="17"/>
              </w:rPr>
              <w:t>trustcomm</w:t>
            </w:r>
          </w:p>
        </w:tc>
        <w:tc>
          <w:tcPr>
            <w:tcW w:w="2304" w:type="dxa"/>
          </w:tcPr>
          <w:p w14:paraId="21A66BF9" w14:textId="77777777" w:rsidR="004D342C" w:rsidRDefault="00000000">
            <w:pPr>
              <w:spacing w:before="20" w:after="20"/>
              <w:ind w:firstLine="0"/>
            </w:pPr>
            <w:r>
              <w:rPr>
                <w:sz w:val="17"/>
              </w:rPr>
              <w:t>Democratic/EU institutions</w:t>
            </w:r>
          </w:p>
        </w:tc>
        <w:tc>
          <w:tcPr>
            <w:tcW w:w="3744" w:type="dxa"/>
          </w:tcPr>
          <w:p w14:paraId="0888F2D2" w14:textId="77777777" w:rsidR="004D342C" w:rsidRDefault="00000000">
            <w:pPr>
              <w:spacing w:before="20" w:after="20"/>
              <w:ind w:firstLine="0"/>
            </w:pPr>
            <w:r>
              <w:rPr>
                <w:sz w:val="17"/>
              </w:rPr>
              <w:t>EUROPEAN COMMISSION - TRUST</w:t>
            </w:r>
          </w:p>
        </w:tc>
        <w:tc>
          <w:tcPr>
            <w:tcW w:w="720" w:type="dxa"/>
          </w:tcPr>
          <w:p w14:paraId="08D82115" w14:textId="77777777" w:rsidR="004D342C" w:rsidRDefault="00000000">
            <w:pPr>
              <w:spacing w:before="20" w:after="20"/>
              <w:ind w:firstLine="0"/>
              <w:jc w:val="right"/>
            </w:pPr>
            <w:r>
              <w:rPr>
                <w:sz w:val="17"/>
              </w:rPr>
              <w:t>58</w:t>
            </w:r>
          </w:p>
        </w:tc>
      </w:tr>
      <w:tr w:rsidR="004D342C" w14:paraId="20F4299A" w14:textId="77777777">
        <w:trPr>
          <w:cantSplit/>
          <w:jc w:val="center"/>
        </w:trPr>
        <w:tc>
          <w:tcPr>
            <w:tcW w:w="2160" w:type="dxa"/>
          </w:tcPr>
          <w:p w14:paraId="6C53CD41" w14:textId="77777777" w:rsidR="004D342C" w:rsidRDefault="00000000">
            <w:pPr>
              <w:spacing w:before="20" w:after="20"/>
              <w:ind w:firstLine="0"/>
            </w:pPr>
            <w:r>
              <w:rPr>
                <w:sz w:val="17"/>
              </w:rPr>
              <w:t>trustep</w:t>
            </w:r>
          </w:p>
        </w:tc>
        <w:tc>
          <w:tcPr>
            <w:tcW w:w="2304" w:type="dxa"/>
          </w:tcPr>
          <w:p w14:paraId="65F6170B" w14:textId="77777777" w:rsidR="004D342C" w:rsidRDefault="00000000">
            <w:pPr>
              <w:spacing w:before="20" w:after="20"/>
              <w:ind w:firstLine="0"/>
            </w:pPr>
            <w:r>
              <w:rPr>
                <w:sz w:val="17"/>
              </w:rPr>
              <w:t>Democratic/EU institutions</w:t>
            </w:r>
          </w:p>
        </w:tc>
        <w:tc>
          <w:tcPr>
            <w:tcW w:w="3744" w:type="dxa"/>
          </w:tcPr>
          <w:p w14:paraId="2CDEF882" w14:textId="77777777" w:rsidR="004D342C" w:rsidRDefault="00000000">
            <w:pPr>
              <w:spacing w:before="20" w:after="20"/>
              <w:ind w:firstLine="0"/>
            </w:pPr>
            <w:r>
              <w:rPr>
                <w:sz w:val="17"/>
              </w:rPr>
              <w:t>EUROPEAN PARLIAMENT - TRUST</w:t>
            </w:r>
          </w:p>
        </w:tc>
        <w:tc>
          <w:tcPr>
            <w:tcW w:w="720" w:type="dxa"/>
          </w:tcPr>
          <w:p w14:paraId="00F06235" w14:textId="77777777" w:rsidR="004D342C" w:rsidRDefault="00000000">
            <w:pPr>
              <w:spacing w:before="20" w:after="20"/>
              <w:ind w:firstLine="0"/>
              <w:jc w:val="right"/>
            </w:pPr>
            <w:r>
              <w:rPr>
                <w:sz w:val="17"/>
              </w:rPr>
              <w:t>58</w:t>
            </w:r>
          </w:p>
        </w:tc>
      </w:tr>
      <w:tr w:rsidR="004D342C" w14:paraId="0C650B96" w14:textId="77777777">
        <w:trPr>
          <w:cantSplit/>
          <w:jc w:val="center"/>
        </w:trPr>
        <w:tc>
          <w:tcPr>
            <w:tcW w:w="2160" w:type="dxa"/>
          </w:tcPr>
          <w:p w14:paraId="51ECC213" w14:textId="77777777" w:rsidR="004D342C" w:rsidRDefault="00000000">
            <w:pPr>
              <w:spacing w:before="20" w:after="20"/>
              <w:ind w:firstLine="0"/>
            </w:pPr>
            <w:r>
              <w:rPr>
                <w:sz w:val="17"/>
              </w:rPr>
              <w:t>region</w:t>
            </w:r>
          </w:p>
        </w:tc>
        <w:tc>
          <w:tcPr>
            <w:tcW w:w="2304" w:type="dxa"/>
          </w:tcPr>
          <w:p w14:paraId="02DE4309" w14:textId="77777777" w:rsidR="004D342C" w:rsidRDefault="00000000">
            <w:pPr>
              <w:spacing w:before="20" w:after="20"/>
              <w:ind w:firstLine="0"/>
            </w:pPr>
            <w:r>
              <w:rPr>
                <w:sz w:val="17"/>
              </w:rPr>
              <w:t>Admin/ID</w:t>
            </w:r>
          </w:p>
        </w:tc>
        <w:tc>
          <w:tcPr>
            <w:tcW w:w="3744" w:type="dxa"/>
          </w:tcPr>
          <w:p w14:paraId="23BE7043" w14:textId="77777777" w:rsidR="004D342C" w:rsidRDefault="00000000">
            <w:pPr>
              <w:spacing w:before="20" w:after="20"/>
              <w:ind w:firstLine="0"/>
            </w:pPr>
            <w:r>
              <w:rPr>
                <w:sz w:val="17"/>
              </w:rPr>
              <w:t>P7 REGIONS (ALL COUNTRIES)</w:t>
            </w:r>
          </w:p>
        </w:tc>
        <w:tc>
          <w:tcPr>
            <w:tcW w:w="720" w:type="dxa"/>
          </w:tcPr>
          <w:p w14:paraId="5BE57276" w14:textId="77777777" w:rsidR="004D342C" w:rsidRDefault="00000000">
            <w:pPr>
              <w:spacing w:before="20" w:after="20"/>
              <w:ind w:firstLine="0"/>
              <w:jc w:val="right"/>
            </w:pPr>
            <w:r>
              <w:rPr>
                <w:sz w:val="17"/>
              </w:rPr>
              <w:t>59</w:t>
            </w:r>
          </w:p>
        </w:tc>
      </w:tr>
      <w:tr w:rsidR="004D342C" w14:paraId="49B25782" w14:textId="77777777">
        <w:trPr>
          <w:cantSplit/>
          <w:jc w:val="center"/>
        </w:trPr>
        <w:tc>
          <w:tcPr>
            <w:tcW w:w="2160" w:type="dxa"/>
          </w:tcPr>
          <w:p w14:paraId="1B7A307E" w14:textId="77777777" w:rsidR="004D342C" w:rsidRDefault="00000000">
            <w:pPr>
              <w:spacing w:before="20" w:after="20"/>
              <w:ind w:firstLine="0"/>
            </w:pPr>
            <w:r>
              <w:rPr>
                <w:sz w:val="17"/>
              </w:rPr>
              <w:t>trustecb</w:t>
            </w:r>
          </w:p>
        </w:tc>
        <w:tc>
          <w:tcPr>
            <w:tcW w:w="2304" w:type="dxa"/>
          </w:tcPr>
          <w:p w14:paraId="39A311B0" w14:textId="77777777" w:rsidR="004D342C" w:rsidRDefault="00000000">
            <w:pPr>
              <w:spacing w:before="20" w:after="20"/>
              <w:ind w:firstLine="0"/>
            </w:pPr>
            <w:r>
              <w:rPr>
                <w:sz w:val="17"/>
              </w:rPr>
              <w:t>Democratic/EU institutions</w:t>
            </w:r>
          </w:p>
        </w:tc>
        <w:tc>
          <w:tcPr>
            <w:tcW w:w="3744" w:type="dxa"/>
          </w:tcPr>
          <w:p w14:paraId="3FEA6474" w14:textId="77777777" w:rsidR="004D342C" w:rsidRDefault="00000000">
            <w:pPr>
              <w:spacing w:before="20" w:after="20"/>
              <w:ind w:firstLine="0"/>
            </w:pPr>
            <w:r>
              <w:rPr>
                <w:sz w:val="17"/>
              </w:rPr>
              <w:t>EUROPEAN CENTRAL BANK - TRUST</w:t>
            </w:r>
          </w:p>
        </w:tc>
        <w:tc>
          <w:tcPr>
            <w:tcW w:w="720" w:type="dxa"/>
          </w:tcPr>
          <w:p w14:paraId="1E1C95FA" w14:textId="77777777" w:rsidR="004D342C" w:rsidRDefault="00000000">
            <w:pPr>
              <w:spacing w:before="20" w:after="20"/>
              <w:ind w:firstLine="0"/>
              <w:jc w:val="right"/>
            </w:pPr>
            <w:r>
              <w:rPr>
                <w:sz w:val="17"/>
              </w:rPr>
              <w:t>57</w:t>
            </w:r>
          </w:p>
        </w:tc>
      </w:tr>
      <w:tr w:rsidR="004D342C" w14:paraId="197C141E" w14:textId="77777777">
        <w:trPr>
          <w:cantSplit/>
          <w:jc w:val="center"/>
        </w:trPr>
        <w:tc>
          <w:tcPr>
            <w:tcW w:w="2160" w:type="dxa"/>
          </w:tcPr>
          <w:p w14:paraId="59D3FF33" w14:textId="77777777" w:rsidR="004D342C" w:rsidRDefault="00000000">
            <w:pPr>
              <w:spacing w:before="20" w:after="20"/>
              <w:ind w:firstLine="0"/>
            </w:pPr>
            <w:r>
              <w:rPr>
                <w:sz w:val="17"/>
              </w:rPr>
              <w:t>democracysatisfactionEU</w:t>
            </w:r>
          </w:p>
        </w:tc>
        <w:tc>
          <w:tcPr>
            <w:tcW w:w="2304" w:type="dxa"/>
          </w:tcPr>
          <w:p w14:paraId="34F233BA" w14:textId="77777777" w:rsidR="004D342C" w:rsidRDefault="00000000">
            <w:pPr>
              <w:spacing w:before="20" w:after="20"/>
              <w:ind w:firstLine="0"/>
            </w:pPr>
            <w:r>
              <w:rPr>
                <w:sz w:val="17"/>
              </w:rPr>
              <w:t>Support/Membership</w:t>
            </w:r>
          </w:p>
        </w:tc>
        <w:tc>
          <w:tcPr>
            <w:tcW w:w="3744" w:type="dxa"/>
          </w:tcPr>
          <w:p w14:paraId="4AB72523" w14:textId="77777777" w:rsidR="004D342C" w:rsidRDefault="00000000">
            <w:pPr>
              <w:spacing w:before="20" w:after="20"/>
              <w:ind w:firstLine="0"/>
            </w:pPr>
            <w:r>
              <w:rPr>
                <w:sz w:val="17"/>
              </w:rPr>
              <w:t>DEMOCRACY SATISFACTION - EUROPEAN UNION</w:t>
            </w:r>
          </w:p>
        </w:tc>
        <w:tc>
          <w:tcPr>
            <w:tcW w:w="720" w:type="dxa"/>
          </w:tcPr>
          <w:p w14:paraId="6F187CE3" w14:textId="77777777" w:rsidR="004D342C" w:rsidRDefault="00000000">
            <w:pPr>
              <w:spacing w:before="20" w:after="20"/>
              <w:ind w:firstLine="0"/>
              <w:jc w:val="right"/>
            </w:pPr>
            <w:r>
              <w:rPr>
                <w:sz w:val="17"/>
              </w:rPr>
              <w:t>55</w:t>
            </w:r>
          </w:p>
        </w:tc>
      </w:tr>
      <w:tr w:rsidR="004D342C" w14:paraId="59AFD461" w14:textId="77777777">
        <w:trPr>
          <w:cantSplit/>
          <w:jc w:val="center"/>
        </w:trPr>
        <w:tc>
          <w:tcPr>
            <w:tcW w:w="2160" w:type="dxa"/>
          </w:tcPr>
          <w:p w14:paraId="481C7BEB" w14:textId="77777777" w:rsidR="004D342C" w:rsidRDefault="00000000">
            <w:pPr>
              <w:spacing w:before="20" w:after="20"/>
              <w:ind w:firstLine="0"/>
            </w:pPr>
            <w:r>
              <w:rPr>
                <w:sz w:val="17"/>
              </w:rPr>
              <w:t>heardComm</w:t>
            </w:r>
          </w:p>
        </w:tc>
        <w:tc>
          <w:tcPr>
            <w:tcW w:w="2304" w:type="dxa"/>
          </w:tcPr>
          <w:p w14:paraId="07CAC8FB" w14:textId="77777777" w:rsidR="004D342C" w:rsidRDefault="00000000">
            <w:pPr>
              <w:spacing w:before="20" w:after="20"/>
              <w:ind w:firstLine="0"/>
            </w:pPr>
            <w:r>
              <w:rPr>
                <w:sz w:val="17"/>
              </w:rPr>
              <w:t>Democratic/EU institutions</w:t>
            </w:r>
          </w:p>
        </w:tc>
        <w:tc>
          <w:tcPr>
            <w:tcW w:w="3744" w:type="dxa"/>
          </w:tcPr>
          <w:p w14:paraId="098CFA29" w14:textId="77777777" w:rsidR="004D342C" w:rsidRDefault="00000000">
            <w:pPr>
              <w:spacing w:before="20" w:after="20"/>
              <w:ind w:firstLine="0"/>
            </w:pPr>
            <w:r>
              <w:rPr>
                <w:sz w:val="17"/>
              </w:rPr>
              <w:t>EUROPEAN COMMISSION - HEARD ABOUT</w:t>
            </w:r>
          </w:p>
        </w:tc>
        <w:tc>
          <w:tcPr>
            <w:tcW w:w="720" w:type="dxa"/>
          </w:tcPr>
          <w:p w14:paraId="0065BA7C" w14:textId="77777777" w:rsidR="004D342C" w:rsidRDefault="00000000">
            <w:pPr>
              <w:spacing w:before="20" w:after="20"/>
              <w:ind w:firstLine="0"/>
              <w:jc w:val="right"/>
            </w:pPr>
            <w:r>
              <w:rPr>
                <w:sz w:val="17"/>
              </w:rPr>
              <w:t>55</w:t>
            </w:r>
          </w:p>
        </w:tc>
      </w:tr>
      <w:tr w:rsidR="004D342C" w14:paraId="5F3263A9" w14:textId="77777777">
        <w:trPr>
          <w:cantSplit/>
          <w:jc w:val="center"/>
        </w:trPr>
        <w:tc>
          <w:tcPr>
            <w:tcW w:w="2160" w:type="dxa"/>
          </w:tcPr>
          <w:p w14:paraId="497362F5" w14:textId="77777777" w:rsidR="004D342C" w:rsidRDefault="00000000">
            <w:pPr>
              <w:spacing w:before="20" w:after="20"/>
              <w:ind w:firstLine="0"/>
            </w:pPr>
            <w:r>
              <w:rPr>
                <w:sz w:val="17"/>
              </w:rPr>
              <w:t>demoincome</w:t>
            </w:r>
          </w:p>
        </w:tc>
        <w:tc>
          <w:tcPr>
            <w:tcW w:w="2304" w:type="dxa"/>
          </w:tcPr>
          <w:p w14:paraId="6AA8316F" w14:textId="77777777" w:rsidR="004D342C" w:rsidRDefault="00000000">
            <w:pPr>
              <w:spacing w:before="20" w:after="20"/>
              <w:ind w:firstLine="0"/>
            </w:pPr>
            <w:r>
              <w:rPr>
                <w:sz w:val="17"/>
              </w:rPr>
              <w:t>Demographics</w:t>
            </w:r>
          </w:p>
        </w:tc>
        <w:tc>
          <w:tcPr>
            <w:tcW w:w="3744" w:type="dxa"/>
          </w:tcPr>
          <w:p w14:paraId="517D66C2" w14:textId="77777777" w:rsidR="004D342C" w:rsidRDefault="00000000">
            <w:pPr>
              <w:spacing w:before="20" w:after="20"/>
              <w:ind w:firstLine="0"/>
            </w:pPr>
            <w:r>
              <w:rPr>
                <w:sz w:val="17"/>
              </w:rPr>
              <w:t>d.29. - harmonised income scale</w:t>
            </w:r>
          </w:p>
        </w:tc>
        <w:tc>
          <w:tcPr>
            <w:tcW w:w="720" w:type="dxa"/>
          </w:tcPr>
          <w:p w14:paraId="52DC0ED8" w14:textId="77777777" w:rsidR="004D342C" w:rsidRDefault="00000000">
            <w:pPr>
              <w:spacing w:before="20" w:after="20"/>
              <w:ind w:firstLine="0"/>
              <w:jc w:val="right"/>
            </w:pPr>
            <w:r>
              <w:rPr>
                <w:sz w:val="17"/>
              </w:rPr>
              <w:t>53</w:t>
            </w:r>
          </w:p>
        </w:tc>
      </w:tr>
      <w:tr w:rsidR="004D342C" w14:paraId="52FDD459" w14:textId="77777777">
        <w:trPr>
          <w:cantSplit/>
          <w:jc w:val="center"/>
        </w:trPr>
        <w:tc>
          <w:tcPr>
            <w:tcW w:w="2160" w:type="dxa"/>
          </w:tcPr>
          <w:p w14:paraId="2B263984" w14:textId="77777777" w:rsidR="004D342C" w:rsidRDefault="00000000">
            <w:pPr>
              <w:spacing w:before="20" w:after="20"/>
              <w:ind w:firstLine="0"/>
            </w:pPr>
            <w:r>
              <w:rPr>
                <w:sz w:val="17"/>
              </w:rPr>
              <w:t>heardECB</w:t>
            </w:r>
          </w:p>
        </w:tc>
        <w:tc>
          <w:tcPr>
            <w:tcW w:w="2304" w:type="dxa"/>
          </w:tcPr>
          <w:p w14:paraId="74793EBD" w14:textId="77777777" w:rsidR="004D342C" w:rsidRDefault="00000000">
            <w:pPr>
              <w:spacing w:before="20" w:after="20"/>
              <w:ind w:firstLine="0"/>
            </w:pPr>
            <w:r>
              <w:rPr>
                <w:sz w:val="17"/>
              </w:rPr>
              <w:t>Knowledge/media</w:t>
            </w:r>
          </w:p>
        </w:tc>
        <w:tc>
          <w:tcPr>
            <w:tcW w:w="3744" w:type="dxa"/>
          </w:tcPr>
          <w:p w14:paraId="6A68C4EE" w14:textId="77777777" w:rsidR="004D342C" w:rsidRDefault="00000000">
            <w:pPr>
              <w:spacing w:before="20" w:after="20"/>
              <w:ind w:firstLine="0"/>
            </w:pPr>
            <w:r>
              <w:rPr>
                <w:sz w:val="17"/>
              </w:rPr>
              <w:t>EUROPEAN CENTRAL BANK - HEARD ABOUT</w:t>
            </w:r>
          </w:p>
        </w:tc>
        <w:tc>
          <w:tcPr>
            <w:tcW w:w="720" w:type="dxa"/>
          </w:tcPr>
          <w:p w14:paraId="5057CA6F" w14:textId="77777777" w:rsidR="004D342C" w:rsidRDefault="00000000">
            <w:pPr>
              <w:spacing w:before="20" w:after="20"/>
              <w:ind w:firstLine="0"/>
              <w:jc w:val="right"/>
            </w:pPr>
            <w:r>
              <w:rPr>
                <w:sz w:val="17"/>
              </w:rPr>
              <w:t>53</w:t>
            </w:r>
          </w:p>
        </w:tc>
      </w:tr>
      <w:tr w:rsidR="004D342C" w14:paraId="1C4E10ED" w14:textId="77777777">
        <w:trPr>
          <w:cantSplit/>
          <w:jc w:val="center"/>
        </w:trPr>
        <w:tc>
          <w:tcPr>
            <w:tcW w:w="2160" w:type="dxa"/>
          </w:tcPr>
          <w:p w14:paraId="6EC833DE" w14:textId="77777777" w:rsidR="004D342C" w:rsidRDefault="00000000">
            <w:pPr>
              <w:spacing w:before="20" w:after="20"/>
              <w:ind w:firstLine="0"/>
            </w:pPr>
            <w:r>
              <w:rPr>
                <w:sz w:val="17"/>
              </w:rPr>
              <w:t>proposalEnlargement</w:t>
            </w:r>
          </w:p>
        </w:tc>
        <w:tc>
          <w:tcPr>
            <w:tcW w:w="2304" w:type="dxa"/>
          </w:tcPr>
          <w:p w14:paraId="117ACE2D" w14:textId="77777777" w:rsidR="004D342C" w:rsidRDefault="00000000">
            <w:pPr>
              <w:spacing w:before="20" w:after="20"/>
              <w:ind w:firstLine="0"/>
            </w:pPr>
            <w:r>
              <w:rPr>
                <w:sz w:val="17"/>
              </w:rPr>
              <w:t>Hope/fear/jurisdiction/priorities</w:t>
            </w:r>
          </w:p>
        </w:tc>
        <w:tc>
          <w:tcPr>
            <w:tcW w:w="3744" w:type="dxa"/>
          </w:tcPr>
          <w:p w14:paraId="2F445802" w14:textId="77777777" w:rsidR="004D342C" w:rsidRDefault="00000000">
            <w:pPr>
              <w:spacing w:before="20" w:after="20"/>
              <w:ind w:firstLine="0"/>
            </w:pPr>
            <w:r>
              <w:rPr>
                <w:sz w:val="17"/>
              </w:rPr>
              <w:t>For or against the EU proposal named (1 For / 2 Against / 3 DK; 9 inapplicable, 0 NA preserved)</w:t>
            </w:r>
          </w:p>
        </w:tc>
        <w:tc>
          <w:tcPr>
            <w:tcW w:w="720" w:type="dxa"/>
          </w:tcPr>
          <w:p w14:paraId="6BF11F63" w14:textId="77777777" w:rsidR="004D342C" w:rsidRDefault="00000000">
            <w:pPr>
              <w:spacing w:before="20" w:after="20"/>
              <w:ind w:firstLine="0"/>
              <w:jc w:val="right"/>
            </w:pPr>
            <w:r>
              <w:rPr>
                <w:sz w:val="17"/>
              </w:rPr>
              <w:t>53</w:t>
            </w:r>
          </w:p>
        </w:tc>
      </w:tr>
      <w:tr w:rsidR="004D342C" w14:paraId="5D11CD58" w14:textId="77777777">
        <w:trPr>
          <w:cantSplit/>
          <w:jc w:val="center"/>
        </w:trPr>
        <w:tc>
          <w:tcPr>
            <w:tcW w:w="2160" w:type="dxa"/>
          </w:tcPr>
          <w:p w14:paraId="79EC2697" w14:textId="77777777" w:rsidR="004D342C" w:rsidRDefault="00000000">
            <w:pPr>
              <w:spacing w:before="20" w:after="20"/>
              <w:ind w:firstLine="0"/>
            </w:pPr>
            <w:r>
              <w:rPr>
                <w:sz w:val="17"/>
              </w:rPr>
              <w:t>supporteuimage</w:t>
            </w:r>
          </w:p>
        </w:tc>
        <w:tc>
          <w:tcPr>
            <w:tcW w:w="2304" w:type="dxa"/>
          </w:tcPr>
          <w:p w14:paraId="73916E88" w14:textId="77777777" w:rsidR="004D342C" w:rsidRDefault="00000000">
            <w:pPr>
              <w:spacing w:before="20" w:after="20"/>
              <w:ind w:firstLine="0"/>
            </w:pPr>
            <w:r>
              <w:rPr>
                <w:sz w:val="17"/>
              </w:rPr>
              <w:t>Support/Membership</w:t>
            </w:r>
          </w:p>
        </w:tc>
        <w:tc>
          <w:tcPr>
            <w:tcW w:w="3744" w:type="dxa"/>
          </w:tcPr>
          <w:p w14:paraId="2D4A4507" w14:textId="77777777" w:rsidR="004D342C" w:rsidRDefault="00000000">
            <w:pPr>
              <w:spacing w:before="20" w:after="20"/>
              <w:ind w:firstLine="0"/>
            </w:pPr>
            <w:r>
              <w:rPr>
                <w:sz w:val="17"/>
              </w:rPr>
              <w:t>EU IMAGE</w:t>
            </w:r>
          </w:p>
        </w:tc>
        <w:tc>
          <w:tcPr>
            <w:tcW w:w="720" w:type="dxa"/>
          </w:tcPr>
          <w:p w14:paraId="1546ED7F" w14:textId="77777777" w:rsidR="004D342C" w:rsidRDefault="00000000">
            <w:pPr>
              <w:spacing w:before="20" w:after="20"/>
              <w:ind w:firstLine="0"/>
              <w:jc w:val="right"/>
            </w:pPr>
            <w:r>
              <w:rPr>
                <w:sz w:val="17"/>
              </w:rPr>
              <w:t>53</w:t>
            </w:r>
          </w:p>
        </w:tc>
      </w:tr>
      <w:tr w:rsidR="004D342C" w14:paraId="0FFA9C60" w14:textId="77777777">
        <w:trPr>
          <w:cantSplit/>
          <w:jc w:val="center"/>
        </w:trPr>
        <w:tc>
          <w:tcPr>
            <w:tcW w:w="2160" w:type="dxa"/>
          </w:tcPr>
          <w:p w14:paraId="0EFF8941" w14:textId="77777777" w:rsidR="004D342C" w:rsidRDefault="00000000">
            <w:pPr>
              <w:spacing w:before="20" w:after="20"/>
              <w:ind w:firstLine="0"/>
            </w:pPr>
            <w:r>
              <w:rPr>
                <w:sz w:val="17"/>
              </w:rPr>
              <w:t>eurosupport</w:t>
            </w:r>
          </w:p>
        </w:tc>
        <w:tc>
          <w:tcPr>
            <w:tcW w:w="2304" w:type="dxa"/>
          </w:tcPr>
          <w:p w14:paraId="7C4145BF" w14:textId="77777777" w:rsidR="004D342C" w:rsidRDefault="00000000">
            <w:pPr>
              <w:spacing w:before="20" w:after="20"/>
              <w:ind w:firstLine="0"/>
            </w:pPr>
            <w:r>
              <w:rPr>
                <w:sz w:val="17"/>
              </w:rPr>
              <w:t>Support/Membership</w:t>
            </w:r>
          </w:p>
        </w:tc>
        <w:tc>
          <w:tcPr>
            <w:tcW w:w="3744" w:type="dxa"/>
          </w:tcPr>
          <w:p w14:paraId="6F1DA6FF" w14:textId="77777777" w:rsidR="004D342C" w:rsidRDefault="00000000">
            <w:pPr>
              <w:spacing w:before="20" w:after="20"/>
              <w:ind w:firstLine="0"/>
            </w:pPr>
            <w:r>
              <w:rPr>
                <w:sz w:val="17"/>
              </w:rPr>
              <w:t>EU PROPOSALS: SINGLE CURRENCY</w:t>
            </w:r>
          </w:p>
        </w:tc>
        <w:tc>
          <w:tcPr>
            <w:tcW w:w="720" w:type="dxa"/>
          </w:tcPr>
          <w:p w14:paraId="5F9C7328" w14:textId="77777777" w:rsidR="004D342C" w:rsidRDefault="00000000">
            <w:pPr>
              <w:spacing w:before="20" w:after="20"/>
              <w:ind w:firstLine="0"/>
              <w:jc w:val="right"/>
            </w:pPr>
            <w:r>
              <w:rPr>
                <w:sz w:val="17"/>
              </w:rPr>
              <w:t>52</w:t>
            </w:r>
          </w:p>
        </w:tc>
      </w:tr>
      <w:tr w:rsidR="004D342C" w14:paraId="5702CFB2" w14:textId="77777777">
        <w:trPr>
          <w:cantSplit/>
          <w:jc w:val="center"/>
        </w:trPr>
        <w:tc>
          <w:tcPr>
            <w:tcW w:w="2160" w:type="dxa"/>
          </w:tcPr>
          <w:p w14:paraId="1C4DD65C" w14:textId="77777777" w:rsidR="004D342C" w:rsidRDefault="00000000">
            <w:pPr>
              <w:spacing w:before="20" w:after="20"/>
              <w:ind w:firstLine="0"/>
            </w:pPr>
            <w:r>
              <w:rPr>
                <w:sz w:val="17"/>
              </w:rPr>
              <w:t>issuecrime</w:t>
            </w:r>
          </w:p>
        </w:tc>
        <w:tc>
          <w:tcPr>
            <w:tcW w:w="2304" w:type="dxa"/>
          </w:tcPr>
          <w:p w14:paraId="712545D6" w14:textId="77777777" w:rsidR="004D342C" w:rsidRDefault="00000000">
            <w:pPr>
              <w:spacing w:before="20" w:after="20"/>
              <w:ind w:firstLine="0"/>
            </w:pPr>
            <w:r>
              <w:rPr>
                <w:sz w:val="17"/>
              </w:rPr>
              <w:t>Hope/fear/jurisdiction/priorities</w:t>
            </w:r>
          </w:p>
        </w:tc>
        <w:tc>
          <w:tcPr>
            <w:tcW w:w="3744" w:type="dxa"/>
          </w:tcPr>
          <w:p w14:paraId="3DF50858" w14:textId="77777777" w:rsidR="004D342C" w:rsidRDefault="00000000">
            <w:pPr>
              <w:spacing w:before="20" w:after="20"/>
              <w:ind w:firstLine="0"/>
            </w:pPr>
            <w:r>
              <w:rPr>
                <w:sz w:val="17"/>
              </w:rPr>
              <w:t>IMPORTANT ISSUES CNTRY: CRIME</w:t>
            </w:r>
          </w:p>
        </w:tc>
        <w:tc>
          <w:tcPr>
            <w:tcW w:w="720" w:type="dxa"/>
          </w:tcPr>
          <w:p w14:paraId="7C4DFD7E" w14:textId="77777777" w:rsidR="004D342C" w:rsidRDefault="00000000">
            <w:pPr>
              <w:spacing w:before="20" w:after="20"/>
              <w:ind w:firstLine="0"/>
              <w:jc w:val="right"/>
            </w:pPr>
            <w:r>
              <w:rPr>
                <w:sz w:val="17"/>
              </w:rPr>
              <w:t>49</w:t>
            </w:r>
          </w:p>
        </w:tc>
      </w:tr>
      <w:tr w:rsidR="004D342C" w14:paraId="46599C4B" w14:textId="77777777">
        <w:trPr>
          <w:cantSplit/>
          <w:jc w:val="center"/>
        </w:trPr>
        <w:tc>
          <w:tcPr>
            <w:tcW w:w="2160" w:type="dxa"/>
          </w:tcPr>
          <w:p w14:paraId="21E6C27F" w14:textId="77777777" w:rsidR="004D342C" w:rsidRDefault="00000000">
            <w:pPr>
              <w:spacing w:before="20" w:after="20"/>
              <w:ind w:firstLine="0"/>
            </w:pPr>
            <w:r>
              <w:rPr>
                <w:sz w:val="17"/>
              </w:rPr>
              <w:t>issuedontknow</w:t>
            </w:r>
          </w:p>
        </w:tc>
        <w:tc>
          <w:tcPr>
            <w:tcW w:w="2304" w:type="dxa"/>
          </w:tcPr>
          <w:p w14:paraId="2CC04C04" w14:textId="77777777" w:rsidR="004D342C" w:rsidRDefault="00000000">
            <w:pPr>
              <w:spacing w:before="20" w:after="20"/>
              <w:ind w:firstLine="0"/>
            </w:pPr>
            <w:r>
              <w:rPr>
                <w:sz w:val="17"/>
              </w:rPr>
              <w:t>Hope/fear/jurisdiction/priorities</w:t>
            </w:r>
          </w:p>
        </w:tc>
        <w:tc>
          <w:tcPr>
            <w:tcW w:w="3744" w:type="dxa"/>
          </w:tcPr>
          <w:p w14:paraId="68311309" w14:textId="77777777" w:rsidR="004D342C" w:rsidRDefault="00000000">
            <w:pPr>
              <w:spacing w:before="20" w:after="20"/>
              <w:ind w:firstLine="0"/>
            </w:pPr>
            <w:r>
              <w:rPr>
                <w:sz w:val="17"/>
              </w:rPr>
              <w:t>IMPORTANT ISSUES CNTRY: DK (SPONT)</w:t>
            </w:r>
          </w:p>
        </w:tc>
        <w:tc>
          <w:tcPr>
            <w:tcW w:w="720" w:type="dxa"/>
          </w:tcPr>
          <w:p w14:paraId="3DB43B74" w14:textId="77777777" w:rsidR="004D342C" w:rsidRDefault="00000000">
            <w:pPr>
              <w:spacing w:before="20" w:after="20"/>
              <w:ind w:firstLine="0"/>
              <w:jc w:val="right"/>
            </w:pPr>
            <w:r>
              <w:rPr>
                <w:sz w:val="17"/>
              </w:rPr>
              <w:t>49</w:t>
            </w:r>
          </w:p>
        </w:tc>
      </w:tr>
      <w:tr w:rsidR="004D342C" w14:paraId="4984C39B" w14:textId="77777777">
        <w:trPr>
          <w:cantSplit/>
          <w:jc w:val="center"/>
        </w:trPr>
        <w:tc>
          <w:tcPr>
            <w:tcW w:w="2160" w:type="dxa"/>
          </w:tcPr>
          <w:p w14:paraId="76CDCA33" w14:textId="77777777" w:rsidR="004D342C" w:rsidRDefault="00000000">
            <w:pPr>
              <w:spacing w:before="20" w:after="20"/>
              <w:ind w:firstLine="0"/>
            </w:pPr>
            <w:r>
              <w:rPr>
                <w:sz w:val="17"/>
              </w:rPr>
              <w:t>issueeconomy</w:t>
            </w:r>
          </w:p>
        </w:tc>
        <w:tc>
          <w:tcPr>
            <w:tcW w:w="2304" w:type="dxa"/>
          </w:tcPr>
          <w:p w14:paraId="4FD30861" w14:textId="77777777" w:rsidR="004D342C" w:rsidRDefault="00000000">
            <w:pPr>
              <w:spacing w:before="20" w:after="20"/>
              <w:ind w:firstLine="0"/>
            </w:pPr>
            <w:r>
              <w:rPr>
                <w:sz w:val="17"/>
              </w:rPr>
              <w:t>Hope/fear/jurisdiction/priorities</w:t>
            </w:r>
          </w:p>
        </w:tc>
        <w:tc>
          <w:tcPr>
            <w:tcW w:w="3744" w:type="dxa"/>
          </w:tcPr>
          <w:p w14:paraId="6DF542D5" w14:textId="77777777" w:rsidR="004D342C" w:rsidRDefault="00000000">
            <w:pPr>
              <w:spacing w:before="20" w:after="20"/>
              <w:ind w:firstLine="0"/>
            </w:pPr>
            <w:r>
              <w:rPr>
                <w:sz w:val="17"/>
              </w:rPr>
              <w:t>IMPORTANT ISSUES CNTRY: ECONOMIC SITUATION</w:t>
            </w:r>
          </w:p>
        </w:tc>
        <w:tc>
          <w:tcPr>
            <w:tcW w:w="720" w:type="dxa"/>
          </w:tcPr>
          <w:p w14:paraId="7511DE29" w14:textId="77777777" w:rsidR="004D342C" w:rsidRDefault="00000000">
            <w:pPr>
              <w:spacing w:before="20" w:after="20"/>
              <w:ind w:firstLine="0"/>
              <w:jc w:val="right"/>
            </w:pPr>
            <w:r>
              <w:rPr>
                <w:sz w:val="17"/>
              </w:rPr>
              <w:t>49</w:t>
            </w:r>
          </w:p>
        </w:tc>
      </w:tr>
      <w:tr w:rsidR="004D342C" w14:paraId="151F0BE1" w14:textId="77777777">
        <w:trPr>
          <w:cantSplit/>
          <w:jc w:val="center"/>
        </w:trPr>
        <w:tc>
          <w:tcPr>
            <w:tcW w:w="2160" w:type="dxa"/>
          </w:tcPr>
          <w:p w14:paraId="0550DCC4" w14:textId="77777777" w:rsidR="004D342C" w:rsidRDefault="00000000">
            <w:pPr>
              <w:spacing w:before="20" w:after="20"/>
              <w:ind w:firstLine="0"/>
            </w:pPr>
            <w:r>
              <w:rPr>
                <w:sz w:val="17"/>
              </w:rPr>
              <w:t>issueeducation</w:t>
            </w:r>
          </w:p>
        </w:tc>
        <w:tc>
          <w:tcPr>
            <w:tcW w:w="2304" w:type="dxa"/>
          </w:tcPr>
          <w:p w14:paraId="0A31FB50" w14:textId="77777777" w:rsidR="004D342C" w:rsidRDefault="00000000">
            <w:pPr>
              <w:spacing w:before="20" w:after="20"/>
              <w:ind w:firstLine="0"/>
            </w:pPr>
            <w:r>
              <w:rPr>
                <w:sz w:val="17"/>
              </w:rPr>
              <w:t>Hope/fear/jurisdiction/priorities</w:t>
            </w:r>
          </w:p>
        </w:tc>
        <w:tc>
          <w:tcPr>
            <w:tcW w:w="3744" w:type="dxa"/>
          </w:tcPr>
          <w:p w14:paraId="3A82D0B4" w14:textId="77777777" w:rsidR="004D342C" w:rsidRDefault="00000000">
            <w:pPr>
              <w:spacing w:before="20" w:after="20"/>
              <w:ind w:firstLine="0"/>
            </w:pPr>
            <w:r>
              <w:rPr>
                <w:sz w:val="17"/>
              </w:rPr>
              <w:t>IMPORTANT ISSUES CNTRY: EDUCATION SYSTEM</w:t>
            </w:r>
          </w:p>
        </w:tc>
        <w:tc>
          <w:tcPr>
            <w:tcW w:w="720" w:type="dxa"/>
          </w:tcPr>
          <w:p w14:paraId="478D5C69" w14:textId="77777777" w:rsidR="004D342C" w:rsidRDefault="00000000">
            <w:pPr>
              <w:spacing w:before="20" w:after="20"/>
              <w:ind w:firstLine="0"/>
              <w:jc w:val="right"/>
            </w:pPr>
            <w:r>
              <w:rPr>
                <w:sz w:val="17"/>
              </w:rPr>
              <w:t>49</w:t>
            </w:r>
          </w:p>
        </w:tc>
      </w:tr>
      <w:tr w:rsidR="004D342C" w14:paraId="5A885AF3" w14:textId="77777777">
        <w:trPr>
          <w:cantSplit/>
          <w:jc w:val="center"/>
        </w:trPr>
        <w:tc>
          <w:tcPr>
            <w:tcW w:w="2160" w:type="dxa"/>
          </w:tcPr>
          <w:p w14:paraId="63176125" w14:textId="77777777" w:rsidR="004D342C" w:rsidRDefault="00000000">
            <w:pPr>
              <w:spacing w:before="20" w:after="20"/>
              <w:ind w:firstLine="0"/>
            </w:pPr>
            <w:r>
              <w:rPr>
                <w:sz w:val="17"/>
              </w:rPr>
              <w:t>issueimmigration</w:t>
            </w:r>
          </w:p>
        </w:tc>
        <w:tc>
          <w:tcPr>
            <w:tcW w:w="2304" w:type="dxa"/>
          </w:tcPr>
          <w:p w14:paraId="12F6C14E" w14:textId="77777777" w:rsidR="004D342C" w:rsidRDefault="00000000">
            <w:pPr>
              <w:spacing w:before="20" w:after="20"/>
              <w:ind w:firstLine="0"/>
            </w:pPr>
            <w:r>
              <w:rPr>
                <w:sz w:val="17"/>
              </w:rPr>
              <w:t>Immigration</w:t>
            </w:r>
          </w:p>
        </w:tc>
        <w:tc>
          <w:tcPr>
            <w:tcW w:w="3744" w:type="dxa"/>
          </w:tcPr>
          <w:p w14:paraId="1F62804A" w14:textId="77777777" w:rsidR="004D342C" w:rsidRDefault="00000000">
            <w:pPr>
              <w:spacing w:before="20" w:after="20"/>
              <w:ind w:firstLine="0"/>
            </w:pPr>
            <w:r>
              <w:rPr>
                <w:sz w:val="17"/>
              </w:rPr>
              <w:t>IMPORTANT ISSUES CNTRY: IMMIGRATION</w:t>
            </w:r>
          </w:p>
        </w:tc>
        <w:tc>
          <w:tcPr>
            <w:tcW w:w="720" w:type="dxa"/>
          </w:tcPr>
          <w:p w14:paraId="20E05E24" w14:textId="77777777" w:rsidR="004D342C" w:rsidRDefault="00000000">
            <w:pPr>
              <w:spacing w:before="20" w:after="20"/>
              <w:ind w:firstLine="0"/>
              <w:jc w:val="right"/>
            </w:pPr>
            <w:r>
              <w:rPr>
                <w:sz w:val="17"/>
              </w:rPr>
              <w:t>49</w:t>
            </w:r>
          </w:p>
        </w:tc>
      </w:tr>
      <w:tr w:rsidR="004D342C" w14:paraId="7D573401" w14:textId="77777777">
        <w:trPr>
          <w:cantSplit/>
          <w:jc w:val="center"/>
        </w:trPr>
        <w:tc>
          <w:tcPr>
            <w:tcW w:w="2160" w:type="dxa"/>
          </w:tcPr>
          <w:p w14:paraId="3C160E3E" w14:textId="77777777" w:rsidR="004D342C" w:rsidRDefault="00000000">
            <w:pPr>
              <w:spacing w:before="20" w:after="20"/>
              <w:ind w:firstLine="0"/>
            </w:pPr>
            <w:r>
              <w:rPr>
                <w:sz w:val="17"/>
              </w:rPr>
              <w:t>issueinflation</w:t>
            </w:r>
          </w:p>
        </w:tc>
        <w:tc>
          <w:tcPr>
            <w:tcW w:w="2304" w:type="dxa"/>
          </w:tcPr>
          <w:p w14:paraId="352D44EE" w14:textId="77777777" w:rsidR="004D342C" w:rsidRDefault="00000000">
            <w:pPr>
              <w:spacing w:before="20" w:after="20"/>
              <w:ind w:firstLine="0"/>
            </w:pPr>
            <w:r>
              <w:rPr>
                <w:sz w:val="17"/>
              </w:rPr>
              <w:t>Hope/fear/jurisdiction/priorities</w:t>
            </w:r>
          </w:p>
        </w:tc>
        <w:tc>
          <w:tcPr>
            <w:tcW w:w="3744" w:type="dxa"/>
          </w:tcPr>
          <w:p w14:paraId="24BA2139" w14:textId="77777777" w:rsidR="004D342C" w:rsidRDefault="00000000">
            <w:pPr>
              <w:spacing w:before="20" w:after="20"/>
              <w:ind w:firstLine="0"/>
            </w:pPr>
            <w:r>
              <w:rPr>
                <w:sz w:val="17"/>
              </w:rPr>
              <w:t>IMPORTANT ISSUES CNTRY: RISING PRICES/INFLATION</w:t>
            </w:r>
          </w:p>
        </w:tc>
        <w:tc>
          <w:tcPr>
            <w:tcW w:w="720" w:type="dxa"/>
          </w:tcPr>
          <w:p w14:paraId="13995B7B" w14:textId="77777777" w:rsidR="004D342C" w:rsidRDefault="00000000">
            <w:pPr>
              <w:spacing w:before="20" w:after="20"/>
              <w:ind w:firstLine="0"/>
              <w:jc w:val="right"/>
            </w:pPr>
            <w:r>
              <w:rPr>
                <w:sz w:val="17"/>
              </w:rPr>
              <w:t>49</w:t>
            </w:r>
          </w:p>
        </w:tc>
      </w:tr>
      <w:tr w:rsidR="004D342C" w14:paraId="01404227" w14:textId="77777777">
        <w:trPr>
          <w:cantSplit/>
          <w:jc w:val="center"/>
        </w:trPr>
        <w:tc>
          <w:tcPr>
            <w:tcW w:w="2160" w:type="dxa"/>
          </w:tcPr>
          <w:p w14:paraId="1572FEA8" w14:textId="77777777" w:rsidR="004D342C" w:rsidRDefault="00000000">
            <w:pPr>
              <w:spacing w:before="20" w:after="20"/>
              <w:ind w:firstLine="0"/>
            </w:pPr>
            <w:r>
              <w:rPr>
                <w:sz w:val="17"/>
              </w:rPr>
              <w:t>issuejobs</w:t>
            </w:r>
          </w:p>
        </w:tc>
        <w:tc>
          <w:tcPr>
            <w:tcW w:w="2304" w:type="dxa"/>
          </w:tcPr>
          <w:p w14:paraId="77A022E8" w14:textId="77777777" w:rsidR="004D342C" w:rsidRDefault="00000000">
            <w:pPr>
              <w:spacing w:before="20" w:after="20"/>
              <w:ind w:firstLine="0"/>
            </w:pPr>
            <w:r>
              <w:rPr>
                <w:sz w:val="17"/>
              </w:rPr>
              <w:t>Hope/fear/jurisdiction/priorities</w:t>
            </w:r>
          </w:p>
        </w:tc>
        <w:tc>
          <w:tcPr>
            <w:tcW w:w="3744" w:type="dxa"/>
          </w:tcPr>
          <w:p w14:paraId="5568211B" w14:textId="77777777" w:rsidR="004D342C" w:rsidRDefault="00000000">
            <w:pPr>
              <w:spacing w:before="20" w:after="20"/>
              <w:ind w:firstLine="0"/>
            </w:pPr>
            <w:r>
              <w:rPr>
                <w:sz w:val="17"/>
              </w:rPr>
              <w:t>IMPORTANT ISSUES CNTRY: UNEMPLOYMENT</w:t>
            </w:r>
          </w:p>
        </w:tc>
        <w:tc>
          <w:tcPr>
            <w:tcW w:w="720" w:type="dxa"/>
          </w:tcPr>
          <w:p w14:paraId="16CAE858" w14:textId="77777777" w:rsidR="004D342C" w:rsidRDefault="00000000">
            <w:pPr>
              <w:spacing w:before="20" w:after="20"/>
              <w:ind w:firstLine="0"/>
              <w:jc w:val="right"/>
            </w:pPr>
            <w:r>
              <w:rPr>
                <w:sz w:val="17"/>
              </w:rPr>
              <w:t>49</w:t>
            </w:r>
          </w:p>
        </w:tc>
      </w:tr>
      <w:tr w:rsidR="004D342C" w14:paraId="6F6B0458" w14:textId="77777777">
        <w:trPr>
          <w:cantSplit/>
          <w:jc w:val="center"/>
        </w:trPr>
        <w:tc>
          <w:tcPr>
            <w:tcW w:w="2160" w:type="dxa"/>
          </w:tcPr>
          <w:p w14:paraId="19367EE7" w14:textId="77777777" w:rsidR="004D342C" w:rsidRDefault="00000000">
            <w:pPr>
              <w:spacing w:before="20" w:after="20"/>
              <w:ind w:firstLine="0"/>
            </w:pPr>
            <w:r>
              <w:rPr>
                <w:sz w:val="17"/>
              </w:rPr>
              <w:t>issueother</w:t>
            </w:r>
          </w:p>
        </w:tc>
        <w:tc>
          <w:tcPr>
            <w:tcW w:w="2304" w:type="dxa"/>
          </w:tcPr>
          <w:p w14:paraId="5AAF2841" w14:textId="77777777" w:rsidR="004D342C" w:rsidRDefault="00000000">
            <w:pPr>
              <w:spacing w:before="20" w:after="20"/>
              <w:ind w:firstLine="0"/>
            </w:pPr>
            <w:r>
              <w:rPr>
                <w:sz w:val="17"/>
              </w:rPr>
              <w:t>Hope/fear/jurisdiction/priorities</w:t>
            </w:r>
          </w:p>
        </w:tc>
        <w:tc>
          <w:tcPr>
            <w:tcW w:w="3744" w:type="dxa"/>
          </w:tcPr>
          <w:p w14:paraId="0CA81DC5" w14:textId="77777777" w:rsidR="004D342C" w:rsidRDefault="00000000">
            <w:pPr>
              <w:spacing w:before="20" w:after="20"/>
              <w:ind w:firstLine="0"/>
            </w:pPr>
            <w:r>
              <w:rPr>
                <w:sz w:val="17"/>
              </w:rPr>
              <w:t>IMPORTANT ISSUES CNTRY: OTHER (SPONT)</w:t>
            </w:r>
          </w:p>
        </w:tc>
        <w:tc>
          <w:tcPr>
            <w:tcW w:w="720" w:type="dxa"/>
          </w:tcPr>
          <w:p w14:paraId="288AC9C3" w14:textId="77777777" w:rsidR="004D342C" w:rsidRDefault="00000000">
            <w:pPr>
              <w:spacing w:before="20" w:after="20"/>
              <w:ind w:firstLine="0"/>
              <w:jc w:val="right"/>
            </w:pPr>
            <w:r>
              <w:rPr>
                <w:sz w:val="17"/>
              </w:rPr>
              <w:t>49</w:t>
            </w:r>
          </w:p>
        </w:tc>
      </w:tr>
      <w:tr w:rsidR="004D342C" w14:paraId="665FA51E" w14:textId="77777777">
        <w:trPr>
          <w:cantSplit/>
          <w:jc w:val="center"/>
        </w:trPr>
        <w:tc>
          <w:tcPr>
            <w:tcW w:w="2160" w:type="dxa"/>
          </w:tcPr>
          <w:p w14:paraId="7792A13F" w14:textId="77777777" w:rsidR="004D342C" w:rsidRDefault="00000000">
            <w:pPr>
              <w:spacing w:before="20" w:after="20"/>
              <w:ind w:firstLine="0"/>
            </w:pPr>
            <w:r>
              <w:rPr>
                <w:sz w:val="17"/>
              </w:rPr>
              <w:lastRenderedPageBreak/>
              <w:t>regionbe</w:t>
            </w:r>
          </w:p>
        </w:tc>
        <w:tc>
          <w:tcPr>
            <w:tcW w:w="2304" w:type="dxa"/>
          </w:tcPr>
          <w:p w14:paraId="4F40E2B3" w14:textId="77777777" w:rsidR="004D342C" w:rsidRDefault="00000000">
            <w:pPr>
              <w:spacing w:before="20" w:after="20"/>
              <w:ind w:firstLine="0"/>
            </w:pPr>
            <w:r>
              <w:rPr>
                <w:sz w:val="17"/>
              </w:rPr>
              <w:t>Admin/ID</w:t>
            </w:r>
          </w:p>
        </w:tc>
        <w:tc>
          <w:tcPr>
            <w:tcW w:w="3744" w:type="dxa"/>
          </w:tcPr>
          <w:p w14:paraId="0745CDC3" w14:textId="77777777" w:rsidR="004D342C" w:rsidRDefault="00000000">
            <w:pPr>
              <w:spacing w:before="20" w:after="20"/>
              <w:ind w:firstLine="0"/>
            </w:pPr>
            <w:r>
              <w:rPr>
                <w:sz w:val="17"/>
              </w:rPr>
              <w:t>REGION BELGIUM</w:t>
            </w:r>
          </w:p>
        </w:tc>
        <w:tc>
          <w:tcPr>
            <w:tcW w:w="720" w:type="dxa"/>
          </w:tcPr>
          <w:p w14:paraId="1BF3786D" w14:textId="77777777" w:rsidR="004D342C" w:rsidRDefault="00000000">
            <w:pPr>
              <w:spacing w:before="20" w:after="20"/>
              <w:ind w:firstLine="0"/>
              <w:jc w:val="right"/>
            </w:pPr>
            <w:r>
              <w:rPr>
                <w:sz w:val="17"/>
              </w:rPr>
              <w:t>69</w:t>
            </w:r>
          </w:p>
        </w:tc>
      </w:tr>
      <w:tr w:rsidR="004D342C" w14:paraId="5FF08E6E" w14:textId="77777777">
        <w:trPr>
          <w:cantSplit/>
          <w:jc w:val="center"/>
        </w:trPr>
        <w:tc>
          <w:tcPr>
            <w:tcW w:w="2160" w:type="dxa"/>
          </w:tcPr>
          <w:p w14:paraId="7E4E6096" w14:textId="77777777" w:rsidR="004D342C" w:rsidRDefault="00000000">
            <w:pPr>
              <w:spacing w:before="20" w:after="20"/>
              <w:ind w:firstLine="0"/>
            </w:pPr>
            <w:r>
              <w:rPr>
                <w:sz w:val="17"/>
              </w:rPr>
              <w:t>regiones</w:t>
            </w:r>
          </w:p>
        </w:tc>
        <w:tc>
          <w:tcPr>
            <w:tcW w:w="2304" w:type="dxa"/>
          </w:tcPr>
          <w:p w14:paraId="1FDC61E4" w14:textId="77777777" w:rsidR="004D342C" w:rsidRDefault="00000000">
            <w:pPr>
              <w:spacing w:before="20" w:after="20"/>
              <w:ind w:firstLine="0"/>
            </w:pPr>
            <w:r>
              <w:rPr>
                <w:sz w:val="17"/>
              </w:rPr>
              <w:t>Admin/ID</w:t>
            </w:r>
          </w:p>
        </w:tc>
        <w:tc>
          <w:tcPr>
            <w:tcW w:w="3744" w:type="dxa"/>
          </w:tcPr>
          <w:p w14:paraId="64A423FE" w14:textId="77777777" w:rsidR="004D342C" w:rsidRDefault="00000000">
            <w:pPr>
              <w:spacing w:before="20" w:after="20"/>
              <w:ind w:firstLine="0"/>
            </w:pPr>
            <w:r>
              <w:rPr>
                <w:sz w:val="17"/>
              </w:rPr>
              <w:t>REGION SPAIN (seven-group NUTS-1 scheme)</w:t>
            </w:r>
          </w:p>
        </w:tc>
        <w:tc>
          <w:tcPr>
            <w:tcW w:w="720" w:type="dxa"/>
          </w:tcPr>
          <w:p w14:paraId="0805C202" w14:textId="77777777" w:rsidR="004D342C" w:rsidRDefault="00000000">
            <w:pPr>
              <w:spacing w:before="20" w:after="20"/>
              <w:ind w:firstLine="0"/>
              <w:jc w:val="right"/>
            </w:pPr>
            <w:r>
              <w:rPr>
                <w:sz w:val="17"/>
              </w:rPr>
              <w:t>55</w:t>
            </w:r>
          </w:p>
        </w:tc>
      </w:tr>
      <w:tr w:rsidR="004D342C" w14:paraId="67EDD7E2" w14:textId="77777777">
        <w:trPr>
          <w:cantSplit/>
          <w:jc w:val="center"/>
        </w:trPr>
        <w:tc>
          <w:tcPr>
            <w:tcW w:w="2160" w:type="dxa"/>
          </w:tcPr>
          <w:p w14:paraId="2A950BA5" w14:textId="77777777" w:rsidR="004D342C" w:rsidRDefault="00000000">
            <w:pPr>
              <w:spacing w:before="20" w:after="20"/>
              <w:ind w:firstLine="0"/>
            </w:pPr>
            <w:r>
              <w:rPr>
                <w:sz w:val="17"/>
              </w:rPr>
              <w:t>voteintentionNAT2</w:t>
            </w:r>
          </w:p>
        </w:tc>
        <w:tc>
          <w:tcPr>
            <w:tcW w:w="2304" w:type="dxa"/>
          </w:tcPr>
          <w:p w14:paraId="32EC922F" w14:textId="77777777" w:rsidR="004D342C" w:rsidRDefault="00000000">
            <w:pPr>
              <w:spacing w:before="20" w:after="20"/>
              <w:ind w:firstLine="0"/>
            </w:pPr>
            <w:r>
              <w:rPr>
                <w:sz w:val="17"/>
              </w:rPr>
              <w:t>Elections/Values</w:t>
            </w:r>
          </w:p>
        </w:tc>
        <w:tc>
          <w:tcPr>
            <w:tcW w:w="3744" w:type="dxa"/>
          </w:tcPr>
          <w:p w14:paraId="38B0D55D" w14:textId="77777777" w:rsidR="004D342C" w:rsidRDefault="00000000">
            <w:pPr>
              <w:spacing w:before="20" w:after="20"/>
              <w:ind w:firstLine="0"/>
            </w:pPr>
            <w:r>
              <w:rPr>
                <w:sz w:val="17"/>
              </w:rPr>
              <w:t>D4 VOTE INTENTION</w:t>
            </w:r>
          </w:p>
        </w:tc>
        <w:tc>
          <w:tcPr>
            <w:tcW w:w="720" w:type="dxa"/>
          </w:tcPr>
          <w:p w14:paraId="72F624C7" w14:textId="77777777" w:rsidR="004D342C" w:rsidRDefault="00000000">
            <w:pPr>
              <w:spacing w:before="20" w:after="20"/>
              <w:ind w:firstLine="0"/>
              <w:jc w:val="right"/>
            </w:pPr>
            <w:r>
              <w:rPr>
                <w:sz w:val="17"/>
              </w:rPr>
              <w:t>49</w:t>
            </w:r>
          </w:p>
        </w:tc>
      </w:tr>
      <w:tr w:rsidR="004D342C" w14:paraId="0D4CA5D4" w14:textId="77777777">
        <w:trPr>
          <w:cantSplit/>
          <w:jc w:val="center"/>
        </w:trPr>
        <w:tc>
          <w:tcPr>
            <w:tcW w:w="2160" w:type="dxa"/>
          </w:tcPr>
          <w:p w14:paraId="2A7FE107" w14:textId="77777777" w:rsidR="004D342C" w:rsidRDefault="00000000">
            <w:pPr>
              <w:spacing w:before="20" w:after="20"/>
              <w:ind w:firstLine="0"/>
            </w:pPr>
            <w:r>
              <w:rPr>
                <w:sz w:val="17"/>
              </w:rPr>
              <w:t>issuetaxes</w:t>
            </w:r>
          </w:p>
        </w:tc>
        <w:tc>
          <w:tcPr>
            <w:tcW w:w="2304" w:type="dxa"/>
          </w:tcPr>
          <w:p w14:paraId="06E8A0EA" w14:textId="77777777" w:rsidR="004D342C" w:rsidRDefault="00000000">
            <w:pPr>
              <w:spacing w:before="20" w:after="20"/>
              <w:ind w:firstLine="0"/>
            </w:pPr>
            <w:r>
              <w:rPr>
                <w:sz w:val="17"/>
              </w:rPr>
              <w:t>Hope/fear/jurisdiction/priorities</w:t>
            </w:r>
          </w:p>
        </w:tc>
        <w:tc>
          <w:tcPr>
            <w:tcW w:w="3744" w:type="dxa"/>
          </w:tcPr>
          <w:p w14:paraId="2571DC8B" w14:textId="77777777" w:rsidR="004D342C" w:rsidRDefault="00000000">
            <w:pPr>
              <w:spacing w:before="20" w:after="20"/>
              <w:ind w:firstLine="0"/>
            </w:pPr>
            <w:r>
              <w:rPr>
                <w:sz w:val="17"/>
              </w:rPr>
              <w:t>important issues cntry: taxation</w:t>
            </w:r>
          </w:p>
        </w:tc>
        <w:tc>
          <w:tcPr>
            <w:tcW w:w="720" w:type="dxa"/>
          </w:tcPr>
          <w:p w14:paraId="1C26886E" w14:textId="77777777" w:rsidR="004D342C" w:rsidRDefault="00000000">
            <w:pPr>
              <w:spacing w:before="20" w:after="20"/>
              <w:ind w:firstLine="0"/>
              <w:jc w:val="right"/>
            </w:pPr>
            <w:r>
              <w:rPr>
                <w:sz w:val="17"/>
              </w:rPr>
              <w:t>47</w:t>
            </w:r>
          </w:p>
        </w:tc>
      </w:tr>
      <w:tr w:rsidR="004D342C" w14:paraId="174C95CE" w14:textId="77777777">
        <w:trPr>
          <w:cantSplit/>
          <w:jc w:val="center"/>
        </w:trPr>
        <w:tc>
          <w:tcPr>
            <w:tcW w:w="2160" w:type="dxa"/>
          </w:tcPr>
          <w:p w14:paraId="50825C87" w14:textId="77777777" w:rsidR="004D342C" w:rsidRDefault="00000000">
            <w:pPr>
              <w:spacing w:before="20" w:after="20"/>
              <w:ind w:firstLine="0"/>
            </w:pPr>
            <w:r>
              <w:rPr>
                <w:sz w:val="17"/>
              </w:rPr>
              <w:t>issuehousing</w:t>
            </w:r>
          </w:p>
        </w:tc>
        <w:tc>
          <w:tcPr>
            <w:tcW w:w="2304" w:type="dxa"/>
          </w:tcPr>
          <w:p w14:paraId="34248ED2" w14:textId="77777777" w:rsidR="004D342C" w:rsidRDefault="00000000">
            <w:pPr>
              <w:spacing w:before="20" w:after="20"/>
              <w:ind w:firstLine="0"/>
            </w:pPr>
            <w:r>
              <w:rPr>
                <w:sz w:val="17"/>
              </w:rPr>
              <w:t>Hope/fear/jurisdiction/priorities</w:t>
            </w:r>
          </w:p>
        </w:tc>
        <w:tc>
          <w:tcPr>
            <w:tcW w:w="3744" w:type="dxa"/>
          </w:tcPr>
          <w:p w14:paraId="7987D7B7" w14:textId="77777777" w:rsidR="004D342C" w:rsidRDefault="00000000">
            <w:pPr>
              <w:spacing w:before="20" w:after="20"/>
              <w:ind w:firstLine="0"/>
            </w:pPr>
            <w:r>
              <w:rPr>
                <w:sz w:val="17"/>
              </w:rPr>
              <w:t>IMPORTANT ISSUES CNTRY: HOUSING</w:t>
            </w:r>
          </w:p>
        </w:tc>
        <w:tc>
          <w:tcPr>
            <w:tcW w:w="720" w:type="dxa"/>
          </w:tcPr>
          <w:p w14:paraId="6B6B87FB" w14:textId="77777777" w:rsidR="004D342C" w:rsidRDefault="00000000">
            <w:pPr>
              <w:spacing w:before="20" w:after="20"/>
              <w:ind w:firstLine="0"/>
              <w:jc w:val="right"/>
            </w:pPr>
            <w:r>
              <w:rPr>
                <w:sz w:val="17"/>
              </w:rPr>
              <w:t>46</w:t>
            </w:r>
          </w:p>
        </w:tc>
      </w:tr>
      <w:tr w:rsidR="004D342C" w14:paraId="116646E2" w14:textId="77777777">
        <w:trPr>
          <w:cantSplit/>
          <w:jc w:val="center"/>
        </w:trPr>
        <w:tc>
          <w:tcPr>
            <w:tcW w:w="2160" w:type="dxa"/>
          </w:tcPr>
          <w:p w14:paraId="701BCFC8" w14:textId="77777777" w:rsidR="004D342C" w:rsidRDefault="00000000">
            <w:pPr>
              <w:spacing w:before="20" w:after="20"/>
              <w:ind w:firstLine="0"/>
            </w:pPr>
            <w:r>
              <w:rPr>
                <w:sz w:val="17"/>
              </w:rPr>
              <w:t>issuepensions</w:t>
            </w:r>
          </w:p>
        </w:tc>
        <w:tc>
          <w:tcPr>
            <w:tcW w:w="2304" w:type="dxa"/>
          </w:tcPr>
          <w:p w14:paraId="75FF2496" w14:textId="77777777" w:rsidR="004D342C" w:rsidRDefault="00000000">
            <w:pPr>
              <w:spacing w:before="20" w:after="20"/>
              <w:ind w:firstLine="0"/>
            </w:pPr>
            <w:r>
              <w:rPr>
                <w:sz w:val="17"/>
              </w:rPr>
              <w:t>Hope/fear/jurisdiction/priorities</w:t>
            </w:r>
          </w:p>
        </w:tc>
        <w:tc>
          <w:tcPr>
            <w:tcW w:w="3744" w:type="dxa"/>
          </w:tcPr>
          <w:p w14:paraId="582B9549" w14:textId="77777777" w:rsidR="004D342C" w:rsidRDefault="00000000">
            <w:pPr>
              <w:spacing w:before="20" w:after="20"/>
              <w:ind w:firstLine="0"/>
            </w:pPr>
            <w:r>
              <w:rPr>
                <w:sz w:val="17"/>
              </w:rPr>
              <w:t>IMPORTANT ISSUES CNTRY: PENSIONS</w:t>
            </w:r>
          </w:p>
        </w:tc>
        <w:tc>
          <w:tcPr>
            <w:tcW w:w="720" w:type="dxa"/>
          </w:tcPr>
          <w:p w14:paraId="1B0B0908" w14:textId="77777777" w:rsidR="004D342C" w:rsidRDefault="00000000">
            <w:pPr>
              <w:spacing w:before="20" w:after="20"/>
              <w:ind w:firstLine="0"/>
              <w:jc w:val="right"/>
            </w:pPr>
            <w:r>
              <w:rPr>
                <w:sz w:val="17"/>
              </w:rPr>
              <w:t>46</w:t>
            </w:r>
          </w:p>
        </w:tc>
      </w:tr>
      <w:tr w:rsidR="004D342C" w14:paraId="2A040166" w14:textId="77777777">
        <w:trPr>
          <w:cantSplit/>
          <w:jc w:val="center"/>
        </w:trPr>
        <w:tc>
          <w:tcPr>
            <w:tcW w:w="2160" w:type="dxa"/>
          </w:tcPr>
          <w:p w14:paraId="1BBA10D0" w14:textId="77777777" w:rsidR="004D342C" w:rsidRDefault="00000000">
            <w:pPr>
              <w:spacing w:before="20" w:after="20"/>
              <w:ind w:firstLine="0"/>
            </w:pPr>
            <w:r>
              <w:rPr>
                <w:sz w:val="17"/>
              </w:rPr>
              <w:t>issueterrorism</w:t>
            </w:r>
          </w:p>
        </w:tc>
        <w:tc>
          <w:tcPr>
            <w:tcW w:w="2304" w:type="dxa"/>
          </w:tcPr>
          <w:p w14:paraId="4C23C4B1" w14:textId="77777777" w:rsidR="004D342C" w:rsidRDefault="00000000">
            <w:pPr>
              <w:spacing w:before="20" w:after="20"/>
              <w:ind w:firstLine="0"/>
            </w:pPr>
            <w:r>
              <w:rPr>
                <w:sz w:val="17"/>
              </w:rPr>
              <w:t>Hope/fear/jurisdiction/priorities</w:t>
            </w:r>
          </w:p>
        </w:tc>
        <w:tc>
          <w:tcPr>
            <w:tcW w:w="3744" w:type="dxa"/>
          </w:tcPr>
          <w:p w14:paraId="133D9EEF" w14:textId="77777777" w:rsidR="004D342C" w:rsidRDefault="00000000">
            <w:pPr>
              <w:spacing w:before="20" w:after="20"/>
              <w:ind w:firstLine="0"/>
            </w:pPr>
            <w:r>
              <w:rPr>
                <w:sz w:val="17"/>
              </w:rPr>
              <w:t>IMPORTANT ISSUES CNTRY: TERRORISM</w:t>
            </w:r>
          </w:p>
        </w:tc>
        <w:tc>
          <w:tcPr>
            <w:tcW w:w="720" w:type="dxa"/>
          </w:tcPr>
          <w:p w14:paraId="3E06E821" w14:textId="77777777" w:rsidR="004D342C" w:rsidRDefault="00000000">
            <w:pPr>
              <w:spacing w:before="20" w:after="20"/>
              <w:ind w:firstLine="0"/>
              <w:jc w:val="right"/>
            </w:pPr>
            <w:r>
              <w:rPr>
                <w:sz w:val="17"/>
              </w:rPr>
              <w:t>46</w:t>
            </w:r>
          </w:p>
        </w:tc>
      </w:tr>
      <w:tr w:rsidR="004D342C" w14:paraId="6BCC1F53" w14:textId="77777777">
        <w:trPr>
          <w:cantSplit/>
          <w:jc w:val="center"/>
        </w:trPr>
        <w:tc>
          <w:tcPr>
            <w:tcW w:w="2160" w:type="dxa"/>
          </w:tcPr>
          <w:p w14:paraId="76B65D80" w14:textId="77777777" w:rsidR="004D342C" w:rsidRDefault="00000000">
            <w:pPr>
              <w:spacing w:before="20" w:after="20"/>
              <w:ind w:firstLine="0"/>
            </w:pPr>
            <w:r>
              <w:rPr>
                <w:sz w:val="17"/>
              </w:rPr>
              <w:t>jurisdenviron</w:t>
            </w:r>
          </w:p>
        </w:tc>
        <w:tc>
          <w:tcPr>
            <w:tcW w:w="2304" w:type="dxa"/>
          </w:tcPr>
          <w:p w14:paraId="4D2DE139" w14:textId="77777777" w:rsidR="004D342C" w:rsidRDefault="00000000">
            <w:pPr>
              <w:spacing w:before="20" w:after="20"/>
              <w:ind w:firstLine="0"/>
            </w:pPr>
            <w:r>
              <w:rPr>
                <w:sz w:val="17"/>
              </w:rPr>
              <w:t>Hope/fear/jurisdiction/priorities</w:t>
            </w:r>
          </w:p>
        </w:tc>
        <w:tc>
          <w:tcPr>
            <w:tcW w:w="3744" w:type="dxa"/>
          </w:tcPr>
          <w:p w14:paraId="74262CEF" w14:textId="77777777" w:rsidR="004D342C" w:rsidRDefault="00000000">
            <w:pPr>
              <w:spacing w:before="20" w:after="20"/>
              <w:ind w:firstLine="0"/>
            </w:pPr>
            <w:r>
              <w:rPr>
                <w:sz w:val="17"/>
              </w:rPr>
              <w:t>QA20 EU COMMON POLICY: ENVIRONMENT PROTEC</w:t>
            </w:r>
          </w:p>
        </w:tc>
        <w:tc>
          <w:tcPr>
            <w:tcW w:w="720" w:type="dxa"/>
          </w:tcPr>
          <w:p w14:paraId="7796B5DF" w14:textId="77777777" w:rsidR="004D342C" w:rsidRDefault="00000000">
            <w:pPr>
              <w:spacing w:before="20" w:after="20"/>
              <w:ind w:firstLine="0"/>
              <w:jc w:val="right"/>
            </w:pPr>
            <w:r>
              <w:rPr>
                <w:sz w:val="17"/>
              </w:rPr>
              <w:t>46</w:t>
            </w:r>
          </w:p>
        </w:tc>
      </w:tr>
      <w:tr w:rsidR="004D342C" w14:paraId="03737B97" w14:textId="77777777">
        <w:trPr>
          <w:cantSplit/>
          <w:jc w:val="center"/>
        </w:trPr>
        <w:tc>
          <w:tcPr>
            <w:tcW w:w="2160" w:type="dxa"/>
          </w:tcPr>
          <w:p w14:paraId="10DAA1F9" w14:textId="77777777" w:rsidR="004D342C" w:rsidRDefault="00000000">
            <w:pPr>
              <w:spacing w:before="20" w:after="20"/>
              <w:ind w:firstLine="0"/>
            </w:pPr>
            <w:r>
              <w:rPr>
                <w:sz w:val="17"/>
              </w:rPr>
              <w:t>perpersonalinfluence</w:t>
            </w:r>
          </w:p>
        </w:tc>
        <w:tc>
          <w:tcPr>
            <w:tcW w:w="2304" w:type="dxa"/>
          </w:tcPr>
          <w:p w14:paraId="2E8499CF" w14:textId="77777777" w:rsidR="004D342C" w:rsidRDefault="00000000">
            <w:pPr>
              <w:spacing w:before="20" w:after="20"/>
              <w:ind w:firstLine="0"/>
            </w:pPr>
            <w:r>
              <w:rPr>
                <w:sz w:val="17"/>
              </w:rPr>
              <w:t>Democratic/EU institutions</w:t>
            </w:r>
          </w:p>
        </w:tc>
        <w:tc>
          <w:tcPr>
            <w:tcW w:w="3744" w:type="dxa"/>
          </w:tcPr>
          <w:p w14:paraId="300D7790" w14:textId="77777777" w:rsidR="004D342C" w:rsidRDefault="00000000">
            <w:pPr>
              <w:spacing w:before="20" w:after="20"/>
              <w:ind w:firstLine="0"/>
            </w:pPr>
            <w:r>
              <w:rPr>
                <w:sz w:val="17"/>
              </w:rPr>
              <w:t>MY VOICE COUNTS - IN THE EU</w:t>
            </w:r>
          </w:p>
        </w:tc>
        <w:tc>
          <w:tcPr>
            <w:tcW w:w="720" w:type="dxa"/>
          </w:tcPr>
          <w:p w14:paraId="0FB08F3B" w14:textId="77777777" w:rsidR="004D342C" w:rsidRDefault="00000000">
            <w:pPr>
              <w:spacing w:before="20" w:after="20"/>
              <w:ind w:firstLine="0"/>
              <w:jc w:val="right"/>
            </w:pPr>
            <w:r>
              <w:rPr>
                <w:sz w:val="17"/>
              </w:rPr>
              <w:t>46</w:t>
            </w:r>
          </w:p>
        </w:tc>
      </w:tr>
      <w:tr w:rsidR="004D342C" w14:paraId="5AE54EBA" w14:textId="77777777">
        <w:trPr>
          <w:cantSplit/>
          <w:jc w:val="center"/>
        </w:trPr>
        <w:tc>
          <w:tcPr>
            <w:tcW w:w="2160" w:type="dxa"/>
          </w:tcPr>
          <w:p w14:paraId="00590954" w14:textId="77777777" w:rsidR="004D342C" w:rsidRDefault="00000000">
            <w:pPr>
              <w:spacing w:before="20" w:after="20"/>
              <w:ind w:firstLine="0"/>
            </w:pPr>
            <w:r>
              <w:rPr>
                <w:sz w:val="17"/>
              </w:rPr>
              <w:t>knowtestMEPs</w:t>
            </w:r>
          </w:p>
        </w:tc>
        <w:tc>
          <w:tcPr>
            <w:tcW w:w="2304" w:type="dxa"/>
          </w:tcPr>
          <w:p w14:paraId="72C79B34" w14:textId="77777777" w:rsidR="004D342C" w:rsidRDefault="00000000">
            <w:pPr>
              <w:spacing w:before="20" w:after="20"/>
              <w:ind w:firstLine="0"/>
            </w:pPr>
            <w:r>
              <w:rPr>
                <w:sz w:val="17"/>
              </w:rPr>
              <w:t>Knowledge/media</w:t>
            </w:r>
          </w:p>
        </w:tc>
        <w:tc>
          <w:tcPr>
            <w:tcW w:w="3744" w:type="dxa"/>
          </w:tcPr>
          <w:p w14:paraId="6E9A02DD" w14:textId="77777777" w:rsidR="004D342C" w:rsidRDefault="00000000">
            <w:pPr>
              <w:spacing w:before="20" w:after="20"/>
              <w:ind w:firstLine="0"/>
            </w:pPr>
            <w:r>
              <w:rPr>
                <w:sz w:val="17"/>
              </w:rPr>
              <w:t>EU KNOWLEDGE: EP MEMBERS ELECTION</w:t>
            </w:r>
          </w:p>
        </w:tc>
        <w:tc>
          <w:tcPr>
            <w:tcW w:w="720" w:type="dxa"/>
          </w:tcPr>
          <w:p w14:paraId="256CD2F2" w14:textId="77777777" w:rsidR="004D342C" w:rsidRDefault="00000000">
            <w:pPr>
              <w:spacing w:before="20" w:after="20"/>
              <w:ind w:firstLine="0"/>
              <w:jc w:val="right"/>
            </w:pPr>
            <w:r>
              <w:rPr>
                <w:sz w:val="17"/>
              </w:rPr>
              <w:t>42</w:t>
            </w:r>
          </w:p>
        </w:tc>
      </w:tr>
      <w:tr w:rsidR="004D342C" w14:paraId="0CB173EF" w14:textId="77777777">
        <w:trPr>
          <w:cantSplit/>
          <w:jc w:val="center"/>
        </w:trPr>
        <w:tc>
          <w:tcPr>
            <w:tcW w:w="2160" w:type="dxa"/>
          </w:tcPr>
          <w:p w14:paraId="2A0A13FB" w14:textId="77777777" w:rsidR="004D342C" w:rsidRDefault="00000000">
            <w:pPr>
              <w:spacing w:before="20" w:after="20"/>
              <w:ind w:firstLine="0"/>
            </w:pPr>
            <w:r>
              <w:rPr>
                <w:sz w:val="17"/>
              </w:rPr>
              <w:t>meansbureacracy</w:t>
            </w:r>
          </w:p>
        </w:tc>
        <w:tc>
          <w:tcPr>
            <w:tcW w:w="2304" w:type="dxa"/>
          </w:tcPr>
          <w:p w14:paraId="5FAD58ED" w14:textId="77777777" w:rsidR="004D342C" w:rsidRDefault="00000000">
            <w:pPr>
              <w:spacing w:before="20" w:after="20"/>
              <w:ind w:firstLine="0"/>
            </w:pPr>
            <w:r>
              <w:rPr>
                <w:sz w:val="17"/>
              </w:rPr>
              <w:t>Hope/fear/jurisdiction/priorities</w:t>
            </w:r>
          </w:p>
        </w:tc>
        <w:tc>
          <w:tcPr>
            <w:tcW w:w="3744" w:type="dxa"/>
          </w:tcPr>
          <w:p w14:paraId="183966A6" w14:textId="77777777" w:rsidR="004D342C" w:rsidRDefault="00000000">
            <w:pPr>
              <w:spacing w:before="20" w:after="20"/>
              <w:ind w:firstLine="0"/>
            </w:pPr>
            <w:r>
              <w:rPr>
                <w:sz w:val="17"/>
              </w:rPr>
              <w:t>EU MEANING: BUREAUCRACY</w:t>
            </w:r>
          </w:p>
        </w:tc>
        <w:tc>
          <w:tcPr>
            <w:tcW w:w="720" w:type="dxa"/>
          </w:tcPr>
          <w:p w14:paraId="6D23AD04" w14:textId="77777777" w:rsidR="004D342C" w:rsidRDefault="00000000">
            <w:pPr>
              <w:spacing w:before="20" w:after="20"/>
              <w:ind w:firstLine="0"/>
              <w:jc w:val="right"/>
            </w:pPr>
            <w:r>
              <w:rPr>
                <w:sz w:val="17"/>
              </w:rPr>
              <w:t>42</w:t>
            </w:r>
          </w:p>
        </w:tc>
      </w:tr>
      <w:tr w:rsidR="004D342C" w14:paraId="52D3CBD1" w14:textId="77777777">
        <w:trPr>
          <w:cantSplit/>
          <w:jc w:val="center"/>
        </w:trPr>
        <w:tc>
          <w:tcPr>
            <w:tcW w:w="2160" w:type="dxa"/>
          </w:tcPr>
          <w:p w14:paraId="0EB94682" w14:textId="77777777" w:rsidR="004D342C" w:rsidRDefault="00000000">
            <w:pPr>
              <w:spacing w:before="20" w:after="20"/>
              <w:ind w:firstLine="0"/>
            </w:pPr>
            <w:r>
              <w:rPr>
                <w:sz w:val="17"/>
              </w:rPr>
              <w:t>meanscrime</w:t>
            </w:r>
          </w:p>
        </w:tc>
        <w:tc>
          <w:tcPr>
            <w:tcW w:w="2304" w:type="dxa"/>
          </w:tcPr>
          <w:p w14:paraId="74D2A2EB" w14:textId="77777777" w:rsidR="004D342C" w:rsidRDefault="00000000">
            <w:pPr>
              <w:spacing w:before="20" w:after="20"/>
              <w:ind w:firstLine="0"/>
            </w:pPr>
            <w:r>
              <w:rPr>
                <w:sz w:val="17"/>
              </w:rPr>
              <w:t>Hope/fear/jurisdiction/priorities</w:t>
            </w:r>
          </w:p>
        </w:tc>
        <w:tc>
          <w:tcPr>
            <w:tcW w:w="3744" w:type="dxa"/>
          </w:tcPr>
          <w:p w14:paraId="4FC10C54" w14:textId="77777777" w:rsidR="004D342C" w:rsidRDefault="00000000">
            <w:pPr>
              <w:spacing w:before="20" w:after="20"/>
              <w:ind w:firstLine="0"/>
            </w:pPr>
            <w:r>
              <w:rPr>
                <w:sz w:val="17"/>
              </w:rPr>
              <w:t>EU MEANING: MORE CRIME</w:t>
            </w:r>
          </w:p>
        </w:tc>
        <w:tc>
          <w:tcPr>
            <w:tcW w:w="720" w:type="dxa"/>
          </w:tcPr>
          <w:p w14:paraId="3C02CF34" w14:textId="77777777" w:rsidR="004D342C" w:rsidRDefault="00000000">
            <w:pPr>
              <w:spacing w:before="20" w:after="20"/>
              <w:ind w:firstLine="0"/>
              <w:jc w:val="right"/>
            </w:pPr>
            <w:r>
              <w:rPr>
                <w:sz w:val="17"/>
              </w:rPr>
              <w:t>42</w:t>
            </w:r>
          </w:p>
        </w:tc>
      </w:tr>
      <w:tr w:rsidR="004D342C" w14:paraId="427E7300" w14:textId="77777777">
        <w:trPr>
          <w:cantSplit/>
          <w:jc w:val="center"/>
        </w:trPr>
        <w:tc>
          <w:tcPr>
            <w:tcW w:w="2160" w:type="dxa"/>
          </w:tcPr>
          <w:p w14:paraId="223EE72C" w14:textId="77777777" w:rsidR="004D342C" w:rsidRDefault="00000000">
            <w:pPr>
              <w:spacing w:before="20" w:after="20"/>
              <w:ind w:firstLine="0"/>
            </w:pPr>
            <w:r>
              <w:rPr>
                <w:sz w:val="17"/>
              </w:rPr>
              <w:t>meansdiversity</w:t>
            </w:r>
          </w:p>
        </w:tc>
        <w:tc>
          <w:tcPr>
            <w:tcW w:w="2304" w:type="dxa"/>
          </w:tcPr>
          <w:p w14:paraId="62373915" w14:textId="77777777" w:rsidR="004D342C" w:rsidRDefault="00000000">
            <w:pPr>
              <w:spacing w:before="20" w:after="20"/>
              <w:ind w:firstLine="0"/>
            </w:pPr>
            <w:r>
              <w:rPr>
                <w:sz w:val="17"/>
              </w:rPr>
              <w:t>Hope/fear/jurisdiction/priorities</w:t>
            </w:r>
          </w:p>
        </w:tc>
        <w:tc>
          <w:tcPr>
            <w:tcW w:w="3744" w:type="dxa"/>
          </w:tcPr>
          <w:p w14:paraId="7B95BA02" w14:textId="77777777" w:rsidR="004D342C" w:rsidRDefault="00000000">
            <w:pPr>
              <w:spacing w:before="20" w:after="20"/>
              <w:ind w:firstLine="0"/>
            </w:pPr>
            <w:r>
              <w:rPr>
                <w:sz w:val="17"/>
              </w:rPr>
              <w:t>EU MEANING: CULTURAL DIVERSITY</w:t>
            </w:r>
          </w:p>
        </w:tc>
        <w:tc>
          <w:tcPr>
            <w:tcW w:w="720" w:type="dxa"/>
          </w:tcPr>
          <w:p w14:paraId="3A0DE7B2" w14:textId="77777777" w:rsidR="004D342C" w:rsidRDefault="00000000">
            <w:pPr>
              <w:spacing w:before="20" w:after="20"/>
              <w:ind w:firstLine="0"/>
              <w:jc w:val="right"/>
            </w:pPr>
            <w:r>
              <w:rPr>
                <w:sz w:val="17"/>
              </w:rPr>
              <w:t>42</w:t>
            </w:r>
          </w:p>
        </w:tc>
      </w:tr>
      <w:tr w:rsidR="004D342C" w14:paraId="5670FF8F" w14:textId="77777777">
        <w:trPr>
          <w:cantSplit/>
          <w:jc w:val="center"/>
        </w:trPr>
        <w:tc>
          <w:tcPr>
            <w:tcW w:w="2160" w:type="dxa"/>
          </w:tcPr>
          <w:p w14:paraId="080EB0F4" w14:textId="77777777" w:rsidR="004D342C" w:rsidRDefault="00000000">
            <w:pPr>
              <w:spacing w:before="20" w:after="20"/>
              <w:ind w:firstLine="0"/>
            </w:pPr>
            <w:r>
              <w:rPr>
                <w:sz w:val="17"/>
              </w:rPr>
              <w:t>meansdontknow</w:t>
            </w:r>
          </w:p>
        </w:tc>
        <w:tc>
          <w:tcPr>
            <w:tcW w:w="2304" w:type="dxa"/>
          </w:tcPr>
          <w:p w14:paraId="36A72DF9" w14:textId="77777777" w:rsidR="004D342C" w:rsidRDefault="00000000">
            <w:pPr>
              <w:spacing w:before="20" w:after="20"/>
              <w:ind w:firstLine="0"/>
            </w:pPr>
            <w:r>
              <w:rPr>
                <w:sz w:val="17"/>
              </w:rPr>
              <w:t>Hope/fear/jurisdiction/priorities</w:t>
            </w:r>
          </w:p>
        </w:tc>
        <w:tc>
          <w:tcPr>
            <w:tcW w:w="3744" w:type="dxa"/>
          </w:tcPr>
          <w:p w14:paraId="469B7F2D" w14:textId="77777777" w:rsidR="004D342C" w:rsidRDefault="00000000">
            <w:pPr>
              <w:spacing w:before="20" w:after="20"/>
              <w:ind w:firstLine="0"/>
            </w:pPr>
            <w:r>
              <w:rPr>
                <w:sz w:val="17"/>
              </w:rPr>
              <w:t>EU MEANING: DK (SPONT)</w:t>
            </w:r>
          </w:p>
        </w:tc>
        <w:tc>
          <w:tcPr>
            <w:tcW w:w="720" w:type="dxa"/>
          </w:tcPr>
          <w:p w14:paraId="566AB365" w14:textId="77777777" w:rsidR="004D342C" w:rsidRDefault="00000000">
            <w:pPr>
              <w:spacing w:before="20" w:after="20"/>
              <w:ind w:firstLine="0"/>
              <w:jc w:val="right"/>
            </w:pPr>
            <w:r>
              <w:rPr>
                <w:sz w:val="17"/>
              </w:rPr>
              <w:t>42</w:t>
            </w:r>
          </w:p>
        </w:tc>
      </w:tr>
      <w:tr w:rsidR="004D342C" w14:paraId="53D84005" w14:textId="77777777">
        <w:trPr>
          <w:cantSplit/>
          <w:jc w:val="center"/>
        </w:trPr>
        <w:tc>
          <w:tcPr>
            <w:tcW w:w="2160" w:type="dxa"/>
          </w:tcPr>
          <w:p w14:paraId="4808F0EF" w14:textId="77777777" w:rsidR="004D342C" w:rsidRDefault="00000000">
            <w:pPr>
              <w:spacing w:before="20" w:after="20"/>
              <w:ind w:firstLine="0"/>
            </w:pPr>
            <w:r>
              <w:rPr>
                <w:sz w:val="17"/>
              </w:rPr>
              <w:t>meanseuro</w:t>
            </w:r>
          </w:p>
        </w:tc>
        <w:tc>
          <w:tcPr>
            <w:tcW w:w="2304" w:type="dxa"/>
          </w:tcPr>
          <w:p w14:paraId="1A0FCE74" w14:textId="77777777" w:rsidR="004D342C" w:rsidRDefault="00000000">
            <w:pPr>
              <w:spacing w:before="20" w:after="20"/>
              <w:ind w:firstLine="0"/>
            </w:pPr>
            <w:r>
              <w:rPr>
                <w:sz w:val="17"/>
              </w:rPr>
              <w:t>Hope/fear/jurisdiction/priorities</w:t>
            </w:r>
          </w:p>
        </w:tc>
        <w:tc>
          <w:tcPr>
            <w:tcW w:w="3744" w:type="dxa"/>
          </w:tcPr>
          <w:p w14:paraId="6B6FF282" w14:textId="77777777" w:rsidR="004D342C" w:rsidRDefault="00000000">
            <w:pPr>
              <w:spacing w:before="20" w:after="20"/>
              <w:ind w:firstLine="0"/>
            </w:pPr>
            <w:r>
              <w:rPr>
                <w:sz w:val="17"/>
              </w:rPr>
              <w:t>EU MEANING: EURO</w:t>
            </w:r>
          </w:p>
        </w:tc>
        <w:tc>
          <w:tcPr>
            <w:tcW w:w="720" w:type="dxa"/>
          </w:tcPr>
          <w:p w14:paraId="40B7522C" w14:textId="77777777" w:rsidR="004D342C" w:rsidRDefault="00000000">
            <w:pPr>
              <w:spacing w:before="20" w:after="20"/>
              <w:ind w:firstLine="0"/>
              <w:jc w:val="right"/>
            </w:pPr>
            <w:r>
              <w:rPr>
                <w:sz w:val="17"/>
              </w:rPr>
              <w:t>42</w:t>
            </w:r>
          </w:p>
        </w:tc>
      </w:tr>
      <w:tr w:rsidR="004D342C" w14:paraId="5B42EE1B" w14:textId="77777777">
        <w:trPr>
          <w:cantSplit/>
          <w:jc w:val="center"/>
        </w:trPr>
        <w:tc>
          <w:tcPr>
            <w:tcW w:w="2160" w:type="dxa"/>
          </w:tcPr>
          <w:p w14:paraId="2A1CD815" w14:textId="77777777" w:rsidR="004D342C" w:rsidRDefault="00000000">
            <w:pPr>
              <w:spacing w:before="20" w:after="20"/>
              <w:ind w:firstLine="0"/>
            </w:pPr>
            <w:r>
              <w:rPr>
                <w:sz w:val="17"/>
              </w:rPr>
              <w:t>meansfreedommovement</w:t>
            </w:r>
          </w:p>
        </w:tc>
        <w:tc>
          <w:tcPr>
            <w:tcW w:w="2304" w:type="dxa"/>
          </w:tcPr>
          <w:p w14:paraId="2F9A766C" w14:textId="77777777" w:rsidR="004D342C" w:rsidRDefault="00000000">
            <w:pPr>
              <w:spacing w:before="20" w:after="20"/>
              <w:ind w:firstLine="0"/>
            </w:pPr>
            <w:r>
              <w:rPr>
                <w:sz w:val="17"/>
              </w:rPr>
              <w:t>Hope/fear/jurisdiction/priorities</w:t>
            </w:r>
          </w:p>
        </w:tc>
        <w:tc>
          <w:tcPr>
            <w:tcW w:w="3744" w:type="dxa"/>
          </w:tcPr>
          <w:p w14:paraId="53BDCA13" w14:textId="77777777" w:rsidR="004D342C" w:rsidRDefault="00000000">
            <w:pPr>
              <w:spacing w:before="20" w:after="20"/>
              <w:ind w:firstLine="0"/>
            </w:pPr>
            <w:r>
              <w:rPr>
                <w:sz w:val="17"/>
              </w:rPr>
              <w:t>EU MEANING: TRAVEL/STUDY/WORK ABROAD</w:t>
            </w:r>
          </w:p>
        </w:tc>
        <w:tc>
          <w:tcPr>
            <w:tcW w:w="720" w:type="dxa"/>
          </w:tcPr>
          <w:p w14:paraId="32FE27A0" w14:textId="77777777" w:rsidR="004D342C" w:rsidRDefault="00000000">
            <w:pPr>
              <w:spacing w:before="20" w:after="20"/>
              <w:ind w:firstLine="0"/>
              <w:jc w:val="right"/>
            </w:pPr>
            <w:r>
              <w:rPr>
                <w:sz w:val="17"/>
              </w:rPr>
              <w:t>42</w:t>
            </w:r>
          </w:p>
        </w:tc>
      </w:tr>
      <w:tr w:rsidR="004D342C" w14:paraId="6EA095B9" w14:textId="77777777">
        <w:trPr>
          <w:cantSplit/>
          <w:jc w:val="center"/>
        </w:trPr>
        <w:tc>
          <w:tcPr>
            <w:tcW w:w="2160" w:type="dxa"/>
          </w:tcPr>
          <w:p w14:paraId="31B55880" w14:textId="77777777" w:rsidR="004D342C" w:rsidRDefault="00000000">
            <w:pPr>
              <w:spacing w:before="20" w:after="20"/>
              <w:ind w:firstLine="0"/>
            </w:pPr>
            <w:r>
              <w:rPr>
                <w:sz w:val="17"/>
              </w:rPr>
              <w:t>meansfrontiers</w:t>
            </w:r>
          </w:p>
        </w:tc>
        <w:tc>
          <w:tcPr>
            <w:tcW w:w="2304" w:type="dxa"/>
          </w:tcPr>
          <w:p w14:paraId="15110669" w14:textId="77777777" w:rsidR="004D342C" w:rsidRDefault="00000000">
            <w:pPr>
              <w:spacing w:before="20" w:after="20"/>
              <w:ind w:firstLine="0"/>
            </w:pPr>
            <w:r>
              <w:rPr>
                <w:sz w:val="17"/>
              </w:rPr>
              <w:t>Hope/fear/jurisdiction/priorities</w:t>
            </w:r>
          </w:p>
        </w:tc>
        <w:tc>
          <w:tcPr>
            <w:tcW w:w="3744" w:type="dxa"/>
          </w:tcPr>
          <w:p w14:paraId="492FB0CD" w14:textId="77777777" w:rsidR="004D342C" w:rsidRDefault="00000000">
            <w:pPr>
              <w:spacing w:before="20" w:after="20"/>
              <w:ind w:firstLine="0"/>
            </w:pPr>
            <w:r>
              <w:rPr>
                <w:sz w:val="17"/>
              </w:rPr>
              <w:t>EU MEANING: NOT ENOUGH FRONTIER CONTROL</w:t>
            </w:r>
          </w:p>
        </w:tc>
        <w:tc>
          <w:tcPr>
            <w:tcW w:w="720" w:type="dxa"/>
          </w:tcPr>
          <w:p w14:paraId="459E8D53" w14:textId="77777777" w:rsidR="004D342C" w:rsidRDefault="00000000">
            <w:pPr>
              <w:spacing w:before="20" w:after="20"/>
              <w:ind w:firstLine="0"/>
              <w:jc w:val="right"/>
            </w:pPr>
            <w:r>
              <w:rPr>
                <w:sz w:val="17"/>
              </w:rPr>
              <w:t>42</w:t>
            </w:r>
          </w:p>
        </w:tc>
      </w:tr>
      <w:tr w:rsidR="004D342C" w14:paraId="62A918D6" w14:textId="77777777">
        <w:trPr>
          <w:cantSplit/>
          <w:jc w:val="center"/>
        </w:trPr>
        <w:tc>
          <w:tcPr>
            <w:tcW w:w="2160" w:type="dxa"/>
          </w:tcPr>
          <w:p w14:paraId="219CBB9E" w14:textId="77777777" w:rsidR="004D342C" w:rsidRDefault="00000000">
            <w:pPr>
              <w:spacing w:before="20" w:after="20"/>
              <w:ind w:firstLine="0"/>
            </w:pPr>
            <w:r>
              <w:rPr>
                <w:sz w:val="17"/>
              </w:rPr>
              <w:t>meansidentityloss</w:t>
            </w:r>
          </w:p>
        </w:tc>
        <w:tc>
          <w:tcPr>
            <w:tcW w:w="2304" w:type="dxa"/>
          </w:tcPr>
          <w:p w14:paraId="14D654F9" w14:textId="77777777" w:rsidR="004D342C" w:rsidRDefault="00000000">
            <w:pPr>
              <w:spacing w:before="20" w:after="20"/>
              <w:ind w:firstLine="0"/>
            </w:pPr>
            <w:r>
              <w:rPr>
                <w:sz w:val="17"/>
              </w:rPr>
              <w:t>Hope/fear/jurisdiction/priorities</w:t>
            </w:r>
          </w:p>
        </w:tc>
        <w:tc>
          <w:tcPr>
            <w:tcW w:w="3744" w:type="dxa"/>
          </w:tcPr>
          <w:p w14:paraId="7D868D40" w14:textId="77777777" w:rsidR="004D342C" w:rsidRDefault="00000000">
            <w:pPr>
              <w:spacing w:before="20" w:after="20"/>
              <w:ind w:firstLine="0"/>
            </w:pPr>
            <w:r>
              <w:rPr>
                <w:sz w:val="17"/>
              </w:rPr>
              <w:t>EU MEANING: LOSS OF CULTURAL IDENTITY</w:t>
            </w:r>
          </w:p>
        </w:tc>
        <w:tc>
          <w:tcPr>
            <w:tcW w:w="720" w:type="dxa"/>
          </w:tcPr>
          <w:p w14:paraId="2DE5C451" w14:textId="77777777" w:rsidR="004D342C" w:rsidRDefault="00000000">
            <w:pPr>
              <w:spacing w:before="20" w:after="20"/>
              <w:ind w:firstLine="0"/>
              <w:jc w:val="right"/>
            </w:pPr>
            <w:r>
              <w:rPr>
                <w:sz w:val="17"/>
              </w:rPr>
              <w:t>42</w:t>
            </w:r>
          </w:p>
        </w:tc>
      </w:tr>
      <w:tr w:rsidR="004D342C" w14:paraId="022B4D76" w14:textId="77777777">
        <w:trPr>
          <w:cantSplit/>
          <w:jc w:val="center"/>
        </w:trPr>
        <w:tc>
          <w:tcPr>
            <w:tcW w:w="2160" w:type="dxa"/>
          </w:tcPr>
          <w:p w14:paraId="0C2AB98A" w14:textId="77777777" w:rsidR="004D342C" w:rsidRDefault="00000000">
            <w:pPr>
              <w:spacing w:before="20" w:after="20"/>
              <w:ind w:firstLine="0"/>
            </w:pPr>
            <w:r>
              <w:rPr>
                <w:sz w:val="17"/>
              </w:rPr>
              <w:t>meansmoneywaste</w:t>
            </w:r>
          </w:p>
        </w:tc>
        <w:tc>
          <w:tcPr>
            <w:tcW w:w="2304" w:type="dxa"/>
          </w:tcPr>
          <w:p w14:paraId="5E1C96E8" w14:textId="77777777" w:rsidR="004D342C" w:rsidRDefault="00000000">
            <w:pPr>
              <w:spacing w:before="20" w:after="20"/>
              <w:ind w:firstLine="0"/>
            </w:pPr>
            <w:r>
              <w:rPr>
                <w:sz w:val="17"/>
              </w:rPr>
              <w:t>Hope/fear/jurisdiction/priorities</w:t>
            </w:r>
          </w:p>
        </w:tc>
        <w:tc>
          <w:tcPr>
            <w:tcW w:w="3744" w:type="dxa"/>
          </w:tcPr>
          <w:p w14:paraId="09D62FD4" w14:textId="77777777" w:rsidR="004D342C" w:rsidRDefault="00000000">
            <w:pPr>
              <w:spacing w:before="20" w:after="20"/>
              <w:ind w:firstLine="0"/>
            </w:pPr>
            <w:r>
              <w:rPr>
                <w:sz w:val="17"/>
              </w:rPr>
              <w:t>EU MEANING: WASTE OF MONEY</w:t>
            </w:r>
          </w:p>
        </w:tc>
        <w:tc>
          <w:tcPr>
            <w:tcW w:w="720" w:type="dxa"/>
          </w:tcPr>
          <w:p w14:paraId="78F5A0EB" w14:textId="77777777" w:rsidR="004D342C" w:rsidRDefault="00000000">
            <w:pPr>
              <w:spacing w:before="20" w:after="20"/>
              <w:ind w:firstLine="0"/>
              <w:jc w:val="right"/>
            </w:pPr>
            <w:r>
              <w:rPr>
                <w:sz w:val="17"/>
              </w:rPr>
              <w:t>42</w:t>
            </w:r>
          </w:p>
        </w:tc>
      </w:tr>
      <w:tr w:rsidR="004D342C" w14:paraId="1D39B029" w14:textId="77777777">
        <w:trPr>
          <w:cantSplit/>
          <w:jc w:val="center"/>
        </w:trPr>
        <w:tc>
          <w:tcPr>
            <w:tcW w:w="2160" w:type="dxa"/>
          </w:tcPr>
          <w:p w14:paraId="52476588" w14:textId="77777777" w:rsidR="004D342C" w:rsidRDefault="00000000">
            <w:pPr>
              <w:spacing w:before="20" w:after="20"/>
              <w:ind w:firstLine="0"/>
            </w:pPr>
            <w:r>
              <w:rPr>
                <w:sz w:val="17"/>
              </w:rPr>
              <w:t>meansother</w:t>
            </w:r>
          </w:p>
        </w:tc>
        <w:tc>
          <w:tcPr>
            <w:tcW w:w="2304" w:type="dxa"/>
          </w:tcPr>
          <w:p w14:paraId="180EFF0F" w14:textId="77777777" w:rsidR="004D342C" w:rsidRDefault="00000000">
            <w:pPr>
              <w:spacing w:before="20" w:after="20"/>
              <w:ind w:firstLine="0"/>
            </w:pPr>
            <w:r>
              <w:rPr>
                <w:sz w:val="17"/>
              </w:rPr>
              <w:t>Hope/fear/jurisdiction/priorities</w:t>
            </w:r>
          </w:p>
        </w:tc>
        <w:tc>
          <w:tcPr>
            <w:tcW w:w="3744" w:type="dxa"/>
          </w:tcPr>
          <w:p w14:paraId="125B951B" w14:textId="77777777" w:rsidR="004D342C" w:rsidRDefault="00000000">
            <w:pPr>
              <w:spacing w:before="20" w:after="20"/>
              <w:ind w:firstLine="0"/>
            </w:pPr>
            <w:r>
              <w:rPr>
                <w:sz w:val="17"/>
              </w:rPr>
              <w:t>EU MEANING: OTHER (SPONT)</w:t>
            </w:r>
          </w:p>
        </w:tc>
        <w:tc>
          <w:tcPr>
            <w:tcW w:w="720" w:type="dxa"/>
          </w:tcPr>
          <w:p w14:paraId="5E73D831" w14:textId="77777777" w:rsidR="004D342C" w:rsidRDefault="00000000">
            <w:pPr>
              <w:spacing w:before="20" w:after="20"/>
              <w:ind w:firstLine="0"/>
              <w:jc w:val="right"/>
            </w:pPr>
            <w:r>
              <w:rPr>
                <w:sz w:val="17"/>
              </w:rPr>
              <w:t>42</w:t>
            </w:r>
          </w:p>
        </w:tc>
      </w:tr>
      <w:tr w:rsidR="004D342C" w14:paraId="508B2EB1" w14:textId="77777777">
        <w:trPr>
          <w:cantSplit/>
          <w:jc w:val="center"/>
        </w:trPr>
        <w:tc>
          <w:tcPr>
            <w:tcW w:w="2160" w:type="dxa"/>
          </w:tcPr>
          <w:p w14:paraId="4927DF00" w14:textId="77777777" w:rsidR="004D342C" w:rsidRDefault="00000000">
            <w:pPr>
              <w:spacing w:before="20" w:after="20"/>
              <w:ind w:firstLine="0"/>
            </w:pPr>
            <w:r>
              <w:rPr>
                <w:sz w:val="17"/>
              </w:rPr>
              <w:t>meanspeace</w:t>
            </w:r>
          </w:p>
        </w:tc>
        <w:tc>
          <w:tcPr>
            <w:tcW w:w="2304" w:type="dxa"/>
          </w:tcPr>
          <w:p w14:paraId="19A2CF21" w14:textId="77777777" w:rsidR="004D342C" w:rsidRDefault="00000000">
            <w:pPr>
              <w:spacing w:before="20" w:after="20"/>
              <w:ind w:firstLine="0"/>
            </w:pPr>
            <w:r>
              <w:rPr>
                <w:sz w:val="17"/>
              </w:rPr>
              <w:t>Hope/fear/jurisdiction/priorities</w:t>
            </w:r>
          </w:p>
        </w:tc>
        <w:tc>
          <w:tcPr>
            <w:tcW w:w="3744" w:type="dxa"/>
          </w:tcPr>
          <w:p w14:paraId="15F0ED72" w14:textId="77777777" w:rsidR="004D342C" w:rsidRDefault="00000000">
            <w:pPr>
              <w:spacing w:before="20" w:after="20"/>
              <w:ind w:firstLine="0"/>
            </w:pPr>
            <w:r>
              <w:rPr>
                <w:sz w:val="17"/>
              </w:rPr>
              <w:t>EU MEANING: PEACE</w:t>
            </w:r>
          </w:p>
        </w:tc>
        <w:tc>
          <w:tcPr>
            <w:tcW w:w="720" w:type="dxa"/>
          </w:tcPr>
          <w:p w14:paraId="56D1FAB1" w14:textId="77777777" w:rsidR="004D342C" w:rsidRDefault="00000000">
            <w:pPr>
              <w:spacing w:before="20" w:after="20"/>
              <w:ind w:firstLine="0"/>
              <w:jc w:val="right"/>
            </w:pPr>
            <w:r>
              <w:rPr>
                <w:sz w:val="17"/>
              </w:rPr>
              <w:t>42</w:t>
            </w:r>
          </w:p>
        </w:tc>
      </w:tr>
      <w:tr w:rsidR="004D342C" w14:paraId="5D23CAA3" w14:textId="77777777">
        <w:trPr>
          <w:cantSplit/>
          <w:jc w:val="center"/>
        </w:trPr>
        <w:tc>
          <w:tcPr>
            <w:tcW w:w="2160" w:type="dxa"/>
          </w:tcPr>
          <w:p w14:paraId="068B26B4" w14:textId="77777777" w:rsidR="004D342C" w:rsidRDefault="00000000">
            <w:pPr>
              <w:spacing w:before="20" w:after="20"/>
              <w:ind w:firstLine="0"/>
            </w:pPr>
            <w:r>
              <w:rPr>
                <w:sz w:val="17"/>
              </w:rPr>
              <w:t>meansprosperity</w:t>
            </w:r>
          </w:p>
        </w:tc>
        <w:tc>
          <w:tcPr>
            <w:tcW w:w="2304" w:type="dxa"/>
          </w:tcPr>
          <w:p w14:paraId="2358782C" w14:textId="77777777" w:rsidR="004D342C" w:rsidRDefault="00000000">
            <w:pPr>
              <w:spacing w:before="20" w:after="20"/>
              <w:ind w:firstLine="0"/>
            </w:pPr>
            <w:r>
              <w:rPr>
                <w:sz w:val="17"/>
              </w:rPr>
              <w:t>Hope/fear/jurisdiction/priorities</w:t>
            </w:r>
          </w:p>
        </w:tc>
        <w:tc>
          <w:tcPr>
            <w:tcW w:w="3744" w:type="dxa"/>
          </w:tcPr>
          <w:p w14:paraId="1406ECFB" w14:textId="77777777" w:rsidR="004D342C" w:rsidRDefault="00000000">
            <w:pPr>
              <w:spacing w:before="20" w:after="20"/>
              <w:ind w:firstLine="0"/>
            </w:pPr>
            <w:r>
              <w:rPr>
                <w:sz w:val="17"/>
              </w:rPr>
              <w:t>EU MEANING: ECONOMIC PROSPERITY</w:t>
            </w:r>
          </w:p>
        </w:tc>
        <w:tc>
          <w:tcPr>
            <w:tcW w:w="720" w:type="dxa"/>
          </w:tcPr>
          <w:p w14:paraId="68BE071D" w14:textId="77777777" w:rsidR="004D342C" w:rsidRDefault="00000000">
            <w:pPr>
              <w:spacing w:before="20" w:after="20"/>
              <w:ind w:firstLine="0"/>
              <w:jc w:val="right"/>
            </w:pPr>
            <w:r>
              <w:rPr>
                <w:sz w:val="17"/>
              </w:rPr>
              <w:t>42</w:t>
            </w:r>
          </w:p>
        </w:tc>
      </w:tr>
      <w:tr w:rsidR="004D342C" w14:paraId="7C790951" w14:textId="77777777">
        <w:trPr>
          <w:cantSplit/>
          <w:jc w:val="center"/>
        </w:trPr>
        <w:tc>
          <w:tcPr>
            <w:tcW w:w="2160" w:type="dxa"/>
          </w:tcPr>
          <w:p w14:paraId="4121A6A8" w14:textId="77777777" w:rsidR="004D342C" w:rsidRDefault="00000000">
            <w:pPr>
              <w:spacing w:before="20" w:after="20"/>
              <w:ind w:firstLine="0"/>
            </w:pPr>
            <w:r>
              <w:rPr>
                <w:sz w:val="17"/>
              </w:rPr>
              <w:t>meanssocialprot</w:t>
            </w:r>
          </w:p>
        </w:tc>
        <w:tc>
          <w:tcPr>
            <w:tcW w:w="2304" w:type="dxa"/>
          </w:tcPr>
          <w:p w14:paraId="430353E5" w14:textId="77777777" w:rsidR="004D342C" w:rsidRDefault="00000000">
            <w:pPr>
              <w:spacing w:before="20" w:after="20"/>
              <w:ind w:firstLine="0"/>
            </w:pPr>
            <w:r>
              <w:rPr>
                <w:sz w:val="17"/>
              </w:rPr>
              <w:t>Hope/fear/jurisdiction/priorities</w:t>
            </w:r>
          </w:p>
        </w:tc>
        <w:tc>
          <w:tcPr>
            <w:tcW w:w="3744" w:type="dxa"/>
          </w:tcPr>
          <w:p w14:paraId="71B6625D" w14:textId="77777777" w:rsidR="004D342C" w:rsidRDefault="00000000">
            <w:pPr>
              <w:spacing w:before="20" w:after="20"/>
              <w:ind w:firstLine="0"/>
            </w:pPr>
            <w:r>
              <w:rPr>
                <w:sz w:val="17"/>
              </w:rPr>
              <w:t>EU MEANING: SOCIAL PROTECTION</w:t>
            </w:r>
          </w:p>
        </w:tc>
        <w:tc>
          <w:tcPr>
            <w:tcW w:w="720" w:type="dxa"/>
          </w:tcPr>
          <w:p w14:paraId="7CE87262" w14:textId="77777777" w:rsidR="004D342C" w:rsidRDefault="00000000">
            <w:pPr>
              <w:spacing w:before="20" w:after="20"/>
              <w:ind w:firstLine="0"/>
              <w:jc w:val="right"/>
            </w:pPr>
            <w:r>
              <w:rPr>
                <w:sz w:val="17"/>
              </w:rPr>
              <w:t>42</w:t>
            </w:r>
          </w:p>
        </w:tc>
      </w:tr>
      <w:tr w:rsidR="004D342C" w14:paraId="3281889D" w14:textId="77777777">
        <w:trPr>
          <w:cantSplit/>
          <w:jc w:val="center"/>
        </w:trPr>
        <w:tc>
          <w:tcPr>
            <w:tcW w:w="2160" w:type="dxa"/>
          </w:tcPr>
          <w:p w14:paraId="4A676209" w14:textId="77777777" w:rsidR="004D342C" w:rsidRDefault="00000000">
            <w:pPr>
              <w:spacing w:before="20" w:after="20"/>
              <w:ind w:firstLine="0"/>
            </w:pPr>
            <w:r>
              <w:rPr>
                <w:sz w:val="17"/>
              </w:rPr>
              <w:t>meansunemployment</w:t>
            </w:r>
          </w:p>
        </w:tc>
        <w:tc>
          <w:tcPr>
            <w:tcW w:w="2304" w:type="dxa"/>
          </w:tcPr>
          <w:p w14:paraId="7B28C59D" w14:textId="77777777" w:rsidR="004D342C" w:rsidRDefault="00000000">
            <w:pPr>
              <w:spacing w:before="20" w:after="20"/>
              <w:ind w:firstLine="0"/>
            </w:pPr>
            <w:r>
              <w:rPr>
                <w:sz w:val="17"/>
              </w:rPr>
              <w:t>Hope/fear/jurisdiction/priorities</w:t>
            </w:r>
          </w:p>
        </w:tc>
        <w:tc>
          <w:tcPr>
            <w:tcW w:w="3744" w:type="dxa"/>
          </w:tcPr>
          <w:p w14:paraId="663209C6" w14:textId="77777777" w:rsidR="004D342C" w:rsidRDefault="00000000">
            <w:pPr>
              <w:spacing w:before="20" w:after="20"/>
              <w:ind w:firstLine="0"/>
            </w:pPr>
            <w:r>
              <w:rPr>
                <w:sz w:val="17"/>
              </w:rPr>
              <w:t>EU MEANING: UNEMPLOYMENT</w:t>
            </w:r>
          </w:p>
        </w:tc>
        <w:tc>
          <w:tcPr>
            <w:tcW w:w="720" w:type="dxa"/>
          </w:tcPr>
          <w:p w14:paraId="28ADE6F2" w14:textId="77777777" w:rsidR="004D342C" w:rsidRDefault="00000000">
            <w:pPr>
              <w:spacing w:before="20" w:after="20"/>
              <w:ind w:firstLine="0"/>
              <w:jc w:val="right"/>
            </w:pPr>
            <w:r>
              <w:rPr>
                <w:sz w:val="17"/>
              </w:rPr>
              <w:t>42</w:t>
            </w:r>
          </w:p>
        </w:tc>
      </w:tr>
      <w:tr w:rsidR="004D342C" w14:paraId="745F1F8F" w14:textId="77777777">
        <w:trPr>
          <w:cantSplit/>
          <w:jc w:val="center"/>
        </w:trPr>
        <w:tc>
          <w:tcPr>
            <w:tcW w:w="2160" w:type="dxa"/>
          </w:tcPr>
          <w:p w14:paraId="2E62B971" w14:textId="77777777" w:rsidR="004D342C" w:rsidRDefault="00000000">
            <w:pPr>
              <w:spacing w:before="20" w:after="20"/>
              <w:ind w:firstLine="0"/>
            </w:pPr>
            <w:r>
              <w:rPr>
                <w:sz w:val="17"/>
              </w:rPr>
              <w:t>meansworldsay</w:t>
            </w:r>
          </w:p>
        </w:tc>
        <w:tc>
          <w:tcPr>
            <w:tcW w:w="2304" w:type="dxa"/>
          </w:tcPr>
          <w:p w14:paraId="1C70E5B1" w14:textId="77777777" w:rsidR="004D342C" w:rsidRDefault="00000000">
            <w:pPr>
              <w:spacing w:before="20" w:after="20"/>
              <w:ind w:firstLine="0"/>
            </w:pPr>
            <w:r>
              <w:rPr>
                <w:sz w:val="17"/>
              </w:rPr>
              <w:t>Hope/fear/jurisdiction/priorities</w:t>
            </w:r>
          </w:p>
        </w:tc>
        <w:tc>
          <w:tcPr>
            <w:tcW w:w="3744" w:type="dxa"/>
          </w:tcPr>
          <w:p w14:paraId="32286F46" w14:textId="77777777" w:rsidR="004D342C" w:rsidRDefault="00000000">
            <w:pPr>
              <w:spacing w:before="20" w:after="20"/>
              <w:ind w:firstLine="0"/>
            </w:pPr>
            <w:r>
              <w:rPr>
                <w:sz w:val="17"/>
              </w:rPr>
              <w:t>EU MEANING: STRONGER SAY IN THE WORLD</w:t>
            </w:r>
          </w:p>
        </w:tc>
        <w:tc>
          <w:tcPr>
            <w:tcW w:w="720" w:type="dxa"/>
          </w:tcPr>
          <w:p w14:paraId="54419E34" w14:textId="77777777" w:rsidR="004D342C" w:rsidRDefault="00000000">
            <w:pPr>
              <w:spacing w:before="20" w:after="20"/>
              <w:ind w:firstLine="0"/>
              <w:jc w:val="right"/>
            </w:pPr>
            <w:r>
              <w:rPr>
                <w:sz w:val="17"/>
              </w:rPr>
              <w:t>42</w:t>
            </w:r>
          </w:p>
        </w:tc>
      </w:tr>
      <w:tr w:rsidR="004D342C" w14:paraId="4C88C749" w14:textId="77777777">
        <w:trPr>
          <w:cantSplit/>
          <w:jc w:val="center"/>
        </w:trPr>
        <w:tc>
          <w:tcPr>
            <w:tcW w:w="2160" w:type="dxa"/>
          </w:tcPr>
          <w:p w14:paraId="004A95A8" w14:textId="77777777" w:rsidR="004D342C" w:rsidRDefault="00000000">
            <w:pPr>
              <w:spacing w:before="20" w:after="20"/>
              <w:ind w:firstLine="0"/>
            </w:pPr>
            <w:r>
              <w:rPr>
                <w:sz w:val="17"/>
              </w:rPr>
              <w:t>trustNATgovt</w:t>
            </w:r>
          </w:p>
        </w:tc>
        <w:tc>
          <w:tcPr>
            <w:tcW w:w="2304" w:type="dxa"/>
          </w:tcPr>
          <w:p w14:paraId="485C064D" w14:textId="77777777" w:rsidR="004D342C" w:rsidRDefault="00000000">
            <w:pPr>
              <w:spacing w:before="20" w:after="20"/>
              <w:ind w:firstLine="0"/>
            </w:pPr>
            <w:r>
              <w:rPr>
                <w:sz w:val="17"/>
              </w:rPr>
              <w:t>National system</w:t>
            </w:r>
          </w:p>
        </w:tc>
        <w:tc>
          <w:tcPr>
            <w:tcW w:w="3744" w:type="dxa"/>
          </w:tcPr>
          <w:p w14:paraId="0D6AA1A0" w14:textId="77777777" w:rsidR="004D342C" w:rsidRDefault="00000000">
            <w:pPr>
              <w:spacing w:before="20" w:after="20"/>
              <w:ind w:firstLine="0"/>
            </w:pPr>
            <w:r>
              <w:rPr>
                <w:sz w:val="17"/>
              </w:rPr>
              <w:t>TRUST IN INSTITUTIONS: NATIONAL GOVERNMENT</w:t>
            </w:r>
          </w:p>
        </w:tc>
        <w:tc>
          <w:tcPr>
            <w:tcW w:w="720" w:type="dxa"/>
          </w:tcPr>
          <w:p w14:paraId="4EC73D55" w14:textId="77777777" w:rsidR="004D342C" w:rsidRDefault="00000000">
            <w:pPr>
              <w:spacing w:before="20" w:after="20"/>
              <w:ind w:firstLine="0"/>
              <w:jc w:val="right"/>
            </w:pPr>
            <w:r>
              <w:rPr>
                <w:sz w:val="17"/>
              </w:rPr>
              <w:t>42</w:t>
            </w:r>
          </w:p>
        </w:tc>
      </w:tr>
      <w:tr w:rsidR="004D342C" w14:paraId="3C28F7E6" w14:textId="77777777">
        <w:trPr>
          <w:cantSplit/>
          <w:jc w:val="center"/>
        </w:trPr>
        <w:tc>
          <w:tcPr>
            <w:tcW w:w="2160" w:type="dxa"/>
          </w:tcPr>
          <w:p w14:paraId="36521A74" w14:textId="77777777" w:rsidR="004D342C" w:rsidRDefault="00000000">
            <w:pPr>
              <w:spacing w:before="20" w:after="20"/>
              <w:ind w:firstLine="0"/>
            </w:pPr>
            <w:r>
              <w:rPr>
                <w:sz w:val="17"/>
              </w:rPr>
              <w:t>trustNATparl</w:t>
            </w:r>
          </w:p>
        </w:tc>
        <w:tc>
          <w:tcPr>
            <w:tcW w:w="2304" w:type="dxa"/>
          </w:tcPr>
          <w:p w14:paraId="06CDB34E" w14:textId="77777777" w:rsidR="004D342C" w:rsidRDefault="00000000">
            <w:pPr>
              <w:spacing w:before="20" w:after="20"/>
              <w:ind w:firstLine="0"/>
            </w:pPr>
            <w:r>
              <w:rPr>
                <w:sz w:val="17"/>
              </w:rPr>
              <w:t>National system</w:t>
            </w:r>
          </w:p>
        </w:tc>
        <w:tc>
          <w:tcPr>
            <w:tcW w:w="3744" w:type="dxa"/>
          </w:tcPr>
          <w:p w14:paraId="1C645EAD" w14:textId="77777777" w:rsidR="004D342C" w:rsidRDefault="00000000">
            <w:pPr>
              <w:spacing w:before="20" w:after="20"/>
              <w:ind w:firstLine="0"/>
            </w:pPr>
            <w:r>
              <w:rPr>
                <w:sz w:val="17"/>
              </w:rPr>
              <w:t>TRUST IN INSTITUTIONS: NATIONAL PARLIAMENT</w:t>
            </w:r>
          </w:p>
        </w:tc>
        <w:tc>
          <w:tcPr>
            <w:tcW w:w="720" w:type="dxa"/>
          </w:tcPr>
          <w:p w14:paraId="5190D42F" w14:textId="77777777" w:rsidR="004D342C" w:rsidRDefault="00000000">
            <w:pPr>
              <w:spacing w:before="20" w:after="20"/>
              <w:ind w:firstLine="0"/>
              <w:jc w:val="right"/>
            </w:pPr>
            <w:r>
              <w:rPr>
                <w:sz w:val="17"/>
              </w:rPr>
              <w:t>42</w:t>
            </w:r>
          </w:p>
        </w:tc>
      </w:tr>
      <w:tr w:rsidR="004D342C" w14:paraId="6337B300" w14:textId="77777777">
        <w:trPr>
          <w:cantSplit/>
          <w:jc w:val="center"/>
        </w:trPr>
        <w:tc>
          <w:tcPr>
            <w:tcW w:w="2160" w:type="dxa"/>
          </w:tcPr>
          <w:p w14:paraId="0ABB10D1" w14:textId="77777777" w:rsidR="004D342C" w:rsidRDefault="00000000">
            <w:pPr>
              <w:spacing w:before="20" w:after="20"/>
              <w:ind w:firstLine="0"/>
            </w:pPr>
            <w:r>
              <w:rPr>
                <w:sz w:val="17"/>
              </w:rPr>
              <w:lastRenderedPageBreak/>
              <w:t>econforecastEU</w:t>
            </w:r>
          </w:p>
        </w:tc>
        <w:tc>
          <w:tcPr>
            <w:tcW w:w="2304" w:type="dxa"/>
          </w:tcPr>
          <w:p w14:paraId="4580E8BC" w14:textId="77777777" w:rsidR="004D342C" w:rsidRDefault="00000000">
            <w:pPr>
              <w:spacing w:before="20" w:after="20"/>
              <w:ind w:firstLine="0"/>
            </w:pPr>
            <w:r>
              <w:rPr>
                <w:sz w:val="17"/>
              </w:rPr>
              <w:t>Economic perceptions/crisis</w:t>
            </w:r>
          </w:p>
        </w:tc>
        <w:tc>
          <w:tcPr>
            <w:tcW w:w="3744" w:type="dxa"/>
          </w:tcPr>
          <w:p w14:paraId="7D6D40B8" w14:textId="77777777" w:rsidR="004D342C" w:rsidRDefault="00000000">
            <w:pPr>
              <w:spacing w:before="20" w:after="20"/>
              <w:ind w:firstLine="0"/>
            </w:pPr>
            <w:r>
              <w:rPr>
                <w:sz w:val="17"/>
              </w:rPr>
              <w:t>EXPECTATIONS: ECONOMIC SITUATION EU</w:t>
            </w:r>
          </w:p>
        </w:tc>
        <w:tc>
          <w:tcPr>
            <w:tcW w:w="720" w:type="dxa"/>
          </w:tcPr>
          <w:p w14:paraId="6358DD89" w14:textId="77777777" w:rsidR="004D342C" w:rsidRDefault="00000000">
            <w:pPr>
              <w:spacing w:before="20" w:after="20"/>
              <w:ind w:firstLine="0"/>
              <w:jc w:val="right"/>
            </w:pPr>
            <w:r>
              <w:rPr>
                <w:sz w:val="17"/>
              </w:rPr>
              <w:t>41</w:t>
            </w:r>
          </w:p>
        </w:tc>
      </w:tr>
      <w:tr w:rsidR="004D342C" w14:paraId="463B26D7" w14:textId="77777777">
        <w:trPr>
          <w:cantSplit/>
          <w:jc w:val="center"/>
        </w:trPr>
        <w:tc>
          <w:tcPr>
            <w:tcW w:w="2160" w:type="dxa"/>
          </w:tcPr>
          <w:p w14:paraId="6ADAE5DB" w14:textId="77777777" w:rsidR="004D342C" w:rsidRDefault="00000000">
            <w:pPr>
              <w:spacing w:before="20" w:after="20"/>
              <w:ind w:firstLine="0"/>
            </w:pPr>
            <w:r>
              <w:rPr>
                <w:sz w:val="17"/>
              </w:rPr>
              <w:t>jurisdeducat</w:t>
            </w:r>
          </w:p>
        </w:tc>
        <w:tc>
          <w:tcPr>
            <w:tcW w:w="2304" w:type="dxa"/>
          </w:tcPr>
          <w:p w14:paraId="6AB1011C" w14:textId="77777777" w:rsidR="004D342C" w:rsidRDefault="00000000">
            <w:pPr>
              <w:spacing w:before="20" w:after="20"/>
              <w:ind w:firstLine="0"/>
            </w:pPr>
            <w:r>
              <w:rPr>
                <w:sz w:val="17"/>
              </w:rPr>
              <w:t>Hope/fear/jurisdiction/priorities</w:t>
            </w:r>
          </w:p>
        </w:tc>
        <w:tc>
          <w:tcPr>
            <w:tcW w:w="3744" w:type="dxa"/>
          </w:tcPr>
          <w:p w14:paraId="2384876F" w14:textId="77777777" w:rsidR="004D342C" w:rsidRDefault="00000000">
            <w:pPr>
              <w:spacing w:before="20" w:after="20"/>
              <w:ind w:firstLine="0"/>
            </w:pPr>
            <w:r>
              <w:rPr>
                <w:sz w:val="17"/>
              </w:rPr>
              <w:t>QA22 EU COMMON POLICY: EDUCATION SYSTEM</w:t>
            </w:r>
          </w:p>
        </w:tc>
        <w:tc>
          <w:tcPr>
            <w:tcW w:w="720" w:type="dxa"/>
          </w:tcPr>
          <w:p w14:paraId="2E4C7542" w14:textId="77777777" w:rsidR="004D342C" w:rsidRDefault="00000000">
            <w:pPr>
              <w:spacing w:before="20" w:after="20"/>
              <w:ind w:firstLine="0"/>
              <w:jc w:val="right"/>
            </w:pPr>
            <w:r>
              <w:rPr>
                <w:sz w:val="17"/>
              </w:rPr>
              <w:t>40</w:t>
            </w:r>
          </w:p>
        </w:tc>
      </w:tr>
      <w:tr w:rsidR="004D342C" w14:paraId="2790F682" w14:textId="77777777">
        <w:trPr>
          <w:cantSplit/>
          <w:jc w:val="center"/>
        </w:trPr>
        <w:tc>
          <w:tcPr>
            <w:tcW w:w="2160" w:type="dxa"/>
          </w:tcPr>
          <w:p w14:paraId="664DD2FB" w14:textId="77777777" w:rsidR="004D342C" w:rsidRDefault="00000000">
            <w:pPr>
              <w:spacing w:before="20" w:after="20"/>
              <w:ind w:firstLine="0"/>
            </w:pPr>
            <w:r>
              <w:rPr>
                <w:sz w:val="17"/>
              </w:rPr>
              <w:t>jurisdjobs</w:t>
            </w:r>
          </w:p>
        </w:tc>
        <w:tc>
          <w:tcPr>
            <w:tcW w:w="2304" w:type="dxa"/>
          </w:tcPr>
          <w:p w14:paraId="52A3CEF5" w14:textId="77777777" w:rsidR="004D342C" w:rsidRDefault="00000000">
            <w:pPr>
              <w:spacing w:before="20" w:after="20"/>
              <w:ind w:firstLine="0"/>
            </w:pPr>
            <w:r>
              <w:rPr>
                <w:sz w:val="17"/>
              </w:rPr>
              <w:t>Hope/fear/jurisdiction/priorities</w:t>
            </w:r>
          </w:p>
        </w:tc>
        <w:tc>
          <w:tcPr>
            <w:tcW w:w="3744" w:type="dxa"/>
          </w:tcPr>
          <w:p w14:paraId="71477CCB" w14:textId="77777777" w:rsidR="004D342C" w:rsidRDefault="00000000">
            <w:pPr>
              <w:spacing w:before="20" w:after="20"/>
              <w:ind w:firstLine="0"/>
            </w:pPr>
            <w:r>
              <w:rPr>
                <w:sz w:val="17"/>
              </w:rPr>
              <w:t>QA20 EU COMMON POLICY: FIGHT UNEMPLOYMENT</w:t>
            </w:r>
          </w:p>
        </w:tc>
        <w:tc>
          <w:tcPr>
            <w:tcW w:w="720" w:type="dxa"/>
          </w:tcPr>
          <w:p w14:paraId="5E8B783F" w14:textId="77777777" w:rsidR="004D342C" w:rsidRDefault="00000000">
            <w:pPr>
              <w:spacing w:before="20" w:after="20"/>
              <w:ind w:firstLine="0"/>
              <w:jc w:val="right"/>
            </w:pPr>
            <w:r>
              <w:rPr>
                <w:sz w:val="17"/>
              </w:rPr>
              <w:t>40</w:t>
            </w:r>
          </w:p>
        </w:tc>
      </w:tr>
      <w:tr w:rsidR="004D342C" w14:paraId="5125DC64" w14:textId="77777777">
        <w:trPr>
          <w:cantSplit/>
          <w:jc w:val="center"/>
        </w:trPr>
        <w:tc>
          <w:tcPr>
            <w:tcW w:w="2160" w:type="dxa"/>
          </w:tcPr>
          <w:p w14:paraId="7F4DA919" w14:textId="77777777" w:rsidR="004D342C" w:rsidRDefault="00000000">
            <w:pPr>
              <w:keepNext/>
              <w:spacing w:before="20" w:after="20"/>
              <w:ind w:firstLine="0"/>
            </w:pPr>
            <w:r>
              <w:rPr>
                <w:sz w:val="17"/>
              </w:rPr>
              <w:t>jurisdrandd</w:t>
            </w:r>
          </w:p>
        </w:tc>
        <w:tc>
          <w:tcPr>
            <w:tcW w:w="2304" w:type="dxa"/>
          </w:tcPr>
          <w:p w14:paraId="615D160C" w14:textId="77777777" w:rsidR="004D342C" w:rsidRDefault="00000000">
            <w:pPr>
              <w:keepNext/>
              <w:spacing w:before="20" w:after="20"/>
              <w:ind w:firstLine="0"/>
            </w:pPr>
            <w:r>
              <w:rPr>
                <w:sz w:val="17"/>
              </w:rPr>
              <w:t>Hope/fear/jurisdiction/priorities</w:t>
            </w:r>
          </w:p>
        </w:tc>
        <w:tc>
          <w:tcPr>
            <w:tcW w:w="3744" w:type="dxa"/>
          </w:tcPr>
          <w:p w14:paraId="4B23AED6" w14:textId="77777777" w:rsidR="004D342C" w:rsidRDefault="00000000">
            <w:pPr>
              <w:keepNext/>
              <w:spacing w:before="20" w:after="20"/>
              <w:ind w:firstLine="0"/>
            </w:pPr>
            <w:r>
              <w:rPr>
                <w:sz w:val="17"/>
              </w:rPr>
              <w:t>QA23 EU COMMON POLICY: SCIENCE/TECHNOLOGY</w:t>
            </w:r>
          </w:p>
        </w:tc>
        <w:tc>
          <w:tcPr>
            <w:tcW w:w="720" w:type="dxa"/>
          </w:tcPr>
          <w:p w14:paraId="32F737D6" w14:textId="77777777" w:rsidR="004D342C" w:rsidRDefault="00000000">
            <w:pPr>
              <w:keepNext/>
              <w:spacing w:before="20" w:after="20"/>
              <w:ind w:firstLine="0"/>
              <w:jc w:val="right"/>
            </w:pPr>
            <w:r>
              <w:rPr>
                <w:sz w:val="17"/>
              </w:rPr>
              <w:t>40</w:t>
            </w:r>
          </w:p>
        </w:tc>
      </w:tr>
    </w:tbl>
    <w:p w14:paraId="3484C564" w14:textId="77777777" w:rsidR="004D342C" w:rsidRDefault="00000000">
      <w:pPr>
        <w:spacing w:before="80" w:after="160"/>
        <w:ind w:firstLine="0"/>
      </w:pPr>
      <w:r>
        <w:rPr>
          <w:b/>
          <w:smallCaps/>
          <w:color w:val="1F4E79"/>
          <w:sz w:val="19"/>
        </w:rPr>
        <w:t xml:space="preserve">Table 6.3. </w:t>
      </w:r>
      <w:r>
        <w:rPr>
          <w:i/>
          <w:color w:val="595959"/>
          <w:sz w:val="19"/>
        </w:rPr>
        <w:t>Variables present in 40 or more waves, ordered by coverage.</w:t>
      </w:r>
    </w:p>
    <w:p w14:paraId="649557BB" w14:textId="77777777" w:rsidR="004D342C" w:rsidRDefault="00000000">
      <w:pPr>
        <w:pStyle w:val="Heading2"/>
      </w:pPr>
      <w:r>
        <w:rPr>
          <w:rFonts w:ascii="Times New Roman" w:hAnsi="Times New Roman" w:cs="Times New Roman"/>
        </w:rPr>
        <w:t>6.4  Full listing by dimension</w:t>
      </w:r>
    </w:p>
    <w:p w14:paraId="505388EF" w14:textId="77777777" w:rsidR="004D342C" w:rsidRDefault="00000000">
      <w:r>
        <w:t>The complete dictionary follows, grouped by dimension and ordered within each dimension by the number of waves in which the variable appears. The intermediate name is shown in parentheses where it differs from the final name. Labels and codings are truncated where long and notes are omitted entirely; the full text of every field is in data\variable_dictionary.csv, which is the authoritative version. The listing runs to about thirty pages — readers working from a printed copy may prefer to consult the CSV and use §6.3 for orientation.</w:t>
      </w:r>
    </w:p>
    <w:p>
      <w:r>
        <w:rPr>
          <w:b/>
        </w:rPr>
        <w:t>Two notes on what follows.</w:t>
      </w:r>
      <w:r>
        <w:t xml:space="preserve"> First, the thirty-six harmonised continuous series added on 15 September 2026 are listed together in §6.4.12 rather than split across the eleven dimensions. They are derived spanning variables rather than raw items, and the dimension of a derived variable is really the dimension of its sources; keeping the family together makes the set legible in a way that scattering it across six dimension tables would not. Second, the per-dimension tables below were generated before that date and have not been regenerated, so their counts are counts of raw items; §6.4.12 is additional to them.</w:t>
      </w:r>
    </w:p>
    <w:p w14:paraId="2FB91729" w14:textId="77777777" w:rsidR="004D342C" w:rsidRDefault="00000000">
      <w:pPr>
        <w:pStyle w:val="Heading3"/>
      </w:pPr>
      <w:r>
        <w:rPr>
          <w:rFonts w:ascii="Times New Roman" w:hAnsi="Times New Roman" w:cs="Times New Roman"/>
        </w:rPr>
        <w:t>6.4.1  Support/Membership  (57 variables)</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1944"/>
        <w:gridCol w:w="2880"/>
        <w:gridCol w:w="3456"/>
        <w:gridCol w:w="648"/>
      </w:tblGrid>
      <w:tr w:rsidR="004D342C" w14:paraId="46EAC2D9" w14:textId="77777777">
        <w:trPr>
          <w:cantSplit/>
          <w:tblHeader/>
          <w:jc w:val="center"/>
        </w:trPr>
        <w:tc>
          <w:tcPr>
            <w:tcW w:w="1944" w:type="dxa"/>
            <w:tcBorders>
              <w:bottom w:val="single" w:sz="6" w:space="0" w:color="1F4E79"/>
            </w:tcBorders>
            <w:shd w:val="clear" w:color="auto" w:fill="E7EDF3"/>
          </w:tcPr>
          <w:p w14:paraId="6ABA4DAB" w14:textId="77777777" w:rsidR="004D342C" w:rsidRDefault="00000000">
            <w:pPr>
              <w:spacing w:before="40" w:after="40"/>
              <w:ind w:firstLine="0"/>
            </w:pPr>
            <w:r>
              <w:rPr>
                <w:b/>
                <w:color w:val="1F4E79"/>
                <w:sz w:val="18"/>
              </w:rPr>
              <w:t>Variable</w:t>
            </w:r>
          </w:p>
        </w:tc>
        <w:tc>
          <w:tcPr>
            <w:tcW w:w="2880" w:type="dxa"/>
            <w:tcBorders>
              <w:bottom w:val="single" w:sz="6" w:space="0" w:color="1F4E79"/>
            </w:tcBorders>
            <w:shd w:val="clear" w:color="auto" w:fill="E7EDF3"/>
          </w:tcPr>
          <w:p w14:paraId="084287CB" w14:textId="77777777" w:rsidR="004D342C" w:rsidRDefault="00000000">
            <w:pPr>
              <w:spacing w:before="40" w:after="40"/>
              <w:ind w:firstLine="0"/>
            </w:pPr>
            <w:r>
              <w:rPr>
                <w:b/>
                <w:color w:val="1F4E79"/>
                <w:sz w:val="18"/>
              </w:rPr>
              <w:t>Label</w:t>
            </w:r>
          </w:p>
        </w:tc>
        <w:tc>
          <w:tcPr>
            <w:tcW w:w="3456" w:type="dxa"/>
            <w:tcBorders>
              <w:bottom w:val="single" w:sz="6" w:space="0" w:color="1F4E79"/>
            </w:tcBorders>
            <w:shd w:val="clear" w:color="auto" w:fill="E7EDF3"/>
          </w:tcPr>
          <w:p w14:paraId="7B603515" w14:textId="77777777" w:rsidR="004D342C" w:rsidRDefault="00000000">
            <w:pPr>
              <w:spacing w:before="40" w:after="40"/>
              <w:ind w:firstLine="0"/>
            </w:pPr>
            <w:r>
              <w:rPr>
                <w:b/>
                <w:color w:val="1F4E79"/>
                <w:sz w:val="18"/>
              </w:rPr>
              <w:t>Coding</w:t>
            </w:r>
          </w:p>
        </w:tc>
        <w:tc>
          <w:tcPr>
            <w:tcW w:w="648" w:type="dxa"/>
            <w:tcBorders>
              <w:bottom w:val="single" w:sz="6" w:space="0" w:color="1F4E79"/>
            </w:tcBorders>
            <w:shd w:val="clear" w:color="auto" w:fill="E7EDF3"/>
          </w:tcPr>
          <w:p w14:paraId="34E16BA1" w14:textId="77777777" w:rsidR="004D342C" w:rsidRDefault="00000000">
            <w:pPr>
              <w:spacing w:before="40" w:after="40"/>
              <w:ind w:firstLine="0"/>
              <w:jc w:val="right"/>
            </w:pPr>
            <w:r>
              <w:rPr>
                <w:b/>
                <w:color w:val="1F4E79"/>
                <w:sz w:val="18"/>
              </w:rPr>
              <w:t>Waves</w:t>
            </w:r>
          </w:p>
        </w:tc>
      </w:tr>
      <w:tr w:rsidR="004D342C" w14:paraId="2FA26FD7" w14:textId="77777777">
        <w:trPr>
          <w:cantSplit/>
          <w:jc w:val="center"/>
        </w:trPr>
        <w:tc>
          <w:tcPr>
            <w:tcW w:w="1944" w:type="dxa"/>
          </w:tcPr>
          <w:p w14:paraId="3741E3FC" w14:textId="77777777" w:rsidR="004D342C" w:rsidRDefault="00000000">
            <w:pPr>
              <w:spacing w:before="20" w:after="20"/>
              <w:ind w:firstLine="0"/>
            </w:pPr>
            <w:r>
              <w:rPr>
                <w:sz w:val="16"/>
              </w:rPr>
              <w:t>supportmembershipgood</w:t>
            </w:r>
            <w:r>
              <w:rPr>
                <w:sz w:val="16"/>
              </w:rPr>
              <w:br/>
              <w:t>(membershipgood)</w:t>
            </w:r>
          </w:p>
        </w:tc>
        <w:tc>
          <w:tcPr>
            <w:tcW w:w="2880" w:type="dxa"/>
          </w:tcPr>
          <w:p w14:paraId="75D41CA0" w14:textId="77777777" w:rsidR="004D342C" w:rsidRDefault="00000000">
            <w:pPr>
              <w:spacing w:before="20" w:after="20"/>
              <w:ind w:firstLine="0"/>
            </w:pPr>
            <w:r>
              <w:rPr>
                <w:sz w:val="16"/>
              </w:rPr>
              <w:t>EU MEMBERSHIP - GOOD/BAD</w:t>
            </w:r>
          </w:p>
        </w:tc>
        <w:tc>
          <w:tcPr>
            <w:tcW w:w="3456" w:type="dxa"/>
          </w:tcPr>
          <w:p w14:paraId="655B1D69" w14:textId="77777777" w:rsidR="004D342C" w:rsidRDefault="00000000">
            <w:pPr>
              <w:spacing w:before="20" w:after="20"/>
              <w:ind w:firstLine="0"/>
            </w:pPr>
            <w:r>
              <w:rPr>
                <w:sz w:val="16"/>
              </w:rPr>
              <w:t>1 a good thing / 2 a bad thing / 3 neither a good thing nor a bad thing / 4 dont know</w:t>
            </w:r>
          </w:p>
        </w:tc>
        <w:tc>
          <w:tcPr>
            <w:tcW w:w="648" w:type="dxa"/>
          </w:tcPr>
          <w:p w14:paraId="73842593" w14:textId="77777777" w:rsidR="004D342C" w:rsidRDefault="00000000">
            <w:pPr>
              <w:spacing w:before="20" w:after="20"/>
              <w:ind w:firstLine="0"/>
              <w:jc w:val="right"/>
            </w:pPr>
            <w:r>
              <w:rPr>
                <w:sz w:val="16"/>
              </w:rPr>
              <w:t>79</w:t>
            </w:r>
          </w:p>
        </w:tc>
      </w:tr>
      <w:tr w:rsidR="004D342C" w14:paraId="12368B30" w14:textId="77777777">
        <w:trPr>
          <w:cantSplit/>
          <w:jc w:val="center"/>
        </w:trPr>
        <w:tc>
          <w:tcPr>
            <w:tcW w:w="1944" w:type="dxa"/>
          </w:tcPr>
          <w:p w14:paraId="05A95344" w14:textId="77777777" w:rsidR="004D342C" w:rsidRDefault="00000000">
            <w:pPr>
              <w:spacing w:before="20" w:after="20"/>
              <w:ind w:firstLine="0"/>
            </w:pPr>
            <w:r>
              <w:rPr>
                <w:sz w:val="16"/>
              </w:rPr>
              <w:t>supporteubenefits</w:t>
            </w:r>
            <w:r>
              <w:rPr>
                <w:sz w:val="16"/>
              </w:rPr>
              <w:br/>
              <w:t>(eubenefits)</w:t>
            </w:r>
          </w:p>
        </w:tc>
        <w:tc>
          <w:tcPr>
            <w:tcW w:w="2880" w:type="dxa"/>
          </w:tcPr>
          <w:p w14:paraId="4BEC081B" w14:textId="77777777" w:rsidR="004D342C" w:rsidRDefault="00000000">
            <w:pPr>
              <w:spacing w:before="20" w:after="20"/>
              <w:ind w:firstLine="0"/>
            </w:pPr>
            <w:r>
              <w:rPr>
                <w:sz w:val="16"/>
              </w:rPr>
              <w:t>EU MEMBERSHIP - CNTRY BENEFIT</w:t>
            </w:r>
          </w:p>
        </w:tc>
        <w:tc>
          <w:tcPr>
            <w:tcW w:w="3456" w:type="dxa"/>
          </w:tcPr>
          <w:p w14:paraId="38FFDAB0" w14:textId="77777777" w:rsidR="004D342C" w:rsidRDefault="00000000">
            <w:pPr>
              <w:spacing w:before="20" w:after="20"/>
              <w:ind w:firstLine="0"/>
            </w:pPr>
            <w:r>
              <w:rPr>
                <w:sz w:val="16"/>
              </w:rPr>
              <w:t>1 benefited / 2 not benefited / 3 dont know</w:t>
            </w:r>
          </w:p>
        </w:tc>
        <w:tc>
          <w:tcPr>
            <w:tcW w:w="648" w:type="dxa"/>
          </w:tcPr>
          <w:p w14:paraId="4A755479" w14:textId="77777777" w:rsidR="004D342C" w:rsidRDefault="00000000">
            <w:pPr>
              <w:spacing w:before="20" w:after="20"/>
              <w:ind w:firstLine="0"/>
              <w:jc w:val="right"/>
            </w:pPr>
            <w:r>
              <w:rPr>
                <w:sz w:val="16"/>
              </w:rPr>
              <w:t>64</w:t>
            </w:r>
          </w:p>
        </w:tc>
      </w:tr>
      <w:tr w:rsidR="004D342C" w14:paraId="6509CEA4" w14:textId="77777777">
        <w:trPr>
          <w:cantSplit/>
          <w:jc w:val="center"/>
        </w:trPr>
        <w:tc>
          <w:tcPr>
            <w:tcW w:w="1944" w:type="dxa"/>
          </w:tcPr>
          <w:p w14:paraId="5186731F" w14:textId="77777777" w:rsidR="004D342C" w:rsidRDefault="00000000">
            <w:pPr>
              <w:spacing w:before="20" w:after="20"/>
              <w:ind w:firstLine="0"/>
            </w:pPr>
            <w:r>
              <w:rPr>
                <w:sz w:val="16"/>
              </w:rPr>
              <w:t>democracysatisfactionEU</w:t>
            </w:r>
            <w:r>
              <w:rPr>
                <w:sz w:val="16"/>
              </w:rPr>
              <w:br/>
              <w:t>(demosatisfaction)</w:t>
            </w:r>
          </w:p>
        </w:tc>
        <w:tc>
          <w:tcPr>
            <w:tcW w:w="2880" w:type="dxa"/>
          </w:tcPr>
          <w:p w14:paraId="2DFB5F6E" w14:textId="77777777" w:rsidR="004D342C" w:rsidRDefault="00000000">
            <w:pPr>
              <w:spacing w:before="20" w:after="20"/>
              <w:ind w:firstLine="0"/>
            </w:pPr>
            <w:r>
              <w:rPr>
                <w:sz w:val="16"/>
              </w:rPr>
              <w:t>DEMOCRACY SATISFACTION - EUROPEAN UNION</w:t>
            </w:r>
          </w:p>
        </w:tc>
        <w:tc>
          <w:tcPr>
            <w:tcW w:w="3456" w:type="dxa"/>
          </w:tcPr>
          <w:p w14:paraId="1F88B968" w14:textId="77777777" w:rsidR="004D342C" w:rsidRDefault="00000000">
            <w:pPr>
              <w:spacing w:before="20" w:after="20"/>
              <w:ind w:firstLine="0"/>
            </w:pPr>
            <w:r>
              <w:rPr>
                <w:sz w:val="16"/>
              </w:rPr>
              <w:t>1 very satisfied / 2 fairly satisfied / 3 not very satisfied / 4 not at all satisfied / 5 dont know</w:t>
            </w:r>
          </w:p>
        </w:tc>
        <w:tc>
          <w:tcPr>
            <w:tcW w:w="648" w:type="dxa"/>
          </w:tcPr>
          <w:p w14:paraId="5B3D9855" w14:textId="77777777" w:rsidR="004D342C" w:rsidRDefault="00000000">
            <w:pPr>
              <w:spacing w:before="20" w:after="20"/>
              <w:ind w:firstLine="0"/>
              <w:jc w:val="right"/>
            </w:pPr>
            <w:r>
              <w:rPr>
                <w:sz w:val="16"/>
              </w:rPr>
              <w:t>55</w:t>
            </w:r>
          </w:p>
        </w:tc>
      </w:tr>
      <w:tr w:rsidR="004D342C" w14:paraId="0BE93298" w14:textId="77777777">
        <w:trPr>
          <w:cantSplit/>
          <w:jc w:val="center"/>
        </w:trPr>
        <w:tc>
          <w:tcPr>
            <w:tcW w:w="1944" w:type="dxa"/>
          </w:tcPr>
          <w:p w14:paraId="44495AA5" w14:textId="77777777" w:rsidR="004D342C" w:rsidRDefault="00000000">
            <w:pPr>
              <w:spacing w:before="20" w:after="20"/>
              <w:ind w:firstLine="0"/>
            </w:pPr>
            <w:r>
              <w:rPr>
                <w:sz w:val="16"/>
              </w:rPr>
              <w:t>supporteuimage</w:t>
            </w:r>
            <w:r>
              <w:rPr>
                <w:sz w:val="16"/>
              </w:rPr>
              <w:br/>
              <w:t>(euimage)</w:t>
            </w:r>
          </w:p>
        </w:tc>
        <w:tc>
          <w:tcPr>
            <w:tcW w:w="2880" w:type="dxa"/>
          </w:tcPr>
          <w:p w14:paraId="4D274974" w14:textId="77777777" w:rsidR="004D342C" w:rsidRDefault="00000000">
            <w:pPr>
              <w:spacing w:before="20" w:after="20"/>
              <w:ind w:firstLine="0"/>
            </w:pPr>
            <w:r>
              <w:rPr>
                <w:sz w:val="16"/>
              </w:rPr>
              <w:t>EU IMAGE</w:t>
            </w:r>
          </w:p>
        </w:tc>
        <w:tc>
          <w:tcPr>
            <w:tcW w:w="3456" w:type="dxa"/>
          </w:tcPr>
          <w:p w14:paraId="7739B4FD" w14:textId="77777777" w:rsidR="004D342C" w:rsidRDefault="00000000">
            <w:pPr>
              <w:spacing w:before="20" w:after="20"/>
              <w:ind w:firstLine="0"/>
            </w:pPr>
            <w:r>
              <w:rPr>
                <w:sz w:val="16"/>
              </w:rPr>
              <w:t>1 Very positive / 2 Fairly positive / 3 Neutral / 4 Fairly negative / 5 Very negative / 6 Don't know (SPONTANEOUS)</w:t>
            </w:r>
          </w:p>
        </w:tc>
        <w:tc>
          <w:tcPr>
            <w:tcW w:w="648" w:type="dxa"/>
          </w:tcPr>
          <w:p w14:paraId="7BE1438B" w14:textId="77777777" w:rsidR="004D342C" w:rsidRDefault="00000000">
            <w:pPr>
              <w:spacing w:before="20" w:after="20"/>
              <w:ind w:firstLine="0"/>
              <w:jc w:val="right"/>
            </w:pPr>
            <w:r>
              <w:rPr>
                <w:sz w:val="16"/>
              </w:rPr>
              <w:t>53</w:t>
            </w:r>
          </w:p>
        </w:tc>
      </w:tr>
      <w:tr w:rsidR="004D342C" w14:paraId="525BC07B" w14:textId="77777777">
        <w:trPr>
          <w:cantSplit/>
          <w:jc w:val="center"/>
        </w:trPr>
        <w:tc>
          <w:tcPr>
            <w:tcW w:w="1944" w:type="dxa"/>
          </w:tcPr>
          <w:p w14:paraId="0C46B7E1" w14:textId="77777777" w:rsidR="004D342C" w:rsidRDefault="00000000">
            <w:pPr>
              <w:spacing w:before="20" w:after="20"/>
              <w:ind w:firstLine="0"/>
            </w:pPr>
            <w:r>
              <w:rPr>
                <w:sz w:val="16"/>
              </w:rPr>
              <w:t>eurosupport</w:t>
            </w:r>
            <w:r>
              <w:rPr>
                <w:sz w:val="16"/>
              </w:rPr>
              <w:br/>
              <w:t>(supporteuro)</w:t>
            </w:r>
          </w:p>
        </w:tc>
        <w:tc>
          <w:tcPr>
            <w:tcW w:w="2880" w:type="dxa"/>
          </w:tcPr>
          <w:p w14:paraId="1008F13B" w14:textId="77777777" w:rsidR="004D342C" w:rsidRDefault="00000000">
            <w:pPr>
              <w:spacing w:before="20" w:after="20"/>
              <w:ind w:firstLine="0"/>
            </w:pPr>
            <w:r>
              <w:rPr>
                <w:sz w:val="16"/>
              </w:rPr>
              <w:t>EU PROPOSALS: SINGLE CURRENCY</w:t>
            </w:r>
          </w:p>
        </w:tc>
        <w:tc>
          <w:tcPr>
            <w:tcW w:w="3456" w:type="dxa"/>
          </w:tcPr>
          <w:p w14:paraId="421B2AA4" w14:textId="77777777" w:rsidR="004D342C" w:rsidRDefault="00000000">
            <w:pPr>
              <w:spacing w:before="20" w:after="20"/>
              <w:ind w:firstLine="0"/>
            </w:pPr>
            <w:r>
              <w:rPr>
                <w:sz w:val="16"/>
              </w:rPr>
              <w:t>1 for / 2 against / 3 dont know</w:t>
            </w:r>
          </w:p>
        </w:tc>
        <w:tc>
          <w:tcPr>
            <w:tcW w:w="648" w:type="dxa"/>
          </w:tcPr>
          <w:p w14:paraId="273FB6FD" w14:textId="77777777" w:rsidR="004D342C" w:rsidRDefault="00000000">
            <w:pPr>
              <w:spacing w:before="20" w:after="20"/>
              <w:ind w:firstLine="0"/>
              <w:jc w:val="right"/>
            </w:pPr>
            <w:r>
              <w:rPr>
                <w:sz w:val="16"/>
              </w:rPr>
              <w:t>52</w:t>
            </w:r>
          </w:p>
        </w:tc>
      </w:tr>
      <w:tr w:rsidR="004D342C" w14:paraId="3558E94C" w14:textId="77777777">
        <w:trPr>
          <w:cantSplit/>
          <w:jc w:val="center"/>
        </w:trPr>
        <w:tc>
          <w:tcPr>
            <w:tcW w:w="1944" w:type="dxa"/>
          </w:tcPr>
          <w:p w14:paraId="24F40DD8" w14:textId="77777777" w:rsidR="004D342C" w:rsidRDefault="00000000">
            <w:pPr>
              <w:spacing w:before="20" w:after="20"/>
              <w:ind w:firstLine="0"/>
            </w:pPr>
            <w:r>
              <w:rPr>
                <w:sz w:val="16"/>
              </w:rPr>
              <w:t>supportEUscrapped</w:t>
            </w:r>
            <w:r>
              <w:rPr>
                <w:sz w:val="16"/>
              </w:rPr>
              <w:br/>
              <w:t>(sorryEUscrapped)</w:t>
            </w:r>
          </w:p>
        </w:tc>
        <w:tc>
          <w:tcPr>
            <w:tcW w:w="2880" w:type="dxa"/>
          </w:tcPr>
          <w:p w14:paraId="41C3E52B" w14:textId="77777777" w:rsidR="004D342C" w:rsidRDefault="00000000">
            <w:pPr>
              <w:spacing w:before="20" w:after="20"/>
              <w:ind w:firstLine="0"/>
            </w:pPr>
            <w:r>
              <w:rPr>
                <w:sz w:val="16"/>
              </w:rPr>
              <w:t>q15 eu dissolution - regret</w:t>
            </w:r>
          </w:p>
        </w:tc>
        <w:tc>
          <w:tcPr>
            <w:tcW w:w="3456" w:type="dxa"/>
          </w:tcPr>
          <w:p w14:paraId="133B8A53" w14:textId="77777777" w:rsidR="004D342C" w:rsidRDefault="00000000">
            <w:pPr>
              <w:spacing w:before="20" w:after="20"/>
              <w:ind w:firstLine="0"/>
            </w:pPr>
            <w:r>
              <w:rPr>
                <w:sz w:val="16"/>
              </w:rPr>
              <w:t>1 very sorry / 2 indifferent / 3 very relieved / 4 dont know</w:t>
            </w:r>
          </w:p>
        </w:tc>
        <w:tc>
          <w:tcPr>
            <w:tcW w:w="648" w:type="dxa"/>
          </w:tcPr>
          <w:p w14:paraId="6E36549C" w14:textId="77777777" w:rsidR="004D342C" w:rsidRDefault="00000000">
            <w:pPr>
              <w:spacing w:before="20" w:after="20"/>
              <w:ind w:firstLine="0"/>
              <w:jc w:val="right"/>
            </w:pPr>
            <w:r>
              <w:rPr>
                <w:sz w:val="16"/>
              </w:rPr>
              <w:t>39</w:t>
            </w:r>
          </w:p>
        </w:tc>
      </w:tr>
      <w:tr w:rsidR="004D342C" w14:paraId="35CF7299" w14:textId="77777777">
        <w:trPr>
          <w:cantSplit/>
          <w:jc w:val="center"/>
        </w:trPr>
        <w:tc>
          <w:tcPr>
            <w:tcW w:w="1944" w:type="dxa"/>
          </w:tcPr>
          <w:p w14:paraId="2EFACF91" w14:textId="77777777" w:rsidR="004D342C" w:rsidRDefault="00000000">
            <w:pPr>
              <w:spacing w:before="20" w:after="20"/>
              <w:ind w:firstLine="0"/>
            </w:pPr>
            <w:r>
              <w:rPr>
                <w:sz w:val="16"/>
              </w:rPr>
              <w:t>supportpaceperceived</w:t>
            </w:r>
            <w:r>
              <w:rPr>
                <w:sz w:val="16"/>
              </w:rPr>
              <w:br/>
              <w:t>(paceperceived)</w:t>
            </w:r>
          </w:p>
        </w:tc>
        <w:tc>
          <w:tcPr>
            <w:tcW w:w="2880" w:type="dxa"/>
          </w:tcPr>
          <w:p w14:paraId="66F9C80A" w14:textId="77777777" w:rsidR="004D342C" w:rsidRDefault="00000000">
            <w:pPr>
              <w:spacing w:before="20" w:after="20"/>
              <w:ind w:firstLine="0"/>
            </w:pPr>
            <w:r>
              <w:rPr>
                <w:sz w:val="16"/>
              </w:rPr>
              <w:t>EUROPEAN UNIFICATION SPEED: CURRENT</w:t>
            </w:r>
          </w:p>
        </w:tc>
        <w:tc>
          <w:tcPr>
            <w:tcW w:w="3456" w:type="dxa"/>
          </w:tcPr>
          <w:p w14:paraId="177C03B9" w14:textId="77777777" w:rsidR="004D342C" w:rsidRDefault="00000000">
            <w:pPr>
              <w:spacing w:before="20" w:after="20"/>
              <w:ind w:firstLine="0"/>
            </w:pPr>
            <w:r>
              <w:rPr>
                <w:sz w:val="16"/>
              </w:rPr>
              <w:t>1 standstill / 7 runs as fast as possible / 8 dont know</w:t>
            </w:r>
          </w:p>
        </w:tc>
        <w:tc>
          <w:tcPr>
            <w:tcW w:w="648" w:type="dxa"/>
          </w:tcPr>
          <w:p w14:paraId="0BA78CC1" w14:textId="77777777" w:rsidR="004D342C" w:rsidRDefault="00000000">
            <w:pPr>
              <w:spacing w:before="20" w:after="20"/>
              <w:ind w:firstLine="0"/>
              <w:jc w:val="right"/>
            </w:pPr>
            <w:r>
              <w:rPr>
                <w:sz w:val="16"/>
              </w:rPr>
              <w:t>31</w:t>
            </w:r>
          </w:p>
        </w:tc>
      </w:tr>
      <w:tr w:rsidR="004D342C" w14:paraId="632D50EA" w14:textId="77777777">
        <w:trPr>
          <w:cantSplit/>
          <w:jc w:val="center"/>
        </w:trPr>
        <w:tc>
          <w:tcPr>
            <w:tcW w:w="1944" w:type="dxa"/>
          </w:tcPr>
          <w:p w14:paraId="726C310B" w14:textId="77777777" w:rsidR="004D342C" w:rsidRDefault="00000000">
            <w:pPr>
              <w:spacing w:before="20" w:after="20"/>
              <w:ind w:firstLine="0"/>
            </w:pPr>
            <w:r>
              <w:rPr>
                <w:sz w:val="16"/>
              </w:rPr>
              <w:t>supportpacedesired</w:t>
            </w:r>
            <w:r>
              <w:rPr>
                <w:sz w:val="16"/>
              </w:rPr>
              <w:br/>
              <w:t>(pacedesired)</w:t>
            </w:r>
          </w:p>
        </w:tc>
        <w:tc>
          <w:tcPr>
            <w:tcW w:w="2880" w:type="dxa"/>
          </w:tcPr>
          <w:p w14:paraId="3BA26E8E" w14:textId="77777777" w:rsidR="004D342C" w:rsidRDefault="00000000">
            <w:pPr>
              <w:spacing w:before="20" w:after="20"/>
              <w:ind w:firstLine="0"/>
            </w:pPr>
            <w:r>
              <w:rPr>
                <w:sz w:val="16"/>
              </w:rPr>
              <w:t>EUROPEAN UNIFICATION SPEED: PREFERRED</w:t>
            </w:r>
          </w:p>
        </w:tc>
        <w:tc>
          <w:tcPr>
            <w:tcW w:w="3456" w:type="dxa"/>
          </w:tcPr>
          <w:p w14:paraId="6178054A" w14:textId="77777777" w:rsidR="004D342C" w:rsidRDefault="00000000">
            <w:pPr>
              <w:spacing w:before="20" w:after="20"/>
              <w:ind w:firstLine="0"/>
            </w:pPr>
            <w:r>
              <w:rPr>
                <w:sz w:val="16"/>
              </w:rPr>
              <w:t>1 standstill / 7 runs as fast as possible / 8 dont know</w:t>
            </w:r>
          </w:p>
        </w:tc>
        <w:tc>
          <w:tcPr>
            <w:tcW w:w="648" w:type="dxa"/>
          </w:tcPr>
          <w:p w14:paraId="546FE191" w14:textId="77777777" w:rsidR="004D342C" w:rsidRDefault="00000000">
            <w:pPr>
              <w:spacing w:before="20" w:after="20"/>
              <w:ind w:firstLine="0"/>
              <w:jc w:val="right"/>
            </w:pPr>
            <w:r>
              <w:rPr>
                <w:sz w:val="16"/>
              </w:rPr>
              <w:t>30</w:t>
            </w:r>
          </w:p>
        </w:tc>
      </w:tr>
      <w:tr w:rsidR="004D342C" w14:paraId="1EB34509" w14:textId="77777777">
        <w:trPr>
          <w:cantSplit/>
          <w:jc w:val="center"/>
        </w:trPr>
        <w:tc>
          <w:tcPr>
            <w:tcW w:w="1944" w:type="dxa"/>
          </w:tcPr>
          <w:p w14:paraId="5C8607A8" w14:textId="77777777" w:rsidR="004D342C" w:rsidRDefault="00000000">
            <w:pPr>
              <w:spacing w:before="20" w:after="20"/>
              <w:ind w:firstLine="0"/>
            </w:pPr>
            <w:r>
              <w:rPr>
                <w:sz w:val="16"/>
              </w:rPr>
              <w:t>newfutureoutsideEU</w:t>
            </w:r>
          </w:p>
        </w:tc>
        <w:tc>
          <w:tcPr>
            <w:tcW w:w="2880" w:type="dxa"/>
          </w:tcPr>
          <w:p w14:paraId="1CE0B264" w14:textId="77777777" w:rsidR="004D342C" w:rsidRDefault="00000000">
            <w:pPr>
              <w:spacing w:before="20" w:after="20"/>
              <w:ind w:firstLine="0"/>
            </w:pPr>
            <w:r>
              <w:rPr>
                <w:sz w:val="16"/>
              </w:rPr>
              <w:t>EU STATEMENTS: BETTER FUTURE OUTSIDE EU (SPLIT A)</w:t>
            </w:r>
          </w:p>
        </w:tc>
        <w:tc>
          <w:tcPr>
            <w:tcW w:w="3456" w:type="dxa"/>
          </w:tcPr>
          <w:p w14:paraId="7328718E" w14:textId="77777777" w:rsidR="004D342C" w:rsidRDefault="00000000">
            <w:pPr>
              <w:spacing w:before="20" w:after="20"/>
              <w:ind w:firstLine="0"/>
            </w:pPr>
            <w:r>
              <w:rPr>
                <w:sz w:val="16"/>
              </w:rPr>
              <w:t>1 Totally agree / 2 Tend to agree / 3 Tend to disagree / 4 Totally disagree / 5 Don't know (SPONTANEOUS)</w:t>
            </w:r>
          </w:p>
        </w:tc>
        <w:tc>
          <w:tcPr>
            <w:tcW w:w="648" w:type="dxa"/>
          </w:tcPr>
          <w:p w14:paraId="71993C82" w14:textId="77777777" w:rsidR="004D342C" w:rsidRDefault="00000000">
            <w:pPr>
              <w:spacing w:before="20" w:after="20"/>
              <w:ind w:firstLine="0"/>
              <w:jc w:val="right"/>
            </w:pPr>
            <w:r>
              <w:rPr>
                <w:sz w:val="16"/>
              </w:rPr>
              <w:t>29</w:t>
            </w:r>
          </w:p>
        </w:tc>
      </w:tr>
      <w:tr w:rsidR="004D342C" w14:paraId="66693812" w14:textId="77777777">
        <w:trPr>
          <w:cantSplit/>
          <w:jc w:val="center"/>
        </w:trPr>
        <w:tc>
          <w:tcPr>
            <w:tcW w:w="1944" w:type="dxa"/>
          </w:tcPr>
          <w:p w14:paraId="5E6C1CD8" w14:textId="77777777" w:rsidR="004D342C" w:rsidRDefault="00000000">
            <w:pPr>
              <w:spacing w:before="20" w:after="20"/>
              <w:ind w:firstLine="0"/>
            </w:pPr>
            <w:r>
              <w:rPr>
                <w:sz w:val="16"/>
              </w:rPr>
              <w:t>supportunification</w:t>
            </w:r>
          </w:p>
        </w:tc>
        <w:tc>
          <w:tcPr>
            <w:tcW w:w="2880" w:type="dxa"/>
          </w:tcPr>
          <w:p w14:paraId="749B7B9C" w14:textId="77777777" w:rsidR="004D342C" w:rsidRDefault="00000000">
            <w:pPr>
              <w:spacing w:before="20" w:after="20"/>
              <w:ind w:firstLine="0"/>
            </w:pPr>
            <w:r>
              <w:rPr>
                <w:sz w:val="16"/>
              </w:rPr>
              <w:t>For or against efforts to unify Western Europe / European unification</w:t>
            </w:r>
          </w:p>
        </w:tc>
        <w:tc>
          <w:tcPr>
            <w:tcW w:w="3456" w:type="dxa"/>
          </w:tcPr>
          <w:p w14:paraId="0BE1F427" w14:textId="77777777" w:rsidR="004D342C" w:rsidRDefault="00000000">
            <w:pPr>
              <w:spacing w:before="20" w:after="20"/>
              <w:ind w:firstLine="0"/>
            </w:pPr>
            <w:r>
              <w:rPr>
                <w:sz w:val="16"/>
              </w:rPr>
              <w:t>1 for very much / 2 for to some extent / 3 against to some extent / 4 against very much; DK/NA -&gt; missing</w:t>
            </w:r>
          </w:p>
        </w:tc>
        <w:tc>
          <w:tcPr>
            <w:tcW w:w="648" w:type="dxa"/>
          </w:tcPr>
          <w:p w14:paraId="766045F8" w14:textId="77777777" w:rsidR="004D342C" w:rsidRDefault="00000000">
            <w:pPr>
              <w:spacing w:before="20" w:after="20"/>
              <w:ind w:firstLine="0"/>
              <w:jc w:val="right"/>
            </w:pPr>
            <w:r>
              <w:rPr>
                <w:sz w:val="16"/>
              </w:rPr>
              <w:t>17</w:t>
            </w:r>
          </w:p>
        </w:tc>
      </w:tr>
      <w:tr w:rsidR="004D342C" w14:paraId="415B4152" w14:textId="77777777">
        <w:trPr>
          <w:cantSplit/>
          <w:jc w:val="center"/>
        </w:trPr>
        <w:tc>
          <w:tcPr>
            <w:tcW w:w="1944" w:type="dxa"/>
          </w:tcPr>
          <w:p w14:paraId="6D9909D7" w14:textId="77777777" w:rsidR="004D342C" w:rsidRDefault="00000000">
            <w:pPr>
              <w:spacing w:before="20" w:after="20"/>
              <w:ind w:firstLine="0"/>
            </w:pPr>
            <w:r>
              <w:rPr>
                <w:sz w:val="16"/>
              </w:rPr>
              <w:t>newEUvoice</w:t>
            </w:r>
          </w:p>
        </w:tc>
        <w:tc>
          <w:tcPr>
            <w:tcW w:w="2880" w:type="dxa"/>
          </w:tcPr>
          <w:p w14:paraId="231B6E40" w14:textId="77777777" w:rsidR="004D342C" w:rsidRDefault="00000000">
            <w:pPr>
              <w:spacing w:before="20" w:after="20"/>
              <w:ind w:firstLine="0"/>
            </w:pPr>
            <w:r>
              <w:rPr>
                <w:sz w:val="16"/>
              </w:rPr>
              <w:t>STATEMENTS: EU VOICE COUNTS IN THE WORLD</w:t>
            </w:r>
          </w:p>
        </w:tc>
        <w:tc>
          <w:tcPr>
            <w:tcW w:w="3456" w:type="dxa"/>
          </w:tcPr>
          <w:p w14:paraId="6E614B83" w14:textId="77777777" w:rsidR="004D342C" w:rsidRDefault="00000000">
            <w:pPr>
              <w:spacing w:before="20" w:after="20"/>
              <w:ind w:firstLine="0"/>
            </w:pPr>
            <w:r>
              <w:rPr>
                <w:sz w:val="16"/>
              </w:rPr>
              <w:t>1 Totally agree / 2 Tend to agree / 3 Tend to disagree / 4 Totally disagree / 5 Don't know</w:t>
            </w:r>
          </w:p>
        </w:tc>
        <w:tc>
          <w:tcPr>
            <w:tcW w:w="648" w:type="dxa"/>
          </w:tcPr>
          <w:p w14:paraId="259ADE9F" w14:textId="77777777" w:rsidR="004D342C" w:rsidRDefault="00000000">
            <w:pPr>
              <w:spacing w:before="20" w:after="20"/>
              <w:ind w:firstLine="0"/>
              <w:jc w:val="right"/>
            </w:pPr>
            <w:r>
              <w:rPr>
                <w:sz w:val="16"/>
              </w:rPr>
              <w:t>16</w:t>
            </w:r>
          </w:p>
        </w:tc>
      </w:tr>
      <w:tr w:rsidR="004D342C" w14:paraId="5B81AD7A" w14:textId="77777777">
        <w:trPr>
          <w:cantSplit/>
          <w:jc w:val="center"/>
        </w:trPr>
        <w:tc>
          <w:tcPr>
            <w:tcW w:w="1944" w:type="dxa"/>
          </w:tcPr>
          <w:p w14:paraId="64E5AC2C" w14:textId="77777777" w:rsidR="004D342C" w:rsidRDefault="00000000">
            <w:pPr>
              <w:spacing w:before="20" w:after="20"/>
              <w:ind w:firstLine="0"/>
            </w:pPr>
            <w:r>
              <w:rPr>
                <w:sz w:val="16"/>
              </w:rPr>
              <w:t>eurosupport2</w:t>
            </w:r>
            <w:r>
              <w:rPr>
                <w:sz w:val="16"/>
              </w:rPr>
              <w:br/>
              <w:t>(supporteuro2)</w:t>
            </w:r>
          </w:p>
        </w:tc>
        <w:tc>
          <w:tcPr>
            <w:tcW w:w="2880" w:type="dxa"/>
          </w:tcPr>
          <w:p w14:paraId="5A0AF577" w14:textId="77777777" w:rsidR="004D342C" w:rsidRDefault="00000000">
            <w:pPr>
              <w:spacing w:before="20" w:after="20"/>
              <w:ind w:firstLine="0"/>
            </w:pPr>
            <w:r>
              <w:rPr>
                <w:sz w:val="16"/>
              </w:rPr>
              <w:t>q.28.1. - what is your opinion on each o</w:t>
            </w:r>
          </w:p>
        </w:tc>
        <w:tc>
          <w:tcPr>
            <w:tcW w:w="3456" w:type="dxa"/>
          </w:tcPr>
          <w:p w14:paraId="7177BC21" w14:textId="77777777" w:rsidR="004D342C" w:rsidRDefault="00000000">
            <w:pPr>
              <w:spacing w:before="20" w:after="20"/>
              <w:ind w:firstLine="0"/>
            </w:pPr>
            <w:r>
              <w:rPr>
                <w:sz w:val="16"/>
              </w:rPr>
              <w:t>1 for / 2 against / 3 dont know</w:t>
            </w:r>
          </w:p>
        </w:tc>
        <w:tc>
          <w:tcPr>
            <w:tcW w:w="648" w:type="dxa"/>
          </w:tcPr>
          <w:p w14:paraId="19793F64" w14:textId="77777777" w:rsidR="004D342C" w:rsidRDefault="00000000">
            <w:pPr>
              <w:spacing w:before="20" w:after="20"/>
              <w:ind w:firstLine="0"/>
              <w:jc w:val="right"/>
            </w:pPr>
            <w:r>
              <w:rPr>
                <w:sz w:val="16"/>
              </w:rPr>
              <w:t>14</w:t>
            </w:r>
          </w:p>
        </w:tc>
      </w:tr>
      <w:tr w:rsidR="004D342C" w14:paraId="0059306A" w14:textId="77777777">
        <w:trPr>
          <w:cantSplit/>
          <w:jc w:val="center"/>
        </w:trPr>
        <w:tc>
          <w:tcPr>
            <w:tcW w:w="1944" w:type="dxa"/>
          </w:tcPr>
          <w:p w14:paraId="18E90C78" w14:textId="77777777" w:rsidR="004D342C" w:rsidRDefault="00000000">
            <w:pPr>
              <w:spacing w:before="20" w:after="20"/>
              <w:ind w:firstLine="0"/>
            </w:pPr>
            <w:r>
              <w:rPr>
                <w:sz w:val="16"/>
              </w:rPr>
              <w:lastRenderedPageBreak/>
              <w:t>globeuprotect</w:t>
            </w:r>
          </w:p>
        </w:tc>
        <w:tc>
          <w:tcPr>
            <w:tcW w:w="2880" w:type="dxa"/>
          </w:tcPr>
          <w:p w14:paraId="3F9027B1" w14:textId="77777777" w:rsidR="004D342C" w:rsidRDefault="00000000">
            <w:pPr>
              <w:spacing w:before="20" w:after="20"/>
              <w:ind w:firstLine="0"/>
            </w:pPr>
            <w:r>
              <w:rPr>
                <w:sz w:val="16"/>
              </w:rPr>
              <w:t>EU STATEMENTS: GLOBALISATION EU PROTECTS CTZNS</w:t>
            </w:r>
          </w:p>
        </w:tc>
        <w:tc>
          <w:tcPr>
            <w:tcW w:w="3456" w:type="dxa"/>
          </w:tcPr>
          <w:p w14:paraId="184F91D0" w14:textId="77777777" w:rsidR="004D342C" w:rsidRDefault="00000000">
            <w:pPr>
              <w:spacing w:before="20" w:after="20"/>
              <w:ind w:firstLine="0"/>
            </w:pPr>
            <w:r>
              <w:rPr>
                <w:sz w:val="16"/>
              </w:rPr>
              <w:t>1 Totally agree / 2 Tend to agree / 3 Tend to disagree / 4 Totally disagree / 5 DK</w:t>
            </w:r>
          </w:p>
        </w:tc>
        <w:tc>
          <w:tcPr>
            <w:tcW w:w="648" w:type="dxa"/>
          </w:tcPr>
          <w:p w14:paraId="3F998A3E" w14:textId="77777777" w:rsidR="004D342C" w:rsidRDefault="00000000">
            <w:pPr>
              <w:spacing w:before="20" w:after="20"/>
              <w:ind w:firstLine="0"/>
              <w:jc w:val="right"/>
            </w:pPr>
            <w:r>
              <w:rPr>
                <w:sz w:val="16"/>
              </w:rPr>
              <w:t>13</w:t>
            </w:r>
          </w:p>
        </w:tc>
      </w:tr>
      <w:tr w:rsidR="004D342C" w14:paraId="07A93C87" w14:textId="77777777">
        <w:trPr>
          <w:cantSplit/>
          <w:jc w:val="center"/>
        </w:trPr>
        <w:tc>
          <w:tcPr>
            <w:tcW w:w="1944" w:type="dxa"/>
          </w:tcPr>
          <w:p w14:paraId="78A2F559" w14:textId="77777777" w:rsidR="004D342C" w:rsidRDefault="00000000">
            <w:pPr>
              <w:spacing w:before="20" w:after="20"/>
              <w:ind w:firstLine="0"/>
            </w:pPr>
            <w:r>
              <w:rPr>
                <w:sz w:val="16"/>
              </w:rPr>
              <w:t>globeubenefits</w:t>
            </w:r>
          </w:p>
        </w:tc>
        <w:tc>
          <w:tcPr>
            <w:tcW w:w="2880" w:type="dxa"/>
          </w:tcPr>
          <w:p w14:paraId="1EAB42EF" w14:textId="77777777" w:rsidR="004D342C" w:rsidRDefault="00000000">
            <w:pPr>
              <w:spacing w:before="20" w:after="20"/>
              <w:ind w:firstLine="0"/>
            </w:pPr>
            <w:r>
              <w:rPr>
                <w:sz w:val="16"/>
              </w:rPr>
              <w:t>EU STATEMENTS: GLOBALISATION EU ENABLES CITIZENS</w:t>
            </w:r>
          </w:p>
        </w:tc>
        <w:tc>
          <w:tcPr>
            <w:tcW w:w="3456" w:type="dxa"/>
          </w:tcPr>
          <w:p w14:paraId="2B338665" w14:textId="77777777" w:rsidR="004D342C" w:rsidRDefault="00000000">
            <w:pPr>
              <w:spacing w:before="20" w:after="20"/>
              <w:ind w:firstLine="0"/>
            </w:pPr>
            <w:r>
              <w:rPr>
                <w:sz w:val="16"/>
              </w:rPr>
              <w:t>1 Totally agree / 2 Tend to agree / 3 Tend to disagree / 4 Totally disagree / 5 DK</w:t>
            </w:r>
          </w:p>
        </w:tc>
        <w:tc>
          <w:tcPr>
            <w:tcW w:w="648" w:type="dxa"/>
          </w:tcPr>
          <w:p w14:paraId="72B793AD" w14:textId="77777777" w:rsidR="004D342C" w:rsidRDefault="00000000">
            <w:pPr>
              <w:spacing w:before="20" w:after="20"/>
              <w:ind w:firstLine="0"/>
              <w:jc w:val="right"/>
            </w:pPr>
            <w:r>
              <w:rPr>
                <w:sz w:val="16"/>
              </w:rPr>
              <w:t>12</w:t>
            </w:r>
          </w:p>
        </w:tc>
      </w:tr>
      <w:tr w:rsidR="004D342C" w14:paraId="79539015" w14:textId="77777777">
        <w:trPr>
          <w:cantSplit/>
          <w:jc w:val="center"/>
        </w:trPr>
        <w:tc>
          <w:tcPr>
            <w:tcW w:w="1944" w:type="dxa"/>
          </w:tcPr>
          <w:p w14:paraId="0283B115" w14:textId="77777777" w:rsidR="004D342C" w:rsidRDefault="00000000">
            <w:pPr>
              <w:spacing w:before="20" w:after="20"/>
              <w:ind w:firstLine="0"/>
            </w:pPr>
            <w:r>
              <w:rPr>
                <w:sz w:val="16"/>
              </w:rPr>
              <w:t>eurosupport3</w:t>
            </w:r>
            <w:r>
              <w:rPr>
                <w:sz w:val="16"/>
              </w:rPr>
              <w:br/>
              <w:t>(supporteuro3)</w:t>
            </w:r>
          </w:p>
        </w:tc>
        <w:tc>
          <w:tcPr>
            <w:tcW w:w="2880" w:type="dxa"/>
          </w:tcPr>
          <w:p w14:paraId="112D2249" w14:textId="77777777" w:rsidR="004D342C" w:rsidRDefault="00000000">
            <w:pPr>
              <w:spacing w:before="20" w:after="20"/>
              <w:ind w:firstLine="0"/>
            </w:pPr>
            <w:r>
              <w:rPr>
                <w:sz w:val="16"/>
              </w:rPr>
              <w:t>q22 eu proposals: single currency</w:t>
            </w:r>
          </w:p>
        </w:tc>
        <w:tc>
          <w:tcPr>
            <w:tcW w:w="3456" w:type="dxa"/>
          </w:tcPr>
          <w:p w14:paraId="0B891215" w14:textId="77777777" w:rsidR="004D342C" w:rsidRDefault="00000000">
            <w:pPr>
              <w:spacing w:before="20" w:after="20"/>
              <w:ind w:firstLine="0"/>
            </w:pPr>
            <w:r>
              <w:rPr>
                <w:sz w:val="16"/>
              </w:rPr>
              <w:t>1 for / 2 against / 3 dont know</w:t>
            </w:r>
          </w:p>
        </w:tc>
        <w:tc>
          <w:tcPr>
            <w:tcW w:w="648" w:type="dxa"/>
          </w:tcPr>
          <w:p w14:paraId="248765A7" w14:textId="77777777" w:rsidR="004D342C" w:rsidRDefault="00000000">
            <w:pPr>
              <w:spacing w:before="20" w:after="20"/>
              <w:ind w:firstLine="0"/>
              <w:jc w:val="right"/>
            </w:pPr>
            <w:r>
              <w:rPr>
                <w:sz w:val="16"/>
              </w:rPr>
              <w:t>10</w:t>
            </w:r>
          </w:p>
        </w:tc>
      </w:tr>
      <w:tr w:rsidR="004D342C" w14:paraId="1AA67B57" w14:textId="77777777">
        <w:trPr>
          <w:cantSplit/>
          <w:jc w:val="center"/>
        </w:trPr>
        <w:tc>
          <w:tcPr>
            <w:tcW w:w="1944" w:type="dxa"/>
          </w:tcPr>
          <w:p w14:paraId="15CB5C5C" w14:textId="77777777" w:rsidR="004D342C" w:rsidRDefault="00000000">
            <w:pPr>
              <w:spacing w:before="20" w:after="20"/>
              <w:ind w:firstLine="0"/>
            </w:pPr>
            <w:r>
              <w:rPr>
                <w:sz w:val="16"/>
              </w:rPr>
              <w:t>pereueffectonsafety</w:t>
            </w:r>
            <w:r>
              <w:rPr>
                <w:sz w:val="16"/>
              </w:rPr>
              <w:br/>
              <w:t>(feelingsafety)</w:t>
            </w:r>
          </w:p>
        </w:tc>
        <w:tc>
          <w:tcPr>
            <w:tcW w:w="2880" w:type="dxa"/>
          </w:tcPr>
          <w:p w14:paraId="35A2EA19" w14:textId="77777777" w:rsidR="004D342C" w:rsidRDefault="00000000">
            <w:pPr>
              <w:spacing w:before="20" w:after="20"/>
              <w:ind w:firstLine="0"/>
            </w:pPr>
            <w:r>
              <w:rPr>
                <w:sz w:val="16"/>
              </w:rPr>
              <w:t>QA20A EU STATEMENTS: SAFER BECAUSE OF MEMBERSHIP</w:t>
            </w:r>
          </w:p>
        </w:tc>
        <w:tc>
          <w:tcPr>
            <w:tcW w:w="3456" w:type="dxa"/>
          </w:tcPr>
          <w:p w14:paraId="45FB8F28" w14:textId="77777777" w:rsidR="004D342C" w:rsidRDefault="00000000">
            <w:pPr>
              <w:spacing w:before="20" w:after="20"/>
              <w:ind w:firstLine="0"/>
            </w:pPr>
            <w:r>
              <w:rPr>
                <w:sz w:val="16"/>
              </w:rPr>
              <w:t>1 tend to agree / 2 tend to disagree / 3 dont know</w:t>
            </w:r>
          </w:p>
        </w:tc>
        <w:tc>
          <w:tcPr>
            <w:tcW w:w="648" w:type="dxa"/>
          </w:tcPr>
          <w:p w14:paraId="5EAFD5B5" w14:textId="77777777" w:rsidR="004D342C" w:rsidRDefault="00000000">
            <w:pPr>
              <w:spacing w:before="20" w:after="20"/>
              <w:ind w:firstLine="0"/>
              <w:jc w:val="right"/>
            </w:pPr>
            <w:r>
              <w:rPr>
                <w:sz w:val="16"/>
              </w:rPr>
              <w:t>10</w:t>
            </w:r>
          </w:p>
        </w:tc>
      </w:tr>
      <w:tr w:rsidR="004D342C" w14:paraId="52527D9E" w14:textId="77777777">
        <w:trPr>
          <w:cantSplit/>
          <w:jc w:val="center"/>
        </w:trPr>
        <w:tc>
          <w:tcPr>
            <w:tcW w:w="1944" w:type="dxa"/>
          </w:tcPr>
          <w:p w14:paraId="7FD6725F" w14:textId="77777777" w:rsidR="004D342C" w:rsidRDefault="00000000">
            <w:pPr>
              <w:spacing w:before="20" w:after="20"/>
              <w:ind w:firstLine="0"/>
            </w:pPr>
            <w:r>
              <w:rPr>
                <w:sz w:val="16"/>
              </w:rPr>
              <w:t>eusupportindex</w:t>
            </w:r>
          </w:p>
        </w:tc>
        <w:tc>
          <w:tcPr>
            <w:tcW w:w="2880" w:type="dxa"/>
          </w:tcPr>
          <w:p w14:paraId="60EEA870" w14:textId="77777777" w:rsidR="004D342C" w:rsidRDefault="00000000">
            <w:pPr>
              <w:spacing w:before="20" w:after="20"/>
              <w:ind w:firstLine="0"/>
            </w:pPr>
            <w:r>
              <w:rPr>
                <w:sz w:val="16"/>
              </w:rPr>
              <w:t>EC support / commitment index</w:t>
            </w:r>
          </w:p>
        </w:tc>
        <w:tc>
          <w:tcPr>
            <w:tcW w:w="3456" w:type="dxa"/>
          </w:tcPr>
          <w:p w14:paraId="3EC0A954" w14:textId="77777777" w:rsidR="004D342C" w:rsidRDefault="00000000">
            <w:pPr>
              <w:spacing w:before="20" w:after="20"/>
              <w:ind w:firstLine="0"/>
            </w:pPr>
            <w:r>
              <w:rPr>
                <w:sz w:val="16"/>
              </w:rPr>
              <w:t>1 low / 2 next to low / 3 medium / 4 next to high / 5 high</w:t>
            </w:r>
          </w:p>
        </w:tc>
        <w:tc>
          <w:tcPr>
            <w:tcW w:w="648" w:type="dxa"/>
          </w:tcPr>
          <w:p w14:paraId="002CD0CA" w14:textId="77777777" w:rsidR="004D342C" w:rsidRDefault="00000000">
            <w:pPr>
              <w:spacing w:before="20" w:after="20"/>
              <w:ind w:firstLine="0"/>
              <w:jc w:val="right"/>
            </w:pPr>
            <w:r>
              <w:rPr>
                <w:sz w:val="16"/>
              </w:rPr>
              <w:t>9</w:t>
            </w:r>
          </w:p>
        </w:tc>
      </w:tr>
      <w:tr w:rsidR="004D342C" w14:paraId="1F1F2BA5" w14:textId="77777777">
        <w:trPr>
          <w:cantSplit/>
          <w:jc w:val="center"/>
        </w:trPr>
        <w:tc>
          <w:tcPr>
            <w:tcW w:w="1944" w:type="dxa"/>
          </w:tcPr>
          <w:p w14:paraId="41AA04FF" w14:textId="77777777" w:rsidR="004D342C" w:rsidRDefault="00000000">
            <w:pPr>
              <w:spacing w:before="20" w:after="20"/>
              <w:ind w:firstLine="0"/>
            </w:pPr>
            <w:r>
              <w:rPr>
                <w:sz w:val="16"/>
              </w:rPr>
              <w:t>euunderstanding</w:t>
            </w:r>
          </w:p>
        </w:tc>
        <w:tc>
          <w:tcPr>
            <w:tcW w:w="2880" w:type="dxa"/>
          </w:tcPr>
          <w:p w14:paraId="328E7065" w14:textId="77777777" w:rsidR="004D342C" w:rsidRDefault="00000000">
            <w:pPr>
              <w:spacing w:before="20" w:after="20"/>
              <w:ind w:firstLine="0"/>
            </w:pPr>
            <w:r>
              <w:rPr>
                <w:sz w:val="16"/>
              </w:rPr>
              <w:t>Understanding between EC peoples increased / same / decreased</w:t>
            </w:r>
          </w:p>
        </w:tc>
        <w:tc>
          <w:tcPr>
            <w:tcW w:w="3456" w:type="dxa"/>
          </w:tcPr>
          <w:p w14:paraId="1D7AB0A7" w14:textId="77777777" w:rsidR="004D342C" w:rsidRDefault="00000000">
            <w:pPr>
              <w:spacing w:before="20" w:after="20"/>
              <w:ind w:firstLine="0"/>
            </w:pPr>
            <w:r>
              <w:rPr>
                <w:sz w:val="16"/>
              </w:rPr>
              <w:t>1 increased / 2 stayed the same / 3 decreased</w:t>
            </w:r>
          </w:p>
        </w:tc>
        <w:tc>
          <w:tcPr>
            <w:tcW w:w="648" w:type="dxa"/>
          </w:tcPr>
          <w:p w14:paraId="06D7C7F8" w14:textId="77777777" w:rsidR="004D342C" w:rsidRDefault="00000000">
            <w:pPr>
              <w:spacing w:before="20" w:after="20"/>
              <w:ind w:firstLine="0"/>
              <w:jc w:val="right"/>
            </w:pPr>
            <w:r>
              <w:rPr>
                <w:sz w:val="16"/>
              </w:rPr>
              <w:t>8</w:t>
            </w:r>
          </w:p>
        </w:tc>
      </w:tr>
      <w:tr w:rsidR="004D342C" w14:paraId="4C9C7355" w14:textId="77777777">
        <w:trPr>
          <w:cantSplit/>
          <w:jc w:val="center"/>
        </w:trPr>
        <w:tc>
          <w:tcPr>
            <w:tcW w:w="1944" w:type="dxa"/>
          </w:tcPr>
          <w:p w14:paraId="09DA156A" w14:textId="77777777" w:rsidR="004D342C" w:rsidRDefault="00000000">
            <w:pPr>
              <w:spacing w:before="20" w:after="20"/>
              <w:ind w:firstLine="0"/>
            </w:pPr>
            <w:r>
              <w:rPr>
                <w:sz w:val="16"/>
              </w:rPr>
              <w:t>pacedesired3</w:t>
            </w:r>
          </w:p>
        </w:tc>
        <w:tc>
          <w:tcPr>
            <w:tcW w:w="2880" w:type="dxa"/>
          </w:tcPr>
          <w:p w14:paraId="0E742707" w14:textId="77777777" w:rsidR="004D342C" w:rsidRDefault="00000000">
            <w:pPr>
              <w:spacing w:before="20" w:after="20"/>
              <w:ind w:firstLine="0"/>
            </w:pPr>
            <w:r>
              <w:rPr>
                <w:sz w:val="16"/>
              </w:rPr>
              <w:t>Desired pace of unification (3-point)</w:t>
            </w:r>
          </w:p>
        </w:tc>
        <w:tc>
          <w:tcPr>
            <w:tcW w:w="3456" w:type="dxa"/>
          </w:tcPr>
          <w:p w14:paraId="1909EEC5" w14:textId="77777777" w:rsidR="004D342C" w:rsidRDefault="00000000">
            <w:pPr>
              <w:spacing w:before="20" w:after="20"/>
              <w:ind w:firstLine="0"/>
            </w:pPr>
            <w:r>
              <w:rPr>
                <w:sz w:val="16"/>
              </w:rPr>
              <w:t>1 speeded up / 2 continue as at present / 3 slowed down</w:t>
            </w:r>
          </w:p>
        </w:tc>
        <w:tc>
          <w:tcPr>
            <w:tcW w:w="648" w:type="dxa"/>
          </w:tcPr>
          <w:p w14:paraId="2D19AA06" w14:textId="77777777" w:rsidR="004D342C" w:rsidRDefault="00000000">
            <w:pPr>
              <w:spacing w:before="20" w:after="20"/>
              <w:ind w:firstLine="0"/>
              <w:jc w:val="right"/>
            </w:pPr>
            <w:r>
              <w:rPr>
                <w:sz w:val="16"/>
              </w:rPr>
              <w:t>8</w:t>
            </w:r>
          </w:p>
        </w:tc>
      </w:tr>
      <w:tr w:rsidR="004D342C" w14:paraId="6FD6C60B" w14:textId="77777777">
        <w:trPr>
          <w:cantSplit/>
          <w:jc w:val="center"/>
        </w:trPr>
        <w:tc>
          <w:tcPr>
            <w:tcW w:w="1944" w:type="dxa"/>
          </w:tcPr>
          <w:p w14:paraId="290164D6" w14:textId="77777777" w:rsidR="004D342C" w:rsidRDefault="00000000">
            <w:pPr>
              <w:spacing w:before="20" w:after="20"/>
              <w:ind w:firstLine="0"/>
            </w:pPr>
            <w:r>
              <w:rPr>
                <w:sz w:val="16"/>
              </w:rPr>
              <w:t>eubenefitsrelative</w:t>
            </w:r>
          </w:p>
        </w:tc>
        <w:tc>
          <w:tcPr>
            <w:tcW w:w="2880" w:type="dxa"/>
          </w:tcPr>
          <w:p w14:paraId="3586413B" w14:textId="77777777" w:rsidR="004D342C" w:rsidRDefault="00000000">
            <w:pPr>
              <w:spacing w:before="20" w:after="20"/>
              <w:ind w:firstLine="0"/>
            </w:pPr>
            <w:r>
              <w:rPr>
                <w:sz w:val="16"/>
              </w:rPr>
              <w:t>Own country benefited more / less / same as others</w:t>
            </w:r>
          </w:p>
        </w:tc>
        <w:tc>
          <w:tcPr>
            <w:tcW w:w="3456" w:type="dxa"/>
          </w:tcPr>
          <w:p w14:paraId="7A8145F4" w14:textId="77777777" w:rsidR="004D342C" w:rsidRDefault="00000000">
            <w:pPr>
              <w:spacing w:before="20" w:after="20"/>
              <w:ind w:firstLine="0"/>
            </w:pPr>
            <w:r>
              <w:rPr>
                <w:sz w:val="16"/>
              </w:rPr>
              <w:t>1 benefited more than others / 2 benefited less / 3 about the same</w:t>
            </w:r>
          </w:p>
        </w:tc>
        <w:tc>
          <w:tcPr>
            <w:tcW w:w="648" w:type="dxa"/>
          </w:tcPr>
          <w:p w14:paraId="4C659375" w14:textId="77777777" w:rsidR="004D342C" w:rsidRDefault="00000000">
            <w:pPr>
              <w:spacing w:before="20" w:after="20"/>
              <w:ind w:firstLine="0"/>
              <w:jc w:val="right"/>
            </w:pPr>
            <w:r>
              <w:rPr>
                <w:sz w:val="16"/>
              </w:rPr>
              <w:t>5</w:t>
            </w:r>
          </w:p>
        </w:tc>
      </w:tr>
      <w:tr w:rsidR="004D342C" w14:paraId="69E61BFE" w14:textId="77777777">
        <w:trPr>
          <w:cantSplit/>
          <w:jc w:val="center"/>
        </w:trPr>
        <w:tc>
          <w:tcPr>
            <w:tcW w:w="1944" w:type="dxa"/>
          </w:tcPr>
          <w:p w14:paraId="1D788C55" w14:textId="77777777" w:rsidR="004D342C" w:rsidRDefault="00000000">
            <w:pPr>
              <w:spacing w:before="20" w:after="20"/>
              <w:ind w:firstLine="0"/>
            </w:pPr>
            <w:r>
              <w:rPr>
                <w:sz w:val="16"/>
              </w:rPr>
              <w:t>eusolidarity</w:t>
            </w:r>
          </w:p>
        </w:tc>
        <w:tc>
          <w:tcPr>
            <w:tcW w:w="2880" w:type="dxa"/>
          </w:tcPr>
          <w:p w14:paraId="34AC67EE" w14:textId="77777777" w:rsidR="004D342C" w:rsidRDefault="00000000">
            <w:pPr>
              <w:spacing w:before="20" w:after="20"/>
              <w:ind w:firstLine="0"/>
            </w:pPr>
            <w:r>
              <w:rPr>
                <w:sz w:val="16"/>
              </w:rPr>
              <w:t>Willing to help another member country in difficulty</w:t>
            </w:r>
          </w:p>
        </w:tc>
        <w:tc>
          <w:tcPr>
            <w:tcW w:w="3456" w:type="dxa"/>
          </w:tcPr>
          <w:p w14:paraId="551BE123" w14:textId="77777777" w:rsidR="004D342C" w:rsidRDefault="00000000">
            <w:pPr>
              <w:spacing w:before="20" w:after="20"/>
              <w:ind w:firstLine="0"/>
            </w:pPr>
            <w:r>
              <w:rPr>
                <w:sz w:val="16"/>
              </w:rPr>
              <w:t>1 yes / 2 no</w:t>
            </w:r>
          </w:p>
        </w:tc>
        <w:tc>
          <w:tcPr>
            <w:tcW w:w="648" w:type="dxa"/>
          </w:tcPr>
          <w:p w14:paraId="2998E717" w14:textId="77777777" w:rsidR="004D342C" w:rsidRDefault="00000000">
            <w:pPr>
              <w:spacing w:before="20" w:after="20"/>
              <w:ind w:firstLine="0"/>
              <w:jc w:val="right"/>
            </w:pPr>
            <w:r>
              <w:rPr>
                <w:sz w:val="16"/>
              </w:rPr>
              <w:t>5</w:t>
            </w:r>
          </w:p>
        </w:tc>
      </w:tr>
      <w:tr w:rsidR="004D342C" w14:paraId="0500E742" w14:textId="77777777">
        <w:trPr>
          <w:cantSplit/>
          <w:jc w:val="center"/>
        </w:trPr>
        <w:tc>
          <w:tcPr>
            <w:tcW w:w="1944" w:type="dxa"/>
          </w:tcPr>
          <w:p w14:paraId="3BCCD9C8" w14:textId="77777777" w:rsidR="004D342C" w:rsidRDefault="00000000">
            <w:pPr>
              <w:spacing w:before="20" w:after="20"/>
              <w:ind w:firstLine="0"/>
            </w:pPr>
            <w:r>
              <w:rPr>
                <w:sz w:val="16"/>
              </w:rPr>
              <w:t>pereueffectonstability</w:t>
            </w:r>
            <w:r>
              <w:rPr>
                <w:sz w:val="16"/>
              </w:rPr>
              <w:br/>
              <w:t>(feelingstability)</w:t>
            </w:r>
          </w:p>
        </w:tc>
        <w:tc>
          <w:tcPr>
            <w:tcW w:w="2880" w:type="dxa"/>
          </w:tcPr>
          <w:p w14:paraId="3CCBA6D2" w14:textId="77777777" w:rsidR="004D342C" w:rsidRDefault="00000000">
            <w:pPr>
              <w:spacing w:before="20" w:after="20"/>
              <w:ind w:firstLine="0"/>
            </w:pPr>
            <w:r>
              <w:rPr>
                <w:sz w:val="16"/>
              </w:rPr>
              <w:t>QA34A EU STATEMENTS: MORE STABLE POLITICALLY</w:t>
            </w:r>
          </w:p>
        </w:tc>
        <w:tc>
          <w:tcPr>
            <w:tcW w:w="3456" w:type="dxa"/>
          </w:tcPr>
          <w:p w14:paraId="6BCBA5F8" w14:textId="77777777" w:rsidR="004D342C" w:rsidRDefault="00000000">
            <w:pPr>
              <w:spacing w:before="20" w:after="20"/>
              <w:ind w:firstLine="0"/>
            </w:pPr>
            <w:r>
              <w:rPr>
                <w:sz w:val="16"/>
              </w:rPr>
              <w:t>1 tend to agree / 2 tend to disagree / 3 dont know</w:t>
            </w:r>
          </w:p>
        </w:tc>
        <w:tc>
          <w:tcPr>
            <w:tcW w:w="648" w:type="dxa"/>
          </w:tcPr>
          <w:p w14:paraId="7EAB1992" w14:textId="77777777" w:rsidR="004D342C" w:rsidRDefault="00000000">
            <w:pPr>
              <w:spacing w:before="20" w:after="20"/>
              <w:ind w:firstLine="0"/>
              <w:jc w:val="right"/>
            </w:pPr>
            <w:r>
              <w:rPr>
                <w:sz w:val="16"/>
              </w:rPr>
              <w:t>5</w:t>
            </w:r>
          </w:p>
        </w:tc>
      </w:tr>
      <w:tr w:rsidR="004D342C" w14:paraId="46F6067C" w14:textId="77777777">
        <w:trPr>
          <w:cantSplit/>
          <w:jc w:val="center"/>
        </w:trPr>
        <w:tc>
          <w:tcPr>
            <w:tcW w:w="1944" w:type="dxa"/>
          </w:tcPr>
          <w:p w14:paraId="0EB49424" w14:textId="77777777" w:rsidR="004D342C" w:rsidRDefault="00000000">
            <w:pPr>
              <w:spacing w:before="20" w:after="20"/>
              <w:ind w:firstLine="0"/>
            </w:pPr>
            <w:r>
              <w:rPr>
                <w:sz w:val="16"/>
              </w:rPr>
              <w:t>supportreferendum2</w:t>
            </w:r>
            <w:r>
              <w:rPr>
                <w:sz w:val="16"/>
              </w:rPr>
              <w:br/>
              <w:t>(referendumTreatyvote)</w:t>
            </w:r>
          </w:p>
        </w:tc>
        <w:tc>
          <w:tcPr>
            <w:tcW w:w="2880" w:type="dxa"/>
          </w:tcPr>
          <w:p w14:paraId="40A3CF4B" w14:textId="77777777" w:rsidR="004D342C" w:rsidRDefault="00000000">
            <w:pPr>
              <w:spacing w:before="20" w:after="20"/>
              <w:ind w:firstLine="0"/>
            </w:pPr>
            <w:r>
              <w:rPr>
                <w:sz w:val="16"/>
              </w:rPr>
              <w:t>q41 eu amsterdam traety - for/against</w:t>
            </w:r>
          </w:p>
        </w:tc>
        <w:tc>
          <w:tcPr>
            <w:tcW w:w="3456" w:type="dxa"/>
          </w:tcPr>
          <w:p w14:paraId="67543C25" w14:textId="77777777" w:rsidR="004D342C" w:rsidRDefault="00000000">
            <w:pPr>
              <w:spacing w:before="20" w:after="20"/>
              <w:ind w:firstLine="0"/>
            </w:pPr>
            <w:r>
              <w:rPr>
                <w:sz w:val="16"/>
              </w:rPr>
              <w:t>1 for / 2 against / 3 dont know</w:t>
            </w:r>
          </w:p>
        </w:tc>
        <w:tc>
          <w:tcPr>
            <w:tcW w:w="648" w:type="dxa"/>
          </w:tcPr>
          <w:p w14:paraId="259457B8" w14:textId="77777777" w:rsidR="004D342C" w:rsidRDefault="00000000">
            <w:pPr>
              <w:spacing w:before="20" w:after="20"/>
              <w:ind w:firstLine="0"/>
              <w:jc w:val="right"/>
            </w:pPr>
            <w:r>
              <w:rPr>
                <w:sz w:val="16"/>
              </w:rPr>
              <w:t>5</w:t>
            </w:r>
          </w:p>
        </w:tc>
      </w:tr>
      <w:tr w:rsidR="004D342C" w14:paraId="5E536783" w14:textId="77777777">
        <w:trPr>
          <w:cantSplit/>
          <w:jc w:val="center"/>
        </w:trPr>
        <w:tc>
          <w:tcPr>
            <w:tcW w:w="1944" w:type="dxa"/>
          </w:tcPr>
          <w:p w14:paraId="67639850" w14:textId="77777777" w:rsidR="004D342C" w:rsidRDefault="00000000">
            <w:pPr>
              <w:spacing w:before="20" w:after="20"/>
              <w:ind w:firstLine="0"/>
            </w:pPr>
            <w:r>
              <w:rPr>
                <w:sz w:val="16"/>
              </w:rPr>
              <w:t>euproblemsimportance</w:t>
            </w:r>
          </w:p>
        </w:tc>
        <w:tc>
          <w:tcPr>
            <w:tcW w:w="2880" w:type="dxa"/>
          </w:tcPr>
          <w:p w14:paraId="72D72A06" w14:textId="77777777" w:rsidR="004D342C" w:rsidRDefault="00000000">
            <w:pPr>
              <w:spacing w:before="20" w:after="20"/>
              <w:ind w:firstLine="0"/>
            </w:pPr>
            <w:r>
              <w:rPr>
                <w:sz w:val="16"/>
              </w:rPr>
              <w:t>EC PROBLEMS - IMPORTANCE</w:t>
            </w:r>
          </w:p>
        </w:tc>
        <w:tc>
          <w:tcPr>
            <w:tcW w:w="3456" w:type="dxa"/>
          </w:tcPr>
          <w:p w14:paraId="437416C6" w14:textId="77777777" w:rsidR="004D342C" w:rsidRDefault="00000000">
            <w:pPr>
              <w:spacing w:before="20" w:after="20"/>
              <w:ind w:firstLine="0"/>
            </w:pPr>
            <w:r>
              <w:rPr>
                <w:sz w:val="16"/>
              </w:rPr>
              <w:t>1 very important / 2 important / 3 of little importance / 4 not at all important</w:t>
            </w:r>
          </w:p>
        </w:tc>
        <w:tc>
          <w:tcPr>
            <w:tcW w:w="648" w:type="dxa"/>
          </w:tcPr>
          <w:p w14:paraId="579A87AA" w14:textId="77777777" w:rsidR="004D342C" w:rsidRDefault="00000000">
            <w:pPr>
              <w:spacing w:before="20" w:after="20"/>
              <w:ind w:firstLine="0"/>
              <w:jc w:val="right"/>
            </w:pPr>
            <w:r>
              <w:rPr>
                <w:sz w:val="16"/>
              </w:rPr>
              <w:t>4</w:t>
            </w:r>
          </w:p>
        </w:tc>
      </w:tr>
      <w:tr w:rsidR="004D342C" w14:paraId="3689FEAB" w14:textId="77777777">
        <w:trPr>
          <w:cantSplit/>
          <w:jc w:val="center"/>
        </w:trPr>
        <w:tc>
          <w:tcPr>
            <w:tcW w:w="1944" w:type="dxa"/>
          </w:tcPr>
          <w:p w14:paraId="40B6F5DD" w14:textId="77777777" w:rsidR="004D342C" w:rsidRDefault="00000000">
            <w:pPr>
              <w:spacing w:before="20" w:after="20"/>
              <w:ind w:firstLine="0"/>
            </w:pPr>
            <w:r>
              <w:rPr>
                <w:sz w:val="16"/>
              </w:rPr>
              <w:t>eusolidaritysacrifice</w:t>
            </w:r>
          </w:p>
        </w:tc>
        <w:tc>
          <w:tcPr>
            <w:tcW w:w="2880" w:type="dxa"/>
          </w:tcPr>
          <w:p w14:paraId="460300FE" w14:textId="77777777" w:rsidR="004D342C" w:rsidRDefault="00000000">
            <w:pPr>
              <w:spacing w:before="20" w:after="20"/>
              <w:ind w:firstLine="0"/>
            </w:pPr>
            <w:r>
              <w:rPr>
                <w:sz w:val="16"/>
              </w:rPr>
              <w:t>EC COUNTRIES HELP - PERSONAL SACRIFICE</w:t>
            </w:r>
          </w:p>
        </w:tc>
        <w:tc>
          <w:tcPr>
            <w:tcW w:w="3456" w:type="dxa"/>
          </w:tcPr>
          <w:p w14:paraId="7C49E4B7" w14:textId="77777777" w:rsidR="004D342C" w:rsidRDefault="00000000">
            <w:pPr>
              <w:spacing w:before="20" w:after="20"/>
              <w:ind w:firstLine="0"/>
            </w:pPr>
            <w:r>
              <w:rPr>
                <w:sz w:val="16"/>
              </w:rPr>
              <w:t>1 yes / 2 no</w:t>
            </w:r>
          </w:p>
        </w:tc>
        <w:tc>
          <w:tcPr>
            <w:tcW w:w="648" w:type="dxa"/>
          </w:tcPr>
          <w:p w14:paraId="39D83585" w14:textId="77777777" w:rsidR="004D342C" w:rsidRDefault="00000000">
            <w:pPr>
              <w:spacing w:before="20" w:after="20"/>
              <w:ind w:firstLine="0"/>
              <w:jc w:val="right"/>
            </w:pPr>
            <w:r>
              <w:rPr>
                <w:sz w:val="16"/>
              </w:rPr>
              <w:t>4</w:t>
            </w:r>
          </w:p>
        </w:tc>
      </w:tr>
      <w:tr w:rsidR="004D342C" w14:paraId="03233823" w14:textId="77777777">
        <w:trPr>
          <w:cantSplit/>
          <w:jc w:val="center"/>
        </w:trPr>
        <w:tc>
          <w:tcPr>
            <w:tcW w:w="1944" w:type="dxa"/>
          </w:tcPr>
          <w:p w14:paraId="66FBA74F" w14:textId="77777777" w:rsidR="004D342C" w:rsidRDefault="00000000">
            <w:pPr>
              <w:spacing w:before="20" w:after="20"/>
              <w:ind w:firstLine="0"/>
            </w:pPr>
            <w:r>
              <w:rPr>
                <w:sz w:val="16"/>
              </w:rPr>
              <w:t>feelanxiety</w:t>
            </w:r>
          </w:p>
        </w:tc>
        <w:tc>
          <w:tcPr>
            <w:tcW w:w="2880" w:type="dxa"/>
          </w:tcPr>
          <w:p w14:paraId="5F4E5C96" w14:textId="77777777" w:rsidR="004D342C" w:rsidRDefault="00000000">
            <w:pPr>
              <w:spacing w:before="20" w:after="20"/>
              <w:ind w:firstLine="0"/>
            </w:pPr>
            <w:r>
              <w:rPr>
                <w:sz w:val="16"/>
              </w:rPr>
              <w:t>QA14 EU FEELING: ANXIETY</w:t>
            </w:r>
          </w:p>
        </w:tc>
        <w:tc>
          <w:tcPr>
            <w:tcW w:w="3456" w:type="dxa"/>
          </w:tcPr>
          <w:p w14:paraId="5C42CCFE" w14:textId="77777777" w:rsidR="004D342C" w:rsidRDefault="00000000">
            <w:pPr>
              <w:spacing w:before="20" w:after="20"/>
              <w:ind w:firstLine="0"/>
            </w:pPr>
            <w:r>
              <w:rPr>
                <w:sz w:val="16"/>
              </w:rPr>
              <w:t>0 not mentioned / 1 mentioned</w:t>
            </w:r>
          </w:p>
        </w:tc>
        <w:tc>
          <w:tcPr>
            <w:tcW w:w="648" w:type="dxa"/>
          </w:tcPr>
          <w:p w14:paraId="09BF18B3" w14:textId="77777777" w:rsidR="004D342C" w:rsidRDefault="00000000">
            <w:pPr>
              <w:spacing w:before="20" w:after="20"/>
              <w:ind w:firstLine="0"/>
              <w:jc w:val="right"/>
            </w:pPr>
            <w:r>
              <w:rPr>
                <w:sz w:val="16"/>
              </w:rPr>
              <w:t>4</w:t>
            </w:r>
          </w:p>
        </w:tc>
      </w:tr>
      <w:tr w:rsidR="004D342C" w14:paraId="0654BDB6" w14:textId="77777777">
        <w:trPr>
          <w:cantSplit/>
          <w:jc w:val="center"/>
        </w:trPr>
        <w:tc>
          <w:tcPr>
            <w:tcW w:w="1944" w:type="dxa"/>
          </w:tcPr>
          <w:p w14:paraId="792D5786" w14:textId="77777777" w:rsidR="004D342C" w:rsidRDefault="00000000">
            <w:pPr>
              <w:spacing w:before="20" w:after="20"/>
              <w:ind w:firstLine="0"/>
            </w:pPr>
            <w:r>
              <w:rPr>
                <w:sz w:val="16"/>
              </w:rPr>
              <w:t>feeldontknow</w:t>
            </w:r>
          </w:p>
        </w:tc>
        <w:tc>
          <w:tcPr>
            <w:tcW w:w="2880" w:type="dxa"/>
          </w:tcPr>
          <w:p w14:paraId="5B83B474" w14:textId="77777777" w:rsidR="004D342C" w:rsidRDefault="00000000">
            <w:pPr>
              <w:spacing w:before="20" w:after="20"/>
              <w:ind w:firstLine="0"/>
            </w:pPr>
            <w:r>
              <w:rPr>
                <w:sz w:val="16"/>
              </w:rPr>
              <w:t>QA14 EU FEELING: DK</w:t>
            </w:r>
          </w:p>
        </w:tc>
        <w:tc>
          <w:tcPr>
            <w:tcW w:w="3456" w:type="dxa"/>
          </w:tcPr>
          <w:p w14:paraId="66AEB1F6" w14:textId="77777777" w:rsidR="004D342C" w:rsidRDefault="00000000">
            <w:pPr>
              <w:spacing w:before="20" w:after="20"/>
              <w:ind w:firstLine="0"/>
            </w:pPr>
            <w:r>
              <w:rPr>
                <w:sz w:val="16"/>
              </w:rPr>
              <w:t>0 NOT MENTIONED / 1 MENTIONED</w:t>
            </w:r>
          </w:p>
        </w:tc>
        <w:tc>
          <w:tcPr>
            <w:tcW w:w="648" w:type="dxa"/>
          </w:tcPr>
          <w:p w14:paraId="56EE12D1" w14:textId="77777777" w:rsidR="004D342C" w:rsidRDefault="00000000">
            <w:pPr>
              <w:spacing w:before="20" w:after="20"/>
              <w:ind w:firstLine="0"/>
              <w:jc w:val="right"/>
            </w:pPr>
            <w:r>
              <w:rPr>
                <w:sz w:val="16"/>
              </w:rPr>
              <w:t>4</w:t>
            </w:r>
          </w:p>
        </w:tc>
      </w:tr>
      <w:tr w:rsidR="004D342C" w14:paraId="271D294E" w14:textId="77777777">
        <w:trPr>
          <w:cantSplit/>
          <w:jc w:val="center"/>
        </w:trPr>
        <w:tc>
          <w:tcPr>
            <w:tcW w:w="1944" w:type="dxa"/>
          </w:tcPr>
          <w:p w14:paraId="7BFEA42A" w14:textId="77777777" w:rsidR="004D342C" w:rsidRDefault="00000000">
            <w:pPr>
              <w:spacing w:before="20" w:after="20"/>
              <w:ind w:firstLine="0"/>
            </w:pPr>
            <w:r>
              <w:rPr>
                <w:sz w:val="16"/>
              </w:rPr>
              <w:t>feelenthusiasm</w:t>
            </w:r>
          </w:p>
        </w:tc>
        <w:tc>
          <w:tcPr>
            <w:tcW w:w="2880" w:type="dxa"/>
          </w:tcPr>
          <w:p w14:paraId="72ECD02C" w14:textId="77777777" w:rsidR="004D342C" w:rsidRDefault="00000000">
            <w:pPr>
              <w:spacing w:before="20" w:after="20"/>
              <w:ind w:firstLine="0"/>
            </w:pPr>
            <w:r>
              <w:rPr>
                <w:sz w:val="16"/>
              </w:rPr>
              <w:t>QA14 EU FEELING: ENTHUSIASM</w:t>
            </w:r>
          </w:p>
        </w:tc>
        <w:tc>
          <w:tcPr>
            <w:tcW w:w="3456" w:type="dxa"/>
          </w:tcPr>
          <w:p w14:paraId="01FB1E00" w14:textId="77777777" w:rsidR="004D342C" w:rsidRDefault="00000000">
            <w:pPr>
              <w:spacing w:before="20" w:after="20"/>
              <w:ind w:firstLine="0"/>
            </w:pPr>
            <w:r>
              <w:rPr>
                <w:sz w:val="16"/>
              </w:rPr>
              <w:t>0 not mentioned / 1 mentioned</w:t>
            </w:r>
          </w:p>
        </w:tc>
        <w:tc>
          <w:tcPr>
            <w:tcW w:w="648" w:type="dxa"/>
          </w:tcPr>
          <w:p w14:paraId="19BA9CC6" w14:textId="77777777" w:rsidR="004D342C" w:rsidRDefault="00000000">
            <w:pPr>
              <w:spacing w:before="20" w:after="20"/>
              <w:ind w:firstLine="0"/>
              <w:jc w:val="right"/>
            </w:pPr>
            <w:r>
              <w:rPr>
                <w:sz w:val="16"/>
              </w:rPr>
              <w:t>4</w:t>
            </w:r>
          </w:p>
        </w:tc>
      </w:tr>
      <w:tr w:rsidR="004D342C" w14:paraId="5A9A320D" w14:textId="77777777">
        <w:trPr>
          <w:cantSplit/>
          <w:jc w:val="center"/>
        </w:trPr>
        <w:tc>
          <w:tcPr>
            <w:tcW w:w="1944" w:type="dxa"/>
          </w:tcPr>
          <w:p w14:paraId="24C669DB" w14:textId="77777777" w:rsidR="004D342C" w:rsidRDefault="00000000">
            <w:pPr>
              <w:spacing w:before="20" w:after="20"/>
              <w:ind w:firstLine="0"/>
            </w:pPr>
            <w:r>
              <w:rPr>
                <w:sz w:val="16"/>
              </w:rPr>
              <w:t>feelhope</w:t>
            </w:r>
          </w:p>
        </w:tc>
        <w:tc>
          <w:tcPr>
            <w:tcW w:w="2880" w:type="dxa"/>
          </w:tcPr>
          <w:p w14:paraId="6AD7CC33" w14:textId="77777777" w:rsidR="004D342C" w:rsidRDefault="00000000">
            <w:pPr>
              <w:spacing w:before="20" w:after="20"/>
              <w:ind w:firstLine="0"/>
            </w:pPr>
            <w:r>
              <w:rPr>
                <w:sz w:val="16"/>
              </w:rPr>
              <w:t>QA14 EU FEELING: HOPE</w:t>
            </w:r>
          </w:p>
        </w:tc>
        <w:tc>
          <w:tcPr>
            <w:tcW w:w="3456" w:type="dxa"/>
          </w:tcPr>
          <w:p w14:paraId="73C1B1F7" w14:textId="77777777" w:rsidR="004D342C" w:rsidRDefault="00000000">
            <w:pPr>
              <w:spacing w:before="20" w:after="20"/>
              <w:ind w:firstLine="0"/>
            </w:pPr>
            <w:r>
              <w:rPr>
                <w:sz w:val="16"/>
              </w:rPr>
              <w:t>0 not mentioned / 1 mentioned</w:t>
            </w:r>
          </w:p>
        </w:tc>
        <w:tc>
          <w:tcPr>
            <w:tcW w:w="648" w:type="dxa"/>
          </w:tcPr>
          <w:p w14:paraId="68D5513B" w14:textId="77777777" w:rsidR="004D342C" w:rsidRDefault="00000000">
            <w:pPr>
              <w:spacing w:before="20" w:after="20"/>
              <w:ind w:firstLine="0"/>
              <w:jc w:val="right"/>
            </w:pPr>
            <w:r>
              <w:rPr>
                <w:sz w:val="16"/>
              </w:rPr>
              <w:t>4</w:t>
            </w:r>
          </w:p>
        </w:tc>
      </w:tr>
      <w:tr w:rsidR="004D342C" w14:paraId="6F4E631B" w14:textId="77777777">
        <w:trPr>
          <w:cantSplit/>
          <w:jc w:val="center"/>
        </w:trPr>
        <w:tc>
          <w:tcPr>
            <w:tcW w:w="1944" w:type="dxa"/>
          </w:tcPr>
          <w:p w14:paraId="687F12F5" w14:textId="77777777" w:rsidR="004D342C" w:rsidRDefault="00000000">
            <w:pPr>
              <w:spacing w:before="20" w:after="20"/>
              <w:ind w:firstLine="0"/>
            </w:pPr>
            <w:r>
              <w:rPr>
                <w:sz w:val="16"/>
              </w:rPr>
              <w:t>feelindifference</w:t>
            </w:r>
          </w:p>
        </w:tc>
        <w:tc>
          <w:tcPr>
            <w:tcW w:w="2880" w:type="dxa"/>
          </w:tcPr>
          <w:p w14:paraId="6E0732F8" w14:textId="77777777" w:rsidR="004D342C" w:rsidRDefault="00000000">
            <w:pPr>
              <w:spacing w:before="20" w:after="20"/>
              <w:ind w:firstLine="0"/>
            </w:pPr>
            <w:r>
              <w:rPr>
                <w:sz w:val="16"/>
              </w:rPr>
              <w:t>QA14 EU FEELING: INDIFFERENCE</w:t>
            </w:r>
          </w:p>
        </w:tc>
        <w:tc>
          <w:tcPr>
            <w:tcW w:w="3456" w:type="dxa"/>
          </w:tcPr>
          <w:p w14:paraId="253B3880" w14:textId="77777777" w:rsidR="004D342C" w:rsidRDefault="00000000">
            <w:pPr>
              <w:spacing w:before="20" w:after="20"/>
              <w:ind w:firstLine="0"/>
            </w:pPr>
            <w:r>
              <w:rPr>
                <w:sz w:val="16"/>
              </w:rPr>
              <w:t>0 not mentioned / 1 mentioned</w:t>
            </w:r>
          </w:p>
        </w:tc>
        <w:tc>
          <w:tcPr>
            <w:tcW w:w="648" w:type="dxa"/>
          </w:tcPr>
          <w:p w14:paraId="6BF34942" w14:textId="77777777" w:rsidR="004D342C" w:rsidRDefault="00000000">
            <w:pPr>
              <w:spacing w:before="20" w:after="20"/>
              <w:ind w:firstLine="0"/>
              <w:jc w:val="right"/>
            </w:pPr>
            <w:r>
              <w:rPr>
                <w:sz w:val="16"/>
              </w:rPr>
              <w:t>4</w:t>
            </w:r>
          </w:p>
        </w:tc>
      </w:tr>
      <w:tr w:rsidR="004D342C" w14:paraId="51A7F02F" w14:textId="77777777">
        <w:trPr>
          <w:cantSplit/>
          <w:jc w:val="center"/>
        </w:trPr>
        <w:tc>
          <w:tcPr>
            <w:tcW w:w="1944" w:type="dxa"/>
          </w:tcPr>
          <w:p w14:paraId="2D3D0602" w14:textId="77777777" w:rsidR="004D342C" w:rsidRDefault="00000000">
            <w:pPr>
              <w:spacing w:before="20" w:after="20"/>
              <w:ind w:firstLine="0"/>
            </w:pPr>
            <w:r>
              <w:rPr>
                <w:sz w:val="16"/>
              </w:rPr>
              <w:t>feelmistrust</w:t>
            </w:r>
          </w:p>
        </w:tc>
        <w:tc>
          <w:tcPr>
            <w:tcW w:w="2880" w:type="dxa"/>
          </w:tcPr>
          <w:p w14:paraId="191C56AB" w14:textId="77777777" w:rsidR="004D342C" w:rsidRDefault="00000000">
            <w:pPr>
              <w:spacing w:before="20" w:after="20"/>
              <w:ind w:firstLine="0"/>
            </w:pPr>
            <w:r>
              <w:rPr>
                <w:sz w:val="16"/>
              </w:rPr>
              <w:t>QA14 EU FEELING: MISTRUST</w:t>
            </w:r>
          </w:p>
        </w:tc>
        <w:tc>
          <w:tcPr>
            <w:tcW w:w="3456" w:type="dxa"/>
          </w:tcPr>
          <w:p w14:paraId="6F358CB9" w14:textId="77777777" w:rsidR="004D342C" w:rsidRDefault="00000000">
            <w:pPr>
              <w:spacing w:before="20" w:after="20"/>
              <w:ind w:firstLine="0"/>
            </w:pPr>
            <w:r>
              <w:rPr>
                <w:sz w:val="16"/>
              </w:rPr>
              <w:t>0 not mentioned / 1 mentioned</w:t>
            </w:r>
          </w:p>
        </w:tc>
        <w:tc>
          <w:tcPr>
            <w:tcW w:w="648" w:type="dxa"/>
          </w:tcPr>
          <w:p w14:paraId="746494A8" w14:textId="77777777" w:rsidR="004D342C" w:rsidRDefault="00000000">
            <w:pPr>
              <w:spacing w:before="20" w:after="20"/>
              <w:ind w:firstLine="0"/>
              <w:jc w:val="right"/>
            </w:pPr>
            <w:r>
              <w:rPr>
                <w:sz w:val="16"/>
              </w:rPr>
              <w:t>4</w:t>
            </w:r>
          </w:p>
        </w:tc>
      </w:tr>
      <w:tr w:rsidR="004D342C" w14:paraId="0ECF883C" w14:textId="77777777">
        <w:trPr>
          <w:cantSplit/>
          <w:jc w:val="center"/>
        </w:trPr>
        <w:tc>
          <w:tcPr>
            <w:tcW w:w="1944" w:type="dxa"/>
          </w:tcPr>
          <w:p w14:paraId="32B61E5B" w14:textId="77777777" w:rsidR="004D342C" w:rsidRDefault="00000000">
            <w:pPr>
              <w:spacing w:before="20" w:after="20"/>
              <w:ind w:firstLine="0"/>
            </w:pPr>
            <w:r>
              <w:rPr>
                <w:sz w:val="16"/>
              </w:rPr>
              <w:t>feelrejectit</w:t>
            </w:r>
          </w:p>
        </w:tc>
        <w:tc>
          <w:tcPr>
            <w:tcW w:w="2880" w:type="dxa"/>
          </w:tcPr>
          <w:p w14:paraId="0FB75663" w14:textId="77777777" w:rsidR="004D342C" w:rsidRDefault="00000000">
            <w:pPr>
              <w:spacing w:before="20" w:after="20"/>
              <w:ind w:firstLine="0"/>
            </w:pPr>
            <w:r>
              <w:rPr>
                <w:sz w:val="16"/>
              </w:rPr>
              <w:t>QA14 EU FEELING: REJECTION</w:t>
            </w:r>
          </w:p>
        </w:tc>
        <w:tc>
          <w:tcPr>
            <w:tcW w:w="3456" w:type="dxa"/>
          </w:tcPr>
          <w:p w14:paraId="0779D8D4" w14:textId="77777777" w:rsidR="004D342C" w:rsidRDefault="00000000">
            <w:pPr>
              <w:spacing w:before="20" w:after="20"/>
              <w:ind w:firstLine="0"/>
            </w:pPr>
            <w:r>
              <w:rPr>
                <w:sz w:val="16"/>
              </w:rPr>
              <w:t>0 not mentioned / 1 mentioned</w:t>
            </w:r>
          </w:p>
        </w:tc>
        <w:tc>
          <w:tcPr>
            <w:tcW w:w="648" w:type="dxa"/>
          </w:tcPr>
          <w:p w14:paraId="687FEDB8" w14:textId="77777777" w:rsidR="004D342C" w:rsidRDefault="00000000">
            <w:pPr>
              <w:spacing w:before="20" w:after="20"/>
              <w:ind w:firstLine="0"/>
              <w:jc w:val="right"/>
            </w:pPr>
            <w:r>
              <w:rPr>
                <w:sz w:val="16"/>
              </w:rPr>
              <w:t>4</w:t>
            </w:r>
          </w:p>
        </w:tc>
      </w:tr>
      <w:tr w:rsidR="004D342C" w14:paraId="6333DE93" w14:textId="77777777">
        <w:trPr>
          <w:cantSplit/>
          <w:jc w:val="center"/>
        </w:trPr>
        <w:tc>
          <w:tcPr>
            <w:tcW w:w="1944" w:type="dxa"/>
          </w:tcPr>
          <w:p w14:paraId="4AAA17D9" w14:textId="77777777" w:rsidR="004D342C" w:rsidRDefault="00000000">
            <w:pPr>
              <w:spacing w:before="20" w:after="20"/>
              <w:ind w:firstLine="0"/>
            </w:pPr>
            <w:r>
              <w:rPr>
                <w:sz w:val="16"/>
              </w:rPr>
              <w:t>feeltrust</w:t>
            </w:r>
          </w:p>
        </w:tc>
        <w:tc>
          <w:tcPr>
            <w:tcW w:w="2880" w:type="dxa"/>
          </w:tcPr>
          <w:p w14:paraId="7A61C68E" w14:textId="77777777" w:rsidR="004D342C" w:rsidRDefault="00000000">
            <w:pPr>
              <w:spacing w:before="20" w:after="20"/>
              <w:ind w:firstLine="0"/>
            </w:pPr>
            <w:r>
              <w:rPr>
                <w:sz w:val="16"/>
              </w:rPr>
              <w:t>QA14 EU FEELING: TRUST</w:t>
            </w:r>
          </w:p>
        </w:tc>
        <w:tc>
          <w:tcPr>
            <w:tcW w:w="3456" w:type="dxa"/>
          </w:tcPr>
          <w:p w14:paraId="140B36EA" w14:textId="77777777" w:rsidR="004D342C" w:rsidRDefault="00000000">
            <w:pPr>
              <w:spacing w:before="20" w:after="20"/>
              <w:ind w:firstLine="0"/>
            </w:pPr>
            <w:r>
              <w:rPr>
                <w:sz w:val="16"/>
              </w:rPr>
              <w:t>0 not mentioned / 1 mentioned</w:t>
            </w:r>
          </w:p>
        </w:tc>
        <w:tc>
          <w:tcPr>
            <w:tcW w:w="648" w:type="dxa"/>
          </w:tcPr>
          <w:p w14:paraId="0D467645" w14:textId="77777777" w:rsidR="004D342C" w:rsidRDefault="00000000">
            <w:pPr>
              <w:spacing w:before="20" w:after="20"/>
              <w:ind w:firstLine="0"/>
              <w:jc w:val="right"/>
            </w:pPr>
            <w:r>
              <w:rPr>
                <w:sz w:val="16"/>
              </w:rPr>
              <w:t>4</w:t>
            </w:r>
          </w:p>
        </w:tc>
      </w:tr>
      <w:tr w:rsidR="004D342C" w14:paraId="0F8C6F01" w14:textId="77777777">
        <w:trPr>
          <w:cantSplit/>
          <w:jc w:val="center"/>
        </w:trPr>
        <w:tc>
          <w:tcPr>
            <w:tcW w:w="1944" w:type="dxa"/>
          </w:tcPr>
          <w:p w14:paraId="57EE9F5E" w14:textId="77777777" w:rsidR="004D342C" w:rsidRDefault="00000000">
            <w:pPr>
              <w:spacing w:before="20" w:after="20"/>
              <w:ind w:firstLine="0"/>
            </w:pPr>
            <w:r>
              <w:rPr>
                <w:sz w:val="16"/>
              </w:rPr>
              <w:t>integrationdesiredobjective</w:t>
            </w:r>
            <w:r>
              <w:rPr>
                <w:sz w:val="16"/>
              </w:rPr>
              <w:br/>
              <w:t>(eudesiredobjective)</w:t>
            </w:r>
          </w:p>
        </w:tc>
        <w:tc>
          <w:tcPr>
            <w:tcW w:w="2880" w:type="dxa"/>
          </w:tcPr>
          <w:p w14:paraId="7864BD8D" w14:textId="77777777" w:rsidR="004D342C" w:rsidRDefault="00000000">
            <w:pPr>
              <w:spacing w:before="20" w:after="20"/>
              <w:ind w:firstLine="0"/>
            </w:pPr>
            <w:r>
              <w:rPr>
                <w:sz w:val="16"/>
              </w:rPr>
              <w:t>BUILDING EUROPE - PREFERRED OJECTIVE</w:t>
            </w:r>
          </w:p>
        </w:tc>
        <w:tc>
          <w:tcPr>
            <w:tcW w:w="3456" w:type="dxa"/>
          </w:tcPr>
          <w:p w14:paraId="4BC8B359" w14:textId="77777777" w:rsidR="004D342C" w:rsidRDefault="00000000">
            <w:pPr>
              <w:spacing w:before="20" w:after="20"/>
              <w:ind w:firstLine="0"/>
            </w:pPr>
            <w:r>
              <w:rPr>
                <w:sz w:val="16"/>
              </w:rPr>
              <w:t xml:space="preserve">1 To develop the EU's economy and boost growth / 2 To make the EU a major diplomatic actor on the int / 3 To improve the standard of living of all EU </w:t>
            </w:r>
          </w:p>
        </w:tc>
        <w:tc>
          <w:tcPr>
            <w:tcW w:w="648" w:type="dxa"/>
          </w:tcPr>
          <w:p w14:paraId="6D95312D" w14:textId="77777777" w:rsidR="004D342C" w:rsidRDefault="00000000">
            <w:pPr>
              <w:spacing w:before="20" w:after="20"/>
              <w:ind w:firstLine="0"/>
              <w:jc w:val="right"/>
            </w:pPr>
            <w:r>
              <w:rPr>
                <w:sz w:val="16"/>
              </w:rPr>
              <w:t>4</w:t>
            </w:r>
          </w:p>
        </w:tc>
      </w:tr>
      <w:tr w:rsidR="004D342C" w14:paraId="6CDACDEC" w14:textId="77777777">
        <w:trPr>
          <w:cantSplit/>
          <w:jc w:val="center"/>
        </w:trPr>
        <w:tc>
          <w:tcPr>
            <w:tcW w:w="1944" w:type="dxa"/>
          </w:tcPr>
          <w:p w14:paraId="198B4352" w14:textId="77777777" w:rsidR="004D342C" w:rsidRDefault="00000000">
            <w:pPr>
              <w:spacing w:before="20" w:after="20"/>
              <w:ind w:firstLine="0"/>
            </w:pPr>
            <w:r>
              <w:rPr>
                <w:sz w:val="16"/>
              </w:rPr>
              <w:t>integrationperceivedobjective</w:t>
            </w:r>
            <w:r>
              <w:rPr>
                <w:sz w:val="16"/>
              </w:rPr>
              <w:br/>
              <w:t>(euperceivedobjective)</w:t>
            </w:r>
          </w:p>
        </w:tc>
        <w:tc>
          <w:tcPr>
            <w:tcW w:w="2880" w:type="dxa"/>
          </w:tcPr>
          <w:p w14:paraId="0EA25EFC" w14:textId="77777777" w:rsidR="004D342C" w:rsidRDefault="00000000">
            <w:pPr>
              <w:spacing w:before="20" w:after="20"/>
              <w:ind w:firstLine="0"/>
            </w:pPr>
            <w:r>
              <w:rPr>
                <w:sz w:val="16"/>
              </w:rPr>
              <w:t>BUILDING EUROPE - CURRENT OBJECTIVE</w:t>
            </w:r>
          </w:p>
        </w:tc>
        <w:tc>
          <w:tcPr>
            <w:tcW w:w="3456" w:type="dxa"/>
          </w:tcPr>
          <w:p w14:paraId="062293E3" w14:textId="77777777" w:rsidR="004D342C" w:rsidRDefault="00000000">
            <w:pPr>
              <w:spacing w:before="20" w:after="20"/>
              <w:ind w:firstLine="0"/>
            </w:pPr>
            <w:r>
              <w:rPr>
                <w:sz w:val="16"/>
              </w:rPr>
              <w:t xml:space="preserve">1 To develop the EU's economy and boost growth / 2 To make the EU a major diplomatic actor on the int / 3 To improve the standard of living of all EU </w:t>
            </w:r>
          </w:p>
        </w:tc>
        <w:tc>
          <w:tcPr>
            <w:tcW w:w="648" w:type="dxa"/>
          </w:tcPr>
          <w:p w14:paraId="779010A0" w14:textId="77777777" w:rsidR="004D342C" w:rsidRDefault="00000000">
            <w:pPr>
              <w:spacing w:before="20" w:after="20"/>
              <w:ind w:firstLine="0"/>
              <w:jc w:val="right"/>
            </w:pPr>
            <w:r>
              <w:rPr>
                <w:sz w:val="16"/>
              </w:rPr>
              <w:t>4</w:t>
            </w:r>
          </w:p>
        </w:tc>
      </w:tr>
      <w:tr w:rsidR="004D342C" w14:paraId="46B0A7DA" w14:textId="77777777">
        <w:trPr>
          <w:cantSplit/>
          <w:jc w:val="center"/>
        </w:trPr>
        <w:tc>
          <w:tcPr>
            <w:tcW w:w="1944" w:type="dxa"/>
          </w:tcPr>
          <w:p w14:paraId="211AC40F" w14:textId="77777777" w:rsidR="004D342C" w:rsidRDefault="00000000">
            <w:pPr>
              <w:spacing w:before="20" w:after="20"/>
              <w:ind w:firstLine="0"/>
            </w:pPr>
            <w:r>
              <w:rPr>
                <w:sz w:val="16"/>
              </w:rPr>
              <w:t>supportreferendum</w:t>
            </w:r>
            <w:r>
              <w:rPr>
                <w:sz w:val="16"/>
              </w:rPr>
              <w:br/>
              <w:t>(referendumrejectEU)</w:t>
            </w:r>
          </w:p>
        </w:tc>
        <w:tc>
          <w:tcPr>
            <w:tcW w:w="2880" w:type="dxa"/>
          </w:tcPr>
          <w:p w14:paraId="1AE02787" w14:textId="77777777" w:rsidR="004D342C" w:rsidRDefault="00000000">
            <w:pPr>
              <w:spacing w:before="20" w:after="20"/>
              <w:ind w:firstLine="0"/>
            </w:pPr>
            <w:r>
              <w:rPr>
                <w:sz w:val="16"/>
              </w:rPr>
              <w:t>q51 eu referendum - stay/leave</w:t>
            </w:r>
          </w:p>
        </w:tc>
        <w:tc>
          <w:tcPr>
            <w:tcW w:w="3456" w:type="dxa"/>
          </w:tcPr>
          <w:p w14:paraId="245922BD" w14:textId="77777777" w:rsidR="004D342C" w:rsidRDefault="00000000">
            <w:pPr>
              <w:spacing w:before="20" w:after="20"/>
              <w:ind w:firstLine="0"/>
            </w:pPr>
            <w:r>
              <w:rPr>
                <w:sz w:val="16"/>
              </w:rPr>
              <w:t>1 stay in the European Union / 2 leave the European Union / 3 would not vote / 4 refusal / 5 dont know</w:t>
            </w:r>
          </w:p>
        </w:tc>
        <w:tc>
          <w:tcPr>
            <w:tcW w:w="648" w:type="dxa"/>
          </w:tcPr>
          <w:p w14:paraId="0A966516" w14:textId="77777777" w:rsidR="004D342C" w:rsidRDefault="00000000">
            <w:pPr>
              <w:spacing w:before="20" w:after="20"/>
              <w:ind w:firstLine="0"/>
              <w:jc w:val="right"/>
            </w:pPr>
            <w:r>
              <w:rPr>
                <w:sz w:val="16"/>
              </w:rPr>
              <w:t>4</w:t>
            </w:r>
          </w:p>
        </w:tc>
      </w:tr>
      <w:tr w:rsidR="004D342C" w14:paraId="71000025" w14:textId="77777777">
        <w:trPr>
          <w:cantSplit/>
          <w:jc w:val="center"/>
        </w:trPr>
        <w:tc>
          <w:tcPr>
            <w:tcW w:w="1944" w:type="dxa"/>
          </w:tcPr>
          <w:p w14:paraId="71000026" w14:textId="77777777" w:rsidR="004D342C" w:rsidRDefault="00000000">
            <w:pPr>
              <w:spacing w:before="20" w:after="20"/>
              <w:ind w:firstLine="0"/>
            </w:pPr>
            <w:r>
              <w:rPr>
                <w:sz w:val="16"/>
              </w:rPr>
              <w:t>enlargegreecegood</w:t>
            </w:r>
          </w:p>
        </w:tc>
        <w:tc>
          <w:tcPr>
            <w:tcW w:w="2880" w:type="dxa"/>
          </w:tcPr>
          <w:p w14:paraId="71000027" w14:textId="77777777" w:rsidR="004D342C" w:rsidRDefault="00000000">
            <w:pPr>
              <w:spacing w:before="20" w:after="20"/>
              <w:ind w:firstLine="0"/>
            </w:pPr>
            <w:r>
              <w:rPr>
                <w:sz w:val="16"/>
              </w:rPr>
              <w:t>GREEK ACCESSION GOOD OR BAD FOR (OUR COUNTRY)</w:t>
            </w:r>
          </w:p>
        </w:tc>
        <w:tc>
          <w:tcPr>
            <w:tcW w:w="3456" w:type="dxa"/>
          </w:tcPr>
          <w:p w14:paraId="71000028" w14:textId="77777777" w:rsidR="004D342C" w:rsidRDefault="00000000">
            <w:pPr>
              <w:spacing w:before="20" w:after="20"/>
              <w:ind w:firstLine="0"/>
            </w:pPr>
            <w:r>
              <w:rPr>
                <w:sz w:val="16"/>
              </w:rPr>
              <w:t>1 a good thing / 2 a bad thing / 3 neither a good thing nor a bad thing</w:t>
            </w:r>
          </w:p>
        </w:tc>
        <w:tc>
          <w:tcPr>
            <w:tcW w:w="648" w:type="dxa"/>
          </w:tcPr>
          <w:p w14:paraId="71000029" w14:textId="77777777" w:rsidR="004D342C" w:rsidRDefault="00000000">
            <w:pPr>
              <w:spacing w:before="20" w:after="20"/>
              <w:ind w:firstLine="0"/>
              <w:jc w:val="right"/>
            </w:pPr>
            <w:r>
              <w:rPr>
                <w:sz w:val="16"/>
              </w:rPr>
              <w:t>3</w:t>
            </w:r>
          </w:p>
        </w:tc>
      </w:tr>
      <w:tr w:rsidR="004D342C" w14:paraId="7799DE27" w14:textId="77777777">
        <w:trPr>
          <w:cantSplit/>
          <w:jc w:val="center"/>
        </w:trPr>
        <w:tc>
          <w:tcPr>
            <w:tcW w:w="1944" w:type="dxa"/>
          </w:tcPr>
          <w:p w14:paraId="02242C24" w14:textId="77777777" w:rsidR="004D342C" w:rsidRDefault="00000000">
            <w:pPr>
              <w:spacing w:before="20" w:after="20"/>
              <w:ind w:firstLine="0"/>
            </w:pPr>
            <w:r>
              <w:rPr>
                <w:sz w:val="16"/>
              </w:rPr>
              <w:t>membershipgoodfuture</w:t>
            </w:r>
          </w:p>
        </w:tc>
        <w:tc>
          <w:tcPr>
            <w:tcW w:w="2880" w:type="dxa"/>
          </w:tcPr>
          <w:p w14:paraId="40BE21AB" w14:textId="77777777" w:rsidR="004D342C" w:rsidRDefault="00000000">
            <w:pPr>
              <w:spacing w:before="20" w:after="20"/>
              <w:ind w:firstLine="0"/>
            </w:pPr>
            <w:r>
              <w:rPr>
                <w:sz w:val="16"/>
              </w:rPr>
              <w:t>EC MEMBERSHIP IN FUTURE - GOOD/BAD</w:t>
            </w:r>
          </w:p>
        </w:tc>
        <w:tc>
          <w:tcPr>
            <w:tcW w:w="3456" w:type="dxa"/>
          </w:tcPr>
          <w:p w14:paraId="591E66A0" w14:textId="77777777" w:rsidR="004D342C" w:rsidRDefault="00000000">
            <w:pPr>
              <w:spacing w:before="20" w:after="20"/>
              <w:ind w:firstLine="0"/>
            </w:pPr>
            <w:r>
              <w:rPr>
                <w:sz w:val="16"/>
              </w:rPr>
              <w:t>1 a good thing / 2 a bad thing / 3 neither a good thing nor a bad thing</w:t>
            </w:r>
          </w:p>
        </w:tc>
        <w:tc>
          <w:tcPr>
            <w:tcW w:w="648" w:type="dxa"/>
          </w:tcPr>
          <w:p w14:paraId="7E54003B" w14:textId="77777777" w:rsidR="004D342C" w:rsidRDefault="00000000">
            <w:pPr>
              <w:spacing w:before="20" w:after="20"/>
              <w:ind w:firstLine="0"/>
              <w:jc w:val="right"/>
            </w:pPr>
            <w:r>
              <w:rPr>
                <w:sz w:val="16"/>
              </w:rPr>
              <w:t>3</w:t>
            </w:r>
          </w:p>
        </w:tc>
      </w:tr>
      <w:tr w:rsidR="004D342C" w14:paraId="303D06B6" w14:textId="77777777">
        <w:trPr>
          <w:cantSplit/>
          <w:jc w:val="center"/>
        </w:trPr>
        <w:tc>
          <w:tcPr>
            <w:tcW w:w="1944" w:type="dxa"/>
          </w:tcPr>
          <w:p w14:paraId="64EC6EC9" w14:textId="77777777" w:rsidR="004D342C" w:rsidRDefault="00000000">
            <w:pPr>
              <w:spacing w:before="20" w:after="20"/>
              <w:ind w:firstLine="0"/>
            </w:pPr>
            <w:r>
              <w:rPr>
                <w:sz w:val="16"/>
              </w:rPr>
              <w:t>eccommitmentindex</w:t>
            </w:r>
          </w:p>
        </w:tc>
        <w:tc>
          <w:tcPr>
            <w:tcW w:w="2880" w:type="dxa"/>
          </w:tcPr>
          <w:p w14:paraId="5D62EF28" w14:textId="77777777" w:rsidR="004D342C" w:rsidRDefault="00000000">
            <w:pPr>
              <w:spacing w:before="20" w:after="20"/>
              <w:ind w:firstLine="0"/>
            </w:pPr>
            <w:r>
              <w:rPr>
                <w:sz w:val="16"/>
              </w:rPr>
              <w:t>EC SUPPORT - COMMITMENT INDEX</w:t>
            </w:r>
          </w:p>
        </w:tc>
        <w:tc>
          <w:tcPr>
            <w:tcW w:w="3456" w:type="dxa"/>
          </w:tcPr>
          <w:p w14:paraId="377DBF14" w14:textId="77777777" w:rsidR="004D342C" w:rsidRDefault="00000000">
            <w:pPr>
              <w:spacing w:before="20" w:after="20"/>
              <w:ind w:firstLine="0"/>
            </w:pPr>
            <w:r>
              <w:rPr>
                <w:sz w:val="16"/>
              </w:rPr>
              <w:t>1 low / 2 / 3 / 4 / 5 high (EB28 v490); 1 strong opposition / 2 moderate opposition / 3 neutral opposition / 4 moderate support / 5 strong support (EB</w:t>
            </w:r>
          </w:p>
        </w:tc>
        <w:tc>
          <w:tcPr>
            <w:tcW w:w="648" w:type="dxa"/>
          </w:tcPr>
          <w:p w14:paraId="6E182B2B" w14:textId="77777777" w:rsidR="004D342C" w:rsidRDefault="00000000">
            <w:pPr>
              <w:spacing w:before="20" w:after="20"/>
              <w:ind w:firstLine="0"/>
              <w:jc w:val="right"/>
            </w:pPr>
            <w:r>
              <w:rPr>
                <w:sz w:val="16"/>
              </w:rPr>
              <w:t>2</w:t>
            </w:r>
          </w:p>
        </w:tc>
      </w:tr>
      <w:tr w:rsidR="004D342C" w14:paraId="32BC33FA" w14:textId="77777777">
        <w:trPr>
          <w:cantSplit/>
          <w:jc w:val="center"/>
        </w:trPr>
        <w:tc>
          <w:tcPr>
            <w:tcW w:w="1944" w:type="dxa"/>
          </w:tcPr>
          <w:p w14:paraId="303731C9" w14:textId="77777777" w:rsidR="004D342C" w:rsidRDefault="00000000">
            <w:pPr>
              <w:spacing w:before="20" w:after="20"/>
              <w:ind w:firstLine="0"/>
            </w:pPr>
            <w:r>
              <w:rPr>
                <w:sz w:val="16"/>
              </w:rPr>
              <w:lastRenderedPageBreak/>
              <w:t>identityunitescitizens</w:t>
            </w:r>
            <w:r>
              <w:rPr>
                <w:sz w:val="16"/>
              </w:rPr>
              <w:br/>
              <w:t>(euposcitizensunited)</w:t>
            </w:r>
          </w:p>
        </w:tc>
        <w:tc>
          <w:tcPr>
            <w:tcW w:w="2880" w:type="dxa"/>
          </w:tcPr>
          <w:p w14:paraId="507DB24D" w14:textId="77777777" w:rsidR="004D342C" w:rsidRDefault="00000000">
            <w:pPr>
              <w:spacing w:before="20" w:after="20"/>
              <w:ind w:firstLine="0"/>
            </w:pPr>
            <w:r>
              <w:rPr>
                <w:sz w:val="16"/>
              </w:rPr>
              <w:t>QA20 BUILDING EUROPE: BRINGS CITIZENS TOGETHER</w:t>
            </w:r>
          </w:p>
        </w:tc>
        <w:tc>
          <w:tcPr>
            <w:tcW w:w="3456" w:type="dxa"/>
          </w:tcPr>
          <w:p w14:paraId="012E1C5A" w14:textId="77777777" w:rsidR="004D342C" w:rsidRDefault="00000000">
            <w:pPr>
              <w:spacing w:before="20" w:after="20"/>
              <w:ind w:firstLine="0"/>
            </w:pPr>
            <w:r>
              <w:rPr>
                <w:sz w:val="16"/>
              </w:rPr>
              <w:t>1 Totally agree / 2 Tend to agree / 3 Tend to disagree / 4 Totally disagree</w:t>
            </w:r>
          </w:p>
        </w:tc>
        <w:tc>
          <w:tcPr>
            <w:tcW w:w="648" w:type="dxa"/>
          </w:tcPr>
          <w:p w14:paraId="61025D25" w14:textId="77777777" w:rsidR="004D342C" w:rsidRDefault="00000000">
            <w:pPr>
              <w:spacing w:before="20" w:after="20"/>
              <w:ind w:firstLine="0"/>
              <w:jc w:val="right"/>
            </w:pPr>
            <w:r>
              <w:rPr>
                <w:sz w:val="16"/>
              </w:rPr>
              <w:t>2</w:t>
            </w:r>
          </w:p>
        </w:tc>
      </w:tr>
      <w:tr w:rsidR="004D342C" w14:paraId="158915CA" w14:textId="77777777">
        <w:trPr>
          <w:cantSplit/>
          <w:jc w:val="center"/>
        </w:trPr>
        <w:tc>
          <w:tcPr>
            <w:tcW w:w="1944" w:type="dxa"/>
          </w:tcPr>
          <w:p w14:paraId="7922D376" w14:textId="77777777" w:rsidR="004D342C" w:rsidRDefault="00000000">
            <w:pPr>
              <w:spacing w:before="20" w:after="20"/>
              <w:ind w:firstLine="0"/>
            </w:pPr>
            <w:r>
              <w:rPr>
                <w:sz w:val="16"/>
              </w:rPr>
              <w:t>singlemarketgood</w:t>
            </w:r>
          </w:p>
        </w:tc>
        <w:tc>
          <w:tcPr>
            <w:tcW w:w="2880" w:type="dxa"/>
          </w:tcPr>
          <w:p w14:paraId="4817474F" w14:textId="77777777" w:rsidR="004D342C" w:rsidRDefault="00000000">
            <w:pPr>
              <w:spacing w:before="20" w:after="20"/>
              <w:ind w:firstLine="0"/>
            </w:pPr>
            <w:r>
              <w:rPr>
                <w:sz w:val="16"/>
              </w:rPr>
              <w:t>EC SINGLE MARKET - GOOD/BAD</w:t>
            </w:r>
          </w:p>
        </w:tc>
        <w:tc>
          <w:tcPr>
            <w:tcW w:w="3456" w:type="dxa"/>
          </w:tcPr>
          <w:p w14:paraId="40177BD7" w14:textId="77777777" w:rsidR="004D342C" w:rsidRDefault="00000000">
            <w:pPr>
              <w:spacing w:before="20" w:after="20"/>
              <w:ind w:firstLine="0"/>
            </w:pPr>
            <w:r>
              <w:rPr>
                <w:sz w:val="16"/>
              </w:rPr>
              <w:t>1 good thing / 2 neither nor / 3 bad thing</w:t>
            </w:r>
          </w:p>
        </w:tc>
        <w:tc>
          <w:tcPr>
            <w:tcW w:w="648" w:type="dxa"/>
          </w:tcPr>
          <w:p w14:paraId="5FF6AE49" w14:textId="77777777" w:rsidR="004D342C" w:rsidRDefault="00000000">
            <w:pPr>
              <w:spacing w:before="20" w:after="20"/>
              <w:ind w:firstLine="0"/>
              <w:jc w:val="right"/>
            </w:pPr>
            <w:r>
              <w:rPr>
                <w:sz w:val="16"/>
              </w:rPr>
              <w:t>2</w:t>
            </w:r>
          </w:p>
        </w:tc>
      </w:tr>
      <w:tr w:rsidR="004D342C" w14:paraId="663B996B" w14:textId="77777777">
        <w:trPr>
          <w:cantSplit/>
          <w:jc w:val="center"/>
        </w:trPr>
        <w:tc>
          <w:tcPr>
            <w:tcW w:w="1944" w:type="dxa"/>
          </w:tcPr>
          <w:p w14:paraId="4715B61B" w14:textId="77777777" w:rsidR="004D342C" w:rsidRDefault="00000000">
            <w:pPr>
              <w:spacing w:before="20" w:after="20"/>
              <w:ind w:firstLine="0"/>
            </w:pPr>
            <w:r>
              <w:rPr>
                <w:sz w:val="16"/>
              </w:rPr>
              <w:t>supporteuchallenge</w:t>
            </w:r>
            <w:r>
              <w:rPr>
                <w:sz w:val="16"/>
              </w:rPr>
              <w:br/>
              <w:t>(euposglobalchallenges)</w:t>
            </w:r>
          </w:p>
        </w:tc>
        <w:tc>
          <w:tcPr>
            <w:tcW w:w="2880" w:type="dxa"/>
          </w:tcPr>
          <w:p w14:paraId="26F80DD7" w14:textId="77777777" w:rsidR="004D342C" w:rsidRDefault="00000000">
            <w:pPr>
              <w:spacing w:before="20" w:after="20"/>
              <w:ind w:firstLine="0"/>
            </w:pPr>
            <w:r>
              <w:rPr>
                <w:sz w:val="16"/>
              </w:rPr>
              <w:t>QA20 BUILDING EUROPE: EU IS INDISPENSABLE</w:t>
            </w:r>
          </w:p>
        </w:tc>
        <w:tc>
          <w:tcPr>
            <w:tcW w:w="3456" w:type="dxa"/>
          </w:tcPr>
          <w:p w14:paraId="1537B764" w14:textId="77777777" w:rsidR="004D342C" w:rsidRDefault="00000000">
            <w:pPr>
              <w:spacing w:before="20" w:after="20"/>
              <w:ind w:firstLine="0"/>
            </w:pPr>
            <w:r>
              <w:rPr>
                <w:sz w:val="16"/>
              </w:rPr>
              <w:t>1 Totally agree / 2 Tend to agree / 3 Tend to disagree / 4 Totally disagree</w:t>
            </w:r>
          </w:p>
        </w:tc>
        <w:tc>
          <w:tcPr>
            <w:tcW w:w="648" w:type="dxa"/>
          </w:tcPr>
          <w:p w14:paraId="15833958" w14:textId="77777777" w:rsidR="004D342C" w:rsidRDefault="00000000">
            <w:pPr>
              <w:spacing w:before="20" w:after="20"/>
              <w:ind w:firstLine="0"/>
              <w:jc w:val="right"/>
            </w:pPr>
            <w:r>
              <w:rPr>
                <w:sz w:val="16"/>
              </w:rPr>
              <w:t>2</w:t>
            </w:r>
          </w:p>
        </w:tc>
      </w:tr>
      <w:tr w:rsidR="004D342C" w14:paraId="2FA26FD7" w14:textId="77777777">
        <w:trPr>
          <w:cantSplit/>
          <w:jc w:val="center"/>
        </w:trPr>
        <w:tc>
          <w:tcPr>
            <w:tcW w:w="1944" w:type="dxa"/>
          </w:tcPr>
          <w:p w14:paraId="3741E3FC" w14:textId="77777777" w:rsidR="004D342C" w:rsidRDefault="00000000">
            <w:pPr>
              <w:spacing w:before="20" w:after="20"/>
              <w:ind w:firstLine="0"/>
            </w:pPr>
            <w:r>
              <w:rPr>
                <w:sz w:val="16"/>
              </w:rPr>
              <w:t>supportunification5</w:t>
            </w:r>
            <w:r>
              <w:rPr>
                <w:sz w:val="16"/>
              </w:rPr>
              <w:br/>
              <w:t/>
            </w:r>
          </w:p>
        </w:tc>
        <w:tc>
          <w:tcPr>
            <w:tcW w:w="2880" w:type="dxa"/>
          </w:tcPr>
          <w:p w14:paraId="75D41CA0" w14:textId="77777777" w:rsidR="004D342C" w:rsidRDefault="00000000">
            <w:pPr>
              <w:spacing w:before="20" w:after="20"/>
              <w:ind w:firstLine="0"/>
            </w:pPr>
            <w:r>
              <w:rPr>
                <w:sz w:val="16"/>
              </w:rPr>
              <w:t>European unification - for or against (five-point version with an explicit indifferent middle)</w:t>
            </w:r>
          </w:p>
        </w:tc>
        <w:tc>
          <w:tcPr>
            <w:tcW w:w="3456" w:type="dxa"/>
          </w:tcPr>
          <w:p w14:paraId="655B1D69" w14:textId="77777777" w:rsidR="004D342C" w:rsidRDefault="00000000">
            <w:pPr>
              <w:spacing w:before="20" w:after="20"/>
              <w:ind w:firstLine="0"/>
            </w:pPr>
            <w:r>
              <w:rPr>
                <w:sz w:val="16"/>
              </w:rPr>
              <w:t>1 very much in favour / 2 somewhat in favour / 3 don't mind, indifferent / 4 somewhat against / 5 very much against; DK/NA -&gt; missing</w:t>
            </w:r>
          </w:p>
        </w:tc>
        <w:tc>
          <w:tcPr>
            <w:tcW w:w="648" w:type="dxa"/>
          </w:tcPr>
          <w:p w14:paraId="73842593" w14:textId="77777777" w:rsidR="004D342C" w:rsidRDefault="00000000">
            <w:pPr>
              <w:spacing w:before="20" w:after="20"/>
              <w:ind w:firstLine="0"/>
              <w:jc w:val="right"/>
            </w:pPr>
            <w:r>
              <w:rPr>
                <w:sz w:val="16"/>
              </w:rPr>
              <w:t>2</w:t>
            </w:r>
          </w:p>
        </w:tc>
      </w:tr>
      <w:tr w:rsidR="004D342C" w14:paraId="03293455" w14:textId="77777777">
        <w:trPr>
          <w:cantSplit/>
          <w:jc w:val="center"/>
        </w:trPr>
        <w:tc>
          <w:tcPr>
            <w:tcW w:w="1944" w:type="dxa"/>
          </w:tcPr>
          <w:p w14:paraId="17797D68" w14:textId="77777777" w:rsidR="004D342C" w:rsidRDefault="00000000">
            <w:pPr>
              <w:spacing w:before="20" w:after="20"/>
              <w:ind w:firstLine="0"/>
            </w:pPr>
            <w:r>
              <w:rPr>
                <w:sz w:val="16"/>
              </w:rPr>
              <w:t>unificationfor</w:t>
            </w:r>
          </w:p>
        </w:tc>
        <w:tc>
          <w:tcPr>
            <w:tcW w:w="2880" w:type="dxa"/>
          </w:tcPr>
          <w:p w14:paraId="2ACCC8F6" w14:textId="77777777" w:rsidR="004D342C" w:rsidRDefault="00000000">
            <w:pPr>
              <w:spacing w:before="20" w:after="20"/>
              <w:ind w:firstLine="0"/>
            </w:pPr>
            <w:r>
              <w:rPr>
                <w:sz w:val="16"/>
              </w:rPr>
              <w:t>EUROPEAN UNIFICATION - FOR/AGAINST</w:t>
            </w:r>
          </w:p>
        </w:tc>
        <w:tc>
          <w:tcPr>
            <w:tcW w:w="3456" w:type="dxa"/>
          </w:tcPr>
          <w:p w14:paraId="0D465877" w14:textId="77777777" w:rsidR="004D342C" w:rsidRDefault="00000000">
            <w:pPr>
              <w:spacing w:before="20" w:after="20"/>
              <w:ind w:firstLine="0"/>
            </w:pPr>
            <w:r>
              <w:rPr>
                <w:sz w:val="16"/>
              </w:rPr>
              <w:t>1 for very much / 2 for to some extent / 3 against to some extent / 4 against very much</w:t>
            </w:r>
          </w:p>
        </w:tc>
        <w:tc>
          <w:tcPr>
            <w:tcW w:w="648" w:type="dxa"/>
          </w:tcPr>
          <w:p w14:paraId="5EBC9190" w14:textId="77777777" w:rsidR="004D342C" w:rsidRDefault="00000000">
            <w:pPr>
              <w:spacing w:before="20" w:after="20"/>
              <w:ind w:firstLine="0"/>
              <w:jc w:val="right"/>
            </w:pPr>
            <w:r>
              <w:rPr>
                <w:sz w:val="16"/>
              </w:rPr>
              <w:t>2</w:t>
            </w:r>
          </w:p>
        </w:tc>
      </w:tr>
      <w:tr w:rsidR="004D342C" w14:paraId="1A8868FB" w14:textId="77777777">
        <w:trPr>
          <w:cantSplit/>
          <w:jc w:val="center"/>
        </w:trPr>
        <w:tc>
          <w:tcPr>
            <w:tcW w:w="1944" w:type="dxa"/>
          </w:tcPr>
          <w:p w14:paraId="5EC94D62" w14:textId="77777777" w:rsidR="004D342C" w:rsidRDefault="00000000">
            <w:pPr>
              <w:spacing w:before="20" w:after="20"/>
              <w:ind w:firstLine="0"/>
            </w:pPr>
            <w:r>
              <w:rPr>
                <w:sz w:val="16"/>
              </w:rPr>
              <w:t>unificationspeedpref</w:t>
            </w:r>
          </w:p>
        </w:tc>
        <w:tc>
          <w:tcPr>
            <w:tcW w:w="2880" w:type="dxa"/>
          </w:tcPr>
          <w:p w14:paraId="6BAAA4C2" w14:textId="77777777" w:rsidR="004D342C" w:rsidRDefault="00000000">
            <w:pPr>
              <w:spacing w:before="20" w:after="20"/>
              <w:ind w:firstLine="0"/>
            </w:pPr>
            <w:r>
              <w:rPr>
                <w:sz w:val="16"/>
              </w:rPr>
              <w:t>EUROPEAN UNIFICATION SPEED - PREFERENCE</w:t>
            </w:r>
          </w:p>
        </w:tc>
        <w:tc>
          <w:tcPr>
            <w:tcW w:w="3456" w:type="dxa"/>
          </w:tcPr>
          <w:p w14:paraId="0C7F967F" w14:textId="77777777" w:rsidR="004D342C" w:rsidRDefault="00000000">
            <w:pPr>
              <w:spacing w:before="20" w:after="20"/>
              <w:ind w:firstLine="0"/>
            </w:pPr>
            <w:r>
              <w:rPr>
                <w:sz w:val="16"/>
              </w:rPr>
              <w:t>1 standing still / 2 / 3 / 4 / 5 / 6 / 7 as fast as possible</w:t>
            </w:r>
          </w:p>
        </w:tc>
        <w:tc>
          <w:tcPr>
            <w:tcW w:w="648" w:type="dxa"/>
          </w:tcPr>
          <w:p w14:paraId="15BD4EE5" w14:textId="77777777" w:rsidR="004D342C" w:rsidRDefault="00000000">
            <w:pPr>
              <w:spacing w:before="20" w:after="20"/>
              <w:ind w:firstLine="0"/>
              <w:jc w:val="right"/>
            </w:pPr>
            <w:r>
              <w:rPr>
                <w:sz w:val="16"/>
              </w:rPr>
              <w:t>2</w:t>
            </w:r>
          </w:p>
        </w:tc>
      </w:tr>
      <w:tr w:rsidR="004D342C" w14:paraId="1FB36472" w14:textId="77777777">
        <w:trPr>
          <w:cantSplit/>
          <w:jc w:val="center"/>
        </w:trPr>
        <w:tc>
          <w:tcPr>
            <w:tcW w:w="1944" w:type="dxa"/>
          </w:tcPr>
          <w:p w14:paraId="7E302B17" w14:textId="77777777" w:rsidR="004D342C" w:rsidRDefault="00000000">
            <w:pPr>
              <w:spacing w:before="20" w:after="20"/>
              <w:ind w:firstLine="0"/>
            </w:pPr>
            <w:r>
              <w:rPr>
                <w:sz w:val="16"/>
              </w:rPr>
              <w:t>europositiveCNTRY</w:t>
            </w:r>
          </w:p>
        </w:tc>
        <w:tc>
          <w:tcPr>
            <w:tcW w:w="2880" w:type="dxa"/>
          </w:tcPr>
          <w:p w14:paraId="18F1FD41" w14:textId="77777777" w:rsidR="004D342C" w:rsidRDefault="00000000">
            <w:pPr>
              <w:spacing w:before="20" w:after="20"/>
              <w:ind w:firstLine="0"/>
            </w:pPr>
            <w:r>
              <w:rPr>
                <w:sz w:val="16"/>
              </w:rPr>
              <w:t>EURO HAS BEEN POSITIVE OR NEGATIVE - FOR CNTRY ECONOMY</w:t>
            </w:r>
          </w:p>
        </w:tc>
        <w:tc>
          <w:tcPr>
            <w:tcW w:w="3456" w:type="dxa"/>
          </w:tcPr>
          <w:p w14:paraId="168D6FAC" w14:textId="77777777" w:rsidR="004D342C" w:rsidRDefault="00000000">
            <w:pPr>
              <w:spacing w:before="20" w:after="20"/>
              <w:ind w:firstLine="0"/>
            </w:pPr>
            <w:r>
              <w:rPr>
                <w:sz w:val="16"/>
              </w:rPr>
              <w:t>1 Very positive / 2 Rather positive / 3 Rather negative / 4 Very negative / 5 Neither the one nor the other / 6 Don't know (SPONTANEOUS)</w:t>
            </w:r>
          </w:p>
        </w:tc>
        <w:tc>
          <w:tcPr>
            <w:tcW w:w="648" w:type="dxa"/>
          </w:tcPr>
          <w:p w14:paraId="4B01D0C8" w14:textId="77777777" w:rsidR="004D342C" w:rsidRDefault="00000000">
            <w:pPr>
              <w:spacing w:before="20" w:after="20"/>
              <w:ind w:firstLine="0"/>
              <w:jc w:val="right"/>
            </w:pPr>
            <w:r>
              <w:rPr>
                <w:sz w:val="16"/>
              </w:rPr>
              <w:t>1</w:t>
            </w:r>
          </w:p>
        </w:tc>
      </w:tr>
      <w:tr w:rsidR="004D342C" w14:paraId="7E783425" w14:textId="77777777">
        <w:trPr>
          <w:cantSplit/>
          <w:jc w:val="center"/>
        </w:trPr>
        <w:tc>
          <w:tcPr>
            <w:tcW w:w="1944" w:type="dxa"/>
          </w:tcPr>
          <w:p w14:paraId="40213072" w14:textId="77777777" w:rsidR="004D342C" w:rsidRDefault="00000000">
            <w:pPr>
              <w:spacing w:before="20" w:after="20"/>
              <w:ind w:firstLine="0"/>
            </w:pPr>
            <w:r>
              <w:rPr>
                <w:sz w:val="16"/>
              </w:rPr>
              <w:t>europositiveEU</w:t>
            </w:r>
          </w:p>
        </w:tc>
        <w:tc>
          <w:tcPr>
            <w:tcW w:w="2880" w:type="dxa"/>
          </w:tcPr>
          <w:p w14:paraId="544C66BF" w14:textId="77777777" w:rsidR="004D342C" w:rsidRDefault="00000000">
            <w:pPr>
              <w:spacing w:before="20" w:after="20"/>
              <w:ind w:firstLine="0"/>
            </w:pPr>
            <w:r>
              <w:rPr>
                <w:sz w:val="16"/>
              </w:rPr>
              <w:t>EURO HAS BEEN POSITIVE OR NEGATIVE - FOR EU ECONOMY</w:t>
            </w:r>
          </w:p>
        </w:tc>
        <w:tc>
          <w:tcPr>
            <w:tcW w:w="3456" w:type="dxa"/>
          </w:tcPr>
          <w:p w14:paraId="120E855B" w14:textId="77777777" w:rsidR="004D342C" w:rsidRDefault="00000000">
            <w:pPr>
              <w:spacing w:before="20" w:after="20"/>
              <w:ind w:firstLine="0"/>
            </w:pPr>
            <w:r>
              <w:rPr>
                <w:sz w:val="16"/>
              </w:rPr>
              <w:t>1 Very positive / 2 Rather positive / 3 Rather negative / 4 Very negative / 5 Neither the one nor the other / 6 Don't know (SPONTANEOUS)</w:t>
            </w:r>
          </w:p>
        </w:tc>
        <w:tc>
          <w:tcPr>
            <w:tcW w:w="648" w:type="dxa"/>
          </w:tcPr>
          <w:p w14:paraId="521EB0F9" w14:textId="77777777" w:rsidR="004D342C" w:rsidRDefault="00000000">
            <w:pPr>
              <w:spacing w:before="20" w:after="20"/>
              <w:ind w:firstLine="0"/>
              <w:jc w:val="right"/>
            </w:pPr>
            <w:r>
              <w:rPr>
                <w:sz w:val="16"/>
              </w:rPr>
              <w:t>1</w:t>
            </w:r>
          </w:p>
        </w:tc>
      </w:tr>
      <w:tr w:rsidR="004D342C" w14:paraId="66A09849" w14:textId="77777777">
        <w:trPr>
          <w:cantSplit/>
          <w:jc w:val="center"/>
        </w:trPr>
        <w:tc>
          <w:tcPr>
            <w:tcW w:w="1944" w:type="dxa"/>
          </w:tcPr>
          <w:p w14:paraId="64755AA9" w14:textId="77777777" w:rsidR="004D342C" w:rsidRDefault="00000000">
            <w:pPr>
              <w:spacing w:before="20" w:after="20"/>
              <w:ind w:firstLine="0"/>
            </w:pPr>
            <w:r>
              <w:rPr>
                <w:sz w:val="16"/>
              </w:rPr>
              <w:t>membershipgoodCC</w:t>
            </w:r>
          </w:p>
        </w:tc>
        <w:tc>
          <w:tcPr>
            <w:tcW w:w="2880" w:type="dxa"/>
          </w:tcPr>
          <w:p w14:paraId="052402E7" w14:textId="77777777" w:rsidR="004D342C" w:rsidRDefault="00000000">
            <w:pPr>
              <w:spacing w:before="20" w:after="20"/>
              <w:ind w:firstLine="0"/>
            </w:pPr>
            <w:r>
              <w:rPr>
                <w:sz w:val="16"/>
              </w:rPr>
              <w:t>EU MEMBERSHIP - GOOD/BAD (candidate-country version)</w:t>
            </w:r>
          </w:p>
        </w:tc>
        <w:tc>
          <w:tcPr>
            <w:tcW w:w="3456" w:type="dxa"/>
          </w:tcPr>
          <w:p w14:paraId="519014E9" w14:textId="77777777" w:rsidR="004D342C" w:rsidRDefault="00000000">
            <w:pPr>
              <w:spacing w:before="20" w:after="20"/>
              <w:ind w:firstLine="0"/>
            </w:pPr>
            <w:r>
              <w:rPr>
                <w:sz w:val="16"/>
              </w:rPr>
              <w:t>1 a good thing / 2 a bad thing / 3 neither a good thing nor a bad thing</w:t>
            </w:r>
          </w:p>
        </w:tc>
        <w:tc>
          <w:tcPr>
            <w:tcW w:w="648" w:type="dxa"/>
          </w:tcPr>
          <w:p w14:paraId="1F7F02F1" w14:textId="77777777" w:rsidR="004D342C" w:rsidRDefault="00000000">
            <w:pPr>
              <w:spacing w:before="20" w:after="20"/>
              <w:ind w:firstLine="0"/>
              <w:jc w:val="right"/>
            </w:pPr>
            <w:r>
              <w:rPr>
                <w:sz w:val="16"/>
              </w:rPr>
              <w:t>1</w:t>
            </w:r>
          </w:p>
        </w:tc>
      </w:tr>
      <w:tr w:rsidR="004D342C" w14:paraId="2FA26FD7" w14:textId="77777777">
        <w:trPr>
          <w:cantSplit/>
          <w:jc w:val="center"/>
        </w:trPr>
        <w:tc>
          <w:tcPr>
            <w:tcW w:w="1944" w:type="dxa"/>
          </w:tcPr>
          <w:p w14:paraId="3741E3FC" w14:textId="77777777" w:rsidR="004D342C" w:rsidRDefault="00000000">
            <w:pPr>
              <w:spacing w:before="20" w:after="20"/>
              <w:ind w:firstLine="0"/>
            </w:pPr>
            <w:r>
              <w:rPr>
                <w:sz w:val="16"/>
              </w:rPr>
              <w:t>cs_ben</w:t>
            </w:r>
            <w:r>
              <w:rPr>
                <w:sz w:val="16"/>
              </w:rPr>
              <w:br/>
              <w:t/>
            </w:r>
          </w:p>
        </w:tc>
        <w:tc>
          <w:tcPr>
            <w:tcW w:w="2880" w:type="dxa"/>
          </w:tcPr>
          <w:p w14:paraId="75D41CA0" w14:textId="77777777" w:rsidR="004D342C" w:rsidRDefault="00000000">
            <w:pPr>
              <w:spacing w:before="20" w:after="20"/>
              <w:ind w:firstLine="0"/>
            </w:pPr>
            <w:r>
              <w:rPr>
                <w:sz w:val="16"/>
              </w:rPr>
              <w:t>Harmonized eubenefits, composite input</w:t>
            </w:r>
          </w:p>
        </w:tc>
        <w:tc>
          <w:tcPr>
            <w:tcW w:w="3456" w:type="dxa"/>
          </w:tcPr>
          <w:p w14:paraId="655B1D69" w14:textId="77777777" w:rsidR="004D342C" w:rsidRDefault="00000000">
            <w:pPr>
              <w:spacing w:before="20" w:after="20"/>
              <w:ind w:firstLine="0"/>
            </w:pPr>
            <w:r>
              <w:rPr>
                <w:sz w:val="16"/>
              </w:rPr>
              <w:t>1 not benefited / 2 benefited</w:t>
            </w:r>
          </w:p>
        </w:tc>
        <w:tc>
          <w:tcPr>
            <w:tcW w:w="648" w:type="dxa"/>
          </w:tcPr>
          <w:p w14:paraId="73842593" w14:textId="77777777" w:rsidR="004D342C" w:rsidRDefault="00000000">
            <w:pPr>
              <w:spacing w:before="20" w:after="20"/>
              <w:ind w:firstLine="0"/>
              <w:jc w:val="right"/>
            </w:pPr>
            <w:r>
              <w:rPr>
                <w:sz w:val="16"/>
              </w:rPr>
              <w:t>0</w:t>
            </w:r>
          </w:p>
        </w:tc>
      </w:tr>
      <w:tr w:rsidR="004D342C" w14:paraId="2FA26FD7" w14:textId="77777777">
        <w:trPr>
          <w:cantSplit/>
          <w:jc w:val="center"/>
        </w:trPr>
        <w:tc>
          <w:tcPr>
            <w:tcW w:w="1944" w:type="dxa"/>
          </w:tcPr>
          <w:p w14:paraId="3741E3FC" w14:textId="77777777" w:rsidR="004D342C" w:rsidRDefault="00000000">
            <w:pPr>
              <w:spacing w:before="20" w:after="20"/>
              <w:ind w:firstLine="0"/>
            </w:pPr>
            <w:r>
              <w:rPr>
                <w:sz w:val="16"/>
              </w:rPr>
              <w:t>cs_img</w:t>
            </w:r>
            <w:r>
              <w:rPr>
                <w:sz w:val="16"/>
              </w:rPr>
              <w:br/>
              <w:t/>
            </w:r>
          </w:p>
        </w:tc>
        <w:tc>
          <w:tcPr>
            <w:tcW w:w="2880" w:type="dxa"/>
          </w:tcPr>
          <w:p w14:paraId="75D41CA0" w14:textId="77777777" w:rsidR="004D342C" w:rsidRDefault="00000000">
            <w:pPr>
              <w:spacing w:before="20" w:after="20"/>
              <w:ind w:firstLine="0"/>
            </w:pPr>
            <w:r>
              <w:rPr>
                <w:sz w:val="16"/>
              </w:rPr>
              <w:t>Harmonized euimage, composite input</w:t>
            </w:r>
          </w:p>
        </w:tc>
        <w:tc>
          <w:tcPr>
            <w:tcW w:w="3456" w:type="dxa"/>
          </w:tcPr>
          <w:p w14:paraId="655B1D69" w14:textId="77777777" w:rsidR="004D342C" w:rsidRDefault="00000000">
            <w:pPr>
              <w:spacing w:before="20" w:after="20"/>
              <w:ind w:firstLine="0"/>
            </w:pPr>
            <w:r>
              <w:rPr>
                <w:sz w:val="16"/>
              </w:rPr>
              <w:t>1 very negative / 2 fairly negative / 3 neutral / 4 fairly positive / 5 very positive</w:t>
            </w:r>
          </w:p>
        </w:tc>
        <w:tc>
          <w:tcPr>
            <w:tcW w:w="648" w:type="dxa"/>
          </w:tcPr>
          <w:p w14:paraId="73842593" w14:textId="77777777" w:rsidR="004D342C" w:rsidRDefault="00000000">
            <w:pPr>
              <w:spacing w:before="20" w:after="20"/>
              <w:ind w:firstLine="0"/>
              <w:jc w:val="right"/>
            </w:pPr>
            <w:r>
              <w:rPr>
                <w:sz w:val="16"/>
              </w:rPr>
              <w:t>0</w:t>
            </w:r>
          </w:p>
        </w:tc>
      </w:tr>
      <w:tr w:rsidR="004D342C" w14:paraId="2FA26FD7" w14:textId="77777777">
        <w:trPr>
          <w:cantSplit/>
          <w:jc w:val="center"/>
        </w:trPr>
        <w:tc>
          <w:tcPr>
            <w:tcW w:w="1944" w:type="dxa"/>
          </w:tcPr>
          <w:p w14:paraId="3741E3FC" w14:textId="77777777" w:rsidR="004D342C" w:rsidRDefault="00000000">
            <w:pPr>
              <w:spacing w:before="20" w:after="20"/>
              <w:ind w:firstLine="0"/>
            </w:pPr>
            <w:r>
              <w:rPr>
                <w:sz w:val="16"/>
              </w:rPr>
              <w:t>cs_memb</w:t>
            </w:r>
            <w:r>
              <w:rPr>
                <w:sz w:val="16"/>
              </w:rPr>
              <w:br/>
              <w:t/>
            </w:r>
          </w:p>
        </w:tc>
        <w:tc>
          <w:tcPr>
            <w:tcW w:w="2880" w:type="dxa"/>
          </w:tcPr>
          <w:p w14:paraId="75D41CA0" w14:textId="77777777" w:rsidR="004D342C" w:rsidRDefault="00000000">
            <w:pPr>
              <w:spacing w:before="20" w:after="20"/>
              <w:ind w:firstLine="0"/>
            </w:pPr>
            <w:r>
              <w:rPr>
                <w:sz w:val="16"/>
              </w:rPr>
              <w:t>Harmonized membershipgood, composite input</w:t>
            </w:r>
          </w:p>
        </w:tc>
        <w:tc>
          <w:tcPr>
            <w:tcW w:w="3456" w:type="dxa"/>
          </w:tcPr>
          <w:p w14:paraId="655B1D69" w14:textId="77777777" w:rsidR="004D342C" w:rsidRDefault="00000000">
            <w:pPr>
              <w:spacing w:before="20" w:after="20"/>
              <w:ind w:firstLine="0"/>
            </w:pPr>
            <w:r>
              <w:rPr>
                <w:sz w:val="16"/>
              </w:rPr>
              <w:t>1 bad / 2 neither / 3 good</w:t>
            </w:r>
          </w:p>
        </w:tc>
        <w:tc>
          <w:tcPr>
            <w:tcW w:w="648" w:type="dxa"/>
          </w:tcPr>
          <w:p w14:paraId="73842593" w14:textId="77777777" w:rsidR="004D342C" w:rsidRDefault="00000000">
            <w:pPr>
              <w:spacing w:before="20" w:after="20"/>
              <w:ind w:firstLine="0"/>
              <w:jc w:val="right"/>
            </w:pPr>
            <w:r>
              <w:rPr>
                <w:sz w:val="16"/>
              </w:rPr>
              <w:t>0</w:t>
            </w:r>
          </w:p>
        </w:tc>
      </w:tr>
      <w:tr w:rsidR="004D342C" w14:paraId="2FA26FD7" w14:textId="77777777">
        <w:trPr>
          <w:cantSplit/>
          <w:jc w:val="center"/>
        </w:trPr>
        <w:tc>
          <w:tcPr>
            <w:tcW w:w="1944" w:type="dxa"/>
          </w:tcPr>
          <w:p w14:paraId="3741E3FC" w14:textId="77777777" w:rsidR="004D342C" w:rsidRDefault="00000000">
            <w:pPr>
              <w:spacing w:before="20" w:after="20"/>
              <w:ind w:firstLine="0"/>
            </w:pPr>
            <w:r>
              <w:rPr>
                <w:sz w:val="16"/>
              </w:rPr>
              <w:t>cs_raw</w:t>
            </w:r>
            <w:r>
              <w:rPr>
                <w:sz w:val="16"/>
              </w:rPr>
              <w:br/>
              <w:t/>
            </w:r>
          </w:p>
        </w:tc>
        <w:tc>
          <w:tcPr>
            <w:tcW w:w="2880" w:type="dxa"/>
          </w:tcPr>
          <w:p w14:paraId="75D41CA0" w14:textId="77777777" w:rsidR="004D342C" w:rsidRDefault="00000000">
            <w:pPr>
              <w:spacing w:before="20" w:after="20"/>
              <w:ind w:firstLine="0"/>
            </w:pPr>
            <w:r>
              <w:rPr>
                <w:sz w:val="16"/>
              </w:rPr>
              <w:t>Loading-weighted mean of the normal-scored items, before standardization</w:t>
            </w:r>
          </w:p>
        </w:tc>
        <w:tc>
          <w:tcPr>
            <w:tcW w:w="3456" w:type="dxa"/>
          </w:tcPr>
          <w:p w14:paraId="655B1D69" w14:textId="77777777" w:rsidR="004D342C" w:rsidRDefault="00000000">
            <w:pPr>
              <w:spacing w:before="20" w:after="20"/>
              <w:ind w:firstLine="0"/>
            </w:pPr>
            <w:r>
              <w:rPr>
                <w:sz w:val="16"/>
              </w:rPr>
              <w:t>continuous</w:t>
            </w:r>
          </w:p>
        </w:tc>
        <w:tc>
          <w:tcPr>
            <w:tcW w:w="648" w:type="dxa"/>
          </w:tcPr>
          <w:p w14:paraId="73842593" w14:textId="77777777" w:rsidR="004D342C" w:rsidRDefault="00000000">
            <w:pPr>
              <w:spacing w:before="20" w:after="20"/>
              <w:ind w:firstLine="0"/>
              <w:jc w:val="right"/>
            </w:pPr>
            <w:r>
              <w:rPr>
                <w:sz w:val="16"/>
              </w:rPr>
              <w:t>0</w:t>
            </w:r>
          </w:p>
        </w:tc>
      </w:tr>
      <w:tr w:rsidR="004D342C" w14:paraId="1A8C10ED" w14:textId="77777777">
        <w:trPr>
          <w:cantSplit/>
          <w:jc w:val="center"/>
        </w:trPr>
        <w:tc>
          <w:tcPr>
            <w:tcW w:w="1944" w:type="dxa"/>
          </w:tcPr>
          <w:p w14:paraId="39FF2653" w14:textId="77777777" w:rsidR="004D342C" w:rsidRDefault="00000000">
            <w:pPr>
              <w:spacing w:before="20" w:after="20"/>
              <w:ind w:firstLine="0"/>
            </w:pPr>
            <w:r>
              <w:rPr>
                <w:sz w:val="16"/>
              </w:rPr>
              <w:t>eubenefitsKosovo</w:t>
            </w:r>
          </w:p>
        </w:tc>
        <w:tc>
          <w:tcPr>
            <w:tcW w:w="2880" w:type="dxa"/>
          </w:tcPr>
          <w:p w14:paraId="0C6E1705" w14:textId="77777777" w:rsidR="004D342C" w:rsidRDefault="00000000">
            <w:pPr>
              <w:spacing w:before="20" w:after="20"/>
              <w:ind w:firstLine="0"/>
            </w:pPr>
            <w:r>
              <w:rPr>
                <w:sz w:val="16"/>
              </w:rPr>
              <w:t>—</w:t>
            </w:r>
          </w:p>
        </w:tc>
        <w:tc>
          <w:tcPr>
            <w:tcW w:w="3456" w:type="dxa"/>
          </w:tcPr>
          <w:p w14:paraId="7675DEA0" w14:textId="77777777" w:rsidR="004D342C" w:rsidRDefault="00000000">
            <w:pPr>
              <w:spacing w:before="20" w:after="20"/>
              <w:ind w:firstLine="0"/>
            </w:pPr>
            <w:r>
              <w:rPr>
                <w:sz w:val="16"/>
              </w:rPr>
              <w:t>—</w:t>
            </w:r>
          </w:p>
        </w:tc>
        <w:tc>
          <w:tcPr>
            <w:tcW w:w="648" w:type="dxa"/>
          </w:tcPr>
          <w:p w14:paraId="22EA88BA" w14:textId="77777777" w:rsidR="004D342C" w:rsidRDefault="00000000">
            <w:pPr>
              <w:spacing w:before="20" w:after="20"/>
              <w:ind w:firstLine="0"/>
              <w:jc w:val="right"/>
            </w:pPr>
            <w:r>
              <w:rPr>
                <w:sz w:val="16"/>
              </w:rPr>
              <w:t>0</w:t>
            </w:r>
          </w:p>
        </w:tc>
      </w:tr>
      <w:tr w:rsidR="004D342C" w14:paraId="001C7FE0" w14:textId="77777777">
        <w:trPr>
          <w:cantSplit/>
          <w:jc w:val="center"/>
        </w:trPr>
        <w:tc>
          <w:tcPr>
            <w:tcW w:w="1944" w:type="dxa"/>
          </w:tcPr>
          <w:p w14:paraId="0A722746" w14:textId="77777777" w:rsidR="004D342C" w:rsidRDefault="00000000">
            <w:pPr>
              <w:spacing w:before="20" w:after="20"/>
              <w:ind w:firstLine="0"/>
            </w:pPr>
            <w:r>
              <w:rPr>
                <w:sz w:val="16"/>
              </w:rPr>
              <w:t>eubenefitsTCC</w:t>
            </w:r>
          </w:p>
        </w:tc>
        <w:tc>
          <w:tcPr>
            <w:tcW w:w="2880" w:type="dxa"/>
          </w:tcPr>
          <w:p w14:paraId="58594D5E" w14:textId="77777777" w:rsidR="004D342C" w:rsidRDefault="00000000">
            <w:pPr>
              <w:spacing w:before="20" w:after="20"/>
              <w:ind w:firstLine="0"/>
            </w:pPr>
            <w:r>
              <w:rPr>
                <w:sz w:val="16"/>
              </w:rPr>
              <w:t>—</w:t>
            </w:r>
          </w:p>
        </w:tc>
        <w:tc>
          <w:tcPr>
            <w:tcW w:w="3456" w:type="dxa"/>
          </w:tcPr>
          <w:p w14:paraId="74F9FE0A" w14:textId="77777777" w:rsidR="004D342C" w:rsidRDefault="00000000">
            <w:pPr>
              <w:spacing w:before="20" w:after="20"/>
              <w:ind w:firstLine="0"/>
            </w:pPr>
            <w:r>
              <w:rPr>
                <w:sz w:val="16"/>
              </w:rPr>
              <w:t>—</w:t>
            </w:r>
          </w:p>
        </w:tc>
        <w:tc>
          <w:tcPr>
            <w:tcW w:w="648" w:type="dxa"/>
          </w:tcPr>
          <w:p w14:paraId="3593BF3E" w14:textId="77777777" w:rsidR="004D342C" w:rsidRDefault="00000000">
            <w:pPr>
              <w:spacing w:before="20" w:after="20"/>
              <w:ind w:firstLine="0"/>
              <w:jc w:val="right"/>
            </w:pPr>
            <w:r>
              <w:rPr>
                <w:sz w:val="16"/>
              </w:rPr>
              <w:t>0</w:t>
            </w:r>
          </w:p>
        </w:tc>
      </w:tr>
      <w:tr w:rsidR="004D342C" w14:paraId="7640DA76" w14:textId="77777777">
        <w:trPr>
          <w:cantSplit/>
          <w:jc w:val="center"/>
        </w:trPr>
        <w:tc>
          <w:tcPr>
            <w:tcW w:w="1944" w:type="dxa"/>
          </w:tcPr>
          <w:p w14:paraId="60625963" w14:textId="77777777" w:rsidR="004D342C" w:rsidRDefault="00000000">
            <w:pPr>
              <w:spacing w:before="20" w:after="20"/>
              <w:ind w:firstLine="0"/>
            </w:pPr>
            <w:r>
              <w:rPr>
                <w:sz w:val="16"/>
              </w:rPr>
              <w:t>eusupport</w:t>
            </w:r>
          </w:p>
        </w:tc>
        <w:tc>
          <w:tcPr>
            <w:tcW w:w="2880" w:type="dxa"/>
          </w:tcPr>
          <w:p w14:paraId="380C20D4" w14:textId="77777777" w:rsidR="004D342C" w:rsidRDefault="00000000">
            <w:pPr>
              <w:spacing w:before="20" w:after="20"/>
              <w:ind w:firstLine="0"/>
            </w:pPr>
            <w:r>
              <w:rPr>
                <w:sz w:val="16"/>
              </w:rPr>
              <w:t xml:space="preserve">Composite EU-support score (frozen 4-item recipe v2: membershipgood [member-state only], eubenefits, euimage, </w:t>
            </w:r>
          </w:p>
        </w:tc>
        <w:tc>
          <w:tcPr>
            <w:tcW w:w="3456" w:type="dxa"/>
          </w:tcPr>
          <w:p w14:paraId="44544287" w14:textId="77777777" w:rsidR="004D342C" w:rsidRDefault="00000000">
            <w:pPr>
              <w:spacing w:before="20" w:after="20"/>
              <w:ind w:firstLine="0"/>
            </w:pPr>
            <w:r>
              <w:rPr>
                <w:sz w:val="16"/>
              </w:rPr>
              <w:t xml:space="preserve">continuous; missing when none of the 4 items answered; built from available items (renormalized loading-weighted mean of per-category normal scores). </w:t>
            </w:r>
          </w:p>
        </w:tc>
        <w:tc>
          <w:tcPr>
            <w:tcW w:w="648" w:type="dxa"/>
          </w:tcPr>
          <w:p w14:paraId="6F8902E4" w14:textId="77777777" w:rsidR="004D342C" w:rsidRDefault="00000000">
            <w:pPr>
              <w:spacing w:before="20" w:after="20"/>
              <w:ind w:firstLine="0"/>
              <w:jc w:val="right"/>
            </w:pPr>
            <w:r>
              <w:rPr>
                <w:sz w:val="16"/>
              </w:rPr>
              <w:t>0</w:t>
            </w:r>
          </w:p>
        </w:tc>
      </w:tr>
      <w:tr w:rsidR="004D342C" w14:paraId="634D028B" w14:textId="77777777">
        <w:trPr>
          <w:cantSplit/>
          <w:jc w:val="center"/>
        </w:trPr>
        <w:tc>
          <w:tcPr>
            <w:tcW w:w="1944" w:type="dxa"/>
          </w:tcPr>
          <w:p w14:paraId="3109E7F7" w14:textId="77777777" w:rsidR="004D342C" w:rsidRDefault="00000000">
            <w:pPr>
              <w:spacing w:before="20" w:after="20"/>
              <w:ind w:firstLine="0"/>
            </w:pPr>
            <w:r>
              <w:rPr>
                <w:sz w:val="16"/>
              </w:rPr>
              <w:t>membershipgoodKosovo</w:t>
            </w:r>
          </w:p>
        </w:tc>
        <w:tc>
          <w:tcPr>
            <w:tcW w:w="2880" w:type="dxa"/>
          </w:tcPr>
          <w:p w14:paraId="6414B563" w14:textId="77777777" w:rsidR="004D342C" w:rsidRDefault="00000000">
            <w:pPr>
              <w:spacing w:before="20" w:after="20"/>
              <w:ind w:firstLine="0"/>
            </w:pPr>
            <w:r>
              <w:rPr>
                <w:sz w:val="16"/>
              </w:rPr>
              <w:t>—</w:t>
            </w:r>
          </w:p>
        </w:tc>
        <w:tc>
          <w:tcPr>
            <w:tcW w:w="3456" w:type="dxa"/>
          </w:tcPr>
          <w:p w14:paraId="097F7BD2" w14:textId="77777777" w:rsidR="004D342C" w:rsidRDefault="00000000">
            <w:pPr>
              <w:spacing w:before="20" w:after="20"/>
              <w:ind w:firstLine="0"/>
            </w:pPr>
            <w:r>
              <w:rPr>
                <w:sz w:val="16"/>
              </w:rPr>
              <w:t>—</w:t>
            </w:r>
          </w:p>
        </w:tc>
        <w:tc>
          <w:tcPr>
            <w:tcW w:w="648" w:type="dxa"/>
          </w:tcPr>
          <w:p w14:paraId="7ABDED7E" w14:textId="77777777" w:rsidR="004D342C" w:rsidRDefault="00000000">
            <w:pPr>
              <w:spacing w:before="20" w:after="20"/>
              <w:ind w:firstLine="0"/>
              <w:jc w:val="right"/>
            </w:pPr>
            <w:r>
              <w:rPr>
                <w:sz w:val="16"/>
              </w:rPr>
              <w:t>0</w:t>
            </w:r>
          </w:p>
        </w:tc>
      </w:tr>
      <w:tr w:rsidR="004D342C" w14:paraId="74344BFF" w14:textId="77777777">
        <w:trPr>
          <w:cantSplit/>
          <w:jc w:val="center"/>
        </w:trPr>
        <w:tc>
          <w:tcPr>
            <w:tcW w:w="1944" w:type="dxa"/>
          </w:tcPr>
          <w:p w14:paraId="1C676D6F" w14:textId="77777777" w:rsidR="004D342C" w:rsidRDefault="00000000">
            <w:pPr>
              <w:keepNext/>
              <w:spacing w:before="20" w:after="20"/>
              <w:ind w:firstLine="0"/>
            </w:pPr>
            <w:r>
              <w:rPr>
                <w:sz w:val="16"/>
              </w:rPr>
              <w:t>membershipgoodTCC</w:t>
            </w:r>
          </w:p>
        </w:tc>
        <w:tc>
          <w:tcPr>
            <w:tcW w:w="2880" w:type="dxa"/>
          </w:tcPr>
          <w:p w14:paraId="46DDF41F" w14:textId="77777777" w:rsidR="004D342C" w:rsidRDefault="00000000">
            <w:pPr>
              <w:keepNext/>
              <w:spacing w:before="20" w:after="20"/>
              <w:ind w:firstLine="0"/>
            </w:pPr>
            <w:r>
              <w:rPr>
                <w:sz w:val="16"/>
              </w:rPr>
              <w:t>—</w:t>
            </w:r>
          </w:p>
        </w:tc>
        <w:tc>
          <w:tcPr>
            <w:tcW w:w="3456" w:type="dxa"/>
          </w:tcPr>
          <w:p w14:paraId="4BEB16F6" w14:textId="77777777" w:rsidR="004D342C" w:rsidRDefault="00000000">
            <w:pPr>
              <w:keepNext/>
              <w:spacing w:before="20" w:after="20"/>
              <w:ind w:firstLine="0"/>
            </w:pPr>
            <w:r>
              <w:rPr>
                <w:sz w:val="16"/>
              </w:rPr>
              <w:t>—</w:t>
            </w:r>
          </w:p>
        </w:tc>
        <w:tc>
          <w:tcPr>
            <w:tcW w:w="648" w:type="dxa"/>
          </w:tcPr>
          <w:p w14:paraId="14DCC312" w14:textId="77777777" w:rsidR="004D342C" w:rsidRDefault="00000000">
            <w:pPr>
              <w:keepNext/>
              <w:spacing w:before="20" w:after="20"/>
              <w:ind w:firstLine="0"/>
              <w:jc w:val="right"/>
            </w:pPr>
            <w:r>
              <w:rPr>
                <w:sz w:val="16"/>
              </w:rPr>
              <w:t>0</w:t>
            </w:r>
          </w:p>
        </w:tc>
      </w:tr>
    </w:tbl>
    <w:p w14:paraId="15547A43" w14:textId="77777777" w:rsidR="004D342C" w:rsidRDefault="00000000">
      <w:pPr>
        <w:pStyle w:val="Heading3"/>
      </w:pPr>
      <w:r>
        <w:rPr>
          <w:rFonts w:ascii="Times New Roman" w:hAnsi="Times New Roman" w:cs="Times New Roman"/>
        </w:rPr>
        <w:t>6.4.2  Democratic/EU institutions  (116 variables)</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1944"/>
        <w:gridCol w:w="2880"/>
        <w:gridCol w:w="3456"/>
        <w:gridCol w:w="648"/>
      </w:tblGrid>
      <w:tr w:rsidR="004D342C" w14:paraId="0F0EEB24" w14:textId="77777777">
        <w:trPr>
          <w:cantSplit/>
          <w:tblHeader/>
          <w:jc w:val="center"/>
        </w:trPr>
        <w:tc>
          <w:tcPr>
            <w:tcW w:w="1944" w:type="dxa"/>
            <w:tcBorders>
              <w:bottom w:val="single" w:sz="6" w:space="0" w:color="1F4E79"/>
            </w:tcBorders>
            <w:shd w:val="clear" w:color="auto" w:fill="E7EDF3"/>
          </w:tcPr>
          <w:p w14:paraId="64E3234C" w14:textId="77777777" w:rsidR="004D342C" w:rsidRDefault="00000000">
            <w:pPr>
              <w:spacing w:before="40" w:after="40"/>
              <w:ind w:firstLine="0"/>
            </w:pPr>
            <w:r>
              <w:rPr>
                <w:b/>
                <w:color w:val="1F4E79"/>
                <w:sz w:val="18"/>
              </w:rPr>
              <w:t>Variable</w:t>
            </w:r>
          </w:p>
        </w:tc>
        <w:tc>
          <w:tcPr>
            <w:tcW w:w="2880" w:type="dxa"/>
            <w:tcBorders>
              <w:bottom w:val="single" w:sz="6" w:space="0" w:color="1F4E79"/>
            </w:tcBorders>
            <w:shd w:val="clear" w:color="auto" w:fill="E7EDF3"/>
          </w:tcPr>
          <w:p w14:paraId="78CDF4F8" w14:textId="77777777" w:rsidR="004D342C" w:rsidRDefault="00000000">
            <w:pPr>
              <w:spacing w:before="40" w:after="40"/>
              <w:ind w:firstLine="0"/>
            </w:pPr>
            <w:r>
              <w:rPr>
                <w:b/>
                <w:color w:val="1F4E79"/>
                <w:sz w:val="18"/>
              </w:rPr>
              <w:t>Label</w:t>
            </w:r>
          </w:p>
        </w:tc>
        <w:tc>
          <w:tcPr>
            <w:tcW w:w="3456" w:type="dxa"/>
            <w:tcBorders>
              <w:bottom w:val="single" w:sz="6" w:space="0" w:color="1F4E79"/>
            </w:tcBorders>
            <w:shd w:val="clear" w:color="auto" w:fill="E7EDF3"/>
          </w:tcPr>
          <w:p w14:paraId="103BD08C" w14:textId="77777777" w:rsidR="004D342C" w:rsidRDefault="00000000">
            <w:pPr>
              <w:spacing w:before="40" w:after="40"/>
              <w:ind w:firstLine="0"/>
            </w:pPr>
            <w:r>
              <w:rPr>
                <w:b/>
                <w:color w:val="1F4E79"/>
                <w:sz w:val="18"/>
              </w:rPr>
              <w:t>Coding</w:t>
            </w:r>
          </w:p>
        </w:tc>
        <w:tc>
          <w:tcPr>
            <w:tcW w:w="648" w:type="dxa"/>
            <w:tcBorders>
              <w:bottom w:val="single" w:sz="6" w:space="0" w:color="1F4E79"/>
            </w:tcBorders>
            <w:shd w:val="clear" w:color="auto" w:fill="E7EDF3"/>
          </w:tcPr>
          <w:p w14:paraId="61BC477A" w14:textId="77777777" w:rsidR="004D342C" w:rsidRDefault="00000000">
            <w:pPr>
              <w:spacing w:before="40" w:after="40"/>
              <w:ind w:firstLine="0"/>
              <w:jc w:val="right"/>
            </w:pPr>
            <w:r>
              <w:rPr>
                <w:b/>
                <w:color w:val="1F4E79"/>
                <w:sz w:val="18"/>
              </w:rPr>
              <w:t>Waves</w:t>
            </w:r>
          </w:p>
        </w:tc>
      </w:tr>
      <w:tr w:rsidR="004D342C" w14:paraId="3C6C917D" w14:textId="77777777">
        <w:trPr>
          <w:cantSplit/>
          <w:jc w:val="center"/>
        </w:trPr>
        <w:tc>
          <w:tcPr>
            <w:tcW w:w="1944" w:type="dxa"/>
          </w:tcPr>
          <w:p w14:paraId="4A5F730F" w14:textId="77777777" w:rsidR="004D342C" w:rsidRDefault="00000000">
            <w:pPr>
              <w:spacing w:before="20" w:after="20"/>
              <w:ind w:firstLine="0"/>
            </w:pPr>
            <w:r>
              <w:rPr>
                <w:sz w:val="16"/>
              </w:rPr>
              <w:t>heardEP</w:t>
            </w:r>
          </w:p>
        </w:tc>
        <w:tc>
          <w:tcPr>
            <w:tcW w:w="2880" w:type="dxa"/>
          </w:tcPr>
          <w:p w14:paraId="4ACDDC04" w14:textId="77777777" w:rsidR="004D342C" w:rsidRDefault="00000000">
            <w:pPr>
              <w:spacing w:before="20" w:after="20"/>
              <w:ind w:firstLine="0"/>
            </w:pPr>
            <w:r>
              <w:rPr>
                <w:sz w:val="16"/>
              </w:rPr>
              <w:t>EUROPEAN PARLIAMENT - HEARD ABOUT</w:t>
            </w:r>
          </w:p>
        </w:tc>
        <w:tc>
          <w:tcPr>
            <w:tcW w:w="3456" w:type="dxa"/>
          </w:tcPr>
          <w:p w14:paraId="567E6FED" w14:textId="77777777" w:rsidR="004D342C" w:rsidRDefault="00000000">
            <w:pPr>
              <w:spacing w:before="20" w:after="20"/>
              <w:ind w:firstLine="0"/>
            </w:pPr>
            <w:r>
              <w:rPr>
                <w:sz w:val="16"/>
              </w:rPr>
              <w:t>1 Yes / 2 No / 3 Don't know (SPONTANEOUS)</w:t>
            </w:r>
          </w:p>
        </w:tc>
        <w:tc>
          <w:tcPr>
            <w:tcW w:w="648" w:type="dxa"/>
          </w:tcPr>
          <w:p w14:paraId="4B98B535" w14:textId="77777777" w:rsidR="004D342C" w:rsidRDefault="00000000">
            <w:pPr>
              <w:spacing w:before="20" w:after="20"/>
              <w:ind w:firstLine="0"/>
              <w:jc w:val="right"/>
            </w:pPr>
            <w:r>
              <w:rPr>
                <w:sz w:val="16"/>
              </w:rPr>
              <w:t>68</w:t>
            </w:r>
          </w:p>
        </w:tc>
      </w:tr>
      <w:tr w:rsidR="004D342C" w14:paraId="31CE187D" w14:textId="77777777">
        <w:trPr>
          <w:cantSplit/>
          <w:jc w:val="center"/>
        </w:trPr>
        <w:tc>
          <w:tcPr>
            <w:tcW w:w="1944" w:type="dxa"/>
          </w:tcPr>
          <w:p w14:paraId="2C163D15" w14:textId="77777777" w:rsidR="004D342C" w:rsidRDefault="00000000">
            <w:pPr>
              <w:spacing w:before="20" w:after="20"/>
              <w:ind w:firstLine="0"/>
            </w:pPr>
            <w:r>
              <w:rPr>
                <w:sz w:val="16"/>
              </w:rPr>
              <w:t>trustcomm</w:t>
            </w:r>
          </w:p>
        </w:tc>
        <w:tc>
          <w:tcPr>
            <w:tcW w:w="2880" w:type="dxa"/>
          </w:tcPr>
          <w:p w14:paraId="6C320BD8" w14:textId="77777777" w:rsidR="004D342C" w:rsidRDefault="00000000">
            <w:pPr>
              <w:spacing w:before="20" w:after="20"/>
              <w:ind w:firstLine="0"/>
            </w:pPr>
            <w:r>
              <w:rPr>
                <w:sz w:val="16"/>
              </w:rPr>
              <w:t>EUROPEAN COMMISSION - TRUST</w:t>
            </w:r>
          </w:p>
        </w:tc>
        <w:tc>
          <w:tcPr>
            <w:tcW w:w="3456" w:type="dxa"/>
          </w:tcPr>
          <w:p w14:paraId="56FD46AB" w14:textId="77777777" w:rsidR="004D342C" w:rsidRDefault="00000000">
            <w:pPr>
              <w:spacing w:before="20" w:after="20"/>
              <w:ind w:firstLine="0"/>
            </w:pPr>
            <w:r>
              <w:rPr>
                <w:sz w:val="16"/>
              </w:rPr>
              <w:t>1 tend to trust / 2 tend not to trust / 3 dont know</w:t>
            </w:r>
          </w:p>
        </w:tc>
        <w:tc>
          <w:tcPr>
            <w:tcW w:w="648" w:type="dxa"/>
          </w:tcPr>
          <w:p w14:paraId="4D8CE8DC" w14:textId="77777777" w:rsidR="004D342C" w:rsidRDefault="00000000">
            <w:pPr>
              <w:spacing w:before="20" w:after="20"/>
              <w:ind w:firstLine="0"/>
              <w:jc w:val="right"/>
            </w:pPr>
            <w:r>
              <w:rPr>
                <w:sz w:val="16"/>
              </w:rPr>
              <w:t>58</w:t>
            </w:r>
          </w:p>
        </w:tc>
      </w:tr>
      <w:tr w:rsidR="004D342C" w14:paraId="0AD49147" w14:textId="77777777">
        <w:trPr>
          <w:cantSplit/>
          <w:jc w:val="center"/>
        </w:trPr>
        <w:tc>
          <w:tcPr>
            <w:tcW w:w="1944" w:type="dxa"/>
          </w:tcPr>
          <w:p w14:paraId="4A8E41B6" w14:textId="77777777" w:rsidR="004D342C" w:rsidRDefault="00000000">
            <w:pPr>
              <w:spacing w:before="20" w:after="20"/>
              <w:ind w:firstLine="0"/>
            </w:pPr>
            <w:r>
              <w:rPr>
                <w:sz w:val="16"/>
              </w:rPr>
              <w:t>trustep</w:t>
            </w:r>
          </w:p>
        </w:tc>
        <w:tc>
          <w:tcPr>
            <w:tcW w:w="2880" w:type="dxa"/>
          </w:tcPr>
          <w:p w14:paraId="4E7BB5D6" w14:textId="77777777" w:rsidR="004D342C" w:rsidRDefault="00000000">
            <w:pPr>
              <w:spacing w:before="20" w:after="20"/>
              <w:ind w:firstLine="0"/>
            </w:pPr>
            <w:r>
              <w:rPr>
                <w:sz w:val="16"/>
              </w:rPr>
              <w:t>EUROPEAN PARLIAMENT - TRUST</w:t>
            </w:r>
          </w:p>
        </w:tc>
        <w:tc>
          <w:tcPr>
            <w:tcW w:w="3456" w:type="dxa"/>
          </w:tcPr>
          <w:p w14:paraId="7AFBC0F5" w14:textId="77777777" w:rsidR="004D342C" w:rsidRDefault="00000000">
            <w:pPr>
              <w:spacing w:before="20" w:after="20"/>
              <w:ind w:firstLine="0"/>
            </w:pPr>
            <w:r>
              <w:rPr>
                <w:sz w:val="16"/>
              </w:rPr>
              <w:t>1 tend to trust / 2 tend not to trust / 3 dont know</w:t>
            </w:r>
          </w:p>
        </w:tc>
        <w:tc>
          <w:tcPr>
            <w:tcW w:w="648" w:type="dxa"/>
          </w:tcPr>
          <w:p w14:paraId="27267EA0" w14:textId="77777777" w:rsidR="004D342C" w:rsidRDefault="00000000">
            <w:pPr>
              <w:spacing w:before="20" w:after="20"/>
              <w:ind w:firstLine="0"/>
              <w:jc w:val="right"/>
            </w:pPr>
            <w:r>
              <w:rPr>
                <w:sz w:val="16"/>
              </w:rPr>
              <w:t>58</w:t>
            </w:r>
          </w:p>
        </w:tc>
      </w:tr>
      <w:tr w:rsidR="004D342C" w14:paraId="13CB9187" w14:textId="77777777">
        <w:trPr>
          <w:cantSplit/>
          <w:jc w:val="center"/>
        </w:trPr>
        <w:tc>
          <w:tcPr>
            <w:tcW w:w="1944" w:type="dxa"/>
          </w:tcPr>
          <w:p w14:paraId="17D5F968" w14:textId="77777777" w:rsidR="004D342C" w:rsidRDefault="00000000">
            <w:pPr>
              <w:spacing w:before="20" w:after="20"/>
              <w:ind w:firstLine="0"/>
            </w:pPr>
            <w:r>
              <w:rPr>
                <w:sz w:val="16"/>
              </w:rPr>
              <w:t>trustecb</w:t>
            </w:r>
          </w:p>
        </w:tc>
        <w:tc>
          <w:tcPr>
            <w:tcW w:w="2880" w:type="dxa"/>
          </w:tcPr>
          <w:p w14:paraId="06CDCF7F" w14:textId="77777777" w:rsidR="004D342C" w:rsidRDefault="00000000">
            <w:pPr>
              <w:spacing w:before="20" w:after="20"/>
              <w:ind w:firstLine="0"/>
            </w:pPr>
            <w:r>
              <w:rPr>
                <w:sz w:val="16"/>
              </w:rPr>
              <w:t>EUROPEAN CENTRAL BANK - TRUST</w:t>
            </w:r>
          </w:p>
        </w:tc>
        <w:tc>
          <w:tcPr>
            <w:tcW w:w="3456" w:type="dxa"/>
          </w:tcPr>
          <w:p w14:paraId="209DDDE8" w14:textId="77777777" w:rsidR="004D342C" w:rsidRDefault="00000000">
            <w:pPr>
              <w:spacing w:before="20" w:after="20"/>
              <w:ind w:firstLine="0"/>
            </w:pPr>
            <w:r>
              <w:rPr>
                <w:sz w:val="16"/>
              </w:rPr>
              <w:t>1 tend to trust / 2 tend not to trust / 3 dont know</w:t>
            </w:r>
          </w:p>
        </w:tc>
        <w:tc>
          <w:tcPr>
            <w:tcW w:w="648" w:type="dxa"/>
          </w:tcPr>
          <w:p w14:paraId="6356CB8B" w14:textId="77777777" w:rsidR="004D342C" w:rsidRDefault="00000000">
            <w:pPr>
              <w:spacing w:before="20" w:after="20"/>
              <w:ind w:firstLine="0"/>
              <w:jc w:val="right"/>
            </w:pPr>
            <w:r>
              <w:rPr>
                <w:sz w:val="16"/>
              </w:rPr>
              <w:t>57</w:t>
            </w:r>
          </w:p>
        </w:tc>
      </w:tr>
      <w:tr w:rsidR="004D342C" w14:paraId="545F916F" w14:textId="77777777">
        <w:trPr>
          <w:cantSplit/>
          <w:jc w:val="center"/>
        </w:trPr>
        <w:tc>
          <w:tcPr>
            <w:tcW w:w="1944" w:type="dxa"/>
          </w:tcPr>
          <w:p w14:paraId="039AAF74" w14:textId="77777777" w:rsidR="004D342C" w:rsidRDefault="00000000">
            <w:pPr>
              <w:spacing w:before="20" w:after="20"/>
              <w:ind w:firstLine="0"/>
            </w:pPr>
            <w:r>
              <w:rPr>
                <w:sz w:val="16"/>
              </w:rPr>
              <w:t>heardComm</w:t>
            </w:r>
          </w:p>
        </w:tc>
        <w:tc>
          <w:tcPr>
            <w:tcW w:w="2880" w:type="dxa"/>
          </w:tcPr>
          <w:p w14:paraId="6049AC96" w14:textId="77777777" w:rsidR="004D342C" w:rsidRDefault="00000000">
            <w:pPr>
              <w:spacing w:before="20" w:after="20"/>
              <w:ind w:firstLine="0"/>
            </w:pPr>
            <w:r>
              <w:rPr>
                <w:sz w:val="16"/>
              </w:rPr>
              <w:t>EUROPEAN COMMISSION - HEARD ABOUT</w:t>
            </w:r>
          </w:p>
        </w:tc>
        <w:tc>
          <w:tcPr>
            <w:tcW w:w="3456" w:type="dxa"/>
          </w:tcPr>
          <w:p w14:paraId="056EE038" w14:textId="77777777" w:rsidR="004D342C" w:rsidRDefault="00000000">
            <w:pPr>
              <w:spacing w:before="20" w:after="20"/>
              <w:ind w:firstLine="0"/>
            </w:pPr>
            <w:r>
              <w:rPr>
                <w:sz w:val="16"/>
              </w:rPr>
              <w:t>1 Yes / 2 No / 3 Don't know (SPONTANEOUS)</w:t>
            </w:r>
          </w:p>
        </w:tc>
        <w:tc>
          <w:tcPr>
            <w:tcW w:w="648" w:type="dxa"/>
          </w:tcPr>
          <w:p w14:paraId="099C8323" w14:textId="77777777" w:rsidR="004D342C" w:rsidRDefault="00000000">
            <w:pPr>
              <w:spacing w:before="20" w:after="20"/>
              <w:ind w:firstLine="0"/>
              <w:jc w:val="right"/>
            </w:pPr>
            <w:r>
              <w:rPr>
                <w:sz w:val="16"/>
              </w:rPr>
              <w:t>55</w:t>
            </w:r>
          </w:p>
        </w:tc>
      </w:tr>
      <w:tr w:rsidR="004D342C" w14:paraId="5D131CF7" w14:textId="77777777">
        <w:trPr>
          <w:cantSplit/>
          <w:jc w:val="center"/>
        </w:trPr>
        <w:tc>
          <w:tcPr>
            <w:tcW w:w="1944" w:type="dxa"/>
          </w:tcPr>
          <w:p w14:paraId="715B203E" w14:textId="77777777" w:rsidR="004D342C" w:rsidRDefault="00000000">
            <w:pPr>
              <w:spacing w:before="20" w:after="20"/>
              <w:ind w:firstLine="0"/>
            </w:pPr>
            <w:r>
              <w:rPr>
                <w:sz w:val="16"/>
              </w:rPr>
              <w:t>perpersonalinfluence</w:t>
            </w:r>
            <w:r>
              <w:rPr>
                <w:sz w:val="16"/>
              </w:rPr>
              <w:br/>
              <w:t>(personalinfluence)</w:t>
            </w:r>
          </w:p>
        </w:tc>
        <w:tc>
          <w:tcPr>
            <w:tcW w:w="2880" w:type="dxa"/>
          </w:tcPr>
          <w:p w14:paraId="4FF0F152" w14:textId="77777777" w:rsidR="004D342C" w:rsidRDefault="00000000">
            <w:pPr>
              <w:spacing w:before="20" w:after="20"/>
              <w:ind w:firstLine="0"/>
            </w:pPr>
            <w:r>
              <w:rPr>
                <w:sz w:val="16"/>
              </w:rPr>
              <w:t>MY VOICE COUNTS - IN THE EU</w:t>
            </w:r>
          </w:p>
        </w:tc>
        <w:tc>
          <w:tcPr>
            <w:tcW w:w="3456" w:type="dxa"/>
          </w:tcPr>
          <w:p w14:paraId="6966A7EF" w14:textId="77777777" w:rsidR="004D342C" w:rsidRDefault="00000000">
            <w:pPr>
              <w:spacing w:before="20" w:after="20"/>
              <w:ind w:firstLine="0"/>
            </w:pPr>
            <w:r>
              <w:rPr>
                <w:sz w:val="16"/>
              </w:rPr>
              <w:t>1 tend to agree / 2 tend to disagree / 3 dont know</w:t>
            </w:r>
          </w:p>
        </w:tc>
        <w:tc>
          <w:tcPr>
            <w:tcW w:w="648" w:type="dxa"/>
          </w:tcPr>
          <w:p w14:paraId="2245712A" w14:textId="77777777" w:rsidR="004D342C" w:rsidRDefault="00000000">
            <w:pPr>
              <w:spacing w:before="20" w:after="20"/>
              <w:ind w:firstLine="0"/>
              <w:jc w:val="right"/>
            </w:pPr>
            <w:r>
              <w:rPr>
                <w:sz w:val="16"/>
              </w:rPr>
              <w:t>46</w:t>
            </w:r>
          </w:p>
        </w:tc>
      </w:tr>
      <w:tr w:rsidR="004D342C" w14:paraId="4649BE59" w14:textId="77777777">
        <w:trPr>
          <w:cantSplit/>
          <w:jc w:val="center"/>
        </w:trPr>
        <w:tc>
          <w:tcPr>
            <w:tcW w:w="1944" w:type="dxa"/>
          </w:tcPr>
          <w:p w14:paraId="414B1F39" w14:textId="77777777" w:rsidR="004D342C" w:rsidRDefault="00000000">
            <w:pPr>
              <w:spacing w:before="20" w:after="20"/>
              <w:ind w:firstLine="0"/>
            </w:pPr>
            <w:r>
              <w:rPr>
                <w:sz w:val="16"/>
              </w:rPr>
              <w:t>perpersonalinfluenceNAT</w:t>
            </w:r>
            <w:r>
              <w:rPr>
                <w:sz w:val="16"/>
              </w:rPr>
              <w:br/>
              <w:t>(personalinfluenceNAT)</w:t>
            </w:r>
          </w:p>
        </w:tc>
        <w:tc>
          <w:tcPr>
            <w:tcW w:w="2880" w:type="dxa"/>
          </w:tcPr>
          <w:p w14:paraId="79F9B255" w14:textId="77777777" w:rsidR="004D342C" w:rsidRDefault="00000000">
            <w:pPr>
              <w:spacing w:before="20" w:after="20"/>
              <w:ind w:firstLine="0"/>
            </w:pPr>
            <w:r>
              <w:rPr>
                <w:sz w:val="16"/>
              </w:rPr>
              <w:t>MY VOICE COUNTS - IN (OUR COUNTRY)</w:t>
            </w:r>
          </w:p>
        </w:tc>
        <w:tc>
          <w:tcPr>
            <w:tcW w:w="3456" w:type="dxa"/>
          </w:tcPr>
          <w:p w14:paraId="7B3B64E8" w14:textId="77777777" w:rsidR="004D342C" w:rsidRDefault="00000000">
            <w:pPr>
              <w:spacing w:before="20" w:after="20"/>
              <w:ind w:firstLine="0"/>
            </w:pPr>
            <w:r>
              <w:rPr>
                <w:sz w:val="16"/>
              </w:rPr>
              <w:t>1 Tend to agree / 2 Tend to disagree / 3 Don't know</w:t>
            </w:r>
          </w:p>
        </w:tc>
        <w:tc>
          <w:tcPr>
            <w:tcW w:w="648" w:type="dxa"/>
          </w:tcPr>
          <w:p w14:paraId="309B0634" w14:textId="77777777" w:rsidR="004D342C" w:rsidRDefault="00000000">
            <w:pPr>
              <w:spacing w:before="20" w:after="20"/>
              <w:ind w:firstLine="0"/>
              <w:jc w:val="right"/>
            </w:pPr>
            <w:r>
              <w:rPr>
                <w:sz w:val="16"/>
              </w:rPr>
              <w:t>39</w:t>
            </w:r>
          </w:p>
        </w:tc>
      </w:tr>
      <w:tr w:rsidR="004D342C" w14:paraId="6FE84992" w14:textId="77777777">
        <w:trPr>
          <w:cantSplit/>
          <w:jc w:val="center"/>
        </w:trPr>
        <w:tc>
          <w:tcPr>
            <w:tcW w:w="1944" w:type="dxa"/>
          </w:tcPr>
          <w:p w14:paraId="161844C9" w14:textId="77777777" w:rsidR="004D342C" w:rsidRDefault="00000000">
            <w:pPr>
              <w:spacing w:before="20" w:after="20"/>
              <w:ind w:firstLine="0"/>
            </w:pPr>
            <w:r>
              <w:rPr>
                <w:sz w:val="16"/>
              </w:rPr>
              <w:t>perinflcountry2</w:t>
            </w:r>
            <w:r>
              <w:rPr>
                <w:sz w:val="16"/>
              </w:rPr>
              <w:br/>
              <w:t>(countryinfluence2)</w:t>
            </w:r>
          </w:p>
        </w:tc>
        <w:tc>
          <w:tcPr>
            <w:tcW w:w="2880" w:type="dxa"/>
          </w:tcPr>
          <w:p w14:paraId="3C138E70" w14:textId="77777777" w:rsidR="004D342C" w:rsidRDefault="00000000">
            <w:pPr>
              <w:spacing w:before="20" w:after="20"/>
              <w:ind w:firstLine="0"/>
            </w:pPr>
            <w:r>
              <w:rPr>
                <w:sz w:val="16"/>
              </w:rPr>
              <w:t>EU STATEMENTS: COUNTRY INTERESTS RESPECTED</w:t>
            </w:r>
          </w:p>
        </w:tc>
        <w:tc>
          <w:tcPr>
            <w:tcW w:w="3456" w:type="dxa"/>
          </w:tcPr>
          <w:p w14:paraId="554C3A19" w14:textId="77777777" w:rsidR="004D342C" w:rsidRDefault="00000000">
            <w:pPr>
              <w:spacing w:before="20" w:after="20"/>
              <w:ind w:firstLine="0"/>
            </w:pPr>
            <w:r>
              <w:rPr>
                <w:sz w:val="16"/>
              </w:rPr>
              <w:t>1 tend to agree / 2 tend to disagree / 3 dont know</w:t>
            </w:r>
          </w:p>
        </w:tc>
        <w:tc>
          <w:tcPr>
            <w:tcW w:w="648" w:type="dxa"/>
          </w:tcPr>
          <w:p w14:paraId="685DC1FF" w14:textId="77777777" w:rsidR="004D342C" w:rsidRDefault="00000000">
            <w:pPr>
              <w:spacing w:before="20" w:after="20"/>
              <w:ind w:firstLine="0"/>
              <w:jc w:val="right"/>
            </w:pPr>
            <w:r>
              <w:rPr>
                <w:sz w:val="16"/>
              </w:rPr>
              <w:t>36</w:t>
            </w:r>
          </w:p>
        </w:tc>
      </w:tr>
      <w:tr w:rsidR="004D342C" w14:paraId="6CB7F924" w14:textId="77777777">
        <w:trPr>
          <w:cantSplit/>
          <w:jc w:val="center"/>
        </w:trPr>
        <w:tc>
          <w:tcPr>
            <w:tcW w:w="1944" w:type="dxa"/>
          </w:tcPr>
          <w:p w14:paraId="3D5B627F" w14:textId="77777777" w:rsidR="004D342C" w:rsidRDefault="00000000">
            <w:pPr>
              <w:spacing w:before="20" w:after="20"/>
              <w:ind w:firstLine="0"/>
            </w:pPr>
            <w:r>
              <w:rPr>
                <w:sz w:val="16"/>
              </w:rPr>
              <w:t>eprole</w:t>
            </w:r>
          </w:p>
        </w:tc>
        <w:tc>
          <w:tcPr>
            <w:tcW w:w="2880" w:type="dxa"/>
          </w:tcPr>
          <w:p w14:paraId="75DE70BC" w14:textId="77777777" w:rsidR="004D342C" w:rsidRDefault="00000000">
            <w:pPr>
              <w:spacing w:before="20" w:after="20"/>
              <w:ind w:firstLine="0"/>
            </w:pPr>
            <w:r>
              <w:rPr>
                <w:sz w:val="16"/>
              </w:rPr>
              <w:t>QP10 EUROPEAN PARLIAMENT - ROLE PREFERENCE</w:t>
            </w:r>
          </w:p>
        </w:tc>
        <w:tc>
          <w:tcPr>
            <w:tcW w:w="3456" w:type="dxa"/>
          </w:tcPr>
          <w:p w14:paraId="7197CAE3" w14:textId="77777777" w:rsidR="004D342C" w:rsidRDefault="00000000">
            <w:pPr>
              <w:spacing w:before="20" w:after="20"/>
              <w:ind w:firstLine="0"/>
            </w:pPr>
            <w:r>
              <w:rPr>
                <w:sz w:val="16"/>
              </w:rPr>
              <w:t>1 More Important / 2 Less Important / 3 About the Same (Spontaneous) / 4 Dont know</w:t>
            </w:r>
          </w:p>
        </w:tc>
        <w:tc>
          <w:tcPr>
            <w:tcW w:w="648" w:type="dxa"/>
          </w:tcPr>
          <w:p w14:paraId="674F6A90" w14:textId="77777777" w:rsidR="004D342C" w:rsidRDefault="00000000">
            <w:pPr>
              <w:spacing w:before="20" w:after="20"/>
              <w:ind w:firstLine="0"/>
              <w:jc w:val="right"/>
            </w:pPr>
            <w:r>
              <w:rPr>
                <w:sz w:val="16"/>
              </w:rPr>
              <w:t>35</w:t>
            </w:r>
          </w:p>
        </w:tc>
      </w:tr>
      <w:tr w:rsidR="004D342C" w14:paraId="300BEA5D" w14:textId="77777777">
        <w:trPr>
          <w:cantSplit/>
          <w:jc w:val="center"/>
        </w:trPr>
        <w:tc>
          <w:tcPr>
            <w:tcW w:w="1944" w:type="dxa"/>
          </w:tcPr>
          <w:p w14:paraId="68DDCA52" w14:textId="77777777" w:rsidR="004D342C" w:rsidRDefault="00000000">
            <w:pPr>
              <w:spacing w:before="20" w:after="20"/>
              <w:ind w:firstLine="0"/>
            </w:pPr>
            <w:r>
              <w:rPr>
                <w:sz w:val="16"/>
              </w:rPr>
              <w:t>heardCouncil</w:t>
            </w:r>
          </w:p>
        </w:tc>
        <w:tc>
          <w:tcPr>
            <w:tcW w:w="2880" w:type="dxa"/>
          </w:tcPr>
          <w:p w14:paraId="1FA78987" w14:textId="77777777" w:rsidR="004D342C" w:rsidRDefault="00000000">
            <w:pPr>
              <w:spacing w:before="20" w:after="20"/>
              <w:ind w:firstLine="0"/>
            </w:pPr>
            <w:r>
              <w:rPr>
                <w:sz w:val="16"/>
              </w:rPr>
              <w:t>COUNCIL OF THE EU - HEARD ABOUT</w:t>
            </w:r>
          </w:p>
        </w:tc>
        <w:tc>
          <w:tcPr>
            <w:tcW w:w="3456" w:type="dxa"/>
          </w:tcPr>
          <w:p w14:paraId="7953BC6F" w14:textId="77777777" w:rsidR="004D342C" w:rsidRDefault="00000000">
            <w:pPr>
              <w:spacing w:before="20" w:after="20"/>
              <w:ind w:firstLine="0"/>
            </w:pPr>
            <w:r>
              <w:rPr>
                <w:sz w:val="16"/>
              </w:rPr>
              <w:t>1 Yes / 2 No / 3 DK</w:t>
            </w:r>
          </w:p>
        </w:tc>
        <w:tc>
          <w:tcPr>
            <w:tcW w:w="648" w:type="dxa"/>
          </w:tcPr>
          <w:p w14:paraId="1C70D79A" w14:textId="77777777" w:rsidR="004D342C" w:rsidRDefault="00000000">
            <w:pPr>
              <w:spacing w:before="20" w:after="20"/>
              <w:ind w:firstLine="0"/>
              <w:jc w:val="right"/>
            </w:pPr>
            <w:r>
              <w:rPr>
                <w:sz w:val="16"/>
              </w:rPr>
              <w:t>33</w:t>
            </w:r>
          </w:p>
        </w:tc>
      </w:tr>
      <w:tr w:rsidR="004D342C" w14:paraId="5E639712" w14:textId="77777777">
        <w:trPr>
          <w:cantSplit/>
          <w:jc w:val="center"/>
        </w:trPr>
        <w:tc>
          <w:tcPr>
            <w:tcW w:w="1944" w:type="dxa"/>
          </w:tcPr>
          <w:p w14:paraId="542ACD32" w14:textId="77777777" w:rsidR="004D342C" w:rsidRDefault="00000000">
            <w:pPr>
              <w:spacing w:before="20" w:after="20"/>
              <w:ind w:firstLine="0"/>
            </w:pPr>
            <w:r>
              <w:rPr>
                <w:sz w:val="16"/>
              </w:rPr>
              <w:t>trustcouncil</w:t>
            </w:r>
          </w:p>
        </w:tc>
        <w:tc>
          <w:tcPr>
            <w:tcW w:w="2880" w:type="dxa"/>
          </w:tcPr>
          <w:p w14:paraId="090EE816" w14:textId="77777777" w:rsidR="004D342C" w:rsidRDefault="00000000">
            <w:pPr>
              <w:spacing w:before="20" w:after="20"/>
              <w:ind w:firstLine="0"/>
            </w:pPr>
            <w:r>
              <w:rPr>
                <w:sz w:val="16"/>
              </w:rPr>
              <w:t>COUNCIL OF THE EU - TRUST</w:t>
            </w:r>
          </w:p>
        </w:tc>
        <w:tc>
          <w:tcPr>
            <w:tcW w:w="3456" w:type="dxa"/>
          </w:tcPr>
          <w:p w14:paraId="1BEA3D35" w14:textId="77777777" w:rsidR="004D342C" w:rsidRDefault="00000000">
            <w:pPr>
              <w:spacing w:before="20" w:after="20"/>
              <w:ind w:firstLine="0"/>
            </w:pPr>
            <w:r>
              <w:rPr>
                <w:sz w:val="16"/>
              </w:rPr>
              <w:t>1 tend to trust / 2 tend not to trust / 3 dont know</w:t>
            </w:r>
          </w:p>
        </w:tc>
        <w:tc>
          <w:tcPr>
            <w:tcW w:w="648" w:type="dxa"/>
          </w:tcPr>
          <w:p w14:paraId="043AC9FD" w14:textId="77777777" w:rsidR="004D342C" w:rsidRDefault="00000000">
            <w:pPr>
              <w:spacing w:before="20" w:after="20"/>
              <w:ind w:firstLine="0"/>
              <w:jc w:val="right"/>
            </w:pPr>
            <w:r>
              <w:rPr>
                <w:sz w:val="16"/>
              </w:rPr>
              <w:t>33</w:t>
            </w:r>
          </w:p>
        </w:tc>
      </w:tr>
      <w:tr w:rsidR="004D342C" w14:paraId="38D287C9" w14:textId="77777777">
        <w:trPr>
          <w:cantSplit/>
          <w:jc w:val="center"/>
        </w:trPr>
        <w:tc>
          <w:tcPr>
            <w:tcW w:w="1944" w:type="dxa"/>
          </w:tcPr>
          <w:p w14:paraId="2DA7752B" w14:textId="77777777" w:rsidR="004D342C" w:rsidRDefault="00000000">
            <w:pPr>
              <w:spacing w:before="20" w:after="20"/>
              <w:ind w:firstLine="0"/>
            </w:pPr>
            <w:r>
              <w:rPr>
                <w:sz w:val="16"/>
              </w:rPr>
              <w:t>importanceep2</w:t>
            </w:r>
            <w:r>
              <w:rPr>
                <w:sz w:val="16"/>
              </w:rPr>
              <w:br/>
              <w:t>(epimportance2)</w:t>
            </w:r>
          </w:p>
        </w:tc>
        <w:tc>
          <w:tcPr>
            <w:tcW w:w="2880" w:type="dxa"/>
          </w:tcPr>
          <w:p w14:paraId="0C46AE1E" w14:textId="77777777" w:rsidR="004D342C" w:rsidRDefault="00000000">
            <w:pPr>
              <w:spacing w:before="20" w:after="20"/>
              <w:ind w:firstLine="0"/>
            </w:pPr>
            <w:r>
              <w:rPr>
                <w:sz w:val="16"/>
              </w:rPr>
              <w:t>QB14 EUROPEAN PARLIAMENT - ROLE ASSESSMENT</w:t>
            </w:r>
          </w:p>
        </w:tc>
        <w:tc>
          <w:tcPr>
            <w:tcW w:w="3456" w:type="dxa"/>
          </w:tcPr>
          <w:p w14:paraId="0E9270EB" w14:textId="77777777" w:rsidR="004D342C" w:rsidRDefault="00000000">
            <w:pPr>
              <w:spacing w:before="20" w:after="20"/>
              <w:ind w:firstLine="0"/>
            </w:pPr>
            <w:r>
              <w:rPr>
                <w:sz w:val="16"/>
              </w:rPr>
              <w:t>1 very important / 2 important / 3 not very important / 4 not at all important / 5 dont know</w:t>
            </w:r>
          </w:p>
        </w:tc>
        <w:tc>
          <w:tcPr>
            <w:tcW w:w="648" w:type="dxa"/>
          </w:tcPr>
          <w:p w14:paraId="2302ADCE" w14:textId="77777777" w:rsidR="004D342C" w:rsidRDefault="00000000">
            <w:pPr>
              <w:spacing w:before="20" w:after="20"/>
              <w:ind w:firstLine="0"/>
              <w:jc w:val="right"/>
            </w:pPr>
            <w:r>
              <w:rPr>
                <w:sz w:val="16"/>
              </w:rPr>
              <w:t>29</w:t>
            </w:r>
          </w:p>
        </w:tc>
      </w:tr>
      <w:tr w:rsidR="004D342C" w14:paraId="2569C868" w14:textId="77777777">
        <w:trPr>
          <w:cantSplit/>
          <w:jc w:val="center"/>
        </w:trPr>
        <w:tc>
          <w:tcPr>
            <w:tcW w:w="1944" w:type="dxa"/>
          </w:tcPr>
          <w:p w14:paraId="7FAFFC96" w14:textId="77777777" w:rsidR="004D342C" w:rsidRDefault="00000000">
            <w:pPr>
              <w:spacing w:before="20" w:after="20"/>
              <w:ind w:firstLine="0"/>
            </w:pPr>
            <w:r>
              <w:rPr>
                <w:sz w:val="16"/>
              </w:rPr>
              <w:lastRenderedPageBreak/>
              <w:t>trustecj</w:t>
            </w:r>
          </w:p>
        </w:tc>
        <w:tc>
          <w:tcPr>
            <w:tcW w:w="2880" w:type="dxa"/>
          </w:tcPr>
          <w:p w14:paraId="1D7A0D24" w14:textId="77777777" w:rsidR="004D342C" w:rsidRDefault="00000000">
            <w:pPr>
              <w:spacing w:before="20" w:after="20"/>
              <w:ind w:firstLine="0"/>
            </w:pPr>
            <w:r>
              <w:rPr>
                <w:sz w:val="16"/>
              </w:rPr>
              <w:t>EUROPEAN COURT OF JUSTICE - TRUST</w:t>
            </w:r>
          </w:p>
        </w:tc>
        <w:tc>
          <w:tcPr>
            <w:tcW w:w="3456" w:type="dxa"/>
          </w:tcPr>
          <w:p w14:paraId="6E56E149" w14:textId="77777777" w:rsidR="004D342C" w:rsidRDefault="00000000">
            <w:pPr>
              <w:spacing w:before="20" w:after="20"/>
              <w:ind w:firstLine="0"/>
            </w:pPr>
            <w:r>
              <w:rPr>
                <w:sz w:val="16"/>
              </w:rPr>
              <w:t>1 tend to trust / 2 tend not to trust / 3 dont know</w:t>
            </w:r>
          </w:p>
        </w:tc>
        <w:tc>
          <w:tcPr>
            <w:tcW w:w="648" w:type="dxa"/>
          </w:tcPr>
          <w:p w14:paraId="160DAB1A" w14:textId="77777777" w:rsidR="004D342C" w:rsidRDefault="00000000">
            <w:pPr>
              <w:spacing w:before="20" w:after="20"/>
              <w:ind w:firstLine="0"/>
              <w:jc w:val="right"/>
            </w:pPr>
            <w:r>
              <w:rPr>
                <w:sz w:val="16"/>
              </w:rPr>
              <w:t>24</w:t>
            </w:r>
          </w:p>
        </w:tc>
      </w:tr>
      <w:tr w:rsidR="004D342C" w14:paraId="499609E8" w14:textId="77777777">
        <w:trPr>
          <w:cantSplit/>
          <w:jc w:val="center"/>
        </w:trPr>
        <w:tc>
          <w:tcPr>
            <w:tcW w:w="1944" w:type="dxa"/>
          </w:tcPr>
          <w:p w14:paraId="663A0DF4" w14:textId="77777777" w:rsidR="004D342C" w:rsidRDefault="00000000">
            <w:pPr>
              <w:spacing w:before="20" w:after="20"/>
              <w:ind w:firstLine="0"/>
            </w:pPr>
            <w:r>
              <w:rPr>
                <w:sz w:val="16"/>
              </w:rPr>
              <w:t>epgovt2</w:t>
            </w:r>
          </w:p>
        </w:tc>
        <w:tc>
          <w:tcPr>
            <w:tcW w:w="2880" w:type="dxa"/>
          </w:tcPr>
          <w:p w14:paraId="5C36311D" w14:textId="77777777" w:rsidR="004D342C" w:rsidRDefault="00000000">
            <w:pPr>
              <w:spacing w:before="20" w:after="20"/>
              <w:ind w:firstLine="0"/>
            </w:pPr>
            <w:r>
              <w:rPr>
                <w:sz w:val="16"/>
              </w:rPr>
              <w:t>q31d: eu proposals: european government</w:t>
            </w:r>
          </w:p>
        </w:tc>
        <w:tc>
          <w:tcPr>
            <w:tcW w:w="3456" w:type="dxa"/>
          </w:tcPr>
          <w:p w14:paraId="26071FD2" w14:textId="77777777" w:rsidR="004D342C" w:rsidRDefault="00000000">
            <w:pPr>
              <w:spacing w:before="20" w:after="20"/>
              <w:ind w:firstLine="0"/>
            </w:pPr>
            <w:r>
              <w:rPr>
                <w:sz w:val="16"/>
              </w:rPr>
              <w:t>1 for / 2 against / 3 dont know</w:t>
            </w:r>
          </w:p>
        </w:tc>
        <w:tc>
          <w:tcPr>
            <w:tcW w:w="648" w:type="dxa"/>
          </w:tcPr>
          <w:p w14:paraId="7A5C7F8C" w14:textId="77777777" w:rsidR="004D342C" w:rsidRDefault="00000000">
            <w:pPr>
              <w:spacing w:before="20" w:after="20"/>
              <w:ind w:firstLine="0"/>
              <w:jc w:val="right"/>
            </w:pPr>
            <w:r>
              <w:rPr>
                <w:sz w:val="16"/>
              </w:rPr>
              <w:t>20</w:t>
            </w:r>
          </w:p>
        </w:tc>
      </w:tr>
      <w:tr w:rsidR="004D342C" w14:paraId="3416EAB9" w14:textId="77777777">
        <w:trPr>
          <w:cantSplit/>
          <w:jc w:val="center"/>
        </w:trPr>
        <w:tc>
          <w:tcPr>
            <w:tcW w:w="1944" w:type="dxa"/>
          </w:tcPr>
          <w:p w14:paraId="1C06E06D" w14:textId="77777777" w:rsidR="004D342C" w:rsidRDefault="00000000">
            <w:pPr>
              <w:spacing w:before="20" w:after="20"/>
              <w:ind w:firstLine="0"/>
            </w:pPr>
            <w:r>
              <w:rPr>
                <w:sz w:val="16"/>
              </w:rPr>
              <w:t>heardCOR</w:t>
            </w:r>
          </w:p>
        </w:tc>
        <w:tc>
          <w:tcPr>
            <w:tcW w:w="2880" w:type="dxa"/>
          </w:tcPr>
          <w:p w14:paraId="4EDC7297" w14:textId="77777777" w:rsidR="004D342C" w:rsidRDefault="00000000">
            <w:pPr>
              <w:spacing w:before="20" w:after="20"/>
              <w:ind w:firstLine="0"/>
            </w:pPr>
            <w:r>
              <w:rPr>
                <w:sz w:val="16"/>
              </w:rPr>
              <w:t>COMMITTEE OF REGIONS - HEARD ABOUT</w:t>
            </w:r>
          </w:p>
        </w:tc>
        <w:tc>
          <w:tcPr>
            <w:tcW w:w="3456" w:type="dxa"/>
          </w:tcPr>
          <w:p w14:paraId="7A24DF26" w14:textId="77777777" w:rsidR="004D342C" w:rsidRDefault="00000000">
            <w:pPr>
              <w:spacing w:before="20" w:after="20"/>
              <w:ind w:firstLine="0"/>
            </w:pPr>
            <w:r>
              <w:rPr>
                <w:sz w:val="16"/>
              </w:rPr>
              <w:t>1 Yes / 2 No / 3 DK</w:t>
            </w:r>
          </w:p>
        </w:tc>
        <w:tc>
          <w:tcPr>
            <w:tcW w:w="648" w:type="dxa"/>
          </w:tcPr>
          <w:p w14:paraId="73919BE7" w14:textId="77777777" w:rsidR="004D342C" w:rsidRDefault="00000000">
            <w:pPr>
              <w:spacing w:before="20" w:after="20"/>
              <w:ind w:firstLine="0"/>
              <w:jc w:val="right"/>
            </w:pPr>
            <w:r>
              <w:rPr>
                <w:sz w:val="16"/>
              </w:rPr>
              <w:t>18</w:t>
            </w:r>
          </w:p>
        </w:tc>
      </w:tr>
      <w:tr w:rsidR="004D342C" w14:paraId="4D2F8CD9" w14:textId="77777777">
        <w:trPr>
          <w:cantSplit/>
          <w:jc w:val="center"/>
        </w:trPr>
        <w:tc>
          <w:tcPr>
            <w:tcW w:w="1944" w:type="dxa"/>
          </w:tcPr>
          <w:p w14:paraId="6E379425" w14:textId="77777777" w:rsidR="004D342C" w:rsidRDefault="00000000">
            <w:pPr>
              <w:spacing w:before="20" w:after="20"/>
              <w:ind w:firstLine="0"/>
            </w:pPr>
            <w:r>
              <w:rPr>
                <w:sz w:val="16"/>
              </w:rPr>
              <w:t>trustcor</w:t>
            </w:r>
          </w:p>
        </w:tc>
        <w:tc>
          <w:tcPr>
            <w:tcW w:w="2880" w:type="dxa"/>
          </w:tcPr>
          <w:p w14:paraId="653B4095" w14:textId="77777777" w:rsidR="004D342C" w:rsidRDefault="00000000">
            <w:pPr>
              <w:spacing w:before="20" w:after="20"/>
              <w:ind w:firstLine="0"/>
            </w:pPr>
            <w:r>
              <w:rPr>
                <w:sz w:val="16"/>
              </w:rPr>
              <w:t>COMMITTEE OF REGIONS - TRUST</w:t>
            </w:r>
          </w:p>
        </w:tc>
        <w:tc>
          <w:tcPr>
            <w:tcW w:w="3456" w:type="dxa"/>
          </w:tcPr>
          <w:p w14:paraId="2D2978C2" w14:textId="77777777" w:rsidR="004D342C" w:rsidRDefault="00000000">
            <w:pPr>
              <w:spacing w:before="20" w:after="20"/>
              <w:ind w:firstLine="0"/>
            </w:pPr>
            <w:r>
              <w:rPr>
                <w:sz w:val="16"/>
              </w:rPr>
              <w:t>1 tend to trust / 2 tend not to trust / 3 dont know</w:t>
            </w:r>
          </w:p>
        </w:tc>
        <w:tc>
          <w:tcPr>
            <w:tcW w:w="648" w:type="dxa"/>
          </w:tcPr>
          <w:p w14:paraId="2B0A8225" w14:textId="77777777" w:rsidR="004D342C" w:rsidRDefault="00000000">
            <w:pPr>
              <w:spacing w:before="20" w:after="20"/>
              <w:ind w:firstLine="0"/>
              <w:jc w:val="right"/>
            </w:pPr>
            <w:r>
              <w:rPr>
                <w:sz w:val="16"/>
              </w:rPr>
              <w:t>18</w:t>
            </w:r>
          </w:p>
        </w:tc>
      </w:tr>
      <w:tr w:rsidR="004D342C" w14:paraId="4416FFAD" w14:textId="77777777">
        <w:trPr>
          <w:cantSplit/>
          <w:jc w:val="center"/>
        </w:trPr>
        <w:tc>
          <w:tcPr>
            <w:tcW w:w="1944" w:type="dxa"/>
          </w:tcPr>
          <w:p w14:paraId="343B3EA5" w14:textId="77777777" w:rsidR="004D342C" w:rsidRDefault="00000000">
            <w:pPr>
              <w:spacing w:before="20" w:after="20"/>
              <w:ind w:firstLine="0"/>
            </w:pPr>
            <w:r>
              <w:rPr>
                <w:sz w:val="16"/>
              </w:rPr>
              <w:t>trustombudsman</w:t>
            </w:r>
          </w:p>
        </w:tc>
        <w:tc>
          <w:tcPr>
            <w:tcW w:w="2880" w:type="dxa"/>
          </w:tcPr>
          <w:p w14:paraId="5FDF034D" w14:textId="77777777" w:rsidR="004D342C" w:rsidRDefault="00000000">
            <w:pPr>
              <w:spacing w:before="20" w:after="20"/>
              <w:ind w:firstLine="0"/>
            </w:pPr>
            <w:r>
              <w:rPr>
                <w:sz w:val="16"/>
              </w:rPr>
              <w:t>EUROPEAN OMBUDSMAN - TRUST</w:t>
            </w:r>
          </w:p>
        </w:tc>
        <w:tc>
          <w:tcPr>
            <w:tcW w:w="3456" w:type="dxa"/>
          </w:tcPr>
          <w:p w14:paraId="098E8621" w14:textId="77777777" w:rsidR="004D342C" w:rsidRDefault="00000000">
            <w:pPr>
              <w:spacing w:before="20" w:after="20"/>
              <w:ind w:firstLine="0"/>
            </w:pPr>
            <w:r>
              <w:rPr>
                <w:sz w:val="16"/>
              </w:rPr>
              <w:t>1 tend to trust / 2 tend not to trust / 3 dont know</w:t>
            </w:r>
          </w:p>
        </w:tc>
        <w:tc>
          <w:tcPr>
            <w:tcW w:w="648" w:type="dxa"/>
          </w:tcPr>
          <w:p w14:paraId="3BBC5BB5" w14:textId="77777777" w:rsidR="004D342C" w:rsidRDefault="00000000">
            <w:pPr>
              <w:spacing w:before="20" w:after="20"/>
              <w:ind w:firstLine="0"/>
              <w:jc w:val="right"/>
            </w:pPr>
            <w:r>
              <w:rPr>
                <w:sz w:val="16"/>
              </w:rPr>
              <w:t>18</w:t>
            </w:r>
          </w:p>
        </w:tc>
      </w:tr>
      <w:tr w:rsidR="004D342C" w14:paraId="18C84FBB" w14:textId="77777777">
        <w:trPr>
          <w:cantSplit/>
          <w:jc w:val="center"/>
        </w:trPr>
        <w:tc>
          <w:tcPr>
            <w:tcW w:w="1944" w:type="dxa"/>
          </w:tcPr>
          <w:p w14:paraId="415B7048" w14:textId="77777777" w:rsidR="004D342C" w:rsidRDefault="00000000">
            <w:pPr>
              <w:spacing w:before="20" w:after="20"/>
              <w:ind w:firstLine="0"/>
            </w:pPr>
            <w:r>
              <w:rPr>
                <w:sz w:val="16"/>
              </w:rPr>
              <w:t>trustsocialcommittee</w:t>
            </w:r>
          </w:p>
        </w:tc>
        <w:tc>
          <w:tcPr>
            <w:tcW w:w="2880" w:type="dxa"/>
          </w:tcPr>
          <w:p w14:paraId="6BEF4B3A" w14:textId="77777777" w:rsidR="004D342C" w:rsidRDefault="00000000">
            <w:pPr>
              <w:spacing w:before="20" w:after="20"/>
              <w:ind w:firstLine="0"/>
            </w:pPr>
            <w:r>
              <w:rPr>
                <w:sz w:val="16"/>
              </w:rPr>
              <w:t>ECONOMIC&amp;SOC COMMITTEE - TRUST</w:t>
            </w:r>
          </w:p>
        </w:tc>
        <w:tc>
          <w:tcPr>
            <w:tcW w:w="3456" w:type="dxa"/>
          </w:tcPr>
          <w:p w14:paraId="5625DE70" w14:textId="77777777" w:rsidR="004D342C" w:rsidRDefault="00000000">
            <w:pPr>
              <w:spacing w:before="20" w:after="20"/>
              <w:ind w:firstLine="0"/>
            </w:pPr>
            <w:r>
              <w:rPr>
                <w:sz w:val="16"/>
              </w:rPr>
              <w:t>1 tend to trust / 2 tend not to trust / 3 dont know</w:t>
            </w:r>
          </w:p>
        </w:tc>
        <w:tc>
          <w:tcPr>
            <w:tcW w:w="648" w:type="dxa"/>
          </w:tcPr>
          <w:p w14:paraId="05D35DF6" w14:textId="77777777" w:rsidR="004D342C" w:rsidRDefault="00000000">
            <w:pPr>
              <w:spacing w:before="20" w:after="20"/>
              <w:ind w:firstLine="0"/>
              <w:jc w:val="right"/>
            </w:pPr>
            <w:r>
              <w:rPr>
                <w:sz w:val="16"/>
              </w:rPr>
              <w:t>18</w:t>
            </w:r>
          </w:p>
        </w:tc>
      </w:tr>
      <w:tr w:rsidR="004D342C" w14:paraId="2BB4799B" w14:textId="77777777">
        <w:trPr>
          <w:cantSplit/>
          <w:jc w:val="center"/>
        </w:trPr>
        <w:tc>
          <w:tcPr>
            <w:tcW w:w="1944" w:type="dxa"/>
          </w:tcPr>
          <w:p w14:paraId="57A77699" w14:textId="77777777" w:rsidR="004D342C" w:rsidRDefault="00000000">
            <w:pPr>
              <w:spacing w:before="20" w:after="20"/>
              <w:ind w:firstLine="0"/>
            </w:pPr>
            <w:r>
              <w:rPr>
                <w:sz w:val="16"/>
              </w:rPr>
              <w:t>importanceep</w:t>
            </w:r>
            <w:r>
              <w:rPr>
                <w:sz w:val="16"/>
              </w:rPr>
              <w:br/>
              <w:t>(epimportance)</w:t>
            </w:r>
          </w:p>
        </w:tc>
        <w:tc>
          <w:tcPr>
            <w:tcW w:w="2880" w:type="dxa"/>
          </w:tcPr>
          <w:p w14:paraId="4E7DB83A" w14:textId="77777777" w:rsidR="004D342C" w:rsidRDefault="00000000">
            <w:pPr>
              <w:spacing w:before="20" w:after="20"/>
              <w:ind w:firstLine="0"/>
            </w:pPr>
            <w:r>
              <w:rPr>
                <w:sz w:val="16"/>
              </w:rPr>
              <w:t>QA17 EUROPEAN PARLIAMENT - IMPORTANCE</w:t>
            </w:r>
          </w:p>
        </w:tc>
        <w:tc>
          <w:tcPr>
            <w:tcW w:w="3456" w:type="dxa"/>
          </w:tcPr>
          <w:p w14:paraId="48117172" w14:textId="77777777" w:rsidR="004D342C" w:rsidRDefault="00000000">
            <w:pPr>
              <w:spacing w:before="20" w:after="20"/>
              <w:ind w:firstLine="0"/>
            </w:pPr>
            <w:r>
              <w:rPr>
                <w:sz w:val="16"/>
              </w:rPr>
              <w:t>1 important / 2 not important / 3 dont know</w:t>
            </w:r>
          </w:p>
        </w:tc>
        <w:tc>
          <w:tcPr>
            <w:tcW w:w="648" w:type="dxa"/>
          </w:tcPr>
          <w:p w14:paraId="6039FD3A" w14:textId="77777777" w:rsidR="004D342C" w:rsidRDefault="00000000">
            <w:pPr>
              <w:spacing w:before="20" w:after="20"/>
              <w:ind w:firstLine="0"/>
              <w:jc w:val="right"/>
            </w:pPr>
            <w:r>
              <w:rPr>
                <w:sz w:val="16"/>
              </w:rPr>
              <w:t>17</w:t>
            </w:r>
          </w:p>
        </w:tc>
      </w:tr>
      <w:tr w:rsidR="004D342C" w14:paraId="48443C9A" w14:textId="77777777">
        <w:trPr>
          <w:cantSplit/>
          <w:jc w:val="center"/>
        </w:trPr>
        <w:tc>
          <w:tcPr>
            <w:tcW w:w="1944" w:type="dxa"/>
          </w:tcPr>
          <w:p w14:paraId="45A9F97D" w14:textId="77777777" w:rsidR="004D342C" w:rsidRDefault="00000000">
            <w:pPr>
              <w:spacing w:before="20" w:after="20"/>
              <w:ind w:firstLine="0"/>
            </w:pPr>
            <w:r>
              <w:rPr>
                <w:sz w:val="16"/>
              </w:rPr>
              <w:t>trustEuropeanCouncil</w:t>
            </w:r>
          </w:p>
        </w:tc>
        <w:tc>
          <w:tcPr>
            <w:tcW w:w="2880" w:type="dxa"/>
          </w:tcPr>
          <w:p w14:paraId="24D50382" w14:textId="77777777" w:rsidR="004D342C" w:rsidRDefault="00000000">
            <w:pPr>
              <w:spacing w:before="20" w:after="20"/>
              <w:ind w:firstLine="0"/>
            </w:pPr>
            <w:r>
              <w:rPr>
                <w:sz w:val="16"/>
              </w:rPr>
              <w:t>EUROPEAN COUNCIL - TRUST</w:t>
            </w:r>
          </w:p>
        </w:tc>
        <w:tc>
          <w:tcPr>
            <w:tcW w:w="3456" w:type="dxa"/>
          </w:tcPr>
          <w:p w14:paraId="1AF45690" w14:textId="77777777" w:rsidR="004D342C" w:rsidRDefault="00000000">
            <w:pPr>
              <w:spacing w:before="20" w:after="20"/>
              <w:ind w:firstLine="0"/>
            </w:pPr>
            <w:r>
              <w:rPr>
                <w:sz w:val="16"/>
              </w:rPr>
              <w:t>1 Tend to trust / 2 Tend not to trust / 3 Don't know (SPONTANEOUS)</w:t>
            </w:r>
          </w:p>
        </w:tc>
        <w:tc>
          <w:tcPr>
            <w:tcW w:w="648" w:type="dxa"/>
          </w:tcPr>
          <w:p w14:paraId="2AA99EF7" w14:textId="77777777" w:rsidR="004D342C" w:rsidRDefault="00000000">
            <w:pPr>
              <w:spacing w:before="20" w:after="20"/>
              <w:ind w:firstLine="0"/>
              <w:jc w:val="right"/>
            </w:pPr>
            <w:r>
              <w:rPr>
                <w:sz w:val="16"/>
              </w:rPr>
              <w:t>17</w:t>
            </w:r>
          </w:p>
        </w:tc>
      </w:tr>
      <w:tr w:rsidR="004D342C" w14:paraId="18436D06" w14:textId="77777777">
        <w:trPr>
          <w:cantSplit/>
          <w:jc w:val="center"/>
        </w:trPr>
        <w:tc>
          <w:tcPr>
            <w:tcW w:w="1944" w:type="dxa"/>
          </w:tcPr>
          <w:p w14:paraId="7CD5B5BC" w14:textId="77777777" w:rsidR="004D342C" w:rsidRDefault="00000000">
            <w:pPr>
              <w:spacing w:before="20" w:after="20"/>
              <w:ind w:firstLine="0"/>
            </w:pPr>
            <w:r>
              <w:rPr>
                <w:sz w:val="16"/>
              </w:rPr>
              <w:t>heardEuropeanCouncil</w:t>
            </w:r>
          </w:p>
        </w:tc>
        <w:tc>
          <w:tcPr>
            <w:tcW w:w="2880" w:type="dxa"/>
          </w:tcPr>
          <w:p w14:paraId="2DA9ECAD" w14:textId="77777777" w:rsidR="004D342C" w:rsidRDefault="00000000">
            <w:pPr>
              <w:spacing w:before="20" w:after="20"/>
              <w:ind w:firstLine="0"/>
            </w:pPr>
            <w:r>
              <w:rPr>
                <w:sz w:val="16"/>
              </w:rPr>
              <w:t>EUROPEAN COUNCIL - HEARD ABOUT</w:t>
            </w:r>
          </w:p>
        </w:tc>
        <w:tc>
          <w:tcPr>
            <w:tcW w:w="3456" w:type="dxa"/>
          </w:tcPr>
          <w:p w14:paraId="6AE97A98" w14:textId="77777777" w:rsidR="004D342C" w:rsidRDefault="00000000">
            <w:pPr>
              <w:spacing w:before="20" w:after="20"/>
              <w:ind w:firstLine="0"/>
            </w:pPr>
            <w:r>
              <w:rPr>
                <w:sz w:val="16"/>
              </w:rPr>
              <w:t>1 Yes / 2 No / 3 Don't know (SPONTANEOUS)</w:t>
            </w:r>
          </w:p>
        </w:tc>
        <w:tc>
          <w:tcPr>
            <w:tcW w:w="648" w:type="dxa"/>
          </w:tcPr>
          <w:p w14:paraId="1A10F994" w14:textId="77777777" w:rsidR="004D342C" w:rsidRDefault="00000000">
            <w:pPr>
              <w:spacing w:before="20" w:after="20"/>
              <w:ind w:firstLine="0"/>
              <w:jc w:val="right"/>
            </w:pPr>
            <w:r>
              <w:rPr>
                <w:sz w:val="16"/>
              </w:rPr>
              <w:t>16</w:t>
            </w:r>
          </w:p>
        </w:tc>
      </w:tr>
      <w:tr w:rsidR="004D342C" w14:paraId="0AE231DB" w14:textId="77777777">
        <w:trPr>
          <w:cantSplit/>
          <w:jc w:val="center"/>
        </w:trPr>
        <w:tc>
          <w:tcPr>
            <w:tcW w:w="1944" w:type="dxa"/>
          </w:tcPr>
          <w:p w14:paraId="6DBA32E1" w14:textId="77777777" w:rsidR="004D342C" w:rsidRDefault="00000000">
            <w:pPr>
              <w:spacing w:before="20" w:after="20"/>
              <w:ind w:firstLine="0"/>
            </w:pPr>
            <w:r>
              <w:rPr>
                <w:sz w:val="16"/>
              </w:rPr>
              <w:t>importanceComm</w:t>
            </w:r>
          </w:p>
        </w:tc>
        <w:tc>
          <w:tcPr>
            <w:tcW w:w="2880" w:type="dxa"/>
          </w:tcPr>
          <w:p w14:paraId="1B3EC851" w14:textId="77777777" w:rsidR="004D342C" w:rsidRDefault="00000000">
            <w:pPr>
              <w:spacing w:before="20" w:after="20"/>
              <w:ind w:firstLine="0"/>
            </w:pPr>
            <w:r>
              <w:rPr>
                <w:sz w:val="16"/>
              </w:rPr>
              <w:t>QA17 EUROPEAN COMMISSION - IMPORTANCE</w:t>
            </w:r>
          </w:p>
        </w:tc>
        <w:tc>
          <w:tcPr>
            <w:tcW w:w="3456" w:type="dxa"/>
          </w:tcPr>
          <w:p w14:paraId="52979887" w14:textId="77777777" w:rsidR="004D342C" w:rsidRDefault="00000000">
            <w:pPr>
              <w:spacing w:before="20" w:after="20"/>
              <w:ind w:firstLine="0"/>
            </w:pPr>
            <w:r>
              <w:rPr>
                <w:sz w:val="16"/>
              </w:rPr>
              <w:t>1 Important / 2 Not important</w:t>
            </w:r>
          </w:p>
        </w:tc>
        <w:tc>
          <w:tcPr>
            <w:tcW w:w="648" w:type="dxa"/>
          </w:tcPr>
          <w:p w14:paraId="1CC3495D" w14:textId="77777777" w:rsidR="004D342C" w:rsidRDefault="00000000">
            <w:pPr>
              <w:spacing w:before="20" w:after="20"/>
              <w:ind w:firstLine="0"/>
              <w:jc w:val="right"/>
            </w:pPr>
            <w:r>
              <w:rPr>
                <w:sz w:val="16"/>
              </w:rPr>
              <w:t>16</w:t>
            </w:r>
          </w:p>
        </w:tc>
      </w:tr>
      <w:tr w:rsidR="004D342C" w14:paraId="19F7E30F" w14:textId="77777777">
        <w:trPr>
          <w:cantSplit/>
          <w:jc w:val="center"/>
        </w:trPr>
        <w:tc>
          <w:tcPr>
            <w:tcW w:w="1944" w:type="dxa"/>
          </w:tcPr>
          <w:p w14:paraId="229F5376" w14:textId="77777777" w:rsidR="004D342C" w:rsidRDefault="00000000">
            <w:pPr>
              <w:spacing w:before="20" w:after="20"/>
              <w:ind w:firstLine="0"/>
            </w:pPr>
            <w:r>
              <w:rPr>
                <w:sz w:val="16"/>
              </w:rPr>
              <w:t>importanceCouncil</w:t>
            </w:r>
          </w:p>
        </w:tc>
        <w:tc>
          <w:tcPr>
            <w:tcW w:w="2880" w:type="dxa"/>
          </w:tcPr>
          <w:p w14:paraId="5551927C" w14:textId="77777777" w:rsidR="004D342C" w:rsidRDefault="00000000">
            <w:pPr>
              <w:spacing w:before="20" w:after="20"/>
              <w:ind w:firstLine="0"/>
            </w:pPr>
            <w:r>
              <w:rPr>
                <w:sz w:val="16"/>
              </w:rPr>
              <w:t>QA17 COUNCIL OF THE EU - IMPORTANCE</w:t>
            </w:r>
          </w:p>
        </w:tc>
        <w:tc>
          <w:tcPr>
            <w:tcW w:w="3456" w:type="dxa"/>
          </w:tcPr>
          <w:p w14:paraId="356D76DD" w14:textId="77777777" w:rsidR="004D342C" w:rsidRDefault="00000000">
            <w:pPr>
              <w:spacing w:before="20" w:after="20"/>
              <w:ind w:firstLine="0"/>
            </w:pPr>
            <w:r>
              <w:rPr>
                <w:sz w:val="16"/>
              </w:rPr>
              <w:t>1 Important / 2 Not important</w:t>
            </w:r>
          </w:p>
        </w:tc>
        <w:tc>
          <w:tcPr>
            <w:tcW w:w="648" w:type="dxa"/>
          </w:tcPr>
          <w:p w14:paraId="4375D1A1" w14:textId="77777777" w:rsidR="004D342C" w:rsidRDefault="00000000">
            <w:pPr>
              <w:spacing w:before="20" w:after="20"/>
              <w:ind w:firstLine="0"/>
              <w:jc w:val="right"/>
            </w:pPr>
            <w:r>
              <w:rPr>
                <w:sz w:val="16"/>
              </w:rPr>
              <w:t>16</w:t>
            </w:r>
          </w:p>
        </w:tc>
      </w:tr>
      <w:tr w:rsidR="004D342C" w14:paraId="6614C7F9" w14:textId="77777777">
        <w:trPr>
          <w:cantSplit/>
          <w:jc w:val="center"/>
        </w:trPr>
        <w:tc>
          <w:tcPr>
            <w:tcW w:w="1944" w:type="dxa"/>
          </w:tcPr>
          <w:p w14:paraId="55CE7A8F" w14:textId="77777777" w:rsidR="004D342C" w:rsidRDefault="00000000">
            <w:pPr>
              <w:spacing w:before="20" w:after="20"/>
              <w:ind w:firstLine="0"/>
            </w:pPr>
            <w:r>
              <w:rPr>
                <w:sz w:val="16"/>
              </w:rPr>
              <w:t>importanceECB</w:t>
            </w:r>
          </w:p>
        </w:tc>
        <w:tc>
          <w:tcPr>
            <w:tcW w:w="2880" w:type="dxa"/>
          </w:tcPr>
          <w:p w14:paraId="6D409E0F" w14:textId="77777777" w:rsidR="004D342C" w:rsidRDefault="00000000">
            <w:pPr>
              <w:spacing w:before="20" w:after="20"/>
              <w:ind w:firstLine="0"/>
            </w:pPr>
            <w:r>
              <w:rPr>
                <w:sz w:val="16"/>
              </w:rPr>
              <w:t>QA17 EUROPEAN CENTRAL BANK - IMPORTANCE</w:t>
            </w:r>
          </w:p>
        </w:tc>
        <w:tc>
          <w:tcPr>
            <w:tcW w:w="3456" w:type="dxa"/>
          </w:tcPr>
          <w:p w14:paraId="62FC84AE" w14:textId="77777777" w:rsidR="004D342C" w:rsidRDefault="00000000">
            <w:pPr>
              <w:spacing w:before="20" w:after="20"/>
              <w:ind w:firstLine="0"/>
            </w:pPr>
            <w:r>
              <w:rPr>
                <w:sz w:val="16"/>
              </w:rPr>
              <w:t>1 Important / 2 Not important</w:t>
            </w:r>
          </w:p>
        </w:tc>
        <w:tc>
          <w:tcPr>
            <w:tcW w:w="648" w:type="dxa"/>
          </w:tcPr>
          <w:p w14:paraId="0C7B0252" w14:textId="77777777" w:rsidR="004D342C" w:rsidRDefault="00000000">
            <w:pPr>
              <w:spacing w:before="20" w:after="20"/>
              <w:ind w:firstLine="0"/>
              <w:jc w:val="right"/>
            </w:pPr>
            <w:r>
              <w:rPr>
                <w:sz w:val="16"/>
              </w:rPr>
              <w:t>16</w:t>
            </w:r>
          </w:p>
        </w:tc>
      </w:tr>
      <w:tr w:rsidR="004D342C" w14:paraId="7A6BD717" w14:textId="77777777">
        <w:trPr>
          <w:cantSplit/>
          <w:jc w:val="center"/>
        </w:trPr>
        <w:tc>
          <w:tcPr>
            <w:tcW w:w="1944" w:type="dxa"/>
          </w:tcPr>
          <w:p w14:paraId="46488089" w14:textId="77777777" w:rsidR="004D342C" w:rsidRDefault="00000000">
            <w:pPr>
              <w:spacing w:before="20" w:after="20"/>
              <w:ind w:firstLine="0"/>
            </w:pPr>
            <w:r>
              <w:rPr>
                <w:sz w:val="16"/>
              </w:rPr>
              <w:t>trustcourtauditors</w:t>
            </w:r>
          </w:p>
        </w:tc>
        <w:tc>
          <w:tcPr>
            <w:tcW w:w="2880" w:type="dxa"/>
          </w:tcPr>
          <w:p w14:paraId="6677E2E1" w14:textId="77777777" w:rsidR="004D342C" w:rsidRDefault="00000000">
            <w:pPr>
              <w:spacing w:before="20" w:after="20"/>
              <w:ind w:firstLine="0"/>
            </w:pPr>
            <w:r>
              <w:rPr>
                <w:sz w:val="16"/>
              </w:rPr>
              <w:t>QA16 EUROP COURT OF AUDITORS - TRUST</w:t>
            </w:r>
          </w:p>
        </w:tc>
        <w:tc>
          <w:tcPr>
            <w:tcW w:w="3456" w:type="dxa"/>
          </w:tcPr>
          <w:p w14:paraId="2047CD26" w14:textId="77777777" w:rsidR="004D342C" w:rsidRDefault="00000000">
            <w:pPr>
              <w:spacing w:before="20" w:after="20"/>
              <w:ind w:firstLine="0"/>
            </w:pPr>
            <w:r>
              <w:rPr>
                <w:sz w:val="16"/>
              </w:rPr>
              <w:t>1 tend to trust / 2 tend not to trust / 3 dont know</w:t>
            </w:r>
          </w:p>
        </w:tc>
        <w:tc>
          <w:tcPr>
            <w:tcW w:w="648" w:type="dxa"/>
          </w:tcPr>
          <w:p w14:paraId="7D95E47F" w14:textId="77777777" w:rsidR="004D342C" w:rsidRDefault="00000000">
            <w:pPr>
              <w:spacing w:before="20" w:after="20"/>
              <w:ind w:firstLine="0"/>
              <w:jc w:val="right"/>
            </w:pPr>
            <w:r>
              <w:rPr>
                <w:sz w:val="16"/>
              </w:rPr>
              <w:t>15</w:t>
            </w:r>
          </w:p>
        </w:tc>
      </w:tr>
      <w:tr w:rsidR="004D342C" w14:paraId="011FB1AC" w14:textId="77777777">
        <w:trPr>
          <w:cantSplit/>
          <w:jc w:val="center"/>
        </w:trPr>
        <w:tc>
          <w:tcPr>
            <w:tcW w:w="1944" w:type="dxa"/>
          </w:tcPr>
          <w:p w14:paraId="16279068" w14:textId="77777777" w:rsidR="004D342C" w:rsidRDefault="00000000">
            <w:pPr>
              <w:spacing w:before="20" w:after="20"/>
              <w:ind w:firstLine="0"/>
            </w:pPr>
            <w:r>
              <w:rPr>
                <w:sz w:val="16"/>
              </w:rPr>
              <w:t>importanceECJ</w:t>
            </w:r>
          </w:p>
        </w:tc>
        <w:tc>
          <w:tcPr>
            <w:tcW w:w="2880" w:type="dxa"/>
          </w:tcPr>
          <w:p w14:paraId="06DBB3C9" w14:textId="77777777" w:rsidR="004D342C" w:rsidRDefault="00000000">
            <w:pPr>
              <w:spacing w:before="20" w:after="20"/>
              <w:ind w:firstLine="0"/>
            </w:pPr>
            <w:r>
              <w:rPr>
                <w:sz w:val="16"/>
              </w:rPr>
              <w:t>QA22 EU COURT OF JUSTICE - IMPORTANCE</w:t>
            </w:r>
          </w:p>
        </w:tc>
        <w:tc>
          <w:tcPr>
            <w:tcW w:w="3456" w:type="dxa"/>
          </w:tcPr>
          <w:p w14:paraId="358CDCDE" w14:textId="77777777" w:rsidR="004D342C" w:rsidRDefault="00000000">
            <w:pPr>
              <w:spacing w:before="20" w:after="20"/>
              <w:ind w:firstLine="0"/>
            </w:pPr>
            <w:r>
              <w:rPr>
                <w:sz w:val="16"/>
              </w:rPr>
              <w:t>1 Important / 2 Not important / 3 DK</w:t>
            </w:r>
          </w:p>
        </w:tc>
        <w:tc>
          <w:tcPr>
            <w:tcW w:w="648" w:type="dxa"/>
          </w:tcPr>
          <w:p w14:paraId="780208FC" w14:textId="77777777" w:rsidR="004D342C" w:rsidRDefault="00000000">
            <w:pPr>
              <w:spacing w:before="20" w:after="20"/>
              <w:ind w:firstLine="0"/>
              <w:jc w:val="right"/>
            </w:pPr>
            <w:r>
              <w:rPr>
                <w:sz w:val="16"/>
              </w:rPr>
              <w:t>12</w:t>
            </w:r>
          </w:p>
        </w:tc>
      </w:tr>
      <w:tr w:rsidR="004D342C" w14:paraId="7334935F" w14:textId="77777777">
        <w:trPr>
          <w:cantSplit/>
          <w:jc w:val="center"/>
        </w:trPr>
        <w:tc>
          <w:tcPr>
            <w:tcW w:w="1944" w:type="dxa"/>
          </w:tcPr>
          <w:p w14:paraId="37EFCC5B" w14:textId="77777777" w:rsidR="004D342C" w:rsidRDefault="00000000">
            <w:pPr>
              <w:spacing w:before="20" w:after="20"/>
              <w:ind w:firstLine="0"/>
            </w:pPr>
            <w:r>
              <w:rPr>
                <w:sz w:val="16"/>
              </w:rPr>
              <w:t>epRaid</w:t>
            </w:r>
          </w:p>
        </w:tc>
        <w:tc>
          <w:tcPr>
            <w:tcW w:w="2880" w:type="dxa"/>
          </w:tcPr>
          <w:p w14:paraId="057F93BC" w14:textId="77777777" w:rsidR="004D342C" w:rsidRDefault="00000000">
            <w:pPr>
              <w:spacing w:before="20" w:after="20"/>
              <w:ind w:firstLine="0"/>
            </w:pPr>
            <w:r>
              <w:rPr>
                <w:sz w:val="16"/>
              </w:rPr>
              <w:t>Q43 EP POLICY AREAS - THIRD WORLD COOP</w:t>
            </w:r>
          </w:p>
        </w:tc>
        <w:tc>
          <w:tcPr>
            <w:tcW w:w="3456" w:type="dxa"/>
          </w:tcPr>
          <w:p w14:paraId="0A53359E" w14:textId="77777777" w:rsidR="004D342C" w:rsidRDefault="00000000">
            <w:pPr>
              <w:spacing w:before="20" w:after="20"/>
              <w:ind w:firstLine="0"/>
            </w:pPr>
            <w:r>
              <w:rPr>
                <w:sz w:val="16"/>
              </w:rPr>
              <w:t>0 not mentioned / 1 mentioned</w:t>
            </w:r>
          </w:p>
        </w:tc>
        <w:tc>
          <w:tcPr>
            <w:tcW w:w="648" w:type="dxa"/>
          </w:tcPr>
          <w:p w14:paraId="353CA938" w14:textId="77777777" w:rsidR="004D342C" w:rsidRDefault="00000000">
            <w:pPr>
              <w:spacing w:before="20" w:after="20"/>
              <w:ind w:firstLine="0"/>
              <w:jc w:val="right"/>
            </w:pPr>
            <w:r>
              <w:rPr>
                <w:sz w:val="16"/>
              </w:rPr>
              <w:t>11</w:t>
            </w:r>
          </w:p>
        </w:tc>
      </w:tr>
      <w:tr w:rsidR="004D342C" w14:paraId="5CE87633" w14:textId="77777777">
        <w:trPr>
          <w:cantSplit/>
          <w:jc w:val="center"/>
        </w:trPr>
        <w:tc>
          <w:tcPr>
            <w:tcW w:w="1944" w:type="dxa"/>
          </w:tcPr>
          <w:p w14:paraId="43068F09" w14:textId="77777777" w:rsidR="004D342C" w:rsidRDefault="00000000">
            <w:pPr>
              <w:spacing w:before="20" w:after="20"/>
              <w:ind w:firstLine="0"/>
            </w:pPr>
            <w:r>
              <w:rPr>
                <w:sz w:val="16"/>
              </w:rPr>
              <w:t>epRrandd</w:t>
            </w:r>
          </w:p>
        </w:tc>
        <w:tc>
          <w:tcPr>
            <w:tcW w:w="2880" w:type="dxa"/>
          </w:tcPr>
          <w:p w14:paraId="6DAA18EB" w14:textId="77777777" w:rsidR="004D342C" w:rsidRDefault="00000000">
            <w:pPr>
              <w:spacing w:before="20" w:after="20"/>
              <w:ind w:firstLine="0"/>
            </w:pPr>
            <w:r>
              <w:rPr>
                <w:sz w:val="16"/>
              </w:rPr>
              <w:t>Q43 EP POLICY AREAS - SCIENTIFIC RESEARCH</w:t>
            </w:r>
          </w:p>
        </w:tc>
        <w:tc>
          <w:tcPr>
            <w:tcW w:w="3456" w:type="dxa"/>
          </w:tcPr>
          <w:p w14:paraId="318AE89B" w14:textId="77777777" w:rsidR="004D342C" w:rsidRDefault="00000000">
            <w:pPr>
              <w:spacing w:before="20" w:after="20"/>
              <w:ind w:firstLine="0"/>
            </w:pPr>
            <w:r>
              <w:rPr>
                <w:sz w:val="16"/>
              </w:rPr>
              <w:t>0 not mentioned / 1 mentioned</w:t>
            </w:r>
          </w:p>
        </w:tc>
        <w:tc>
          <w:tcPr>
            <w:tcW w:w="648" w:type="dxa"/>
          </w:tcPr>
          <w:p w14:paraId="390A5841" w14:textId="77777777" w:rsidR="004D342C" w:rsidRDefault="00000000">
            <w:pPr>
              <w:spacing w:before="20" w:after="20"/>
              <w:ind w:firstLine="0"/>
              <w:jc w:val="right"/>
            </w:pPr>
            <w:r>
              <w:rPr>
                <w:sz w:val="16"/>
              </w:rPr>
              <w:t>11</w:t>
            </w:r>
          </w:p>
        </w:tc>
      </w:tr>
      <w:tr w:rsidR="004D342C" w14:paraId="503BDFED" w14:textId="77777777">
        <w:trPr>
          <w:cantSplit/>
          <w:jc w:val="center"/>
        </w:trPr>
        <w:tc>
          <w:tcPr>
            <w:tcW w:w="1944" w:type="dxa"/>
          </w:tcPr>
          <w:p w14:paraId="5D0B7265" w14:textId="77777777" w:rsidR="004D342C" w:rsidRDefault="00000000">
            <w:pPr>
              <w:spacing w:before="20" w:after="20"/>
              <w:ind w:firstLine="0"/>
            </w:pPr>
            <w:r>
              <w:rPr>
                <w:sz w:val="16"/>
              </w:rPr>
              <w:t>importanceCOR</w:t>
            </w:r>
          </w:p>
        </w:tc>
        <w:tc>
          <w:tcPr>
            <w:tcW w:w="2880" w:type="dxa"/>
          </w:tcPr>
          <w:p w14:paraId="1B306DCD" w14:textId="77777777" w:rsidR="004D342C" w:rsidRDefault="00000000">
            <w:pPr>
              <w:spacing w:before="20" w:after="20"/>
              <w:ind w:firstLine="0"/>
            </w:pPr>
            <w:r>
              <w:rPr>
                <w:sz w:val="16"/>
              </w:rPr>
              <w:t>q28 committee of regions - importance</w:t>
            </w:r>
          </w:p>
        </w:tc>
        <w:tc>
          <w:tcPr>
            <w:tcW w:w="3456" w:type="dxa"/>
          </w:tcPr>
          <w:p w14:paraId="2BF11489" w14:textId="77777777" w:rsidR="004D342C" w:rsidRDefault="00000000">
            <w:pPr>
              <w:spacing w:before="20" w:after="20"/>
              <w:ind w:firstLine="0"/>
            </w:pPr>
            <w:r>
              <w:rPr>
                <w:sz w:val="16"/>
              </w:rPr>
              <w:t>1 important / 2 not important / 3 dk</w:t>
            </w:r>
          </w:p>
        </w:tc>
        <w:tc>
          <w:tcPr>
            <w:tcW w:w="648" w:type="dxa"/>
          </w:tcPr>
          <w:p w14:paraId="5AAD950C" w14:textId="77777777" w:rsidR="004D342C" w:rsidRDefault="00000000">
            <w:pPr>
              <w:spacing w:before="20" w:after="20"/>
              <w:ind w:firstLine="0"/>
              <w:jc w:val="right"/>
            </w:pPr>
            <w:r>
              <w:rPr>
                <w:sz w:val="16"/>
              </w:rPr>
              <w:t>11</w:t>
            </w:r>
          </w:p>
        </w:tc>
      </w:tr>
      <w:tr w:rsidR="004D342C" w14:paraId="3679126C" w14:textId="77777777">
        <w:trPr>
          <w:cantSplit/>
          <w:jc w:val="center"/>
        </w:trPr>
        <w:tc>
          <w:tcPr>
            <w:tcW w:w="1944" w:type="dxa"/>
          </w:tcPr>
          <w:p w14:paraId="240A5686" w14:textId="77777777" w:rsidR="004D342C" w:rsidRDefault="00000000">
            <w:pPr>
              <w:spacing w:before="20" w:after="20"/>
              <w:ind w:firstLine="0"/>
            </w:pPr>
            <w:r>
              <w:rPr>
                <w:sz w:val="16"/>
              </w:rPr>
              <w:t>importancecourtauditors</w:t>
            </w:r>
          </w:p>
        </w:tc>
        <w:tc>
          <w:tcPr>
            <w:tcW w:w="2880" w:type="dxa"/>
          </w:tcPr>
          <w:p w14:paraId="3BA61AD6" w14:textId="77777777" w:rsidR="004D342C" w:rsidRDefault="00000000">
            <w:pPr>
              <w:spacing w:before="20" w:after="20"/>
              <w:ind w:firstLine="0"/>
            </w:pPr>
            <w:r>
              <w:rPr>
                <w:sz w:val="16"/>
              </w:rPr>
              <w:t>q28 eu court of auditors - importance</w:t>
            </w:r>
          </w:p>
        </w:tc>
        <w:tc>
          <w:tcPr>
            <w:tcW w:w="3456" w:type="dxa"/>
          </w:tcPr>
          <w:p w14:paraId="6E605A82" w14:textId="77777777" w:rsidR="004D342C" w:rsidRDefault="00000000">
            <w:pPr>
              <w:spacing w:before="20" w:after="20"/>
              <w:ind w:firstLine="0"/>
            </w:pPr>
            <w:r>
              <w:rPr>
                <w:sz w:val="16"/>
              </w:rPr>
              <w:t>1 important / 2 not important / 3 dk</w:t>
            </w:r>
          </w:p>
        </w:tc>
        <w:tc>
          <w:tcPr>
            <w:tcW w:w="648" w:type="dxa"/>
          </w:tcPr>
          <w:p w14:paraId="017D141B" w14:textId="77777777" w:rsidR="004D342C" w:rsidRDefault="00000000">
            <w:pPr>
              <w:spacing w:before="20" w:after="20"/>
              <w:ind w:firstLine="0"/>
              <w:jc w:val="right"/>
            </w:pPr>
            <w:r>
              <w:rPr>
                <w:sz w:val="16"/>
              </w:rPr>
              <w:t>11</w:t>
            </w:r>
          </w:p>
        </w:tc>
      </w:tr>
      <w:tr w:rsidR="004D342C" w14:paraId="07B855B7" w14:textId="77777777">
        <w:trPr>
          <w:cantSplit/>
          <w:jc w:val="center"/>
        </w:trPr>
        <w:tc>
          <w:tcPr>
            <w:tcW w:w="1944" w:type="dxa"/>
          </w:tcPr>
          <w:p w14:paraId="5DC47F11" w14:textId="77777777" w:rsidR="004D342C" w:rsidRDefault="00000000">
            <w:pPr>
              <w:spacing w:before="20" w:after="20"/>
              <w:ind w:firstLine="0"/>
            </w:pPr>
            <w:r>
              <w:rPr>
                <w:sz w:val="16"/>
              </w:rPr>
              <w:t>importanceombudsman</w:t>
            </w:r>
          </w:p>
        </w:tc>
        <w:tc>
          <w:tcPr>
            <w:tcW w:w="2880" w:type="dxa"/>
          </w:tcPr>
          <w:p w14:paraId="564B9F91" w14:textId="77777777" w:rsidR="004D342C" w:rsidRDefault="00000000">
            <w:pPr>
              <w:spacing w:before="20" w:after="20"/>
              <w:ind w:firstLine="0"/>
            </w:pPr>
            <w:r>
              <w:rPr>
                <w:sz w:val="16"/>
              </w:rPr>
              <w:t>q28 european ombudsman - importance</w:t>
            </w:r>
          </w:p>
        </w:tc>
        <w:tc>
          <w:tcPr>
            <w:tcW w:w="3456" w:type="dxa"/>
          </w:tcPr>
          <w:p w14:paraId="2E356933" w14:textId="77777777" w:rsidR="004D342C" w:rsidRDefault="00000000">
            <w:pPr>
              <w:spacing w:before="20" w:after="20"/>
              <w:ind w:firstLine="0"/>
            </w:pPr>
            <w:r>
              <w:rPr>
                <w:sz w:val="16"/>
              </w:rPr>
              <w:t>1 important / 2 not important / 3 dk</w:t>
            </w:r>
          </w:p>
        </w:tc>
        <w:tc>
          <w:tcPr>
            <w:tcW w:w="648" w:type="dxa"/>
          </w:tcPr>
          <w:p w14:paraId="5211961A" w14:textId="77777777" w:rsidR="004D342C" w:rsidRDefault="00000000">
            <w:pPr>
              <w:spacing w:before="20" w:after="20"/>
              <w:ind w:firstLine="0"/>
              <w:jc w:val="right"/>
            </w:pPr>
            <w:r>
              <w:rPr>
                <w:sz w:val="16"/>
              </w:rPr>
              <w:t>11</w:t>
            </w:r>
          </w:p>
        </w:tc>
      </w:tr>
      <w:tr w:rsidR="004D342C" w14:paraId="32CB40D4" w14:textId="77777777">
        <w:trPr>
          <w:cantSplit/>
          <w:jc w:val="center"/>
        </w:trPr>
        <w:tc>
          <w:tcPr>
            <w:tcW w:w="1944" w:type="dxa"/>
          </w:tcPr>
          <w:p w14:paraId="45BD0108" w14:textId="77777777" w:rsidR="004D342C" w:rsidRDefault="00000000">
            <w:pPr>
              <w:spacing w:before="20" w:after="20"/>
              <w:ind w:firstLine="0"/>
            </w:pPr>
            <w:r>
              <w:rPr>
                <w:sz w:val="16"/>
              </w:rPr>
              <w:t>importancesocialcommittee</w:t>
            </w:r>
          </w:p>
        </w:tc>
        <w:tc>
          <w:tcPr>
            <w:tcW w:w="2880" w:type="dxa"/>
          </w:tcPr>
          <w:p w14:paraId="7EDD688B" w14:textId="77777777" w:rsidR="004D342C" w:rsidRDefault="00000000">
            <w:pPr>
              <w:spacing w:before="20" w:after="20"/>
              <w:ind w:firstLine="0"/>
            </w:pPr>
            <w:r>
              <w:rPr>
                <w:sz w:val="16"/>
              </w:rPr>
              <w:t>q28 soc&amp;econom committee - importance</w:t>
            </w:r>
          </w:p>
        </w:tc>
        <w:tc>
          <w:tcPr>
            <w:tcW w:w="3456" w:type="dxa"/>
          </w:tcPr>
          <w:p w14:paraId="0F009822" w14:textId="77777777" w:rsidR="004D342C" w:rsidRDefault="00000000">
            <w:pPr>
              <w:spacing w:before="20" w:after="20"/>
              <w:ind w:firstLine="0"/>
            </w:pPr>
            <w:r>
              <w:rPr>
                <w:sz w:val="16"/>
              </w:rPr>
              <w:t>1 important / 2 not important / 3 dk</w:t>
            </w:r>
          </w:p>
        </w:tc>
        <w:tc>
          <w:tcPr>
            <w:tcW w:w="648" w:type="dxa"/>
          </w:tcPr>
          <w:p w14:paraId="24D8F8BD" w14:textId="77777777" w:rsidR="004D342C" w:rsidRDefault="00000000">
            <w:pPr>
              <w:spacing w:before="20" w:after="20"/>
              <w:ind w:firstLine="0"/>
              <w:jc w:val="right"/>
            </w:pPr>
            <w:r>
              <w:rPr>
                <w:sz w:val="16"/>
              </w:rPr>
              <w:t>11</w:t>
            </w:r>
          </w:p>
        </w:tc>
      </w:tr>
      <w:tr w:rsidR="004D342C" w14:paraId="5D45913D" w14:textId="77777777">
        <w:trPr>
          <w:cantSplit/>
          <w:jc w:val="center"/>
        </w:trPr>
        <w:tc>
          <w:tcPr>
            <w:tcW w:w="1944" w:type="dxa"/>
          </w:tcPr>
          <w:p w14:paraId="3A82DA82" w14:textId="77777777" w:rsidR="004D342C" w:rsidRDefault="00000000">
            <w:pPr>
              <w:spacing w:before="20" w:after="20"/>
              <w:ind w:firstLine="0"/>
            </w:pPr>
            <w:r>
              <w:rPr>
                <w:sz w:val="16"/>
              </w:rPr>
              <w:t>epRdontknow</w:t>
            </w:r>
          </w:p>
        </w:tc>
        <w:tc>
          <w:tcPr>
            <w:tcW w:w="2880" w:type="dxa"/>
          </w:tcPr>
          <w:p w14:paraId="490590BB" w14:textId="77777777" w:rsidR="004D342C" w:rsidRDefault="00000000">
            <w:pPr>
              <w:spacing w:before="20" w:after="20"/>
              <w:ind w:firstLine="0"/>
            </w:pPr>
            <w:r>
              <w:rPr>
                <w:sz w:val="16"/>
              </w:rPr>
              <w:t>Q43 EP POLICY AREAS - DK</w:t>
            </w:r>
          </w:p>
        </w:tc>
        <w:tc>
          <w:tcPr>
            <w:tcW w:w="3456" w:type="dxa"/>
          </w:tcPr>
          <w:p w14:paraId="758E3829" w14:textId="77777777" w:rsidR="004D342C" w:rsidRDefault="00000000">
            <w:pPr>
              <w:spacing w:before="20" w:after="20"/>
              <w:ind w:firstLine="0"/>
            </w:pPr>
            <w:r>
              <w:rPr>
                <w:sz w:val="16"/>
              </w:rPr>
              <w:t>0 not mentioned / 1 mentioned</w:t>
            </w:r>
          </w:p>
        </w:tc>
        <w:tc>
          <w:tcPr>
            <w:tcW w:w="648" w:type="dxa"/>
          </w:tcPr>
          <w:p w14:paraId="6C0D821D" w14:textId="77777777" w:rsidR="004D342C" w:rsidRDefault="00000000">
            <w:pPr>
              <w:spacing w:before="20" w:after="20"/>
              <w:ind w:firstLine="0"/>
              <w:jc w:val="right"/>
            </w:pPr>
            <w:r>
              <w:rPr>
                <w:sz w:val="16"/>
              </w:rPr>
              <w:t>10</w:t>
            </w:r>
          </w:p>
        </w:tc>
      </w:tr>
      <w:tr w:rsidR="004D342C" w14:paraId="66A41729" w14:textId="77777777">
        <w:trPr>
          <w:cantSplit/>
          <w:jc w:val="center"/>
        </w:trPr>
        <w:tc>
          <w:tcPr>
            <w:tcW w:w="1944" w:type="dxa"/>
          </w:tcPr>
          <w:p w14:paraId="50E1B0FE" w14:textId="77777777" w:rsidR="004D342C" w:rsidRDefault="00000000">
            <w:pPr>
              <w:spacing w:before="20" w:after="20"/>
              <w:ind w:firstLine="0"/>
            </w:pPr>
            <w:r>
              <w:rPr>
                <w:sz w:val="16"/>
              </w:rPr>
              <w:t>epReducation</w:t>
            </w:r>
          </w:p>
        </w:tc>
        <w:tc>
          <w:tcPr>
            <w:tcW w:w="2880" w:type="dxa"/>
          </w:tcPr>
          <w:p w14:paraId="7D4FE653" w14:textId="77777777" w:rsidR="004D342C" w:rsidRDefault="00000000">
            <w:pPr>
              <w:spacing w:before="20" w:after="20"/>
              <w:ind w:firstLine="0"/>
            </w:pPr>
            <w:r>
              <w:rPr>
                <w:sz w:val="16"/>
              </w:rPr>
              <w:t>Q43 EP POLICY AREAS - EDUCATION/CULTURE</w:t>
            </w:r>
          </w:p>
        </w:tc>
        <w:tc>
          <w:tcPr>
            <w:tcW w:w="3456" w:type="dxa"/>
          </w:tcPr>
          <w:p w14:paraId="7D43E720" w14:textId="77777777" w:rsidR="004D342C" w:rsidRDefault="00000000">
            <w:pPr>
              <w:spacing w:before="20" w:after="20"/>
              <w:ind w:firstLine="0"/>
            </w:pPr>
            <w:r>
              <w:rPr>
                <w:sz w:val="16"/>
              </w:rPr>
              <w:t>0 not mentioned / 1 mentioned</w:t>
            </w:r>
          </w:p>
        </w:tc>
        <w:tc>
          <w:tcPr>
            <w:tcW w:w="648" w:type="dxa"/>
          </w:tcPr>
          <w:p w14:paraId="3106A2E6" w14:textId="77777777" w:rsidR="004D342C" w:rsidRDefault="00000000">
            <w:pPr>
              <w:spacing w:before="20" w:after="20"/>
              <w:ind w:firstLine="0"/>
              <w:jc w:val="right"/>
            </w:pPr>
            <w:r>
              <w:rPr>
                <w:sz w:val="16"/>
              </w:rPr>
              <w:t>10</w:t>
            </w:r>
          </w:p>
        </w:tc>
      </w:tr>
      <w:tr w:rsidR="004D342C" w14:paraId="3B01BCC5" w14:textId="77777777">
        <w:trPr>
          <w:cantSplit/>
          <w:jc w:val="center"/>
        </w:trPr>
        <w:tc>
          <w:tcPr>
            <w:tcW w:w="1944" w:type="dxa"/>
          </w:tcPr>
          <w:p w14:paraId="40197648" w14:textId="77777777" w:rsidR="004D342C" w:rsidRDefault="00000000">
            <w:pPr>
              <w:spacing w:before="20" w:after="20"/>
              <w:ind w:firstLine="0"/>
            </w:pPr>
            <w:r>
              <w:rPr>
                <w:sz w:val="16"/>
              </w:rPr>
              <w:t>epRhumanrights</w:t>
            </w:r>
          </w:p>
        </w:tc>
        <w:tc>
          <w:tcPr>
            <w:tcW w:w="2880" w:type="dxa"/>
          </w:tcPr>
          <w:p w14:paraId="2BDB81B2" w14:textId="77777777" w:rsidR="004D342C" w:rsidRDefault="00000000">
            <w:pPr>
              <w:spacing w:before="20" w:after="20"/>
              <w:ind w:firstLine="0"/>
            </w:pPr>
            <w:r>
              <w:rPr>
                <w:sz w:val="16"/>
              </w:rPr>
              <w:t>Q43 EP POLICY AREAS - HUMAN RIGHTS</w:t>
            </w:r>
          </w:p>
        </w:tc>
        <w:tc>
          <w:tcPr>
            <w:tcW w:w="3456" w:type="dxa"/>
          </w:tcPr>
          <w:p w14:paraId="1F0B65D4" w14:textId="77777777" w:rsidR="004D342C" w:rsidRDefault="00000000">
            <w:pPr>
              <w:spacing w:before="20" w:after="20"/>
              <w:ind w:firstLine="0"/>
            </w:pPr>
            <w:r>
              <w:rPr>
                <w:sz w:val="16"/>
              </w:rPr>
              <w:t>0 not mentioned / 1 mentioned</w:t>
            </w:r>
          </w:p>
        </w:tc>
        <w:tc>
          <w:tcPr>
            <w:tcW w:w="648" w:type="dxa"/>
          </w:tcPr>
          <w:p w14:paraId="134E3987" w14:textId="77777777" w:rsidR="004D342C" w:rsidRDefault="00000000">
            <w:pPr>
              <w:spacing w:before="20" w:after="20"/>
              <w:ind w:firstLine="0"/>
              <w:jc w:val="right"/>
            </w:pPr>
            <w:r>
              <w:rPr>
                <w:sz w:val="16"/>
              </w:rPr>
              <w:t>10</w:t>
            </w:r>
          </w:p>
        </w:tc>
      </w:tr>
      <w:tr w:rsidR="004D342C" w14:paraId="69FA169A" w14:textId="77777777">
        <w:trPr>
          <w:cantSplit/>
          <w:jc w:val="center"/>
        </w:trPr>
        <w:tc>
          <w:tcPr>
            <w:tcW w:w="1944" w:type="dxa"/>
          </w:tcPr>
          <w:p w14:paraId="4CB3AB68" w14:textId="77777777" w:rsidR="004D342C" w:rsidRDefault="00000000">
            <w:pPr>
              <w:spacing w:before="20" w:after="20"/>
              <w:ind w:firstLine="0"/>
            </w:pPr>
            <w:r>
              <w:rPr>
                <w:sz w:val="16"/>
              </w:rPr>
              <w:t>epRimmigration</w:t>
            </w:r>
          </w:p>
        </w:tc>
        <w:tc>
          <w:tcPr>
            <w:tcW w:w="2880" w:type="dxa"/>
          </w:tcPr>
          <w:p w14:paraId="23C38675" w14:textId="77777777" w:rsidR="004D342C" w:rsidRDefault="00000000">
            <w:pPr>
              <w:spacing w:before="20" w:after="20"/>
              <w:ind w:firstLine="0"/>
            </w:pPr>
            <w:r>
              <w:rPr>
                <w:sz w:val="16"/>
              </w:rPr>
              <w:t>Q43 EP POLICY AREAS - IMMIGRATION</w:t>
            </w:r>
          </w:p>
        </w:tc>
        <w:tc>
          <w:tcPr>
            <w:tcW w:w="3456" w:type="dxa"/>
          </w:tcPr>
          <w:p w14:paraId="1F09E988" w14:textId="77777777" w:rsidR="004D342C" w:rsidRDefault="00000000">
            <w:pPr>
              <w:spacing w:before="20" w:after="20"/>
              <w:ind w:firstLine="0"/>
            </w:pPr>
            <w:r>
              <w:rPr>
                <w:sz w:val="16"/>
              </w:rPr>
              <w:t>0 not mentioned / 1 mentioned</w:t>
            </w:r>
          </w:p>
        </w:tc>
        <w:tc>
          <w:tcPr>
            <w:tcW w:w="648" w:type="dxa"/>
          </w:tcPr>
          <w:p w14:paraId="5A50D4A1" w14:textId="77777777" w:rsidR="004D342C" w:rsidRDefault="00000000">
            <w:pPr>
              <w:spacing w:before="20" w:after="20"/>
              <w:ind w:firstLine="0"/>
              <w:jc w:val="right"/>
            </w:pPr>
            <w:r>
              <w:rPr>
                <w:sz w:val="16"/>
              </w:rPr>
              <w:t>10</w:t>
            </w:r>
          </w:p>
        </w:tc>
      </w:tr>
      <w:tr w:rsidR="004D342C" w14:paraId="6316C688" w14:textId="77777777">
        <w:trPr>
          <w:cantSplit/>
          <w:jc w:val="center"/>
        </w:trPr>
        <w:tc>
          <w:tcPr>
            <w:tcW w:w="1944" w:type="dxa"/>
          </w:tcPr>
          <w:p w14:paraId="3A420449" w14:textId="77777777" w:rsidR="004D342C" w:rsidRDefault="00000000">
            <w:pPr>
              <w:spacing w:before="20" w:after="20"/>
              <w:ind w:firstLine="0"/>
            </w:pPr>
            <w:r>
              <w:rPr>
                <w:sz w:val="16"/>
              </w:rPr>
              <w:t>epRsocial</w:t>
            </w:r>
          </w:p>
        </w:tc>
        <w:tc>
          <w:tcPr>
            <w:tcW w:w="2880" w:type="dxa"/>
          </w:tcPr>
          <w:p w14:paraId="11AB4568" w14:textId="77777777" w:rsidR="004D342C" w:rsidRDefault="00000000">
            <w:pPr>
              <w:spacing w:before="20" w:after="20"/>
              <w:ind w:firstLine="0"/>
            </w:pPr>
            <w:r>
              <w:rPr>
                <w:sz w:val="16"/>
              </w:rPr>
              <w:t>Q43 EP POLICY AREAS - SOCIAL POLICY</w:t>
            </w:r>
          </w:p>
        </w:tc>
        <w:tc>
          <w:tcPr>
            <w:tcW w:w="3456" w:type="dxa"/>
          </w:tcPr>
          <w:p w14:paraId="729254EF" w14:textId="77777777" w:rsidR="004D342C" w:rsidRDefault="00000000">
            <w:pPr>
              <w:spacing w:before="20" w:after="20"/>
              <w:ind w:firstLine="0"/>
            </w:pPr>
            <w:r>
              <w:rPr>
                <w:sz w:val="16"/>
              </w:rPr>
              <w:t>0 not mentioned / 1 mentioned</w:t>
            </w:r>
          </w:p>
        </w:tc>
        <w:tc>
          <w:tcPr>
            <w:tcW w:w="648" w:type="dxa"/>
          </w:tcPr>
          <w:p w14:paraId="72D150D4" w14:textId="77777777" w:rsidR="004D342C" w:rsidRDefault="00000000">
            <w:pPr>
              <w:spacing w:before="20" w:after="20"/>
              <w:ind w:firstLine="0"/>
              <w:jc w:val="right"/>
            </w:pPr>
            <w:r>
              <w:rPr>
                <w:sz w:val="16"/>
              </w:rPr>
              <w:t>10</w:t>
            </w:r>
          </w:p>
        </w:tc>
      </w:tr>
      <w:tr w:rsidR="004D342C" w14:paraId="7706EB55" w14:textId="77777777">
        <w:trPr>
          <w:cantSplit/>
          <w:jc w:val="center"/>
        </w:trPr>
        <w:tc>
          <w:tcPr>
            <w:tcW w:w="1944" w:type="dxa"/>
          </w:tcPr>
          <w:p w14:paraId="7BCB306F" w14:textId="77777777" w:rsidR="004D342C" w:rsidRDefault="00000000">
            <w:pPr>
              <w:spacing w:before="20" w:after="20"/>
              <w:ind w:firstLine="0"/>
            </w:pPr>
            <w:r>
              <w:rPr>
                <w:sz w:val="16"/>
              </w:rPr>
              <w:t>epinterests2</w:t>
            </w:r>
          </w:p>
        </w:tc>
        <w:tc>
          <w:tcPr>
            <w:tcW w:w="2880" w:type="dxa"/>
          </w:tcPr>
          <w:p w14:paraId="3D0E1B25" w14:textId="77777777" w:rsidR="004D342C" w:rsidRDefault="00000000">
            <w:pPr>
              <w:spacing w:before="20" w:after="20"/>
              <w:ind w:firstLine="0"/>
            </w:pPr>
            <w:r>
              <w:rPr>
                <w:sz w:val="16"/>
              </w:rPr>
              <w:t>Q42 EUROP PARLIAMENT - PROTECT INTERESTS</w:t>
            </w:r>
          </w:p>
        </w:tc>
        <w:tc>
          <w:tcPr>
            <w:tcW w:w="3456" w:type="dxa"/>
          </w:tcPr>
          <w:p w14:paraId="613427FE" w14:textId="77777777" w:rsidR="004D342C" w:rsidRDefault="00000000">
            <w:pPr>
              <w:spacing w:before="20" w:after="20"/>
              <w:ind w:firstLine="0"/>
            </w:pPr>
            <w:r>
              <w:rPr>
                <w:sz w:val="16"/>
              </w:rPr>
              <w:t>1 very well / 2 fairly well / 3 fairly badly / 4 very badly / 5 dont know</w:t>
            </w:r>
          </w:p>
        </w:tc>
        <w:tc>
          <w:tcPr>
            <w:tcW w:w="648" w:type="dxa"/>
          </w:tcPr>
          <w:p w14:paraId="28EF150A" w14:textId="77777777" w:rsidR="004D342C" w:rsidRDefault="00000000">
            <w:pPr>
              <w:spacing w:before="20" w:after="20"/>
              <w:ind w:firstLine="0"/>
              <w:jc w:val="right"/>
            </w:pPr>
            <w:r>
              <w:rPr>
                <w:sz w:val="16"/>
              </w:rPr>
              <w:t>10</w:t>
            </w:r>
          </w:p>
        </w:tc>
      </w:tr>
      <w:tr w:rsidR="004D342C" w14:paraId="054FE7ED" w14:textId="77777777">
        <w:trPr>
          <w:cantSplit/>
          <w:jc w:val="center"/>
        </w:trPr>
        <w:tc>
          <w:tcPr>
            <w:tcW w:w="1944" w:type="dxa"/>
          </w:tcPr>
          <w:p w14:paraId="5F7F1FC0" w14:textId="77777777" w:rsidR="004D342C" w:rsidRDefault="00000000">
            <w:pPr>
              <w:spacing w:before="20" w:after="20"/>
              <w:ind w:firstLine="0"/>
            </w:pPr>
            <w:r>
              <w:rPr>
                <w:sz w:val="16"/>
              </w:rPr>
              <w:t>perinflcountry</w:t>
            </w:r>
            <w:r>
              <w:rPr>
                <w:sz w:val="16"/>
              </w:rPr>
              <w:br/>
              <w:t>(countryinfluence)</w:t>
            </w:r>
          </w:p>
        </w:tc>
        <w:tc>
          <w:tcPr>
            <w:tcW w:w="2880" w:type="dxa"/>
          </w:tcPr>
          <w:p w14:paraId="2AF1FCF7" w14:textId="77777777" w:rsidR="004D342C" w:rsidRDefault="00000000">
            <w:pPr>
              <w:spacing w:before="20" w:after="20"/>
              <w:ind w:firstLine="0"/>
            </w:pPr>
            <w:r>
              <w:rPr>
                <w:sz w:val="16"/>
              </w:rPr>
              <w:t>QA24A EU STATEMENTS: CNTRY INTEREST RESPECTED</w:t>
            </w:r>
          </w:p>
        </w:tc>
        <w:tc>
          <w:tcPr>
            <w:tcW w:w="3456" w:type="dxa"/>
          </w:tcPr>
          <w:p w14:paraId="20825F02" w14:textId="77777777" w:rsidR="004D342C" w:rsidRDefault="00000000">
            <w:pPr>
              <w:spacing w:before="20" w:after="20"/>
              <w:ind w:firstLine="0"/>
            </w:pPr>
            <w:r>
              <w:rPr>
                <w:sz w:val="16"/>
              </w:rPr>
              <w:t>1 tend to agree / 2 tend to disagree / 3 dont know</w:t>
            </w:r>
          </w:p>
        </w:tc>
        <w:tc>
          <w:tcPr>
            <w:tcW w:w="648" w:type="dxa"/>
          </w:tcPr>
          <w:p w14:paraId="448389F2" w14:textId="77777777" w:rsidR="004D342C" w:rsidRDefault="00000000">
            <w:pPr>
              <w:spacing w:before="20" w:after="20"/>
              <w:ind w:firstLine="0"/>
              <w:jc w:val="right"/>
            </w:pPr>
            <w:r>
              <w:rPr>
                <w:sz w:val="16"/>
              </w:rPr>
              <w:t>10</w:t>
            </w:r>
          </w:p>
        </w:tc>
      </w:tr>
      <w:tr w:rsidR="004D342C" w14:paraId="1694A63A" w14:textId="77777777">
        <w:trPr>
          <w:cantSplit/>
          <w:jc w:val="center"/>
        </w:trPr>
        <w:tc>
          <w:tcPr>
            <w:tcW w:w="1944" w:type="dxa"/>
          </w:tcPr>
          <w:p w14:paraId="65812EDC" w14:textId="77777777" w:rsidR="004D342C" w:rsidRDefault="00000000">
            <w:pPr>
              <w:spacing w:before="20" w:after="20"/>
              <w:ind w:firstLine="0"/>
            </w:pPr>
            <w:r>
              <w:rPr>
                <w:sz w:val="16"/>
              </w:rPr>
              <w:t>trustNATO</w:t>
            </w:r>
          </w:p>
        </w:tc>
        <w:tc>
          <w:tcPr>
            <w:tcW w:w="2880" w:type="dxa"/>
          </w:tcPr>
          <w:p w14:paraId="27EF9DDE" w14:textId="77777777" w:rsidR="004D342C" w:rsidRDefault="00000000">
            <w:pPr>
              <w:spacing w:before="20" w:after="20"/>
              <w:ind w:firstLine="0"/>
            </w:pPr>
            <w:r>
              <w:rPr>
                <w:sz w:val="16"/>
              </w:rPr>
              <w:t>Tend to trust NATO (1 trust / 2 not / 3 DK)</w:t>
            </w:r>
          </w:p>
        </w:tc>
        <w:tc>
          <w:tcPr>
            <w:tcW w:w="3456" w:type="dxa"/>
          </w:tcPr>
          <w:p w14:paraId="2E880F5D" w14:textId="77777777" w:rsidR="004D342C" w:rsidRDefault="00000000">
            <w:pPr>
              <w:spacing w:before="20" w:after="20"/>
              <w:ind w:firstLine="0"/>
            </w:pPr>
            <w:r>
              <w:rPr>
                <w:sz w:val="16"/>
              </w:rPr>
              <w:t>1 Tend to trust / 2 Tend not to trust / 3 Don't know (SPONTANEOUS)</w:t>
            </w:r>
          </w:p>
        </w:tc>
        <w:tc>
          <w:tcPr>
            <w:tcW w:w="648" w:type="dxa"/>
          </w:tcPr>
          <w:p w14:paraId="34C221BA" w14:textId="77777777" w:rsidR="004D342C" w:rsidRDefault="00000000">
            <w:pPr>
              <w:spacing w:before="20" w:after="20"/>
              <w:ind w:firstLine="0"/>
              <w:jc w:val="right"/>
            </w:pPr>
            <w:r>
              <w:rPr>
                <w:sz w:val="16"/>
              </w:rPr>
              <w:t>10</w:t>
            </w:r>
          </w:p>
        </w:tc>
      </w:tr>
      <w:tr w:rsidR="004D342C" w14:paraId="09137C80" w14:textId="77777777">
        <w:trPr>
          <w:cantSplit/>
          <w:jc w:val="center"/>
        </w:trPr>
        <w:tc>
          <w:tcPr>
            <w:tcW w:w="1944" w:type="dxa"/>
          </w:tcPr>
          <w:p w14:paraId="5FB9C7C0" w14:textId="77777777" w:rsidR="004D342C" w:rsidRDefault="00000000">
            <w:pPr>
              <w:spacing w:before="20" w:after="20"/>
              <w:ind w:firstLine="0"/>
            </w:pPr>
            <w:r>
              <w:rPr>
                <w:sz w:val="16"/>
              </w:rPr>
              <w:lastRenderedPageBreak/>
              <w:t>trustUN</w:t>
            </w:r>
          </w:p>
        </w:tc>
        <w:tc>
          <w:tcPr>
            <w:tcW w:w="2880" w:type="dxa"/>
          </w:tcPr>
          <w:p w14:paraId="7530F1EE" w14:textId="77777777" w:rsidR="004D342C" w:rsidRDefault="00000000">
            <w:pPr>
              <w:spacing w:before="20" w:after="20"/>
              <w:ind w:firstLine="0"/>
            </w:pPr>
            <w:r>
              <w:rPr>
                <w:sz w:val="16"/>
              </w:rPr>
              <w:t>Tend to trust the United Nations (1 trust / 2 not / 3 DK)</w:t>
            </w:r>
          </w:p>
        </w:tc>
        <w:tc>
          <w:tcPr>
            <w:tcW w:w="3456" w:type="dxa"/>
          </w:tcPr>
          <w:p w14:paraId="71BE27DA" w14:textId="77777777" w:rsidR="004D342C" w:rsidRDefault="00000000">
            <w:pPr>
              <w:spacing w:before="20" w:after="20"/>
              <w:ind w:firstLine="0"/>
            </w:pPr>
            <w:r>
              <w:rPr>
                <w:sz w:val="16"/>
              </w:rPr>
              <w:t>1 Tend to trust / 2 Tend not to trust / 3 Don't know (SPONTANEOUS)</w:t>
            </w:r>
          </w:p>
        </w:tc>
        <w:tc>
          <w:tcPr>
            <w:tcW w:w="648" w:type="dxa"/>
          </w:tcPr>
          <w:p w14:paraId="270BC1B8" w14:textId="77777777" w:rsidR="004D342C" w:rsidRDefault="00000000">
            <w:pPr>
              <w:spacing w:before="20" w:after="20"/>
              <w:ind w:firstLine="0"/>
              <w:jc w:val="right"/>
            </w:pPr>
            <w:r>
              <w:rPr>
                <w:sz w:val="16"/>
              </w:rPr>
              <w:t>10</w:t>
            </w:r>
          </w:p>
        </w:tc>
      </w:tr>
      <w:tr w:rsidR="004D342C" w14:paraId="5B32F07B" w14:textId="77777777">
        <w:trPr>
          <w:cantSplit/>
          <w:jc w:val="center"/>
        </w:trPr>
        <w:tc>
          <w:tcPr>
            <w:tcW w:w="1944" w:type="dxa"/>
          </w:tcPr>
          <w:p w14:paraId="4B9BE702" w14:textId="77777777" w:rsidR="004D342C" w:rsidRDefault="00000000">
            <w:pPr>
              <w:spacing w:before="20" w:after="20"/>
              <w:ind w:firstLine="0"/>
            </w:pPr>
            <w:r>
              <w:rPr>
                <w:sz w:val="16"/>
              </w:rPr>
              <w:t>epRemployment</w:t>
            </w:r>
          </w:p>
        </w:tc>
        <w:tc>
          <w:tcPr>
            <w:tcW w:w="2880" w:type="dxa"/>
          </w:tcPr>
          <w:p w14:paraId="36FA0D85" w14:textId="77777777" w:rsidR="004D342C" w:rsidRDefault="00000000">
            <w:pPr>
              <w:spacing w:before="20" w:after="20"/>
              <w:ind w:firstLine="0"/>
            </w:pPr>
            <w:r>
              <w:rPr>
                <w:sz w:val="16"/>
              </w:rPr>
              <w:t>Q43 EP POLICY AREAS - EMPLOYMENT</w:t>
            </w:r>
          </w:p>
        </w:tc>
        <w:tc>
          <w:tcPr>
            <w:tcW w:w="3456" w:type="dxa"/>
          </w:tcPr>
          <w:p w14:paraId="31E58055" w14:textId="77777777" w:rsidR="004D342C" w:rsidRDefault="00000000">
            <w:pPr>
              <w:spacing w:before="20" w:after="20"/>
              <w:ind w:firstLine="0"/>
            </w:pPr>
            <w:r>
              <w:rPr>
                <w:sz w:val="16"/>
              </w:rPr>
              <w:t>0 not mentioned / 1 mentioned</w:t>
            </w:r>
          </w:p>
        </w:tc>
        <w:tc>
          <w:tcPr>
            <w:tcW w:w="648" w:type="dxa"/>
          </w:tcPr>
          <w:p w14:paraId="4C790EA0" w14:textId="77777777" w:rsidR="004D342C" w:rsidRDefault="00000000">
            <w:pPr>
              <w:spacing w:before="20" w:after="20"/>
              <w:ind w:firstLine="0"/>
              <w:jc w:val="right"/>
            </w:pPr>
            <w:r>
              <w:rPr>
                <w:sz w:val="16"/>
              </w:rPr>
              <w:t>9</w:t>
            </w:r>
          </w:p>
        </w:tc>
      </w:tr>
      <w:tr w:rsidR="004D342C" w14:paraId="06F2AFB0" w14:textId="77777777">
        <w:trPr>
          <w:cantSplit/>
          <w:jc w:val="center"/>
        </w:trPr>
        <w:tc>
          <w:tcPr>
            <w:tcW w:w="1944" w:type="dxa"/>
          </w:tcPr>
          <w:p w14:paraId="4C408F27" w14:textId="77777777" w:rsidR="004D342C" w:rsidRDefault="00000000">
            <w:pPr>
              <w:spacing w:before="20" w:after="20"/>
              <w:ind w:firstLine="0"/>
            </w:pPr>
            <w:r>
              <w:rPr>
                <w:sz w:val="16"/>
              </w:rPr>
              <w:t>epelectionsupport</w:t>
            </w:r>
          </w:p>
        </w:tc>
        <w:tc>
          <w:tcPr>
            <w:tcW w:w="2880" w:type="dxa"/>
          </w:tcPr>
          <w:p w14:paraId="63C0974B" w14:textId="77777777" w:rsidR="004D342C" w:rsidRDefault="00000000">
            <w:pPr>
              <w:spacing w:before="20" w:after="20"/>
              <w:ind w:firstLine="0"/>
            </w:pPr>
            <w:r>
              <w:rPr>
                <w:sz w:val="16"/>
              </w:rPr>
              <w:t>For / against direct election of the European Parliament</w:t>
            </w:r>
          </w:p>
        </w:tc>
        <w:tc>
          <w:tcPr>
            <w:tcW w:w="3456" w:type="dxa"/>
          </w:tcPr>
          <w:p w14:paraId="6E790710" w14:textId="77777777" w:rsidR="004D342C" w:rsidRDefault="00000000">
            <w:pPr>
              <w:spacing w:before="20" w:after="20"/>
              <w:ind w:firstLine="0"/>
            </w:pPr>
            <w:r>
              <w:rPr>
                <w:sz w:val="16"/>
              </w:rPr>
              <w:t>1 completely for / 2 for to some extent / 3 against to some extent / 4 completely against</w:t>
            </w:r>
          </w:p>
        </w:tc>
        <w:tc>
          <w:tcPr>
            <w:tcW w:w="648" w:type="dxa"/>
          </w:tcPr>
          <w:p w14:paraId="3410E374" w14:textId="77777777" w:rsidR="004D342C" w:rsidRDefault="00000000">
            <w:pPr>
              <w:spacing w:before="20" w:after="20"/>
              <w:ind w:firstLine="0"/>
              <w:jc w:val="right"/>
            </w:pPr>
            <w:r>
              <w:rPr>
                <w:sz w:val="16"/>
              </w:rPr>
              <w:t>9</w:t>
            </w:r>
          </w:p>
        </w:tc>
      </w:tr>
      <w:tr w:rsidR="004D342C" w14:paraId="77827B7D" w14:textId="77777777">
        <w:trPr>
          <w:cantSplit/>
          <w:jc w:val="center"/>
        </w:trPr>
        <w:tc>
          <w:tcPr>
            <w:tcW w:w="1944" w:type="dxa"/>
          </w:tcPr>
          <w:p w14:paraId="274A9E8C" w14:textId="77777777" w:rsidR="004D342C" w:rsidRDefault="00000000">
            <w:pPr>
              <w:spacing w:before="20" w:after="20"/>
              <w:ind w:firstLine="0"/>
            </w:pPr>
            <w:r>
              <w:rPr>
                <w:sz w:val="16"/>
              </w:rPr>
              <w:t>epRenvironment</w:t>
            </w:r>
          </w:p>
        </w:tc>
        <w:tc>
          <w:tcPr>
            <w:tcW w:w="2880" w:type="dxa"/>
          </w:tcPr>
          <w:p w14:paraId="74B12FC2" w14:textId="77777777" w:rsidR="004D342C" w:rsidRDefault="00000000">
            <w:pPr>
              <w:spacing w:before="20" w:after="20"/>
              <w:ind w:firstLine="0"/>
            </w:pPr>
            <w:r>
              <w:rPr>
                <w:sz w:val="16"/>
              </w:rPr>
              <w:t>Q43 EP POLICY AREAS - ENVIRONM/CONSUMER</w:t>
            </w:r>
          </w:p>
        </w:tc>
        <w:tc>
          <w:tcPr>
            <w:tcW w:w="3456" w:type="dxa"/>
          </w:tcPr>
          <w:p w14:paraId="4C820995" w14:textId="77777777" w:rsidR="004D342C" w:rsidRDefault="00000000">
            <w:pPr>
              <w:spacing w:before="20" w:after="20"/>
              <w:ind w:firstLine="0"/>
            </w:pPr>
            <w:r>
              <w:rPr>
                <w:sz w:val="16"/>
              </w:rPr>
              <w:t>0 not mentioned / 1 mentioned</w:t>
            </w:r>
          </w:p>
        </w:tc>
        <w:tc>
          <w:tcPr>
            <w:tcW w:w="648" w:type="dxa"/>
          </w:tcPr>
          <w:p w14:paraId="33B66662" w14:textId="77777777" w:rsidR="004D342C" w:rsidRDefault="00000000">
            <w:pPr>
              <w:spacing w:before="20" w:after="20"/>
              <w:ind w:firstLine="0"/>
              <w:jc w:val="right"/>
            </w:pPr>
            <w:r>
              <w:rPr>
                <w:sz w:val="16"/>
              </w:rPr>
              <w:t>8</w:t>
            </w:r>
          </w:p>
        </w:tc>
      </w:tr>
      <w:tr w:rsidR="004D342C" w14:paraId="0E93F8B9" w14:textId="77777777">
        <w:trPr>
          <w:cantSplit/>
          <w:jc w:val="center"/>
        </w:trPr>
        <w:tc>
          <w:tcPr>
            <w:tcW w:w="1944" w:type="dxa"/>
          </w:tcPr>
          <w:p w14:paraId="63C86BF6" w14:textId="77777777" w:rsidR="004D342C" w:rsidRDefault="00000000">
            <w:pPr>
              <w:spacing w:before="20" w:after="20"/>
              <w:ind w:firstLine="0"/>
            </w:pPr>
            <w:r>
              <w:rPr>
                <w:sz w:val="16"/>
              </w:rPr>
              <w:t>epelectionimportance</w:t>
            </w:r>
          </w:p>
        </w:tc>
        <w:tc>
          <w:tcPr>
            <w:tcW w:w="2880" w:type="dxa"/>
          </w:tcPr>
          <w:p w14:paraId="1AE29875" w14:textId="77777777" w:rsidR="004D342C" w:rsidRDefault="00000000">
            <w:pPr>
              <w:spacing w:before="20" w:after="20"/>
              <w:ind w:firstLine="0"/>
            </w:pPr>
            <w:r>
              <w:rPr>
                <w:sz w:val="16"/>
              </w:rPr>
              <w:t>European Parliament election an important event</w:t>
            </w:r>
          </w:p>
        </w:tc>
        <w:tc>
          <w:tcPr>
            <w:tcW w:w="3456" w:type="dxa"/>
          </w:tcPr>
          <w:p w14:paraId="01FF7D0D" w14:textId="77777777" w:rsidR="004D342C" w:rsidRDefault="00000000">
            <w:pPr>
              <w:spacing w:before="20" w:after="20"/>
              <w:ind w:firstLine="0"/>
            </w:pPr>
            <w:r>
              <w:rPr>
                <w:sz w:val="16"/>
              </w:rPr>
              <w:t>1 important / 2 unimportant</w:t>
            </w:r>
          </w:p>
        </w:tc>
        <w:tc>
          <w:tcPr>
            <w:tcW w:w="648" w:type="dxa"/>
          </w:tcPr>
          <w:p w14:paraId="416D0635" w14:textId="77777777" w:rsidR="004D342C" w:rsidRDefault="00000000">
            <w:pPr>
              <w:spacing w:before="20" w:after="20"/>
              <w:ind w:firstLine="0"/>
              <w:jc w:val="right"/>
            </w:pPr>
            <w:r>
              <w:rPr>
                <w:sz w:val="16"/>
              </w:rPr>
              <w:t>8</w:t>
            </w:r>
          </w:p>
        </w:tc>
      </w:tr>
      <w:tr w:rsidR="004D342C" w14:paraId="767A27F8" w14:textId="77777777">
        <w:trPr>
          <w:cantSplit/>
          <w:jc w:val="center"/>
        </w:trPr>
        <w:tc>
          <w:tcPr>
            <w:tcW w:w="1944" w:type="dxa"/>
          </w:tcPr>
          <w:p w14:paraId="5DB9970A" w14:textId="77777777" w:rsidR="004D342C" w:rsidRDefault="00000000">
            <w:pPr>
              <w:spacing w:before="20" w:after="20"/>
              <w:ind w:firstLine="0"/>
            </w:pPr>
            <w:r>
              <w:rPr>
                <w:sz w:val="16"/>
              </w:rPr>
              <w:t>epgovt</w:t>
            </w:r>
          </w:p>
        </w:tc>
        <w:tc>
          <w:tcPr>
            <w:tcW w:w="2880" w:type="dxa"/>
          </w:tcPr>
          <w:p w14:paraId="33E43F90" w14:textId="77777777" w:rsidR="004D342C" w:rsidRDefault="00000000">
            <w:pPr>
              <w:spacing w:before="20" w:after="20"/>
              <w:ind w:firstLine="0"/>
            </w:pPr>
            <w:r>
              <w:rPr>
                <w:sz w:val="16"/>
              </w:rPr>
              <w:t>q12 eu proposals: european government</w:t>
            </w:r>
          </w:p>
        </w:tc>
        <w:tc>
          <w:tcPr>
            <w:tcW w:w="3456" w:type="dxa"/>
          </w:tcPr>
          <w:p w14:paraId="5667447D" w14:textId="77777777" w:rsidR="004D342C" w:rsidRDefault="00000000">
            <w:pPr>
              <w:spacing w:before="20" w:after="20"/>
              <w:ind w:firstLine="0"/>
            </w:pPr>
            <w:r>
              <w:rPr>
                <w:sz w:val="16"/>
              </w:rPr>
              <w:t>1 for / 2 against / 3 dont know</w:t>
            </w:r>
          </w:p>
        </w:tc>
        <w:tc>
          <w:tcPr>
            <w:tcW w:w="648" w:type="dxa"/>
          </w:tcPr>
          <w:p w14:paraId="52BB4CB2" w14:textId="77777777" w:rsidR="004D342C" w:rsidRDefault="00000000">
            <w:pPr>
              <w:spacing w:before="20" w:after="20"/>
              <w:ind w:firstLine="0"/>
              <w:jc w:val="right"/>
            </w:pPr>
            <w:r>
              <w:rPr>
                <w:sz w:val="16"/>
              </w:rPr>
              <w:t>8</w:t>
            </w:r>
          </w:p>
        </w:tc>
      </w:tr>
      <w:tr w:rsidR="004D342C" w14:paraId="1AE806E2" w14:textId="77777777">
        <w:trPr>
          <w:cantSplit/>
          <w:jc w:val="center"/>
        </w:trPr>
        <w:tc>
          <w:tcPr>
            <w:tcW w:w="1944" w:type="dxa"/>
          </w:tcPr>
          <w:p w14:paraId="475C5718" w14:textId="77777777" w:rsidR="004D342C" w:rsidRDefault="00000000">
            <w:pPr>
              <w:spacing w:before="20" w:after="20"/>
              <w:ind w:firstLine="0"/>
            </w:pPr>
            <w:r>
              <w:rPr>
                <w:sz w:val="16"/>
              </w:rPr>
              <w:t>epvotelikely4</w:t>
            </w:r>
          </w:p>
        </w:tc>
        <w:tc>
          <w:tcPr>
            <w:tcW w:w="2880" w:type="dxa"/>
          </w:tcPr>
          <w:p w14:paraId="3C861341" w14:textId="77777777" w:rsidR="004D342C" w:rsidRDefault="00000000">
            <w:pPr>
              <w:spacing w:before="20" w:after="20"/>
              <w:ind w:firstLine="0"/>
            </w:pPr>
            <w:r>
              <w:rPr>
                <w:sz w:val="16"/>
              </w:rPr>
              <w:t>Likelihood of voting in EP election (4 categories + depends)</w:t>
            </w:r>
          </w:p>
        </w:tc>
        <w:tc>
          <w:tcPr>
            <w:tcW w:w="3456" w:type="dxa"/>
          </w:tcPr>
          <w:p w14:paraId="7E9D6ECA" w14:textId="77777777" w:rsidR="004D342C" w:rsidRDefault="00000000">
            <w:pPr>
              <w:spacing w:before="20" w:after="20"/>
              <w:ind w:firstLine="0"/>
            </w:pPr>
            <w:r>
              <w:rPr>
                <w:sz w:val="16"/>
              </w:rPr>
              <w:t>1 certainly vote / 2 probably vote / 3 probably not vote / 4 certainly not vote / 5 depends</w:t>
            </w:r>
          </w:p>
        </w:tc>
        <w:tc>
          <w:tcPr>
            <w:tcW w:w="648" w:type="dxa"/>
          </w:tcPr>
          <w:p w14:paraId="78B034D7" w14:textId="77777777" w:rsidR="004D342C" w:rsidRDefault="00000000">
            <w:pPr>
              <w:spacing w:before="20" w:after="20"/>
              <w:ind w:firstLine="0"/>
              <w:jc w:val="right"/>
            </w:pPr>
            <w:r>
              <w:rPr>
                <w:sz w:val="16"/>
              </w:rPr>
              <w:t>8</w:t>
            </w:r>
          </w:p>
        </w:tc>
      </w:tr>
      <w:tr w:rsidR="004D342C" w14:paraId="2C1C466B" w14:textId="77777777">
        <w:trPr>
          <w:cantSplit/>
          <w:jc w:val="center"/>
        </w:trPr>
        <w:tc>
          <w:tcPr>
            <w:tcW w:w="1944" w:type="dxa"/>
          </w:tcPr>
          <w:p w14:paraId="525CB96F" w14:textId="77777777" w:rsidR="004D342C" w:rsidRDefault="00000000">
            <w:pPr>
              <w:spacing w:before="20" w:after="20"/>
              <w:ind w:firstLine="0"/>
            </w:pPr>
            <w:r>
              <w:rPr>
                <w:sz w:val="16"/>
              </w:rPr>
              <w:t>epRcancer</w:t>
            </w:r>
          </w:p>
        </w:tc>
        <w:tc>
          <w:tcPr>
            <w:tcW w:w="2880" w:type="dxa"/>
          </w:tcPr>
          <w:p w14:paraId="4A42AD0B" w14:textId="77777777" w:rsidR="004D342C" w:rsidRDefault="00000000">
            <w:pPr>
              <w:spacing w:before="20" w:after="20"/>
              <w:ind w:firstLine="0"/>
            </w:pPr>
            <w:r>
              <w:rPr>
                <w:sz w:val="16"/>
              </w:rPr>
              <w:t>Q43 EP POLICY AREAS - FIGHT CANCER/AIDS</w:t>
            </w:r>
          </w:p>
        </w:tc>
        <w:tc>
          <w:tcPr>
            <w:tcW w:w="3456" w:type="dxa"/>
          </w:tcPr>
          <w:p w14:paraId="7AF5510A" w14:textId="77777777" w:rsidR="004D342C" w:rsidRDefault="00000000">
            <w:pPr>
              <w:spacing w:before="20" w:after="20"/>
              <w:ind w:firstLine="0"/>
            </w:pPr>
            <w:r>
              <w:rPr>
                <w:sz w:val="16"/>
              </w:rPr>
              <w:t>0 not mentioned / 1 mentioned</w:t>
            </w:r>
          </w:p>
        </w:tc>
        <w:tc>
          <w:tcPr>
            <w:tcW w:w="648" w:type="dxa"/>
          </w:tcPr>
          <w:p w14:paraId="3032E8DD" w14:textId="77777777" w:rsidR="004D342C" w:rsidRDefault="00000000">
            <w:pPr>
              <w:spacing w:before="20" w:after="20"/>
              <w:ind w:firstLine="0"/>
              <w:jc w:val="right"/>
            </w:pPr>
            <w:r>
              <w:rPr>
                <w:sz w:val="16"/>
              </w:rPr>
              <w:t>7</w:t>
            </w:r>
          </w:p>
        </w:tc>
      </w:tr>
      <w:tr w:rsidR="004D342C" w14:paraId="69E8C6C5" w14:textId="77777777">
        <w:trPr>
          <w:cantSplit/>
          <w:jc w:val="center"/>
        </w:trPr>
        <w:tc>
          <w:tcPr>
            <w:tcW w:w="1944" w:type="dxa"/>
          </w:tcPr>
          <w:p w14:paraId="53C6526F" w14:textId="77777777" w:rsidR="004D342C" w:rsidRDefault="00000000">
            <w:pPr>
              <w:spacing w:before="20" w:after="20"/>
              <w:ind w:firstLine="0"/>
            </w:pPr>
            <w:r>
              <w:rPr>
                <w:sz w:val="16"/>
              </w:rPr>
              <w:t>epRdrugs</w:t>
            </w:r>
          </w:p>
        </w:tc>
        <w:tc>
          <w:tcPr>
            <w:tcW w:w="2880" w:type="dxa"/>
          </w:tcPr>
          <w:p w14:paraId="7A5544D0" w14:textId="77777777" w:rsidR="004D342C" w:rsidRDefault="00000000">
            <w:pPr>
              <w:spacing w:before="20" w:after="20"/>
              <w:ind w:firstLine="0"/>
            </w:pPr>
            <w:r>
              <w:rPr>
                <w:sz w:val="16"/>
              </w:rPr>
              <w:t>Q43 EP POLICY AREAS - FIGHT ORG CRIME</w:t>
            </w:r>
          </w:p>
        </w:tc>
        <w:tc>
          <w:tcPr>
            <w:tcW w:w="3456" w:type="dxa"/>
          </w:tcPr>
          <w:p w14:paraId="343DCD42" w14:textId="77777777" w:rsidR="004D342C" w:rsidRDefault="00000000">
            <w:pPr>
              <w:spacing w:before="20" w:after="20"/>
              <w:ind w:firstLine="0"/>
            </w:pPr>
            <w:r>
              <w:rPr>
                <w:sz w:val="16"/>
              </w:rPr>
              <w:t>0 not mentioned / 1 mentioned</w:t>
            </w:r>
          </w:p>
        </w:tc>
        <w:tc>
          <w:tcPr>
            <w:tcW w:w="648" w:type="dxa"/>
          </w:tcPr>
          <w:p w14:paraId="41F833D2" w14:textId="77777777" w:rsidR="004D342C" w:rsidRDefault="00000000">
            <w:pPr>
              <w:spacing w:before="20" w:after="20"/>
              <w:ind w:firstLine="0"/>
              <w:jc w:val="right"/>
            </w:pPr>
            <w:r>
              <w:rPr>
                <w:sz w:val="16"/>
              </w:rPr>
              <w:t>7</w:t>
            </w:r>
          </w:p>
        </w:tc>
      </w:tr>
      <w:tr w:rsidR="004D342C" w14:paraId="14F137FB" w14:textId="77777777">
        <w:trPr>
          <w:cantSplit/>
          <w:jc w:val="center"/>
        </w:trPr>
        <w:tc>
          <w:tcPr>
            <w:tcW w:w="1944" w:type="dxa"/>
          </w:tcPr>
          <w:p w14:paraId="221E5859" w14:textId="77777777" w:rsidR="004D342C" w:rsidRDefault="00000000">
            <w:pPr>
              <w:spacing w:before="20" w:after="20"/>
              <w:ind w:firstLine="0"/>
            </w:pPr>
            <w:r>
              <w:rPr>
                <w:sz w:val="16"/>
              </w:rPr>
              <w:t>epRforeign</w:t>
            </w:r>
          </w:p>
        </w:tc>
        <w:tc>
          <w:tcPr>
            <w:tcW w:w="2880" w:type="dxa"/>
          </w:tcPr>
          <w:p w14:paraId="01300D93" w14:textId="77777777" w:rsidR="004D342C" w:rsidRDefault="00000000">
            <w:pPr>
              <w:spacing w:before="20" w:after="20"/>
              <w:ind w:firstLine="0"/>
            </w:pPr>
            <w:r>
              <w:rPr>
                <w:sz w:val="16"/>
              </w:rPr>
              <w:t>Q43 EP POLICY AREAS - FOREIGN POLICY</w:t>
            </w:r>
          </w:p>
        </w:tc>
        <w:tc>
          <w:tcPr>
            <w:tcW w:w="3456" w:type="dxa"/>
          </w:tcPr>
          <w:p w14:paraId="2B857F92" w14:textId="77777777" w:rsidR="004D342C" w:rsidRDefault="00000000">
            <w:pPr>
              <w:spacing w:before="20" w:after="20"/>
              <w:ind w:firstLine="0"/>
            </w:pPr>
            <w:r>
              <w:rPr>
                <w:sz w:val="16"/>
              </w:rPr>
              <w:t>0 not mentioned / 1 mentioned</w:t>
            </w:r>
          </w:p>
        </w:tc>
        <w:tc>
          <w:tcPr>
            <w:tcW w:w="648" w:type="dxa"/>
          </w:tcPr>
          <w:p w14:paraId="3B7BBC3D" w14:textId="77777777" w:rsidR="004D342C" w:rsidRDefault="00000000">
            <w:pPr>
              <w:spacing w:before="20" w:after="20"/>
              <w:ind w:firstLine="0"/>
              <w:jc w:val="right"/>
            </w:pPr>
            <w:r>
              <w:rPr>
                <w:sz w:val="16"/>
              </w:rPr>
              <w:t>7</w:t>
            </w:r>
          </w:p>
        </w:tc>
      </w:tr>
      <w:tr w:rsidR="004D342C" w14:paraId="3E5407B1" w14:textId="77777777">
        <w:trPr>
          <w:cantSplit/>
          <w:jc w:val="center"/>
        </w:trPr>
        <w:tc>
          <w:tcPr>
            <w:tcW w:w="1944" w:type="dxa"/>
          </w:tcPr>
          <w:p w14:paraId="04FD62D1" w14:textId="77777777" w:rsidR="004D342C" w:rsidRDefault="00000000">
            <w:pPr>
              <w:spacing w:before="20" w:after="20"/>
              <w:ind w:firstLine="0"/>
            </w:pPr>
            <w:r>
              <w:rPr>
                <w:sz w:val="16"/>
              </w:rPr>
              <w:t>epimage3</w:t>
            </w:r>
          </w:p>
        </w:tc>
        <w:tc>
          <w:tcPr>
            <w:tcW w:w="2880" w:type="dxa"/>
          </w:tcPr>
          <w:p w14:paraId="07C49C1C" w14:textId="77777777" w:rsidR="004D342C" w:rsidRDefault="00000000">
            <w:pPr>
              <w:spacing w:before="20" w:after="20"/>
              <w:ind w:firstLine="0"/>
            </w:pPr>
            <w:r>
              <w:rPr>
                <w:sz w:val="16"/>
              </w:rPr>
              <w:t>EUROPEAN PARLIAMENT - IMPRESSION (3-point pre-1987 item)</w:t>
            </w:r>
          </w:p>
        </w:tc>
        <w:tc>
          <w:tcPr>
            <w:tcW w:w="3456" w:type="dxa"/>
          </w:tcPr>
          <w:p w14:paraId="1CA589C8" w14:textId="77777777" w:rsidR="004D342C" w:rsidRDefault="00000000">
            <w:pPr>
              <w:spacing w:before="20" w:after="20"/>
              <w:ind w:firstLine="0"/>
            </w:pPr>
            <w:r>
              <w:rPr>
                <w:sz w:val="16"/>
              </w:rPr>
              <w:t>1 favourable / 2 neither favourable nor unfavourable / 3 unfavourable / 4 DK</w:t>
            </w:r>
          </w:p>
        </w:tc>
        <w:tc>
          <w:tcPr>
            <w:tcW w:w="648" w:type="dxa"/>
          </w:tcPr>
          <w:p w14:paraId="15A38C8F" w14:textId="77777777" w:rsidR="004D342C" w:rsidRDefault="00000000">
            <w:pPr>
              <w:spacing w:before="20" w:after="20"/>
              <w:ind w:firstLine="0"/>
              <w:jc w:val="right"/>
            </w:pPr>
            <w:r>
              <w:rPr>
                <w:sz w:val="16"/>
              </w:rPr>
              <w:t>7</w:t>
            </w:r>
          </w:p>
        </w:tc>
      </w:tr>
      <w:tr w:rsidR="004D342C" w14:paraId="6B0978A2" w14:textId="77777777">
        <w:trPr>
          <w:cantSplit/>
          <w:jc w:val="center"/>
        </w:trPr>
        <w:tc>
          <w:tcPr>
            <w:tcW w:w="1944" w:type="dxa"/>
          </w:tcPr>
          <w:p w14:paraId="38B7DE8D" w14:textId="77777777" w:rsidR="004D342C" w:rsidRDefault="00000000">
            <w:pPr>
              <w:spacing w:before="20" w:after="20"/>
              <w:ind w:firstLine="0"/>
            </w:pPr>
            <w:r>
              <w:rPr>
                <w:sz w:val="16"/>
              </w:rPr>
              <w:t>mepfocus</w:t>
            </w:r>
          </w:p>
        </w:tc>
        <w:tc>
          <w:tcPr>
            <w:tcW w:w="2880" w:type="dxa"/>
          </w:tcPr>
          <w:p w14:paraId="00E1AB7B" w14:textId="77777777" w:rsidR="004D342C" w:rsidRDefault="00000000">
            <w:pPr>
              <w:spacing w:before="20" w:after="20"/>
              <w:ind w:firstLine="0"/>
            </w:pPr>
            <w:r>
              <w:rPr>
                <w:sz w:val="16"/>
              </w:rPr>
              <w:t>MEPs should defend European or national interests</w:t>
            </w:r>
          </w:p>
        </w:tc>
        <w:tc>
          <w:tcPr>
            <w:tcW w:w="3456" w:type="dxa"/>
          </w:tcPr>
          <w:p w14:paraId="6C7C4281" w14:textId="77777777" w:rsidR="004D342C" w:rsidRDefault="00000000">
            <w:pPr>
              <w:spacing w:before="20" w:after="20"/>
              <w:ind w:firstLine="0"/>
            </w:pPr>
            <w:r>
              <w:rPr>
                <w:sz w:val="16"/>
              </w:rPr>
              <w:t>1 European interests / 2 national interests</w:t>
            </w:r>
          </w:p>
        </w:tc>
        <w:tc>
          <w:tcPr>
            <w:tcW w:w="648" w:type="dxa"/>
          </w:tcPr>
          <w:p w14:paraId="7610513D" w14:textId="77777777" w:rsidR="004D342C" w:rsidRDefault="00000000">
            <w:pPr>
              <w:spacing w:before="20" w:after="20"/>
              <w:ind w:firstLine="0"/>
              <w:jc w:val="right"/>
            </w:pPr>
            <w:r>
              <w:rPr>
                <w:sz w:val="16"/>
              </w:rPr>
              <w:t>7</w:t>
            </w:r>
          </w:p>
        </w:tc>
      </w:tr>
      <w:tr w:rsidR="004D342C" w14:paraId="1C48BC8D" w14:textId="77777777">
        <w:trPr>
          <w:cantSplit/>
          <w:jc w:val="center"/>
        </w:trPr>
        <w:tc>
          <w:tcPr>
            <w:tcW w:w="1944" w:type="dxa"/>
          </w:tcPr>
          <w:p w14:paraId="6565D935" w14:textId="77777777" w:rsidR="004D342C" w:rsidRDefault="00000000">
            <w:pPr>
              <w:spacing w:before="20" w:after="20"/>
              <w:ind w:firstLine="0"/>
            </w:pPr>
            <w:r>
              <w:rPr>
                <w:sz w:val="16"/>
              </w:rPr>
              <w:t>perinflcountryfuture</w:t>
            </w:r>
            <w:r>
              <w:rPr>
                <w:sz w:val="16"/>
              </w:rPr>
              <w:br/>
              <w:t>(countryfutureinfl)</w:t>
            </w:r>
          </w:p>
        </w:tc>
        <w:tc>
          <w:tcPr>
            <w:tcW w:w="2880" w:type="dxa"/>
          </w:tcPr>
          <w:p w14:paraId="0F4AB7EC" w14:textId="77777777" w:rsidR="004D342C" w:rsidRDefault="00000000">
            <w:pPr>
              <w:spacing w:before="20" w:after="20"/>
              <w:ind w:firstLine="0"/>
            </w:pPr>
            <w:r>
              <w:rPr>
                <w:sz w:val="16"/>
              </w:rPr>
              <w:t>QA9A EU STATEMENTS: MORE CNTRY INFLUENCE FUT</w:t>
            </w:r>
          </w:p>
        </w:tc>
        <w:tc>
          <w:tcPr>
            <w:tcW w:w="3456" w:type="dxa"/>
          </w:tcPr>
          <w:p w14:paraId="407EA144" w14:textId="77777777" w:rsidR="004D342C" w:rsidRDefault="00000000">
            <w:pPr>
              <w:spacing w:before="20" w:after="20"/>
              <w:ind w:firstLine="0"/>
            </w:pPr>
            <w:r>
              <w:rPr>
                <w:sz w:val="16"/>
              </w:rPr>
              <w:t>1 tend to agree / 2 tend to disagree / 3 dont know</w:t>
            </w:r>
          </w:p>
        </w:tc>
        <w:tc>
          <w:tcPr>
            <w:tcW w:w="648" w:type="dxa"/>
          </w:tcPr>
          <w:p w14:paraId="54FD80F3" w14:textId="77777777" w:rsidR="004D342C" w:rsidRDefault="00000000">
            <w:pPr>
              <w:spacing w:before="20" w:after="20"/>
              <w:ind w:firstLine="0"/>
              <w:jc w:val="right"/>
            </w:pPr>
            <w:r>
              <w:rPr>
                <w:sz w:val="16"/>
              </w:rPr>
              <w:t>7</w:t>
            </w:r>
          </w:p>
        </w:tc>
      </w:tr>
      <w:tr w:rsidR="004D342C" w14:paraId="56CB2760" w14:textId="77777777">
        <w:trPr>
          <w:cantSplit/>
          <w:jc w:val="center"/>
        </w:trPr>
        <w:tc>
          <w:tcPr>
            <w:tcW w:w="1944" w:type="dxa"/>
          </w:tcPr>
          <w:p w14:paraId="2D7631A2" w14:textId="77777777" w:rsidR="004D342C" w:rsidRDefault="00000000">
            <w:pPr>
              <w:spacing w:before="20" w:after="20"/>
              <w:ind w:firstLine="0"/>
            </w:pPr>
            <w:r>
              <w:rPr>
                <w:sz w:val="16"/>
              </w:rPr>
              <w:t>epRcurrency</w:t>
            </w:r>
          </w:p>
        </w:tc>
        <w:tc>
          <w:tcPr>
            <w:tcW w:w="2880" w:type="dxa"/>
          </w:tcPr>
          <w:p w14:paraId="2A5AE779" w14:textId="77777777" w:rsidR="004D342C" w:rsidRDefault="00000000">
            <w:pPr>
              <w:spacing w:before="20" w:after="20"/>
              <w:ind w:firstLine="0"/>
            </w:pPr>
            <w:r>
              <w:rPr>
                <w:sz w:val="16"/>
              </w:rPr>
              <w:t>Q43 EP POLICY AREAS - CURRENCY</w:t>
            </w:r>
          </w:p>
        </w:tc>
        <w:tc>
          <w:tcPr>
            <w:tcW w:w="3456" w:type="dxa"/>
          </w:tcPr>
          <w:p w14:paraId="7C6EDBB4" w14:textId="77777777" w:rsidR="004D342C" w:rsidRDefault="00000000">
            <w:pPr>
              <w:spacing w:before="20" w:after="20"/>
              <w:ind w:firstLine="0"/>
            </w:pPr>
            <w:r>
              <w:rPr>
                <w:sz w:val="16"/>
              </w:rPr>
              <w:t>0 not mentioned / 1 mentioned</w:t>
            </w:r>
          </w:p>
        </w:tc>
        <w:tc>
          <w:tcPr>
            <w:tcW w:w="648" w:type="dxa"/>
          </w:tcPr>
          <w:p w14:paraId="43EF84EC" w14:textId="77777777" w:rsidR="004D342C" w:rsidRDefault="00000000">
            <w:pPr>
              <w:spacing w:before="20" w:after="20"/>
              <w:ind w:firstLine="0"/>
              <w:jc w:val="right"/>
            </w:pPr>
            <w:r>
              <w:rPr>
                <w:sz w:val="16"/>
              </w:rPr>
              <w:t>6</w:t>
            </w:r>
          </w:p>
        </w:tc>
      </w:tr>
      <w:tr w:rsidR="004D342C" w14:paraId="05FE9D56" w14:textId="77777777">
        <w:trPr>
          <w:cantSplit/>
          <w:jc w:val="center"/>
        </w:trPr>
        <w:tc>
          <w:tcPr>
            <w:tcW w:w="1944" w:type="dxa"/>
          </w:tcPr>
          <w:p w14:paraId="4AB27F51" w14:textId="77777777" w:rsidR="004D342C" w:rsidRDefault="00000000">
            <w:pPr>
              <w:spacing w:before="20" w:after="20"/>
              <w:ind w:firstLine="0"/>
            </w:pPr>
            <w:r>
              <w:rPr>
                <w:sz w:val="16"/>
              </w:rPr>
              <w:t>euperceivedemocratic</w:t>
            </w:r>
            <w:r>
              <w:rPr>
                <w:sz w:val="16"/>
              </w:rPr>
              <w:br/>
              <w:t>(perceiveEUdemocratic)</w:t>
            </w:r>
          </w:p>
        </w:tc>
        <w:tc>
          <w:tcPr>
            <w:tcW w:w="2880" w:type="dxa"/>
          </w:tcPr>
          <w:p w14:paraId="3CCB206A" w14:textId="77777777" w:rsidR="004D342C" w:rsidRDefault="00000000">
            <w:pPr>
              <w:spacing w:before="20" w:after="20"/>
              <w:ind w:firstLine="0"/>
            </w:pPr>
            <w:r>
              <w:rPr>
                <w:sz w:val="16"/>
              </w:rPr>
              <w:t>EU CONCEPT: DEMOCRATIC</w:t>
            </w:r>
          </w:p>
        </w:tc>
        <w:tc>
          <w:tcPr>
            <w:tcW w:w="3456" w:type="dxa"/>
          </w:tcPr>
          <w:p w14:paraId="57A7621D" w14:textId="77777777" w:rsidR="004D342C" w:rsidRDefault="00000000">
            <w:pPr>
              <w:spacing w:before="20" w:after="20"/>
              <w:ind w:firstLine="0"/>
            </w:pPr>
            <w:r>
              <w:rPr>
                <w:sz w:val="16"/>
              </w:rPr>
              <w:t>1 Describes very well / 2 Describes fairly well / 3 Describes fairly badly / 4 Describes very badly / 5 DK</w:t>
            </w:r>
          </w:p>
        </w:tc>
        <w:tc>
          <w:tcPr>
            <w:tcW w:w="648" w:type="dxa"/>
          </w:tcPr>
          <w:p w14:paraId="4B6BEA0C" w14:textId="77777777" w:rsidR="004D342C" w:rsidRDefault="00000000">
            <w:pPr>
              <w:spacing w:before="20" w:after="20"/>
              <w:ind w:firstLine="0"/>
              <w:jc w:val="right"/>
            </w:pPr>
            <w:r>
              <w:rPr>
                <w:sz w:val="16"/>
              </w:rPr>
              <w:t>6</w:t>
            </w:r>
          </w:p>
        </w:tc>
      </w:tr>
      <w:tr w:rsidR="004D342C" w14:paraId="31613AC9" w14:textId="77777777">
        <w:trPr>
          <w:cantSplit/>
          <w:jc w:val="center"/>
        </w:trPr>
        <w:tc>
          <w:tcPr>
            <w:tcW w:w="1944" w:type="dxa"/>
          </w:tcPr>
          <w:p w14:paraId="13E6B0F4" w14:textId="77777777" w:rsidR="004D342C" w:rsidRDefault="00000000">
            <w:pPr>
              <w:spacing w:before="20" w:after="20"/>
              <w:ind w:firstLine="0"/>
            </w:pPr>
            <w:r>
              <w:rPr>
                <w:sz w:val="16"/>
              </w:rPr>
              <w:t>euperceivemodern</w:t>
            </w:r>
            <w:r>
              <w:rPr>
                <w:sz w:val="16"/>
              </w:rPr>
              <w:br/>
              <w:t>(perceiveEUmodern)</w:t>
            </w:r>
          </w:p>
        </w:tc>
        <w:tc>
          <w:tcPr>
            <w:tcW w:w="2880" w:type="dxa"/>
          </w:tcPr>
          <w:p w14:paraId="141F49C6" w14:textId="77777777" w:rsidR="004D342C" w:rsidRDefault="00000000">
            <w:pPr>
              <w:spacing w:before="20" w:after="20"/>
              <w:ind w:firstLine="0"/>
            </w:pPr>
            <w:r>
              <w:rPr>
                <w:sz w:val="16"/>
              </w:rPr>
              <w:t>EU CONCEPT: MODERN</w:t>
            </w:r>
          </w:p>
        </w:tc>
        <w:tc>
          <w:tcPr>
            <w:tcW w:w="3456" w:type="dxa"/>
          </w:tcPr>
          <w:p w14:paraId="0F5DEF33" w14:textId="77777777" w:rsidR="004D342C" w:rsidRDefault="00000000">
            <w:pPr>
              <w:spacing w:before="20" w:after="20"/>
              <w:ind w:firstLine="0"/>
            </w:pPr>
            <w:r>
              <w:rPr>
                <w:sz w:val="16"/>
              </w:rPr>
              <w:t>1 Describes very well / 2 Describes fairly well / 3 Describes fairly badly / 4 Describes very badly / 5 DK</w:t>
            </w:r>
          </w:p>
        </w:tc>
        <w:tc>
          <w:tcPr>
            <w:tcW w:w="648" w:type="dxa"/>
          </w:tcPr>
          <w:p w14:paraId="21AE28D5" w14:textId="77777777" w:rsidR="004D342C" w:rsidRDefault="00000000">
            <w:pPr>
              <w:spacing w:before="20" w:after="20"/>
              <w:ind w:firstLine="0"/>
              <w:jc w:val="right"/>
            </w:pPr>
            <w:r>
              <w:rPr>
                <w:sz w:val="16"/>
              </w:rPr>
              <w:t>6</w:t>
            </w:r>
          </w:p>
        </w:tc>
      </w:tr>
      <w:tr w:rsidR="004D342C" w14:paraId="1937B0E8" w14:textId="77777777">
        <w:trPr>
          <w:cantSplit/>
          <w:jc w:val="center"/>
        </w:trPr>
        <w:tc>
          <w:tcPr>
            <w:tcW w:w="1944" w:type="dxa"/>
          </w:tcPr>
          <w:p w14:paraId="7A190ED4" w14:textId="77777777" w:rsidR="004D342C" w:rsidRDefault="00000000">
            <w:pPr>
              <w:spacing w:before="20" w:after="20"/>
              <w:ind w:firstLine="0"/>
            </w:pPr>
            <w:r>
              <w:rPr>
                <w:sz w:val="16"/>
              </w:rPr>
              <w:t>euperceiveprotective</w:t>
            </w:r>
            <w:r>
              <w:rPr>
                <w:sz w:val="16"/>
              </w:rPr>
              <w:br/>
              <w:t>(perceiveEUprotective)</w:t>
            </w:r>
          </w:p>
        </w:tc>
        <w:tc>
          <w:tcPr>
            <w:tcW w:w="2880" w:type="dxa"/>
          </w:tcPr>
          <w:p w14:paraId="2E5AC4BE" w14:textId="77777777" w:rsidR="004D342C" w:rsidRDefault="00000000">
            <w:pPr>
              <w:spacing w:before="20" w:after="20"/>
              <w:ind w:firstLine="0"/>
            </w:pPr>
            <w:r>
              <w:rPr>
                <w:sz w:val="16"/>
              </w:rPr>
              <w:t>EU CONCEPT: PROTECTIVE</w:t>
            </w:r>
          </w:p>
        </w:tc>
        <w:tc>
          <w:tcPr>
            <w:tcW w:w="3456" w:type="dxa"/>
          </w:tcPr>
          <w:p w14:paraId="6B3A6BE3" w14:textId="77777777" w:rsidR="004D342C" w:rsidRDefault="00000000">
            <w:pPr>
              <w:spacing w:before="20" w:after="20"/>
              <w:ind w:firstLine="0"/>
            </w:pPr>
            <w:r>
              <w:rPr>
                <w:sz w:val="16"/>
              </w:rPr>
              <w:t>1 Describes very well / 2 Describes fairly well / 3 Describes fairly badly / 4 Describes very badly / 5 DK</w:t>
            </w:r>
          </w:p>
        </w:tc>
        <w:tc>
          <w:tcPr>
            <w:tcW w:w="648" w:type="dxa"/>
          </w:tcPr>
          <w:p w14:paraId="3B49CC84" w14:textId="77777777" w:rsidR="004D342C" w:rsidRDefault="00000000">
            <w:pPr>
              <w:spacing w:before="20" w:after="20"/>
              <w:ind w:firstLine="0"/>
              <w:jc w:val="right"/>
            </w:pPr>
            <w:r>
              <w:rPr>
                <w:sz w:val="16"/>
              </w:rPr>
              <w:t>6</w:t>
            </w:r>
          </w:p>
        </w:tc>
      </w:tr>
      <w:tr w:rsidR="004D342C" w14:paraId="0B9CCA09" w14:textId="77777777">
        <w:trPr>
          <w:cantSplit/>
          <w:jc w:val="center"/>
        </w:trPr>
        <w:tc>
          <w:tcPr>
            <w:tcW w:w="1944" w:type="dxa"/>
          </w:tcPr>
          <w:p w14:paraId="088A7CAA" w14:textId="77777777" w:rsidR="004D342C" w:rsidRDefault="00000000">
            <w:pPr>
              <w:spacing w:before="20" w:after="20"/>
              <w:ind w:firstLine="0"/>
            </w:pPr>
            <w:r>
              <w:rPr>
                <w:sz w:val="16"/>
              </w:rPr>
              <w:t>epRconsumer</w:t>
            </w:r>
          </w:p>
        </w:tc>
        <w:tc>
          <w:tcPr>
            <w:tcW w:w="2880" w:type="dxa"/>
          </w:tcPr>
          <w:p w14:paraId="43DD4B11" w14:textId="77777777" w:rsidR="004D342C" w:rsidRDefault="00000000">
            <w:pPr>
              <w:spacing w:before="20" w:after="20"/>
              <w:ind w:firstLine="0"/>
            </w:pPr>
            <w:r>
              <w:rPr>
                <w:sz w:val="16"/>
              </w:rPr>
              <w:t>q50 ep policy areas: consumer protection</w:t>
            </w:r>
          </w:p>
        </w:tc>
        <w:tc>
          <w:tcPr>
            <w:tcW w:w="3456" w:type="dxa"/>
          </w:tcPr>
          <w:p w14:paraId="1B95A5B1" w14:textId="77777777" w:rsidR="004D342C" w:rsidRDefault="00000000">
            <w:pPr>
              <w:spacing w:before="20" w:after="20"/>
              <w:ind w:firstLine="0"/>
            </w:pPr>
            <w:r>
              <w:rPr>
                <w:sz w:val="16"/>
              </w:rPr>
              <w:t>0 not mentioned / 1 mentioned</w:t>
            </w:r>
          </w:p>
        </w:tc>
        <w:tc>
          <w:tcPr>
            <w:tcW w:w="648" w:type="dxa"/>
          </w:tcPr>
          <w:p w14:paraId="57023AF6" w14:textId="77777777" w:rsidR="004D342C" w:rsidRDefault="00000000">
            <w:pPr>
              <w:spacing w:before="20" w:after="20"/>
              <w:ind w:firstLine="0"/>
              <w:jc w:val="right"/>
            </w:pPr>
            <w:r>
              <w:rPr>
                <w:sz w:val="16"/>
              </w:rPr>
              <w:t>5</w:t>
            </w:r>
          </w:p>
        </w:tc>
      </w:tr>
      <w:tr w:rsidR="004D342C" w14:paraId="14B0070B" w14:textId="77777777">
        <w:trPr>
          <w:cantSplit/>
          <w:jc w:val="center"/>
        </w:trPr>
        <w:tc>
          <w:tcPr>
            <w:tcW w:w="1944" w:type="dxa"/>
          </w:tcPr>
          <w:p w14:paraId="18FF6682" w14:textId="77777777" w:rsidR="004D342C" w:rsidRDefault="00000000">
            <w:pPr>
              <w:spacing w:before="20" w:after="20"/>
              <w:ind w:firstLine="0"/>
            </w:pPr>
            <w:r>
              <w:rPr>
                <w:sz w:val="16"/>
              </w:rPr>
              <w:t>epReconomy</w:t>
            </w:r>
          </w:p>
        </w:tc>
        <w:tc>
          <w:tcPr>
            <w:tcW w:w="2880" w:type="dxa"/>
          </w:tcPr>
          <w:p w14:paraId="190C3549" w14:textId="77777777" w:rsidR="004D342C" w:rsidRDefault="00000000">
            <w:pPr>
              <w:spacing w:before="20" w:after="20"/>
              <w:ind w:firstLine="0"/>
            </w:pPr>
            <w:r>
              <w:rPr>
                <w:sz w:val="16"/>
              </w:rPr>
              <w:t>Q43 EP POLICY AREAS - ECONOMIC POLICY</w:t>
            </w:r>
          </w:p>
        </w:tc>
        <w:tc>
          <w:tcPr>
            <w:tcW w:w="3456" w:type="dxa"/>
          </w:tcPr>
          <w:p w14:paraId="046503DF" w14:textId="77777777" w:rsidR="004D342C" w:rsidRDefault="00000000">
            <w:pPr>
              <w:spacing w:before="20" w:after="20"/>
              <w:ind w:firstLine="0"/>
            </w:pPr>
            <w:r>
              <w:rPr>
                <w:sz w:val="16"/>
              </w:rPr>
              <w:t>0 not mentioned / 1 mentioned</w:t>
            </w:r>
          </w:p>
        </w:tc>
        <w:tc>
          <w:tcPr>
            <w:tcW w:w="648" w:type="dxa"/>
          </w:tcPr>
          <w:p w14:paraId="32522707" w14:textId="77777777" w:rsidR="004D342C" w:rsidRDefault="00000000">
            <w:pPr>
              <w:spacing w:before="20" w:after="20"/>
              <w:ind w:firstLine="0"/>
              <w:jc w:val="right"/>
            </w:pPr>
            <w:r>
              <w:rPr>
                <w:sz w:val="16"/>
              </w:rPr>
              <w:t>5</w:t>
            </w:r>
          </w:p>
        </w:tc>
      </w:tr>
      <w:tr w:rsidR="004D342C" w14:paraId="7C9BFF41" w14:textId="77777777">
        <w:trPr>
          <w:cantSplit/>
          <w:jc w:val="center"/>
        </w:trPr>
        <w:tc>
          <w:tcPr>
            <w:tcW w:w="1944" w:type="dxa"/>
          </w:tcPr>
          <w:p w14:paraId="400B001F" w14:textId="77777777" w:rsidR="004D342C" w:rsidRDefault="00000000">
            <w:pPr>
              <w:spacing w:before="20" w:after="20"/>
              <w:ind w:firstLine="0"/>
            </w:pPr>
            <w:r>
              <w:rPr>
                <w:sz w:val="16"/>
              </w:rPr>
              <w:t>epimage</w:t>
            </w:r>
          </w:p>
        </w:tc>
        <w:tc>
          <w:tcPr>
            <w:tcW w:w="2880" w:type="dxa"/>
          </w:tcPr>
          <w:p w14:paraId="011077E9" w14:textId="77777777" w:rsidR="004D342C" w:rsidRDefault="00000000">
            <w:pPr>
              <w:spacing w:before="20" w:after="20"/>
              <w:ind w:firstLine="0"/>
            </w:pPr>
            <w:r>
              <w:rPr>
                <w:sz w:val="16"/>
              </w:rPr>
              <w:t>QP5 EUROPEAN PARLIAMENT - IMAGE</w:t>
            </w:r>
          </w:p>
        </w:tc>
        <w:tc>
          <w:tcPr>
            <w:tcW w:w="3456" w:type="dxa"/>
          </w:tcPr>
          <w:p w14:paraId="6FD4E688" w14:textId="77777777" w:rsidR="004D342C" w:rsidRDefault="00000000">
            <w:pPr>
              <w:spacing w:before="20" w:after="20"/>
              <w:ind w:firstLine="0"/>
            </w:pPr>
            <w:r>
              <w:rPr>
                <w:sz w:val="16"/>
              </w:rPr>
              <w:t>1 Very positive / 2 Fairly positive / 3 Neutral / 4 Fairly negative / 5 Very negative / 6 DK</w:t>
            </w:r>
          </w:p>
        </w:tc>
        <w:tc>
          <w:tcPr>
            <w:tcW w:w="648" w:type="dxa"/>
          </w:tcPr>
          <w:p w14:paraId="559CD4C9" w14:textId="77777777" w:rsidR="004D342C" w:rsidRDefault="00000000">
            <w:pPr>
              <w:spacing w:before="20" w:after="20"/>
              <w:ind w:firstLine="0"/>
              <w:jc w:val="right"/>
            </w:pPr>
            <w:r>
              <w:rPr>
                <w:sz w:val="16"/>
              </w:rPr>
              <w:t>5</w:t>
            </w:r>
          </w:p>
        </w:tc>
      </w:tr>
      <w:tr w:rsidR="004D342C" w14:paraId="145F9A17" w14:textId="77777777">
        <w:trPr>
          <w:cantSplit/>
          <w:jc w:val="center"/>
        </w:trPr>
        <w:tc>
          <w:tcPr>
            <w:tcW w:w="1944" w:type="dxa"/>
          </w:tcPr>
          <w:p w14:paraId="079C5176" w14:textId="77777777" w:rsidR="004D342C" w:rsidRDefault="00000000">
            <w:pPr>
              <w:spacing w:before="20" w:after="20"/>
              <w:ind w:firstLine="0"/>
            </w:pPr>
            <w:r>
              <w:rPr>
                <w:sz w:val="16"/>
              </w:rPr>
              <w:t>euperceivetechnocratic</w:t>
            </w:r>
            <w:r>
              <w:rPr>
                <w:sz w:val="16"/>
              </w:rPr>
              <w:br/>
              <w:t>(perceiveEUtechnocratic)</w:t>
            </w:r>
          </w:p>
        </w:tc>
        <w:tc>
          <w:tcPr>
            <w:tcW w:w="2880" w:type="dxa"/>
          </w:tcPr>
          <w:p w14:paraId="12EDBE43" w14:textId="77777777" w:rsidR="004D342C" w:rsidRDefault="00000000">
            <w:pPr>
              <w:spacing w:before="20" w:after="20"/>
              <w:ind w:firstLine="0"/>
            </w:pPr>
            <w:r>
              <w:rPr>
                <w:sz w:val="16"/>
              </w:rPr>
              <w:t>EU CONCEPT: TECHNOCRATIC</w:t>
            </w:r>
          </w:p>
        </w:tc>
        <w:tc>
          <w:tcPr>
            <w:tcW w:w="3456" w:type="dxa"/>
          </w:tcPr>
          <w:p w14:paraId="45A8D220" w14:textId="77777777" w:rsidR="004D342C" w:rsidRDefault="00000000">
            <w:pPr>
              <w:spacing w:before="20" w:after="20"/>
              <w:ind w:firstLine="0"/>
            </w:pPr>
            <w:r>
              <w:rPr>
                <w:sz w:val="16"/>
              </w:rPr>
              <w:t>1 Describes very well / 2 Describes fairly well / 3 Describes fairly badly / 4 Describes very badly / 5 DK</w:t>
            </w:r>
          </w:p>
        </w:tc>
        <w:tc>
          <w:tcPr>
            <w:tcW w:w="648" w:type="dxa"/>
          </w:tcPr>
          <w:p w14:paraId="789201E5" w14:textId="77777777" w:rsidR="004D342C" w:rsidRDefault="00000000">
            <w:pPr>
              <w:spacing w:before="20" w:after="20"/>
              <w:ind w:firstLine="0"/>
              <w:jc w:val="right"/>
            </w:pPr>
            <w:r>
              <w:rPr>
                <w:sz w:val="16"/>
              </w:rPr>
              <w:t>5</w:t>
            </w:r>
          </w:p>
        </w:tc>
      </w:tr>
      <w:tr w:rsidR="004D342C" w14:paraId="0767C0DE" w14:textId="77777777">
        <w:trPr>
          <w:cantSplit/>
          <w:jc w:val="center"/>
        </w:trPr>
        <w:tc>
          <w:tcPr>
            <w:tcW w:w="1944" w:type="dxa"/>
          </w:tcPr>
          <w:p w14:paraId="32A72D69" w14:textId="77777777" w:rsidR="004D342C" w:rsidRDefault="00000000">
            <w:pPr>
              <w:spacing w:before="20" w:after="20"/>
              <w:ind w:firstLine="0"/>
            </w:pPr>
            <w:r>
              <w:rPr>
                <w:sz w:val="16"/>
              </w:rPr>
              <w:t>representCommission</w:t>
            </w:r>
          </w:p>
        </w:tc>
        <w:tc>
          <w:tcPr>
            <w:tcW w:w="2880" w:type="dxa"/>
          </w:tcPr>
          <w:p w14:paraId="5285F2CE" w14:textId="77777777" w:rsidR="004D342C" w:rsidRDefault="00000000">
            <w:pPr>
              <w:spacing w:before="20" w:after="20"/>
              <w:ind w:firstLine="0"/>
            </w:pPr>
            <w:r>
              <w:rPr>
                <w:sz w:val="16"/>
              </w:rPr>
              <w:t>q48a rely on: european commission</w:t>
            </w:r>
          </w:p>
        </w:tc>
        <w:tc>
          <w:tcPr>
            <w:tcW w:w="3456" w:type="dxa"/>
          </w:tcPr>
          <w:p w14:paraId="77C0A49F" w14:textId="77777777" w:rsidR="004D342C" w:rsidRDefault="00000000">
            <w:pPr>
              <w:spacing w:before="20" w:after="20"/>
              <w:ind w:firstLine="0"/>
            </w:pPr>
            <w:r>
              <w:rPr>
                <w:sz w:val="16"/>
              </w:rPr>
              <w:t>1 can rely on it / 2 cannot rely on it / 3 dont know</w:t>
            </w:r>
          </w:p>
        </w:tc>
        <w:tc>
          <w:tcPr>
            <w:tcW w:w="648" w:type="dxa"/>
          </w:tcPr>
          <w:p w14:paraId="34785528" w14:textId="77777777" w:rsidR="004D342C" w:rsidRDefault="00000000">
            <w:pPr>
              <w:spacing w:before="20" w:after="20"/>
              <w:ind w:firstLine="0"/>
              <w:jc w:val="right"/>
            </w:pPr>
            <w:r>
              <w:rPr>
                <w:sz w:val="16"/>
              </w:rPr>
              <w:t>5</w:t>
            </w:r>
          </w:p>
        </w:tc>
      </w:tr>
      <w:tr w:rsidR="004D342C" w14:paraId="4A087899" w14:textId="77777777">
        <w:trPr>
          <w:cantSplit/>
          <w:jc w:val="center"/>
        </w:trPr>
        <w:tc>
          <w:tcPr>
            <w:tcW w:w="1944" w:type="dxa"/>
          </w:tcPr>
          <w:p w14:paraId="325EB641" w14:textId="77777777" w:rsidR="004D342C" w:rsidRDefault="00000000">
            <w:pPr>
              <w:spacing w:before="20" w:after="20"/>
              <w:ind w:firstLine="0"/>
            </w:pPr>
            <w:r>
              <w:rPr>
                <w:sz w:val="16"/>
              </w:rPr>
              <w:t>representCouncil</w:t>
            </w:r>
          </w:p>
        </w:tc>
        <w:tc>
          <w:tcPr>
            <w:tcW w:w="2880" w:type="dxa"/>
          </w:tcPr>
          <w:p w14:paraId="76829887" w14:textId="77777777" w:rsidR="004D342C" w:rsidRDefault="00000000">
            <w:pPr>
              <w:spacing w:before="20" w:after="20"/>
              <w:ind w:firstLine="0"/>
            </w:pPr>
            <w:r>
              <w:rPr>
                <w:sz w:val="16"/>
              </w:rPr>
              <w:t>q48e rely on: council of ministers</w:t>
            </w:r>
          </w:p>
        </w:tc>
        <w:tc>
          <w:tcPr>
            <w:tcW w:w="3456" w:type="dxa"/>
          </w:tcPr>
          <w:p w14:paraId="0B2266BC" w14:textId="77777777" w:rsidR="004D342C" w:rsidRDefault="00000000">
            <w:pPr>
              <w:spacing w:before="20" w:after="20"/>
              <w:ind w:firstLine="0"/>
            </w:pPr>
            <w:r>
              <w:rPr>
                <w:sz w:val="16"/>
              </w:rPr>
              <w:t>1 can rely on it / 2 cannot rely on it / 3 dont know</w:t>
            </w:r>
          </w:p>
        </w:tc>
        <w:tc>
          <w:tcPr>
            <w:tcW w:w="648" w:type="dxa"/>
          </w:tcPr>
          <w:p w14:paraId="41CBFF28" w14:textId="77777777" w:rsidR="004D342C" w:rsidRDefault="00000000">
            <w:pPr>
              <w:spacing w:before="20" w:after="20"/>
              <w:ind w:firstLine="0"/>
              <w:jc w:val="right"/>
            </w:pPr>
            <w:r>
              <w:rPr>
                <w:sz w:val="16"/>
              </w:rPr>
              <w:t>5</w:t>
            </w:r>
          </w:p>
        </w:tc>
      </w:tr>
      <w:tr w:rsidR="004D342C" w14:paraId="249A446B" w14:textId="77777777">
        <w:trPr>
          <w:cantSplit/>
          <w:jc w:val="center"/>
        </w:trPr>
        <w:tc>
          <w:tcPr>
            <w:tcW w:w="1944" w:type="dxa"/>
          </w:tcPr>
          <w:p w14:paraId="420761F8" w14:textId="77777777" w:rsidR="004D342C" w:rsidRDefault="00000000">
            <w:pPr>
              <w:spacing w:before="20" w:after="20"/>
              <w:ind w:firstLine="0"/>
            </w:pPr>
            <w:r>
              <w:rPr>
                <w:sz w:val="16"/>
              </w:rPr>
              <w:t>representParliament</w:t>
            </w:r>
          </w:p>
        </w:tc>
        <w:tc>
          <w:tcPr>
            <w:tcW w:w="2880" w:type="dxa"/>
          </w:tcPr>
          <w:p w14:paraId="30463F83" w14:textId="77777777" w:rsidR="004D342C" w:rsidRDefault="00000000">
            <w:pPr>
              <w:spacing w:before="20" w:after="20"/>
              <w:ind w:firstLine="0"/>
            </w:pPr>
            <w:r>
              <w:rPr>
                <w:sz w:val="16"/>
              </w:rPr>
              <w:t>q48c rely on: european parliament</w:t>
            </w:r>
          </w:p>
        </w:tc>
        <w:tc>
          <w:tcPr>
            <w:tcW w:w="3456" w:type="dxa"/>
          </w:tcPr>
          <w:p w14:paraId="11FF44F5" w14:textId="77777777" w:rsidR="004D342C" w:rsidRDefault="00000000">
            <w:pPr>
              <w:spacing w:before="20" w:after="20"/>
              <w:ind w:firstLine="0"/>
            </w:pPr>
            <w:r>
              <w:rPr>
                <w:sz w:val="16"/>
              </w:rPr>
              <w:t>1 can rely on it / 2 cannot rely on it / 3 dont know</w:t>
            </w:r>
          </w:p>
        </w:tc>
        <w:tc>
          <w:tcPr>
            <w:tcW w:w="648" w:type="dxa"/>
          </w:tcPr>
          <w:p w14:paraId="09051F9B" w14:textId="77777777" w:rsidR="004D342C" w:rsidRDefault="00000000">
            <w:pPr>
              <w:spacing w:before="20" w:after="20"/>
              <w:ind w:firstLine="0"/>
              <w:jc w:val="right"/>
            </w:pPr>
            <w:r>
              <w:rPr>
                <w:sz w:val="16"/>
              </w:rPr>
              <w:t>5</w:t>
            </w:r>
          </w:p>
        </w:tc>
      </w:tr>
      <w:tr w:rsidR="004D342C" w14:paraId="46353493" w14:textId="77777777">
        <w:trPr>
          <w:cantSplit/>
          <w:jc w:val="center"/>
        </w:trPr>
        <w:tc>
          <w:tcPr>
            <w:tcW w:w="1944" w:type="dxa"/>
          </w:tcPr>
          <w:p w14:paraId="4D3F7ECF" w14:textId="77777777" w:rsidR="004D342C" w:rsidRDefault="00000000">
            <w:pPr>
              <w:spacing w:before="20" w:after="20"/>
              <w:ind w:firstLine="0"/>
            </w:pPr>
            <w:r>
              <w:rPr>
                <w:sz w:val="16"/>
              </w:rPr>
              <w:t>representnatlgovt</w:t>
            </w:r>
          </w:p>
        </w:tc>
        <w:tc>
          <w:tcPr>
            <w:tcW w:w="2880" w:type="dxa"/>
          </w:tcPr>
          <w:p w14:paraId="17F09F0C" w14:textId="77777777" w:rsidR="004D342C" w:rsidRDefault="00000000">
            <w:pPr>
              <w:spacing w:before="20" w:after="20"/>
              <w:ind w:firstLine="0"/>
            </w:pPr>
            <w:r>
              <w:rPr>
                <w:sz w:val="16"/>
              </w:rPr>
              <w:t>q48b rely on: national government</w:t>
            </w:r>
          </w:p>
        </w:tc>
        <w:tc>
          <w:tcPr>
            <w:tcW w:w="3456" w:type="dxa"/>
          </w:tcPr>
          <w:p w14:paraId="05124CA8" w14:textId="77777777" w:rsidR="004D342C" w:rsidRDefault="00000000">
            <w:pPr>
              <w:spacing w:before="20" w:after="20"/>
              <w:ind w:firstLine="0"/>
            </w:pPr>
            <w:r>
              <w:rPr>
                <w:sz w:val="16"/>
              </w:rPr>
              <w:t>1 can rely on it / 2 cannot rely on it / 3 dont know</w:t>
            </w:r>
          </w:p>
        </w:tc>
        <w:tc>
          <w:tcPr>
            <w:tcW w:w="648" w:type="dxa"/>
          </w:tcPr>
          <w:p w14:paraId="2A136C79" w14:textId="77777777" w:rsidR="004D342C" w:rsidRDefault="00000000">
            <w:pPr>
              <w:spacing w:before="20" w:after="20"/>
              <w:ind w:firstLine="0"/>
              <w:jc w:val="right"/>
            </w:pPr>
            <w:r>
              <w:rPr>
                <w:sz w:val="16"/>
              </w:rPr>
              <w:t>5</w:t>
            </w:r>
          </w:p>
        </w:tc>
      </w:tr>
      <w:tr w:rsidR="004D342C" w14:paraId="0487A830" w14:textId="77777777">
        <w:trPr>
          <w:cantSplit/>
          <w:jc w:val="center"/>
        </w:trPr>
        <w:tc>
          <w:tcPr>
            <w:tcW w:w="1944" w:type="dxa"/>
          </w:tcPr>
          <w:p w14:paraId="022EC459" w14:textId="77777777" w:rsidR="004D342C" w:rsidRDefault="00000000">
            <w:pPr>
              <w:spacing w:before="20" w:after="20"/>
              <w:ind w:firstLine="0"/>
            </w:pPr>
            <w:r>
              <w:rPr>
                <w:sz w:val="16"/>
              </w:rPr>
              <w:t>representnatlparl</w:t>
            </w:r>
          </w:p>
        </w:tc>
        <w:tc>
          <w:tcPr>
            <w:tcW w:w="2880" w:type="dxa"/>
          </w:tcPr>
          <w:p w14:paraId="572F2EBF" w14:textId="77777777" w:rsidR="004D342C" w:rsidRDefault="00000000">
            <w:pPr>
              <w:spacing w:before="20" w:after="20"/>
              <w:ind w:firstLine="0"/>
            </w:pPr>
            <w:r>
              <w:rPr>
                <w:sz w:val="16"/>
              </w:rPr>
              <w:t>q48d rely on: national parliament</w:t>
            </w:r>
          </w:p>
        </w:tc>
        <w:tc>
          <w:tcPr>
            <w:tcW w:w="3456" w:type="dxa"/>
          </w:tcPr>
          <w:p w14:paraId="482139DE" w14:textId="77777777" w:rsidR="004D342C" w:rsidRDefault="00000000">
            <w:pPr>
              <w:spacing w:before="20" w:after="20"/>
              <w:ind w:firstLine="0"/>
            </w:pPr>
            <w:r>
              <w:rPr>
                <w:sz w:val="16"/>
              </w:rPr>
              <w:t>1 can rely on it / 2 cannot rely on it / 3 dont know</w:t>
            </w:r>
          </w:p>
        </w:tc>
        <w:tc>
          <w:tcPr>
            <w:tcW w:w="648" w:type="dxa"/>
          </w:tcPr>
          <w:p w14:paraId="3DB5DA62" w14:textId="77777777" w:rsidR="004D342C" w:rsidRDefault="00000000">
            <w:pPr>
              <w:spacing w:before="20" w:after="20"/>
              <w:ind w:firstLine="0"/>
              <w:jc w:val="right"/>
            </w:pPr>
            <w:r>
              <w:rPr>
                <w:sz w:val="16"/>
              </w:rPr>
              <w:t>5</w:t>
            </w:r>
          </w:p>
        </w:tc>
      </w:tr>
      <w:tr w:rsidR="004D342C" w14:paraId="25D32D9C" w14:textId="77777777">
        <w:trPr>
          <w:cantSplit/>
          <w:jc w:val="center"/>
        </w:trPr>
        <w:tc>
          <w:tcPr>
            <w:tcW w:w="1944" w:type="dxa"/>
          </w:tcPr>
          <w:p w14:paraId="634BF0F5" w14:textId="77777777" w:rsidR="004D342C" w:rsidRDefault="00000000">
            <w:pPr>
              <w:spacing w:before="20" w:after="20"/>
              <w:ind w:firstLine="0"/>
            </w:pPr>
            <w:r>
              <w:rPr>
                <w:sz w:val="16"/>
              </w:rPr>
              <w:t>epRdefence</w:t>
            </w:r>
          </w:p>
        </w:tc>
        <w:tc>
          <w:tcPr>
            <w:tcW w:w="2880" w:type="dxa"/>
          </w:tcPr>
          <w:p w14:paraId="7367D7B1" w14:textId="77777777" w:rsidR="004D342C" w:rsidRDefault="00000000">
            <w:pPr>
              <w:spacing w:before="20" w:after="20"/>
              <w:ind w:firstLine="0"/>
            </w:pPr>
            <w:r>
              <w:rPr>
                <w:sz w:val="16"/>
              </w:rPr>
              <w:t>q38 ep policy areas defence</w:t>
            </w:r>
          </w:p>
        </w:tc>
        <w:tc>
          <w:tcPr>
            <w:tcW w:w="3456" w:type="dxa"/>
          </w:tcPr>
          <w:p w14:paraId="71CAA8B2" w14:textId="77777777" w:rsidR="004D342C" w:rsidRDefault="00000000">
            <w:pPr>
              <w:spacing w:before="20" w:after="20"/>
              <w:ind w:firstLine="0"/>
            </w:pPr>
            <w:r>
              <w:rPr>
                <w:sz w:val="16"/>
              </w:rPr>
              <w:t>0 not mentioned / 1 mentioned</w:t>
            </w:r>
          </w:p>
        </w:tc>
        <w:tc>
          <w:tcPr>
            <w:tcW w:w="648" w:type="dxa"/>
          </w:tcPr>
          <w:p w14:paraId="06B69733" w14:textId="77777777" w:rsidR="004D342C" w:rsidRDefault="00000000">
            <w:pPr>
              <w:spacing w:before="20" w:after="20"/>
              <w:ind w:firstLine="0"/>
              <w:jc w:val="right"/>
            </w:pPr>
            <w:r>
              <w:rPr>
                <w:sz w:val="16"/>
              </w:rPr>
              <w:t>4</w:t>
            </w:r>
          </w:p>
        </w:tc>
      </w:tr>
      <w:tr w:rsidR="004D342C" w14:paraId="71000016" w14:textId="77777777">
        <w:trPr>
          <w:cantSplit/>
          <w:jc w:val="center"/>
        </w:trPr>
        <w:tc>
          <w:tcPr>
            <w:tcW w:w="1944" w:type="dxa"/>
          </w:tcPr>
          <w:p w14:paraId="71000017" w14:textId="77777777" w:rsidR="004D342C" w:rsidRDefault="00000000">
            <w:pPr>
              <w:spacing w:before="20" w:after="20"/>
              <w:ind w:firstLine="0"/>
            </w:pPr>
            <w:r>
              <w:rPr>
                <w:sz w:val="16"/>
              </w:rPr>
              <w:t>eugovtlastword</w:t>
            </w:r>
          </w:p>
        </w:tc>
        <w:tc>
          <w:tcPr>
            <w:tcW w:w="2880" w:type="dxa"/>
          </w:tcPr>
          <w:p w14:paraId="71000018" w14:textId="77777777" w:rsidR="004D342C" w:rsidRDefault="00000000">
            <w:pPr>
              <w:spacing w:before="20" w:after="20"/>
              <w:ind w:firstLine="0"/>
            </w:pPr>
            <w:r>
              <w:rPr>
                <w:sz w:val="16"/>
              </w:rPr>
              <w:t>PREFERRED LEVEL FOR SOLVING COUNTRY PROBLEMS - NATIONAL / TOGETHER / EUROPEAN GOVERNMENT</w:t>
            </w:r>
          </w:p>
        </w:tc>
        <w:tc>
          <w:tcPr>
            <w:tcW w:w="3456" w:type="dxa"/>
          </w:tcPr>
          <w:p w14:paraId="71000019" w14:textId="77777777" w:rsidR="004D342C" w:rsidRDefault="00000000">
            <w:pPr>
              <w:spacing w:before="20" w:after="20"/>
              <w:ind w:firstLine="0"/>
            </w:pPr>
            <w:r>
              <w:rPr>
                <w:sz w:val="16"/>
              </w:rPr>
              <w:t>1 national government acts on its own / 2 governments act together, each keeps the last word / 3 an elected European parliament and a true European government / 4 none of these / other answer</w:t>
            </w:r>
          </w:p>
        </w:tc>
        <w:tc>
          <w:tcPr>
            <w:tcW w:w="648" w:type="dxa"/>
          </w:tcPr>
          <w:p w14:paraId="7100001A" w14:textId="77777777" w:rsidR="004D342C" w:rsidRDefault="00000000">
            <w:pPr>
              <w:spacing w:before="20" w:after="20"/>
              <w:ind w:firstLine="0"/>
              <w:jc w:val="right"/>
            </w:pPr>
            <w:r>
              <w:rPr>
                <w:sz w:val="16"/>
              </w:rPr>
              <w:t>4</w:t>
            </w:r>
          </w:p>
        </w:tc>
      </w:tr>
      <w:tr w:rsidR="004D342C" w14:paraId="0A4217AC" w14:textId="77777777">
        <w:trPr>
          <w:cantSplit/>
          <w:jc w:val="center"/>
        </w:trPr>
        <w:tc>
          <w:tcPr>
            <w:tcW w:w="1944" w:type="dxa"/>
          </w:tcPr>
          <w:p w14:paraId="31898859" w14:textId="77777777" w:rsidR="004D342C" w:rsidRDefault="00000000">
            <w:pPr>
              <w:spacing w:before="20" w:after="20"/>
              <w:ind w:firstLine="0"/>
            </w:pPr>
            <w:r>
              <w:rPr>
                <w:sz w:val="16"/>
              </w:rPr>
              <w:t>effectonRep</w:t>
            </w:r>
            <w:r>
              <w:rPr>
                <w:sz w:val="16"/>
              </w:rPr>
              <w:br/>
              <w:t>(epeffectonR)</w:t>
            </w:r>
          </w:p>
        </w:tc>
        <w:tc>
          <w:tcPr>
            <w:tcW w:w="2880" w:type="dxa"/>
          </w:tcPr>
          <w:p w14:paraId="04408D89" w14:textId="77777777" w:rsidR="004D342C" w:rsidRDefault="00000000">
            <w:pPr>
              <w:spacing w:before="20" w:after="20"/>
              <w:ind w:firstLine="0"/>
            </w:pPr>
            <w:r>
              <w:rPr>
                <w:sz w:val="16"/>
              </w:rPr>
              <w:t>q.45. - 4. please consider each of the f</w:t>
            </w:r>
          </w:p>
        </w:tc>
        <w:tc>
          <w:tcPr>
            <w:tcW w:w="3456" w:type="dxa"/>
          </w:tcPr>
          <w:p w14:paraId="3B827405" w14:textId="77777777" w:rsidR="004D342C" w:rsidRDefault="00000000">
            <w:pPr>
              <w:spacing w:before="20" w:after="20"/>
              <w:ind w:firstLine="0"/>
            </w:pPr>
            <w:r>
              <w:rPr>
                <w:sz w:val="16"/>
              </w:rPr>
              <w:t>1 great effect / 2 some effect / 3 no effect / 4 dk</w:t>
            </w:r>
          </w:p>
        </w:tc>
        <w:tc>
          <w:tcPr>
            <w:tcW w:w="648" w:type="dxa"/>
          </w:tcPr>
          <w:p w14:paraId="16A9C6F3" w14:textId="77777777" w:rsidR="004D342C" w:rsidRDefault="00000000">
            <w:pPr>
              <w:spacing w:before="20" w:after="20"/>
              <w:ind w:firstLine="0"/>
              <w:jc w:val="right"/>
            </w:pPr>
            <w:r>
              <w:rPr>
                <w:sz w:val="16"/>
              </w:rPr>
              <w:t>3</w:t>
            </w:r>
          </w:p>
        </w:tc>
      </w:tr>
      <w:tr w:rsidR="004D342C" w14:paraId="52D420F4" w14:textId="77777777">
        <w:trPr>
          <w:cantSplit/>
          <w:jc w:val="center"/>
        </w:trPr>
        <w:tc>
          <w:tcPr>
            <w:tcW w:w="1944" w:type="dxa"/>
          </w:tcPr>
          <w:p w14:paraId="2492C839" w14:textId="77777777" w:rsidR="004D342C" w:rsidRDefault="00000000">
            <w:pPr>
              <w:spacing w:before="20" w:after="20"/>
              <w:ind w:firstLine="0"/>
            </w:pPr>
            <w:r>
              <w:rPr>
                <w:sz w:val="16"/>
              </w:rPr>
              <w:lastRenderedPageBreak/>
              <w:t>epRcurrency2</w:t>
            </w:r>
          </w:p>
        </w:tc>
        <w:tc>
          <w:tcPr>
            <w:tcW w:w="2880" w:type="dxa"/>
          </w:tcPr>
          <w:p w14:paraId="2E180907" w14:textId="77777777" w:rsidR="004D342C" w:rsidRDefault="00000000">
            <w:pPr>
              <w:spacing w:before="20" w:after="20"/>
              <w:ind w:firstLine="0"/>
            </w:pPr>
            <w:r>
              <w:rPr>
                <w:sz w:val="16"/>
              </w:rPr>
              <w:t>q38 ep policy areas currency/economy</w:t>
            </w:r>
          </w:p>
        </w:tc>
        <w:tc>
          <w:tcPr>
            <w:tcW w:w="3456" w:type="dxa"/>
          </w:tcPr>
          <w:p w14:paraId="6B1F0E9B" w14:textId="77777777" w:rsidR="004D342C" w:rsidRDefault="00000000">
            <w:pPr>
              <w:spacing w:before="20" w:after="20"/>
              <w:ind w:firstLine="0"/>
            </w:pPr>
            <w:r>
              <w:rPr>
                <w:sz w:val="16"/>
              </w:rPr>
              <w:t>0 not mentioned / 1 mentioned</w:t>
            </w:r>
          </w:p>
        </w:tc>
        <w:tc>
          <w:tcPr>
            <w:tcW w:w="648" w:type="dxa"/>
          </w:tcPr>
          <w:p w14:paraId="218051F0" w14:textId="77777777" w:rsidR="004D342C" w:rsidRDefault="00000000">
            <w:pPr>
              <w:spacing w:before="20" w:after="20"/>
              <w:ind w:firstLine="0"/>
              <w:jc w:val="right"/>
            </w:pPr>
            <w:r>
              <w:rPr>
                <w:sz w:val="16"/>
              </w:rPr>
              <w:t>3</w:t>
            </w:r>
          </w:p>
        </w:tc>
      </w:tr>
      <w:tr w:rsidR="004D342C" w14:paraId="1E2B1DCA" w14:textId="77777777">
        <w:trPr>
          <w:cantSplit/>
          <w:jc w:val="center"/>
        </w:trPr>
        <w:tc>
          <w:tcPr>
            <w:tcW w:w="1944" w:type="dxa"/>
          </w:tcPr>
          <w:p w14:paraId="2F011665" w14:textId="77777777" w:rsidR="004D342C" w:rsidRDefault="00000000">
            <w:pPr>
              <w:spacing w:before="20" w:after="20"/>
              <w:ind w:firstLine="0"/>
            </w:pPr>
            <w:r>
              <w:rPr>
                <w:sz w:val="16"/>
              </w:rPr>
              <w:t>epRenvironment2</w:t>
            </w:r>
          </w:p>
        </w:tc>
        <w:tc>
          <w:tcPr>
            <w:tcW w:w="2880" w:type="dxa"/>
          </w:tcPr>
          <w:p w14:paraId="57C4EDCB" w14:textId="77777777" w:rsidR="004D342C" w:rsidRDefault="00000000">
            <w:pPr>
              <w:spacing w:before="20" w:after="20"/>
              <w:ind w:firstLine="0"/>
            </w:pPr>
            <w:r>
              <w:rPr>
                <w:sz w:val="16"/>
              </w:rPr>
              <w:t>q38 ep policy areas environment</w:t>
            </w:r>
          </w:p>
        </w:tc>
        <w:tc>
          <w:tcPr>
            <w:tcW w:w="3456" w:type="dxa"/>
          </w:tcPr>
          <w:p w14:paraId="38E35B10" w14:textId="77777777" w:rsidR="004D342C" w:rsidRDefault="00000000">
            <w:pPr>
              <w:spacing w:before="20" w:after="20"/>
              <w:ind w:firstLine="0"/>
            </w:pPr>
            <w:r>
              <w:rPr>
                <w:sz w:val="16"/>
              </w:rPr>
              <w:t>0 not mentioned / 1 mentioned</w:t>
            </w:r>
          </w:p>
        </w:tc>
        <w:tc>
          <w:tcPr>
            <w:tcW w:w="648" w:type="dxa"/>
          </w:tcPr>
          <w:p w14:paraId="0529583F" w14:textId="77777777" w:rsidR="004D342C" w:rsidRDefault="00000000">
            <w:pPr>
              <w:spacing w:before="20" w:after="20"/>
              <w:ind w:firstLine="0"/>
              <w:jc w:val="right"/>
            </w:pPr>
            <w:r>
              <w:rPr>
                <w:sz w:val="16"/>
              </w:rPr>
              <w:t>3</w:t>
            </w:r>
          </w:p>
        </w:tc>
      </w:tr>
      <w:tr w:rsidR="004D342C" w14:paraId="37E69154" w14:textId="77777777">
        <w:trPr>
          <w:cantSplit/>
          <w:jc w:val="center"/>
        </w:trPr>
        <w:tc>
          <w:tcPr>
            <w:tcW w:w="1944" w:type="dxa"/>
          </w:tcPr>
          <w:p w14:paraId="77228AFF" w14:textId="77777777" w:rsidR="004D342C" w:rsidRDefault="00000000">
            <w:pPr>
              <w:spacing w:before="20" w:after="20"/>
              <w:ind w:firstLine="0"/>
            </w:pPr>
            <w:r>
              <w:rPr>
                <w:sz w:val="16"/>
              </w:rPr>
              <w:t>epRforeign2</w:t>
            </w:r>
          </w:p>
        </w:tc>
        <w:tc>
          <w:tcPr>
            <w:tcW w:w="2880" w:type="dxa"/>
          </w:tcPr>
          <w:p w14:paraId="033B56D2" w14:textId="77777777" w:rsidR="004D342C" w:rsidRDefault="00000000">
            <w:pPr>
              <w:spacing w:before="20" w:after="20"/>
              <w:ind w:firstLine="0"/>
            </w:pPr>
            <w:r>
              <w:rPr>
                <w:sz w:val="16"/>
              </w:rPr>
              <w:t>q38 ep policy areas foreign policy</w:t>
            </w:r>
          </w:p>
        </w:tc>
        <w:tc>
          <w:tcPr>
            <w:tcW w:w="3456" w:type="dxa"/>
          </w:tcPr>
          <w:p w14:paraId="167E6546" w14:textId="77777777" w:rsidR="004D342C" w:rsidRDefault="00000000">
            <w:pPr>
              <w:spacing w:before="20" w:after="20"/>
              <w:ind w:firstLine="0"/>
            </w:pPr>
            <w:r>
              <w:rPr>
                <w:sz w:val="16"/>
              </w:rPr>
              <w:t>0 not mentioned / 1 mentioned</w:t>
            </w:r>
          </w:p>
        </w:tc>
        <w:tc>
          <w:tcPr>
            <w:tcW w:w="648" w:type="dxa"/>
          </w:tcPr>
          <w:p w14:paraId="09FFDDA4" w14:textId="77777777" w:rsidR="004D342C" w:rsidRDefault="00000000">
            <w:pPr>
              <w:spacing w:before="20" w:after="20"/>
              <w:ind w:firstLine="0"/>
              <w:jc w:val="right"/>
            </w:pPr>
            <w:r>
              <w:rPr>
                <w:sz w:val="16"/>
              </w:rPr>
              <w:t>3</w:t>
            </w:r>
          </w:p>
        </w:tc>
      </w:tr>
      <w:tr w:rsidR="004D342C" w14:paraId="35E80B60" w14:textId="77777777">
        <w:trPr>
          <w:cantSplit/>
          <w:jc w:val="center"/>
        </w:trPr>
        <w:tc>
          <w:tcPr>
            <w:tcW w:w="1944" w:type="dxa"/>
          </w:tcPr>
          <w:p w14:paraId="23621890" w14:textId="77777777" w:rsidR="004D342C" w:rsidRDefault="00000000">
            <w:pPr>
              <w:spacing w:before="20" w:after="20"/>
              <w:ind w:firstLine="0"/>
            </w:pPr>
            <w:r>
              <w:rPr>
                <w:sz w:val="16"/>
              </w:rPr>
              <w:t>epRwelfare</w:t>
            </w:r>
          </w:p>
        </w:tc>
        <w:tc>
          <w:tcPr>
            <w:tcW w:w="2880" w:type="dxa"/>
          </w:tcPr>
          <w:p w14:paraId="05550603" w14:textId="77777777" w:rsidR="004D342C" w:rsidRDefault="00000000">
            <w:pPr>
              <w:spacing w:before="20" w:after="20"/>
              <w:ind w:firstLine="0"/>
            </w:pPr>
            <w:r>
              <w:rPr>
                <w:sz w:val="16"/>
              </w:rPr>
              <w:t>q38 ep policy areas health/welfare</w:t>
            </w:r>
          </w:p>
        </w:tc>
        <w:tc>
          <w:tcPr>
            <w:tcW w:w="3456" w:type="dxa"/>
          </w:tcPr>
          <w:p w14:paraId="29D44F53" w14:textId="77777777" w:rsidR="004D342C" w:rsidRDefault="00000000">
            <w:pPr>
              <w:spacing w:before="20" w:after="20"/>
              <w:ind w:firstLine="0"/>
            </w:pPr>
            <w:r>
              <w:rPr>
                <w:sz w:val="16"/>
              </w:rPr>
              <w:t>0 not mentioned / 1 mentioned</w:t>
            </w:r>
          </w:p>
        </w:tc>
        <w:tc>
          <w:tcPr>
            <w:tcW w:w="648" w:type="dxa"/>
          </w:tcPr>
          <w:p w14:paraId="50F3D966" w14:textId="77777777" w:rsidR="004D342C" w:rsidRDefault="00000000">
            <w:pPr>
              <w:spacing w:before="20" w:after="20"/>
              <w:ind w:firstLine="0"/>
              <w:jc w:val="right"/>
            </w:pPr>
            <w:r>
              <w:rPr>
                <w:sz w:val="16"/>
              </w:rPr>
              <w:t>3</w:t>
            </w:r>
          </w:p>
        </w:tc>
      </w:tr>
      <w:tr w:rsidR="004D342C" w14:paraId="49AA93AF" w14:textId="77777777">
        <w:trPr>
          <w:cantSplit/>
          <w:jc w:val="center"/>
        </w:trPr>
        <w:tc>
          <w:tcPr>
            <w:tcW w:w="1944" w:type="dxa"/>
          </w:tcPr>
          <w:p w14:paraId="22093C3E" w14:textId="77777777" w:rsidR="004D342C" w:rsidRDefault="00000000">
            <w:pPr>
              <w:spacing w:before="20" w:after="20"/>
              <w:ind w:firstLine="0"/>
            </w:pPr>
            <w:r>
              <w:rPr>
                <w:sz w:val="16"/>
              </w:rPr>
              <w:t>epinterests</w:t>
            </w:r>
          </w:p>
        </w:tc>
        <w:tc>
          <w:tcPr>
            <w:tcW w:w="2880" w:type="dxa"/>
          </w:tcPr>
          <w:p w14:paraId="5758CC3F" w14:textId="77777777" w:rsidR="004D342C" w:rsidRDefault="00000000">
            <w:pPr>
              <w:spacing w:before="20" w:after="20"/>
              <w:ind w:firstLine="0"/>
            </w:pPr>
            <w:r>
              <w:rPr>
                <w:sz w:val="16"/>
              </w:rPr>
              <w:t>q.46. - 1. for each of the following sta</w:t>
            </w:r>
          </w:p>
        </w:tc>
        <w:tc>
          <w:tcPr>
            <w:tcW w:w="3456" w:type="dxa"/>
          </w:tcPr>
          <w:p w14:paraId="04A06FCC" w14:textId="77777777" w:rsidR="004D342C" w:rsidRDefault="00000000">
            <w:pPr>
              <w:spacing w:before="20" w:after="20"/>
              <w:ind w:firstLine="0"/>
            </w:pPr>
            <w:r>
              <w:rPr>
                <w:sz w:val="16"/>
              </w:rPr>
              <w:t>1 totally agree / 2 tend to agree / 3 tend to disagree / 4 totally disagree / 5 dont know</w:t>
            </w:r>
          </w:p>
        </w:tc>
        <w:tc>
          <w:tcPr>
            <w:tcW w:w="648" w:type="dxa"/>
          </w:tcPr>
          <w:p w14:paraId="19ED8F99" w14:textId="77777777" w:rsidR="004D342C" w:rsidRDefault="00000000">
            <w:pPr>
              <w:spacing w:before="20" w:after="20"/>
              <w:ind w:firstLine="0"/>
              <w:jc w:val="right"/>
            </w:pPr>
            <w:r>
              <w:rPr>
                <w:sz w:val="16"/>
              </w:rPr>
              <w:t>3</w:t>
            </w:r>
          </w:p>
        </w:tc>
      </w:tr>
      <w:tr w:rsidR="004D342C" w14:paraId="5C34BC5C" w14:textId="77777777">
        <w:trPr>
          <w:cantSplit/>
          <w:jc w:val="center"/>
        </w:trPr>
        <w:tc>
          <w:tcPr>
            <w:tcW w:w="1944" w:type="dxa"/>
          </w:tcPr>
          <w:p w14:paraId="2FF075C5" w14:textId="77777777" w:rsidR="004D342C" w:rsidRDefault="00000000">
            <w:pPr>
              <w:spacing w:before="20" w:after="20"/>
              <w:ind w:firstLine="0"/>
            </w:pPr>
            <w:r>
              <w:rPr>
                <w:sz w:val="16"/>
              </w:rPr>
              <w:t>epperceivedemocratic</w:t>
            </w:r>
            <w:r>
              <w:rPr>
                <w:sz w:val="16"/>
              </w:rPr>
              <w:br/>
              <w:t>(perceiveEPdemocratic)</w:t>
            </w:r>
          </w:p>
        </w:tc>
        <w:tc>
          <w:tcPr>
            <w:tcW w:w="2880" w:type="dxa"/>
          </w:tcPr>
          <w:p w14:paraId="36E2CE33" w14:textId="77777777" w:rsidR="004D342C" w:rsidRDefault="00000000">
            <w:pPr>
              <w:spacing w:before="20" w:after="20"/>
              <w:ind w:firstLine="0"/>
            </w:pPr>
            <w:r>
              <w:rPr>
                <w:sz w:val="16"/>
              </w:rPr>
              <w:t>QP4 EUROP PARLIAM PERCEPTION: DEMOCRATIC</w:t>
            </w:r>
          </w:p>
        </w:tc>
        <w:tc>
          <w:tcPr>
            <w:tcW w:w="3456" w:type="dxa"/>
          </w:tcPr>
          <w:p w14:paraId="360D46E1" w14:textId="77777777" w:rsidR="004D342C" w:rsidRDefault="00000000">
            <w:pPr>
              <w:spacing w:before="20" w:after="20"/>
              <w:ind w:firstLine="0"/>
            </w:pPr>
            <w:r>
              <w:rPr>
                <w:sz w:val="16"/>
              </w:rPr>
              <w:t>1 Describes very well / 2 Describes fairly well / 3 Describes fairly badly / 4 Describes very badly / 5 DK</w:t>
            </w:r>
          </w:p>
        </w:tc>
        <w:tc>
          <w:tcPr>
            <w:tcW w:w="648" w:type="dxa"/>
          </w:tcPr>
          <w:p w14:paraId="3665031A" w14:textId="77777777" w:rsidR="004D342C" w:rsidRDefault="00000000">
            <w:pPr>
              <w:spacing w:before="20" w:after="20"/>
              <w:ind w:firstLine="0"/>
              <w:jc w:val="right"/>
            </w:pPr>
            <w:r>
              <w:rPr>
                <w:sz w:val="16"/>
              </w:rPr>
              <w:t>3</w:t>
            </w:r>
          </w:p>
        </w:tc>
      </w:tr>
      <w:tr w:rsidR="004D342C" w14:paraId="4A54CECB" w14:textId="77777777">
        <w:trPr>
          <w:cantSplit/>
          <w:jc w:val="center"/>
        </w:trPr>
        <w:tc>
          <w:tcPr>
            <w:tcW w:w="1944" w:type="dxa"/>
          </w:tcPr>
          <w:p w14:paraId="6E2AECF0" w14:textId="77777777" w:rsidR="004D342C" w:rsidRDefault="00000000">
            <w:pPr>
              <w:spacing w:before="20" w:after="20"/>
              <w:ind w:firstLine="0"/>
            </w:pPr>
            <w:r>
              <w:rPr>
                <w:sz w:val="16"/>
              </w:rPr>
              <w:t>epperceivedynamic</w:t>
            </w:r>
            <w:r>
              <w:rPr>
                <w:sz w:val="16"/>
              </w:rPr>
              <w:br/>
              <w:t>(perceiveEPdynamic)</w:t>
            </w:r>
          </w:p>
        </w:tc>
        <w:tc>
          <w:tcPr>
            <w:tcW w:w="2880" w:type="dxa"/>
          </w:tcPr>
          <w:p w14:paraId="7FD09304" w14:textId="77777777" w:rsidR="004D342C" w:rsidRDefault="00000000">
            <w:pPr>
              <w:spacing w:before="20" w:after="20"/>
              <w:ind w:firstLine="0"/>
            </w:pPr>
            <w:r>
              <w:rPr>
                <w:sz w:val="16"/>
              </w:rPr>
              <w:t>QP4 EUROP PARLIAM PERCEPTION: DYNAMIC</w:t>
            </w:r>
          </w:p>
        </w:tc>
        <w:tc>
          <w:tcPr>
            <w:tcW w:w="3456" w:type="dxa"/>
          </w:tcPr>
          <w:p w14:paraId="7FA50CF1" w14:textId="77777777" w:rsidR="004D342C" w:rsidRDefault="00000000">
            <w:pPr>
              <w:spacing w:before="20" w:after="20"/>
              <w:ind w:firstLine="0"/>
            </w:pPr>
            <w:r>
              <w:rPr>
                <w:sz w:val="16"/>
              </w:rPr>
              <w:t>1 Describes very well / 2 Describes fairly well / 3 Describes fairly badly / 4 Describes very badly / 5 DK</w:t>
            </w:r>
          </w:p>
        </w:tc>
        <w:tc>
          <w:tcPr>
            <w:tcW w:w="648" w:type="dxa"/>
          </w:tcPr>
          <w:p w14:paraId="79EE6991" w14:textId="77777777" w:rsidR="004D342C" w:rsidRDefault="00000000">
            <w:pPr>
              <w:spacing w:before="20" w:after="20"/>
              <w:ind w:firstLine="0"/>
              <w:jc w:val="right"/>
            </w:pPr>
            <w:r>
              <w:rPr>
                <w:sz w:val="16"/>
              </w:rPr>
              <w:t>3</w:t>
            </w:r>
          </w:p>
        </w:tc>
      </w:tr>
      <w:tr w:rsidR="004D342C" w14:paraId="59D3B501" w14:textId="77777777">
        <w:trPr>
          <w:cantSplit/>
          <w:jc w:val="center"/>
        </w:trPr>
        <w:tc>
          <w:tcPr>
            <w:tcW w:w="1944" w:type="dxa"/>
          </w:tcPr>
          <w:p w14:paraId="328E29F9" w14:textId="77777777" w:rsidR="004D342C" w:rsidRDefault="00000000">
            <w:pPr>
              <w:spacing w:before="20" w:after="20"/>
              <w:ind w:firstLine="0"/>
            </w:pPr>
            <w:r>
              <w:rPr>
                <w:sz w:val="16"/>
              </w:rPr>
              <w:t>epperceiveinefficient</w:t>
            </w:r>
            <w:r>
              <w:rPr>
                <w:sz w:val="16"/>
              </w:rPr>
              <w:br/>
              <w:t>(perceiveEPinefficient)</w:t>
            </w:r>
          </w:p>
        </w:tc>
        <w:tc>
          <w:tcPr>
            <w:tcW w:w="2880" w:type="dxa"/>
          </w:tcPr>
          <w:p w14:paraId="12ED0256" w14:textId="77777777" w:rsidR="004D342C" w:rsidRDefault="00000000">
            <w:pPr>
              <w:spacing w:before="20" w:after="20"/>
              <w:ind w:firstLine="0"/>
            </w:pPr>
            <w:r>
              <w:rPr>
                <w:sz w:val="16"/>
              </w:rPr>
              <w:t>QP4 EUROP PARLIAM PERCEPTION: INEFFICIENT</w:t>
            </w:r>
          </w:p>
        </w:tc>
        <w:tc>
          <w:tcPr>
            <w:tcW w:w="3456" w:type="dxa"/>
          </w:tcPr>
          <w:p w14:paraId="297F5EA8" w14:textId="77777777" w:rsidR="004D342C" w:rsidRDefault="00000000">
            <w:pPr>
              <w:spacing w:before="20" w:after="20"/>
              <w:ind w:firstLine="0"/>
            </w:pPr>
            <w:r>
              <w:rPr>
                <w:sz w:val="16"/>
              </w:rPr>
              <w:t>1 Describes very well / 2 Describes fairly well / 3 Describes fairly badly / 4 Describes very badly / 5 DK</w:t>
            </w:r>
          </w:p>
        </w:tc>
        <w:tc>
          <w:tcPr>
            <w:tcW w:w="648" w:type="dxa"/>
          </w:tcPr>
          <w:p w14:paraId="165F1C77" w14:textId="77777777" w:rsidR="004D342C" w:rsidRDefault="00000000">
            <w:pPr>
              <w:spacing w:before="20" w:after="20"/>
              <w:ind w:firstLine="0"/>
              <w:jc w:val="right"/>
            </w:pPr>
            <w:r>
              <w:rPr>
                <w:sz w:val="16"/>
              </w:rPr>
              <w:t>3</w:t>
            </w:r>
          </w:p>
        </w:tc>
      </w:tr>
      <w:tr w:rsidR="004D342C" w14:paraId="68AE3845" w14:textId="77777777">
        <w:trPr>
          <w:cantSplit/>
          <w:jc w:val="center"/>
        </w:trPr>
        <w:tc>
          <w:tcPr>
            <w:tcW w:w="1944" w:type="dxa"/>
          </w:tcPr>
          <w:p w14:paraId="29D3D4E9" w14:textId="77777777" w:rsidR="004D342C" w:rsidRDefault="00000000">
            <w:pPr>
              <w:spacing w:before="20" w:after="20"/>
              <w:ind w:firstLine="0"/>
            </w:pPr>
            <w:r>
              <w:rPr>
                <w:sz w:val="16"/>
              </w:rPr>
              <w:t>epperceivelistens</w:t>
            </w:r>
            <w:r>
              <w:rPr>
                <w:sz w:val="16"/>
              </w:rPr>
              <w:br/>
              <w:t>(perceiveEPlistens)</w:t>
            </w:r>
          </w:p>
        </w:tc>
        <w:tc>
          <w:tcPr>
            <w:tcW w:w="2880" w:type="dxa"/>
          </w:tcPr>
          <w:p w14:paraId="3E9BB78D" w14:textId="77777777" w:rsidR="004D342C" w:rsidRDefault="00000000">
            <w:pPr>
              <w:spacing w:before="20" w:after="20"/>
              <w:ind w:firstLine="0"/>
            </w:pPr>
            <w:r>
              <w:rPr>
                <w:sz w:val="16"/>
              </w:rPr>
              <w:t>QP4 EUROP PARLIAM PERCEPTION: LISTEN TO CITIZENS</w:t>
            </w:r>
          </w:p>
        </w:tc>
        <w:tc>
          <w:tcPr>
            <w:tcW w:w="3456" w:type="dxa"/>
          </w:tcPr>
          <w:p w14:paraId="76DD6BF1" w14:textId="77777777" w:rsidR="004D342C" w:rsidRDefault="00000000">
            <w:pPr>
              <w:spacing w:before="20" w:after="20"/>
              <w:ind w:firstLine="0"/>
            </w:pPr>
            <w:r>
              <w:rPr>
                <w:sz w:val="16"/>
              </w:rPr>
              <w:t>1 Describes very well / 2 Describes fairly well / 3 Describes fairly badly / 4 Describes very badly / 5 DK</w:t>
            </w:r>
          </w:p>
        </w:tc>
        <w:tc>
          <w:tcPr>
            <w:tcW w:w="648" w:type="dxa"/>
          </w:tcPr>
          <w:p w14:paraId="278306F2" w14:textId="77777777" w:rsidR="004D342C" w:rsidRDefault="00000000">
            <w:pPr>
              <w:spacing w:before="20" w:after="20"/>
              <w:ind w:firstLine="0"/>
              <w:jc w:val="right"/>
            </w:pPr>
            <w:r>
              <w:rPr>
                <w:sz w:val="16"/>
              </w:rPr>
              <w:t>3</w:t>
            </w:r>
          </w:p>
        </w:tc>
      </w:tr>
      <w:tr w:rsidR="004D342C" w14:paraId="2AF528C5" w14:textId="77777777">
        <w:trPr>
          <w:cantSplit/>
          <w:jc w:val="center"/>
        </w:trPr>
        <w:tc>
          <w:tcPr>
            <w:tcW w:w="1944" w:type="dxa"/>
          </w:tcPr>
          <w:p w14:paraId="7EB19E68" w14:textId="77777777" w:rsidR="004D342C" w:rsidRDefault="00000000">
            <w:pPr>
              <w:spacing w:before="20" w:after="20"/>
              <w:ind w:firstLine="0"/>
            </w:pPr>
            <w:r>
              <w:rPr>
                <w:sz w:val="16"/>
              </w:rPr>
              <w:t>epperceivenotknown</w:t>
            </w:r>
            <w:r>
              <w:rPr>
                <w:sz w:val="16"/>
              </w:rPr>
              <w:br/>
              <w:t>(perceiveEPnotknown)</w:t>
            </w:r>
          </w:p>
        </w:tc>
        <w:tc>
          <w:tcPr>
            <w:tcW w:w="2880" w:type="dxa"/>
          </w:tcPr>
          <w:p w14:paraId="7F16F8D5" w14:textId="77777777" w:rsidR="004D342C" w:rsidRDefault="00000000">
            <w:pPr>
              <w:spacing w:before="20" w:after="20"/>
              <w:ind w:firstLine="0"/>
            </w:pPr>
            <w:r>
              <w:rPr>
                <w:sz w:val="16"/>
              </w:rPr>
              <w:t>QP4 EUROP PARLIAM PERCEPTION: NOT WELL KNOWN</w:t>
            </w:r>
          </w:p>
        </w:tc>
        <w:tc>
          <w:tcPr>
            <w:tcW w:w="3456" w:type="dxa"/>
          </w:tcPr>
          <w:p w14:paraId="2F5509BA" w14:textId="77777777" w:rsidR="004D342C" w:rsidRDefault="00000000">
            <w:pPr>
              <w:spacing w:before="20" w:after="20"/>
              <w:ind w:firstLine="0"/>
            </w:pPr>
            <w:r>
              <w:rPr>
                <w:sz w:val="16"/>
              </w:rPr>
              <w:t>1 Describes very well / 2 Describes fairly well / 3 Describes fairly badly / 4 Describes very badly / 5 DK</w:t>
            </w:r>
          </w:p>
        </w:tc>
        <w:tc>
          <w:tcPr>
            <w:tcW w:w="648" w:type="dxa"/>
          </w:tcPr>
          <w:p w14:paraId="6C62F245" w14:textId="77777777" w:rsidR="004D342C" w:rsidRDefault="00000000">
            <w:pPr>
              <w:spacing w:before="20" w:after="20"/>
              <w:ind w:firstLine="0"/>
              <w:jc w:val="right"/>
            </w:pPr>
            <w:r>
              <w:rPr>
                <w:sz w:val="16"/>
              </w:rPr>
              <w:t>3</w:t>
            </w:r>
          </w:p>
        </w:tc>
      </w:tr>
      <w:tr w:rsidR="004D342C" w14:paraId="259E977B" w14:textId="77777777">
        <w:trPr>
          <w:cantSplit/>
          <w:jc w:val="center"/>
        </w:trPr>
        <w:tc>
          <w:tcPr>
            <w:tcW w:w="1944" w:type="dxa"/>
          </w:tcPr>
          <w:p w14:paraId="1A29D008" w14:textId="77777777" w:rsidR="004D342C" w:rsidRDefault="00000000">
            <w:pPr>
              <w:spacing w:before="20" w:after="20"/>
              <w:ind w:firstLine="0"/>
            </w:pPr>
            <w:r>
              <w:rPr>
                <w:sz w:val="16"/>
              </w:rPr>
              <w:t>euperceiveefficient</w:t>
            </w:r>
            <w:r>
              <w:rPr>
                <w:sz w:val="16"/>
              </w:rPr>
              <w:br/>
              <w:t>(perceiveEUefficient)</w:t>
            </w:r>
          </w:p>
        </w:tc>
        <w:tc>
          <w:tcPr>
            <w:tcW w:w="2880" w:type="dxa"/>
          </w:tcPr>
          <w:p w14:paraId="511E7ACD" w14:textId="77777777" w:rsidR="004D342C" w:rsidRDefault="00000000">
            <w:pPr>
              <w:spacing w:before="20" w:after="20"/>
              <w:ind w:firstLine="0"/>
            </w:pPr>
            <w:r>
              <w:rPr>
                <w:sz w:val="16"/>
              </w:rPr>
              <w:t>EU CONCEPT: EFFICIENT</w:t>
            </w:r>
          </w:p>
        </w:tc>
        <w:tc>
          <w:tcPr>
            <w:tcW w:w="3456" w:type="dxa"/>
          </w:tcPr>
          <w:p w14:paraId="1959F7A5" w14:textId="77777777" w:rsidR="004D342C" w:rsidRDefault="00000000">
            <w:pPr>
              <w:spacing w:before="20" w:after="20"/>
              <w:ind w:firstLine="0"/>
            </w:pPr>
            <w:r>
              <w:rPr>
                <w:sz w:val="16"/>
              </w:rPr>
              <w:t>1 Describes very well / 2 Describes fairly well / 3 Describes fairly badly / 4 Describes very badly / 5 DK</w:t>
            </w:r>
          </w:p>
        </w:tc>
        <w:tc>
          <w:tcPr>
            <w:tcW w:w="648" w:type="dxa"/>
          </w:tcPr>
          <w:p w14:paraId="2B7E415F" w14:textId="77777777" w:rsidR="004D342C" w:rsidRDefault="00000000">
            <w:pPr>
              <w:spacing w:before="20" w:after="20"/>
              <w:ind w:firstLine="0"/>
              <w:jc w:val="right"/>
            </w:pPr>
            <w:r>
              <w:rPr>
                <w:sz w:val="16"/>
              </w:rPr>
              <w:t>3</w:t>
            </w:r>
          </w:p>
        </w:tc>
      </w:tr>
      <w:tr w:rsidR="004D342C" w14:paraId="4990DE21" w14:textId="77777777">
        <w:trPr>
          <w:cantSplit/>
          <w:jc w:val="center"/>
        </w:trPr>
        <w:tc>
          <w:tcPr>
            <w:tcW w:w="1944" w:type="dxa"/>
          </w:tcPr>
          <w:p w14:paraId="5026057A" w14:textId="77777777" w:rsidR="004D342C" w:rsidRDefault="00000000">
            <w:pPr>
              <w:spacing w:before="20" w:after="20"/>
              <w:ind w:firstLine="0"/>
            </w:pPr>
            <w:r>
              <w:rPr>
                <w:sz w:val="16"/>
              </w:rPr>
              <w:t>euperceiveinefficient</w:t>
            </w:r>
            <w:r>
              <w:rPr>
                <w:sz w:val="16"/>
              </w:rPr>
              <w:br/>
              <w:t>(perceiveEUinefficient)</w:t>
            </w:r>
          </w:p>
        </w:tc>
        <w:tc>
          <w:tcPr>
            <w:tcW w:w="2880" w:type="dxa"/>
          </w:tcPr>
          <w:p w14:paraId="5DACF136" w14:textId="77777777" w:rsidR="004D342C" w:rsidRDefault="00000000">
            <w:pPr>
              <w:spacing w:before="20" w:after="20"/>
              <w:ind w:firstLine="0"/>
            </w:pPr>
            <w:r>
              <w:rPr>
                <w:sz w:val="16"/>
              </w:rPr>
              <w:t>QA15 EU CONCEPT: INEFFICIENT</w:t>
            </w:r>
          </w:p>
        </w:tc>
        <w:tc>
          <w:tcPr>
            <w:tcW w:w="3456" w:type="dxa"/>
          </w:tcPr>
          <w:p w14:paraId="4EAE80EE" w14:textId="77777777" w:rsidR="004D342C" w:rsidRDefault="00000000">
            <w:pPr>
              <w:spacing w:before="20" w:after="20"/>
              <w:ind w:firstLine="0"/>
            </w:pPr>
            <w:r>
              <w:rPr>
                <w:sz w:val="16"/>
              </w:rPr>
              <w:t>1 Describes very well / 2 Describes fairly well / 3 Describes fairly badly / 4 Describes very badly / 5 DK</w:t>
            </w:r>
          </w:p>
        </w:tc>
        <w:tc>
          <w:tcPr>
            <w:tcW w:w="648" w:type="dxa"/>
          </w:tcPr>
          <w:p w14:paraId="1794FBE9" w14:textId="77777777" w:rsidR="004D342C" w:rsidRDefault="00000000">
            <w:pPr>
              <w:spacing w:before="20" w:after="20"/>
              <w:ind w:firstLine="0"/>
              <w:jc w:val="right"/>
            </w:pPr>
            <w:r>
              <w:rPr>
                <w:sz w:val="16"/>
              </w:rPr>
              <w:t>3</w:t>
            </w:r>
          </w:p>
        </w:tc>
      </w:tr>
      <w:tr w:rsidR="004D342C" w14:paraId="4BCED256" w14:textId="77777777">
        <w:trPr>
          <w:cantSplit/>
          <w:jc w:val="center"/>
        </w:trPr>
        <w:tc>
          <w:tcPr>
            <w:tcW w:w="1944" w:type="dxa"/>
          </w:tcPr>
          <w:p w14:paraId="55A67293" w14:textId="77777777" w:rsidR="004D342C" w:rsidRDefault="00000000">
            <w:pPr>
              <w:spacing w:before="20" w:after="20"/>
              <w:ind w:firstLine="0"/>
            </w:pPr>
            <w:r>
              <w:rPr>
                <w:sz w:val="16"/>
              </w:rPr>
              <w:t>trustconvention</w:t>
            </w:r>
          </w:p>
        </w:tc>
        <w:tc>
          <w:tcPr>
            <w:tcW w:w="2880" w:type="dxa"/>
          </w:tcPr>
          <w:p w14:paraId="6D866264" w14:textId="77777777" w:rsidR="004D342C" w:rsidRDefault="00000000">
            <w:pPr>
              <w:spacing w:before="20" w:after="20"/>
              <w:ind w:firstLine="0"/>
            </w:pPr>
            <w:r>
              <w:rPr>
                <w:sz w:val="16"/>
              </w:rPr>
              <w:t>q.17.10. - and, for each of them, please tell me if you tend to trust it or tend</w:t>
            </w:r>
          </w:p>
        </w:tc>
        <w:tc>
          <w:tcPr>
            <w:tcW w:w="3456" w:type="dxa"/>
          </w:tcPr>
          <w:p w14:paraId="5779933C" w14:textId="77777777" w:rsidR="004D342C" w:rsidRDefault="00000000">
            <w:pPr>
              <w:spacing w:before="20" w:after="20"/>
              <w:ind w:firstLine="0"/>
            </w:pPr>
            <w:r>
              <w:rPr>
                <w:sz w:val="16"/>
              </w:rPr>
              <w:t>1 tend to trust / 2 tend not to trust / 3 dont know</w:t>
            </w:r>
          </w:p>
        </w:tc>
        <w:tc>
          <w:tcPr>
            <w:tcW w:w="648" w:type="dxa"/>
          </w:tcPr>
          <w:p w14:paraId="6E1236D7" w14:textId="77777777" w:rsidR="004D342C" w:rsidRDefault="00000000">
            <w:pPr>
              <w:spacing w:before="20" w:after="20"/>
              <w:ind w:firstLine="0"/>
              <w:jc w:val="right"/>
            </w:pPr>
            <w:r>
              <w:rPr>
                <w:sz w:val="16"/>
              </w:rPr>
              <w:t>3</w:t>
            </w:r>
          </w:p>
        </w:tc>
      </w:tr>
      <w:tr w:rsidR="004D342C" w14:paraId="3A0234D7" w14:textId="77777777">
        <w:trPr>
          <w:cantSplit/>
          <w:jc w:val="center"/>
        </w:trPr>
        <w:tc>
          <w:tcPr>
            <w:tcW w:w="1944" w:type="dxa"/>
          </w:tcPr>
          <w:p w14:paraId="58680D60" w14:textId="77777777" w:rsidR="004D342C" w:rsidRDefault="00000000">
            <w:pPr>
              <w:spacing w:before="20" w:after="20"/>
              <w:ind w:firstLine="0"/>
            </w:pPr>
            <w:r>
              <w:rPr>
                <w:sz w:val="16"/>
              </w:rPr>
              <w:t>commissionimage</w:t>
            </w:r>
          </w:p>
        </w:tc>
        <w:tc>
          <w:tcPr>
            <w:tcW w:w="2880" w:type="dxa"/>
          </w:tcPr>
          <w:p w14:paraId="2AD5F770" w14:textId="77777777" w:rsidR="004D342C" w:rsidRDefault="00000000">
            <w:pPr>
              <w:spacing w:before="20" w:after="20"/>
              <w:ind w:firstLine="0"/>
            </w:pPr>
            <w:r>
              <w:rPr>
                <w:sz w:val="16"/>
              </w:rPr>
              <w:t>EUROPEAN COMMISSION - IMPRESSION</w:t>
            </w:r>
          </w:p>
        </w:tc>
        <w:tc>
          <w:tcPr>
            <w:tcW w:w="3456" w:type="dxa"/>
          </w:tcPr>
          <w:p w14:paraId="6D825C2D" w14:textId="77777777" w:rsidR="004D342C" w:rsidRDefault="00000000">
            <w:pPr>
              <w:spacing w:before="20" w:after="20"/>
              <w:ind w:firstLine="0"/>
            </w:pPr>
            <w:r>
              <w:rPr>
                <w:sz w:val="16"/>
              </w:rPr>
              <w:t>1 gen favourable / 2 neither nor / 3 gen unfavourable</w:t>
            </w:r>
          </w:p>
        </w:tc>
        <w:tc>
          <w:tcPr>
            <w:tcW w:w="648" w:type="dxa"/>
          </w:tcPr>
          <w:p w14:paraId="3D17180B" w14:textId="77777777" w:rsidR="004D342C" w:rsidRDefault="00000000">
            <w:pPr>
              <w:spacing w:before="20" w:after="20"/>
              <w:ind w:firstLine="0"/>
              <w:jc w:val="right"/>
            </w:pPr>
            <w:r>
              <w:rPr>
                <w:sz w:val="16"/>
              </w:rPr>
              <w:t>2</w:t>
            </w:r>
          </w:p>
        </w:tc>
      </w:tr>
      <w:tr w:rsidR="004D342C" w14:paraId="2F56D22A" w14:textId="77777777">
        <w:trPr>
          <w:cantSplit/>
          <w:jc w:val="center"/>
        </w:trPr>
        <w:tc>
          <w:tcPr>
            <w:tcW w:w="1944" w:type="dxa"/>
          </w:tcPr>
          <w:p w14:paraId="01B1E397" w14:textId="77777777" w:rsidR="004D342C" w:rsidRDefault="00000000">
            <w:pPr>
              <w:spacing w:before="20" w:after="20"/>
              <w:ind w:firstLine="0"/>
            </w:pPr>
            <w:r>
              <w:rPr>
                <w:sz w:val="16"/>
              </w:rPr>
              <w:t>eppasslaws</w:t>
            </w:r>
          </w:p>
        </w:tc>
        <w:tc>
          <w:tcPr>
            <w:tcW w:w="2880" w:type="dxa"/>
          </w:tcPr>
          <w:p w14:paraId="2074D646" w14:textId="77777777" w:rsidR="004D342C" w:rsidRDefault="00000000">
            <w:pPr>
              <w:spacing w:before="20" w:after="20"/>
              <w:ind w:firstLine="0"/>
            </w:pPr>
            <w:r>
              <w:rPr>
                <w:sz w:val="16"/>
              </w:rPr>
              <w:t>EUROP PARLIAM PASSING LAWS - FOR/AGAINST</w:t>
            </w:r>
          </w:p>
        </w:tc>
        <w:tc>
          <w:tcPr>
            <w:tcW w:w="3456" w:type="dxa"/>
          </w:tcPr>
          <w:p w14:paraId="3D4CFAAC" w14:textId="77777777" w:rsidR="004D342C" w:rsidRDefault="00000000">
            <w:pPr>
              <w:spacing w:before="20" w:after="20"/>
              <w:ind w:firstLine="0"/>
            </w:pPr>
            <w:r>
              <w:rPr>
                <w:sz w:val="16"/>
              </w:rPr>
              <w:t>1 for / 2 against</w:t>
            </w:r>
          </w:p>
        </w:tc>
        <w:tc>
          <w:tcPr>
            <w:tcW w:w="648" w:type="dxa"/>
          </w:tcPr>
          <w:p w14:paraId="4D396EA7" w14:textId="77777777" w:rsidR="004D342C" w:rsidRDefault="00000000">
            <w:pPr>
              <w:spacing w:before="20" w:after="20"/>
              <w:ind w:firstLine="0"/>
              <w:jc w:val="right"/>
            </w:pPr>
            <w:r>
              <w:rPr>
                <w:sz w:val="16"/>
              </w:rPr>
              <w:t>2</w:t>
            </w:r>
          </w:p>
        </w:tc>
      </w:tr>
      <w:tr w:rsidR="004D342C" w14:paraId="5D78DAC8" w14:textId="77777777">
        <w:trPr>
          <w:cantSplit/>
          <w:jc w:val="center"/>
        </w:trPr>
        <w:tc>
          <w:tcPr>
            <w:tcW w:w="1944" w:type="dxa"/>
          </w:tcPr>
          <w:p w14:paraId="30C95267" w14:textId="77777777" w:rsidR="004D342C" w:rsidRDefault="00000000">
            <w:pPr>
              <w:spacing w:before="20" w:after="20"/>
              <w:ind w:firstLine="0"/>
            </w:pPr>
            <w:r>
              <w:rPr>
                <w:sz w:val="16"/>
              </w:rPr>
              <w:t>epperceivetechnocratic</w:t>
            </w:r>
            <w:r>
              <w:rPr>
                <w:sz w:val="16"/>
              </w:rPr>
              <w:br/>
              <w:t>(perceiveEPtechnocratic)</w:t>
            </w:r>
          </w:p>
        </w:tc>
        <w:tc>
          <w:tcPr>
            <w:tcW w:w="2880" w:type="dxa"/>
          </w:tcPr>
          <w:p w14:paraId="366AF549" w14:textId="77777777" w:rsidR="004D342C" w:rsidRDefault="00000000">
            <w:pPr>
              <w:spacing w:before="20" w:after="20"/>
              <w:ind w:firstLine="0"/>
            </w:pPr>
            <w:r>
              <w:rPr>
                <w:sz w:val="16"/>
              </w:rPr>
              <w:t>QD7 EUROP PARLIAM PERCEPTION: TECHNOCRATIC</w:t>
            </w:r>
          </w:p>
        </w:tc>
        <w:tc>
          <w:tcPr>
            <w:tcW w:w="3456" w:type="dxa"/>
          </w:tcPr>
          <w:p w14:paraId="4050D061" w14:textId="77777777" w:rsidR="004D342C" w:rsidRDefault="00000000">
            <w:pPr>
              <w:spacing w:before="20" w:after="20"/>
              <w:ind w:firstLine="0"/>
            </w:pPr>
            <w:r>
              <w:rPr>
                <w:sz w:val="16"/>
              </w:rPr>
              <w:t>1 Describes very well / 2 Describes fairly well / 3 Describes fairly badly / 4 Describes very badly</w:t>
            </w:r>
          </w:p>
        </w:tc>
        <w:tc>
          <w:tcPr>
            <w:tcW w:w="648" w:type="dxa"/>
          </w:tcPr>
          <w:p w14:paraId="7756F16D" w14:textId="77777777" w:rsidR="004D342C" w:rsidRDefault="00000000">
            <w:pPr>
              <w:spacing w:before="20" w:after="20"/>
              <w:ind w:firstLine="0"/>
              <w:jc w:val="right"/>
            </w:pPr>
            <w:r>
              <w:rPr>
                <w:sz w:val="16"/>
              </w:rPr>
              <w:t>2</w:t>
            </w:r>
          </w:p>
        </w:tc>
      </w:tr>
      <w:tr w:rsidR="004D342C" w14:paraId="2025BDEA" w14:textId="77777777">
        <w:trPr>
          <w:cantSplit/>
          <w:jc w:val="center"/>
        </w:trPr>
        <w:tc>
          <w:tcPr>
            <w:tcW w:w="1944" w:type="dxa"/>
          </w:tcPr>
          <w:p w14:paraId="006E11FD" w14:textId="77777777" w:rsidR="004D342C" w:rsidRDefault="00000000">
            <w:pPr>
              <w:spacing w:before="20" w:after="20"/>
              <w:ind w:firstLine="0"/>
            </w:pPr>
            <w:r>
              <w:rPr>
                <w:sz w:val="16"/>
              </w:rPr>
              <w:t>eppowerchange</w:t>
            </w:r>
          </w:p>
        </w:tc>
        <w:tc>
          <w:tcPr>
            <w:tcW w:w="2880" w:type="dxa"/>
          </w:tcPr>
          <w:p w14:paraId="19B4B688" w14:textId="77777777" w:rsidR="004D342C" w:rsidRDefault="00000000">
            <w:pPr>
              <w:spacing w:before="20" w:after="20"/>
              <w:ind w:firstLine="0"/>
            </w:pPr>
            <w:r>
              <w:rPr>
                <w:sz w:val="16"/>
              </w:rPr>
              <w:t>QB6 EUROPEAN PARLIAMENT - ROLE LST 10 YRS</w:t>
            </w:r>
          </w:p>
        </w:tc>
        <w:tc>
          <w:tcPr>
            <w:tcW w:w="3456" w:type="dxa"/>
          </w:tcPr>
          <w:p w14:paraId="44CB4BE9" w14:textId="77777777" w:rsidR="004D342C" w:rsidRDefault="00000000">
            <w:pPr>
              <w:spacing w:before="20" w:after="20"/>
              <w:ind w:firstLine="0"/>
            </w:pPr>
            <w:r>
              <w:rPr>
                <w:sz w:val="16"/>
              </w:rPr>
              <w:t>1 Been strengthened / 2 Been weakened / 3 Stayed the Same / 4 DK</w:t>
            </w:r>
          </w:p>
        </w:tc>
        <w:tc>
          <w:tcPr>
            <w:tcW w:w="648" w:type="dxa"/>
          </w:tcPr>
          <w:p w14:paraId="462BFA14" w14:textId="77777777" w:rsidR="004D342C" w:rsidRDefault="00000000">
            <w:pPr>
              <w:spacing w:before="20" w:after="20"/>
              <w:ind w:firstLine="0"/>
              <w:jc w:val="right"/>
            </w:pPr>
            <w:r>
              <w:rPr>
                <w:sz w:val="16"/>
              </w:rPr>
              <w:t>2</w:t>
            </w:r>
          </w:p>
        </w:tc>
      </w:tr>
      <w:tr w:rsidR="004D342C" w14:paraId="6D80CAAA" w14:textId="77777777">
        <w:trPr>
          <w:cantSplit/>
          <w:jc w:val="center"/>
        </w:trPr>
        <w:tc>
          <w:tcPr>
            <w:tcW w:w="1944" w:type="dxa"/>
          </w:tcPr>
          <w:p w14:paraId="62F37C05" w14:textId="77777777" w:rsidR="004D342C" w:rsidRDefault="00000000">
            <w:pPr>
              <w:spacing w:before="20" w:after="20"/>
              <w:ind w:firstLine="0"/>
            </w:pPr>
            <w:r>
              <w:rPr>
                <w:sz w:val="16"/>
              </w:rPr>
              <w:t>perRinfluenceEU</w:t>
            </w:r>
            <w:r>
              <w:rPr>
                <w:sz w:val="16"/>
              </w:rPr>
              <w:br/>
              <w:t>(RinfluenceEUinstitutions)</w:t>
            </w:r>
          </w:p>
        </w:tc>
        <w:tc>
          <w:tcPr>
            <w:tcW w:w="2880" w:type="dxa"/>
          </w:tcPr>
          <w:p w14:paraId="31E9A6A1" w14:textId="77777777" w:rsidR="004D342C" w:rsidRDefault="00000000">
            <w:pPr>
              <w:spacing w:before="20" w:after="20"/>
              <w:ind w:firstLine="0"/>
            </w:pPr>
            <w:r>
              <w:rPr>
                <w:sz w:val="16"/>
              </w:rPr>
              <w:t>q25b eu instit decisons - pers influence</w:t>
            </w:r>
          </w:p>
        </w:tc>
        <w:tc>
          <w:tcPr>
            <w:tcW w:w="3456" w:type="dxa"/>
          </w:tcPr>
          <w:p w14:paraId="6BAA4E05" w14:textId="77777777" w:rsidR="004D342C" w:rsidRDefault="00000000">
            <w:pPr>
              <w:spacing w:before="20" w:after="20"/>
              <w:ind w:firstLine="0"/>
            </w:pPr>
            <w:r>
              <w:rPr>
                <w:sz w:val="16"/>
              </w:rPr>
              <w:t>1 a great deal of influence / 2 some influence / 3 not very much influence / 4 no influence / 5 dont know</w:t>
            </w:r>
          </w:p>
        </w:tc>
        <w:tc>
          <w:tcPr>
            <w:tcW w:w="648" w:type="dxa"/>
          </w:tcPr>
          <w:p w14:paraId="7F80065B" w14:textId="77777777" w:rsidR="004D342C" w:rsidRDefault="00000000">
            <w:pPr>
              <w:spacing w:before="20" w:after="20"/>
              <w:ind w:firstLine="0"/>
              <w:jc w:val="right"/>
            </w:pPr>
            <w:r>
              <w:rPr>
                <w:sz w:val="16"/>
              </w:rPr>
              <w:t>2</w:t>
            </w:r>
          </w:p>
        </w:tc>
      </w:tr>
      <w:tr w:rsidR="004D342C" w14:paraId="3E55B7EC" w14:textId="77777777">
        <w:trPr>
          <w:cantSplit/>
          <w:jc w:val="center"/>
        </w:trPr>
        <w:tc>
          <w:tcPr>
            <w:tcW w:w="1944" w:type="dxa"/>
          </w:tcPr>
          <w:p w14:paraId="00EBD479" w14:textId="77777777" w:rsidR="004D342C" w:rsidRDefault="00000000">
            <w:pPr>
              <w:spacing w:before="20" w:after="20"/>
              <w:ind w:firstLine="0"/>
            </w:pPr>
            <w:r>
              <w:rPr>
                <w:sz w:val="16"/>
              </w:rPr>
              <w:t>perRinfluenceNAT</w:t>
            </w:r>
            <w:r>
              <w:rPr>
                <w:sz w:val="16"/>
              </w:rPr>
              <w:br/>
              <w:t>(Rinfluencenatlgovt)</w:t>
            </w:r>
          </w:p>
        </w:tc>
        <w:tc>
          <w:tcPr>
            <w:tcW w:w="2880" w:type="dxa"/>
          </w:tcPr>
          <w:p w14:paraId="7242CB0B" w14:textId="77777777" w:rsidR="004D342C" w:rsidRDefault="00000000">
            <w:pPr>
              <w:spacing w:before="20" w:after="20"/>
              <w:ind w:firstLine="0"/>
            </w:pPr>
            <w:r>
              <w:rPr>
                <w:sz w:val="16"/>
              </w:rPr>
              <w:t>q25a nat gvrnm decisons - pers influence</w:t>
            </w:r>
          </w:p>
        </w:tc>
        <w:tc>
          <w:tcPr>
            <w:tcW w:w="3456" w:type="dxa"/>
          </w:tcPr>
          <w:p w14:paraId="077461D5" w14:textId="77777777" w:rsidR="004D342C" w:rsidRDefault="00000000">
            <w:pPr>
              <w:spacing w:before="20" w:after="20"/>
              <w:ind w:firstLine="0"/>
            </w:pPr>
            <w:r>
              <w:rPr>
                <w:sz w:val="16"/>
              </w:rPr>
              <w:t>1 a great deal of influence / 2 some influence / 3 not very much influence / 4 no influence / 5 dont know</w:t>
            </w:r>
          </w:p>
        </w:tc>
        <w:tc>
          <w:tcPr>
            <w:tcW w:w="648" w:type="dxa"/>
          </w:tcPr>
          <w:p w14:paraId="16D9D890" w14:textId="77777777" w:rsidR="004D342C" w:rsidRDefault="00000000">
            <w:pPr>
              <w:spacing w:before="20" w:after="20"/>
              <w:ind w:firstLine="0"/>
              <w:jc w:val="right"/>
            </w:pPr>
            <w:r>
              <w:rPr>
                <w:sz w:val="16"/>
              </w:rPr>
              <w:t>2</w:t>
            </w:r>
          </w:p>
        </w:tc>
      </w:tr>
      <w:tr w:rsidR="004D342C" w14:paraId="7EF169D5" w14:textId="77777777">
        <w:trPr>
          <w:cantSplit/>
          <w:jc w:val="center"/>
        </w:trPr>
        <w:tc>
          <w:tcPr>
            <w:tcW w:w="1944" w:type="dxa"/>
          </w:tcPr>
          <w:p w14:paraId="797DA7A1" w14:textId="77777777" w:rsidR="004D342C" w:rsidRDefault="00000000">
            <w:pPr>
              <w:spacing w:before="20" w:after="20"/>
              <w:ind w:firstLine="0"/>
            </w:pPr>
            <w:r>
              <w:rPr>
                <w:sz w:val="16"/>
              </w:rPr>
              <w:t>represent2Commission</w:t>
            </w:r>
          </w:p>
        </w:tc>
        <w:tc>
          <w:tcPr>
            <w:tcW w:w="2880" w:type="dxa"/>
          </w:tcPr>
          <w:p w14:paraId="6494D5F4" w14:textId="77777777" w:rsidR="004D342C" w:rsidRDefault="00000000">
            <w:pPr>
              <w:spacing w:before="20" w:after="20"/>
              <w:ind w:firstLine="0"/>
            </w:pPr>
            <w:r>
              <w:rPr>
                <w:sz w:val="16"/>
              </w:rPr>
              <w:t>q.45.a. - many important decisions are m</w:t>
            </w:r>
          </w:p>
        </w:tc>
        <w:tc>
          <w:tcPr>
            <w:tcW w:w="3456" w:type="dxa"/>
          </w:tcPr>
          <w:p w14:paraId="3CE0E541" w14:textId="77777777" w:rsidR="004D342C" w:rsidRDefault="00000000">
            <w:pPr>
              <w:spacing w:before="20" w:after="20"/>
              <w:ind w:firstLine="0"/>
            </w:pPr>
            <w:r>
              <w:rPr>
                <w:sz w:val="16"/>
              </w:rPr>
              <w:t>1 cannot rely on it at all / 10 can rely on it completely / 11 dont know</w:t>
            </w:r>
          </w:p>
        </w:tc>
        <w:tc>
          <w:tcPr>
            <w:tcW w:w="648" w:type="dxa"/>
          </w:tcPr>
          <w:p w14:paraId="1AC7D2DF" w14:textId="77777777" w:rsidR="004D342C" w:rsidRDefault="00000000">
            <w:pPr>
              <w:spacing w:before="20" w:after="20"/>
              <w:ind w:firstLine="0"/>
              <w:jc w:val="right"/>
            </w:pPr>
            <w:r>
              <w:rPr>
                <w:sz w:val="16"/>
              </w:rPr>
              <w:t>2</w:t>
            </w:r>
          </w:p>
        </w:tc>
      </w:tr>
      <w:tr w:rsidR="004D342C" w14:paraId="04BC310C" w14:textId="77777777">
        <w:trPr>
          <w:cantSplit/>
          <w:jc w:val="center"/>
        </w:trPr>
        <w:tc>
          <w:tcPr>
            <w:tcW w:w="1944" w:type="dxa"/>
          </w:tcPr>
          <w:p w14:paraId="0E7612C2" w14:textId="77777777" w:rsidR="004D342C" w:rsidRDefault="00000000">
            <w:pPr>
              <w:spacing w:before="20" w:after="20"/>
              <w:ind w:firstLine="0"/>
            </w:pPr>
            <w:r>
              <w:rPr>
                <w:sz w:val="16"/>
              </w:rPr>
              <w:t>represent2Parliament</w:t>
            </w:r>
          </w:p>
        </w:tc>
        <w:tc>
          <w:tcPr>
            <w:tcW w:w="2880" w:type="dxa"/>
          </w:tcPr>
          <w:p w14:paraId="62BA520C" w14:textId="77777777" w:rsidR="004D342C" w:rsidRDefault="00000000">
            <w:pPr>
              <w:spacing w:before="20" w:after="20"/>
              <w:ind w:firstLine="0"/>
            </w:pPr>
            <w:r>
              <w:rPr>
                <w:sz w:val="16"/>
              </w:rPr>
              <w:t>q.45.d. - to what extent do you feel you</w:t>
            </w:r>
          </w:p>
        </w:tc>
        <w:tc>
          <w:tcPr>
            <w:tcW w:w="3456" w:type="dxa"/>
          </w:tcPr>
          <w:p w14:paraId="20EA91B2" w14:textId="77777777" w:rsidR="004D342C" w:rsidRDefault="00000000">
            <w:pPr>
              <w:spacing w:before="20" w:after="20"/>
              <w:ind w:firstLine="0"/>
            </w:pPr>
            <w:r>
              <w:rPr>
                <w:sz w:val="16"/>
              </w:rPr>
              <w:t>1 cannot rely on it at all / 10 can rely on it completely / 11 dont know</w:t>
            </w:r>
          </w:p>
        </w:tc>
        <w:tc>
          <w:tcPr>
            <w:tcW w:w="648" w:type="dxa"/>
          </w:tcPr>
          <w:p w14:paraId="61E40C64" w14:textId="77777777" w:rsidR="004D342C" w:rsidRDefault="00000000">
            <w:pPr>
              <w:spacing w:before="20" w:after="20"/>
              <w:ind w:firstLine="0"/>
              <w:jc w:val="right"/>
            </w:pPr>
            <w:r>
              <w:rPr>
                <w:sz w:val="16"/>
              </w:rPr>
              <w:t>2</w:t>
            </w:r>
          </w:p>
        </w:tc>
      </w:tr>
      <w:tr w:rsidR="004D342C" w14:paraId="3AAA0F38" w14:textId="77777777">
        <w:trPr>
          <w:cantSplit/>
          <w:jc w:val="center"/>
        </w:trPr>
        <w:tc>
          <w:tcPr>
            <w:tcW w:w="1944" w:type="dxa"/>
          </w:tcPr>
          <w:p w14:paraId="42B24F3C" w14:textId="77777777" w:rsidR="004D342C" w:rsidRDefault="00000000">
            <w:pPr>
              <w:spacing w:before="20" w:after="20"/>
              <w:ind w:firstLine="0"/>
            </w:pPr>
            <w:r>
              <w:rPr>
                <w:sz w:val="16"/>
              </w:rPr>
              <w:t>represent2natlgovt</w:t>
            </w:r>
          </w:p>
        </w:tc>
        <w:tc>
          <w:tcPr>
            <w:tcW w:w="2880" w:type="dxa"/>
          </w:tcPr>
          <w:p w14:paraId="4D967B46" w14:textId="77777777" w:rsidR="004D342C" w:rsidRDefault="00000000">
            <w:pPr>
              <w:spacing w:before="20" w:after="20"/>
              <w:ind w:firstLine="0"/>
            </w:pPr>
            <w:r>
              <w:rPr>
                <w:sz w:val="16"/>
              </w:rPr>
              <w:t>q.45.c. - to what extent do you feel you</w:t>
            </w:r>
          </w:p>
        </w:tc>
        <w:tc>
          <w:tcPr>
            <w:tcW w:w="3456" w:type="dxa"/>
          </w:tcPr>
          <w:p w14:paraId="21041B67" w14:textId="77777777" w:rsidR="004D342C" w:rsidRDefault="00000000">
            <w:pPr>
              <w:spacing w:before="20" w:after="20"/>
              <w:ind w:firstLine="0"/>
            </w:pPr>
            <w:r>
              <w:rPr>
                <w:sz w:val="16"/>
              </w:rPr>
              <w:t>1 cannot rely on it at all / 10 can rely on it completely / 11 dont know</w:t>
            </w:r>
          </w:p>
        </w:tc>
        <w:tc>
          <w:tcPr>
            <w:tcW w:w="648" w:type="dxa"/>
          </w:tcPr>
          <w:p w14:paraId="359BF245" w14:textId="77777777" w:rsidR="004D342C" w:rsidRDefault="00000000">
            <w:pPr>
              <w:spacing w:before="20" w:after="20"/>
              <w:ind w:firstLine="0"/>
              <w:jc w:val="right"/>
            </w:pPr>
            <w:r>
              <w:rPr>
                <w:sz w:val="16"/>
              </w:rPr>
              <w:t>2</w:t>
            </w:r>
          </w:p>
        </w:tc>
      </w:tr>
      <w:tr w:rsidR="004D342C" w14:paraId="2BF87875" w14:textId="77777777">
        <w:trPr>
          <w:cantSplit/>
          <w:jc w:val="center"/>
        </w:trPr>
        <w:tc>
          <w:tcPr>
            <w:tcW w:w="1944" w:type="dxa"/>
          </w:tcPr>
          <w:p w14:paraId="29169C21" w14:textId="77777777" w:rsidR="004D342C" w:rsidRDefault="00000000">
            <w:pPr>
              <w:spacing w:before="20" w:after="20"/>
              <w:ind w:firstLine="0"/>
            </w:pPr>
            <w:r>
              <w:rPr>
                <w:sz w:val="16"/>
              </w:rPr>
              <w:t>represent2natlparl</w:t>
            </w:r>
          </w:p>
        </w:tc>
        <w:tc>
          <w:tcPr>
            <w:tcW w:w="2880" w:type="dxa"/>
          </w:tcPr>
          <w:p w14:paraId="63706E16" w14:textId="77777777" w:rsidR="004D342C" w:rsidRDefault="00000000">
            <w:pPr>
              <w:spacing w:before="20" w:after="20"/>
              <w:ind w:firstLine="0"/>
            </w:pPr>
            <w:r>
              <w:rPr>
                <w:sz w:val="16"/>
              </w:rPr>
              <w:t>q.45.b. - to what extent do you feel you</w:t>
            </w:r>
          </w:p>
        </w:tc>
        <w:tc>
          <w:tcPr>
            <w:tcW w:w="3456" w:type="dxa"/>
          </w:tcPr>
          <w:p w14:paraId="6B3C227F" w14:textId="77777777" w:rsidR="004D342C" w:rsidRDefault="00000000">
            <w:pPr>
              <w:spacing w:before="20" w:after="20"/>
              <w:ind w:firstLine="0"/>
            </w:pPr>
            <w:r>
              <w:rPr>
                <w:sz w:val="16"/>
              </w:rPr>
              <w:t>1 cannot rely on it at all / 10 can rely on it completely / 11 dont know</w:t>
            </w:r>
          </w:p>
        </w:tc>
        <w:tc>
          <w:tcPr>
            <w:tcW w:w="648" w:type="dxa"/>
          </w:tcPr>
          <w:p w14:paraId="7D04608A" w14:textId="77777777" w:rsidR="004D342C" w:rsidRDefault="00000000">
            <w:pPr>
              <w:spacing w:before="20" w:after="20"/>
              <w:ind w:firstLine="0"/>
              <w:jc w:val="right"/>
            </w:pPr>
            <w:r>
              <w:rPr>
                <w:sz w:val="16"/>
              </w:rPr>
              <w:t>2</w:t>
            </w:r>
          </w:p>
        </w:tc>
      </w:tr>
      <w:tr w:rsidR="004D342C" w14:paraId="7DFF1CF5" w14:textId="77777777">
        <w:trPr>
          <w:cantSplit/>
          <w:jc w:val="center"/>
        </w:trPr>
        <w:tc>
          <w:tcPr>
            <w:tcW w:w="1944" w:type="dxa"/>
          </w:tcPr>
          <w:p w14:paraId="7631F0C0" w14:textId="77777777" w:rsidR="004D342C" w:rsidRDefault="00000000">
            <w:pPr>
              <w:spacing w:before="20" w:after="20"/>
              <w:ind w:firstLine="0"/>
            </w:pPr>
            <w:r>
              <w:rPr>
                <w:sz w:val="16"/>
              </w:rPr>
              <w:lastRenderedPageBreak/>
              <w:t>ecinfluenceownlife</w:t>
            </w:r>
          </w:p>
        </w:tc>
        <w:tc>
          <w:tcPr>
            <w:tcW w:w="2880" w:type="dxa"/>
          </w:tcPr>
          <w:p w14:paraId="74EDE431" w14:textId="77777777" w:rsidR="004D342C" w:rsidRDefault="00000000">
            <w:pPr>
              <w:spacing w:before="20" w:after="20"/>
              <w:ind w:firstLine="0"/>
            </w:pPr>
            <w:r>
              <w:rPr>
                <w:sz w:val="16"/>
              </w:rPr>
              <w:t>Q20 EC DEVELOPMENT INFLUENCE ON OWN LIFE</w:t>
            </w:r>
          </w:p>
        </w:tc>
        <w:tc>
          <w:tcPr>
            <w:tcW w:w="3456" w:type="dxa"/>
          </w:tcPr>
          <w:p w14:paraId="6558221C" w14:textId="77777777" w:rsidR="004D342C" w:rsidRDefault="00000000">
            <w:pPr>
              <w:spacing w:before="20" w:after="20"/>
              <w:ind w:firstLine="0"/>
            </w:pPr>
            <w:r>
              <w:rPr>
                <w:sz w:val="16"/>
              </w:rPr>
              <w:t>1 very positively / 2 fairly positively / 3 fairly negatively / 4 very negatively / 5 no influence at all</w:t>
            </w:r>
          </w:p>
        </w:tc>
        <w:tc>
          <w:tcPr>
            <w:tcW w:w="648" w:type="dxa"/>
          </w:tcPr>
          <w:p w14:paraId="0121852F" w14:textId="77777777" w:rsidR="004D342C" w:rsidRDefault="00000000">
            <w:pPr>
              <w:spacing w:before="20" w:after="20"/>
              <w:ind w:firstLine="0"/>
              <w:jc w:val="right"/>
            </w:pPr>
            <w:r>
              <w:rPr>
                <w:sz w:val="16"/>
              </w:rPr>
              <w:t>1</w:t>
            </w:r>
          </w:p>
        </w:tc>
      </w:tr>
      <w:tr w:rsidR="004D342C" w14:paraId="4F743E39" w14:textId="77777777">
        <w:trPr>
          <w:cantSplit/>
          <w:jc w:val="center"/>
        </w:trPr>
        <w:tc>
          <w:tcPr>
            <w:tcW w:w="1944" w:type="dxa"/>
          </w:tcPr>
          <w:p w14:paraId="3F06EEBF" w14:textId="77777777" w:rsidR="004D342C" w:rsidRDefault="00000000">
            <w:pPr>
              <w:spacing w:before="20" w:after="20"/>
              <w:ind w:firstLine="0"/>
            </w:pPr>
            <w:r>
              <w:rPr>
                <w:sz w:val="16"/>
              </w:rPr>
              <w:t>epimportancepeople</w:t>
            </w:r>
          </w:p>
        </w:tc>
        <w:tc>
          <w:tcPr>
            <w:tcW w:w="2880" w:type="dxa"/>
          </w:tcPr>
          <w:p w14:paraId="0801F1A1" w14:textId="77777777" w:rsidR="004D342C" w:rsidRDefault="00000000">
            <w:pPr>
              <w:spacing w:before="20" w:after="20"/>
              <w:ind w:firstLine="0"/>
            </w:pPr>
            <w:r>
              <w:rPr>
                <w:sz w:val="16"/>
              </w:rPr>
              <w:t>Q55 EUROPEAN PARLIAMENT - IMPORT PEOPLE</w:t>
            </w:r>
          </w:p>
        </w:tc>
        <w:tc>
          <w:tcPr>
            <w:tcW w:w="3456" w:type="dxa"/>
          </w:tcPr>
          <w:p w14:paraId="4D9F519A" w14:textId="77777777" w:rsidR="004D342C" w:rsidRDefault="00000000">
            <w:pPr>
              <w:spacing w:before="20" w:after="20"/>
              <w:ind w:firstLine="0"/>
            </w:pPr>
            <w:r>
              <w:rPr>
                <w:sz w:val="16"/>
              </w:rPr>
              <w:t>1 very important / 2 important / 3 not very important / 4 not at all important</w:t>
            </w:r>
          </w:p>
        </w:tc>
        <w:tc>
          <w:tcPr>
            <w:tcW w:w="648" w:type="dxa"/>
          </w:tcPr>
          <w:p w14:paraId="740A6FE9" w14:textId="77777777" w:rsidR="004D342C" w:rsidRDefault="00000000">
            <w:pPr>
              <w:spacing w:before="20" w:after="20"/>
              <w:ind w:firstLine="0"/>
              <w:jc w:val="right"/>
            </w:pPr>
            <w:r>
              <w:rPr>
                <w:sz w:val="16"/>
              </w:rPr>
              <w:t>1</w:t>
            </w:r>
          </w:p>
        </w:tc>
      </w:tr>
      <w:tr w:rsidR="004D342C" w14:paraId="55E1E16E" w14:textId="77777777">
        <w:trPr>
          <w:cantSplit/>
          <w:jc w:val="center"/>
        </w:trPr>
        <w:tc>
          <w:tcPr>
            <w:tcW w:w="1944" w:type="dxa"/>
          </w:tcPr>
          <w:p w14:paraId="3983DEDC" w14:textId="77777777" w:rsidR="004D342C" w:rsidRDefault="00000000">
            <w:pPr>
              <w:spacing w:before="20" w:after="20"/>
              <w:ind w:firstLine="0"/>
            </w:pPr>
            <w:r>
              <w:rPr>
                <w:sz w:val="16"/>
              </w:rPr>
              <w:t>epinterests3</w:t>
            </w:r>
          </w:p>
        </w:tc>
        <w:tc>
          <w:tcPr>
            <w:tcW w:w="2880" w:type="dxa"/>
          </w:tcPr>
          <w:p w14:paraId="130962B6" w14:textId="77777777" w:rsidR="004D342C" w:rsidRDefault="00000000">
            <w:pPr>
              <w:spacing w:before="20" w:after="20"/>
              <w:ind w:firstLine="0"/>
            </w:pPr>
            <w:r>
              <w:rPr>
                <w:sz w:val="16"/>
              </w:rPr>
              <w:t>QK7 EU ATTITUDES: EP CONSIDERS CITIZEN CONCERNS</w:t>
            </w:r>
          </w:p>
        </w:tc>
        <w:tc>
          <w:tcPr>
            <w:tcW w:w="3456" w:type="dxa"/>
          </w:tcPr>
          <w:p w14:paraId="6A1C89DA" w14:textId="77777777" w:rsidR="004D342C" w:rsidRDefault="00000000">
            <w:pPr>
              <w:spacing w:before="20" w:after="20"/>
              <w:ind w:firstLine="0"/>
            </w:pPr>
            <w:r>
              <w:rPr>
                <w:sz w:val="16"/>
              </w:rPr>
              <w:t>1 Yes, rather / 2 No, rather does not</w:t>
            </w:r>
          </w:p>
        </w:tc>
        <w:tc>
          <w:tcPr>
            <w:tcW w:w="648" w:type="dxa"/>
          </w:tcPr>
          <w:p w14:paraId="63E150B3" w14:textId="77777777" w:rsidR="004D342C" w:rsidRDefault="00000000">
            <w:pPr>
              <w:spacing w:before="20" w:after="20"/>
              <w:ind w:firstLine="0"/>
              <w:jc w:val="right"/>
            </w:pPr>
            <w:r>
              <w:rPr>
                <w:sz w:val="16"/>
              </w:rPr>
              <w:t>1</w:t>
            </w:r>
          </w:p>
        </w:tc>
      </w:tr>
      <w:tr w:rsidR="004D342C" w14:paraId="65DE60DF" w14:textId="77777777">
        <w:trPr>
          <w:cantSplit/>
          <w:jc w:val="center"/>
        </w:trPr>
        <w:tc>
          <w:tcPr>
            <w:tcW w:w="1944" w:type="dxa"/>
          </w:tcPr>
          <w:p w14:paraId="55922335" w14:textId="77777777" w:rsidR="004D342C" w:rsidRDefault="00000000">
            <w:pPr>
              <w:spacing w:before="20" w:after="20"/>
              <w:ind w:firstLine="0"/>
            </w:pPr>
            <w:r>
              <w:rPr>
                <w:sz w:val="16"/>
              </w:rPr>
              <w:t>instdesiredpower</w:t>
            </w:r>
            <w:r>
              <w:rPr>
                <w:sz w:val="16"/>
              </w:rPr>
              <w:br/>
              <w:t>(euinstitutionpreferredpower)</w:t>
            </w:r>
          </w:p>
        </w:tc>
        <w:tc>
          <w:tcPr>
            <w:tcW w:w="2880" w:type="dxa"/>
          </w:tcPr>
          <w:p w14:paraId="625D97D2" w14:textId="77777777" w:rsidR="004D342C" w:rsidRDefault="00000000">
            <w:pPr>
              <w:spacing w:before="20" w:after="20"/>
              <w:ind w:firstLine="0"/>
            </w:pPr>
            <w:r>
              <w:rPr>
                <w:sz w:val="16"/>
              </w:rPr>
              <w:t>QB2 EU DECISON MAKING POWER - PREFERENCE</w:t>
            </w:r>
          </w:p>
        </w:tc>
        <w:tc>
          <w:tcPr>
            <w:tcW w:w="3456" w:type="dxa"/>
          </w:tcPr>
          <w:p w14:paraId="3B963EE3" w14:textId="77777777" w:rsidR="004D342C" w:rsidRDefault="00000000">
            <w:pPr>
              <w:spacing w:before="20" w:after="20"/>
              <w:ind w:firstLine="0"/>
            </w:pPr>
            <w:r>
              <w:rPr>
                <w:sz w:val="16"/>
              </w:rPr>
              <w:t xml:space="preserve">1 The European Parliament / 2 The European Commission / 3 The Council of the European Union / 4 They should all have the same power (SPONTANEOUS) / 5 </w:t>
            </w:r>
          </w:p>
        </w:tc>
        <w:tc>
          <w:tcPr>
            <w:tcW w:w="648" w:type="dxa"/>
          </w:tcPr>
          <w:p w14:paraId="0DF75E03" w14:textId="77777777" w:rsidR="004D342C" w:rsidRDefault="00000000">
            <w:pPr>
              <w:spacing w:before="20" w:after="20"/>
              <w:ind w:firstLine="0"/>
              <w:jc w:val="right"/>
            </w:pPr>
            <w:r>
              <w:rPr>
                <w:sz w:val="16"/>
              </w:rPr>
              <w:t>1</w:t>
            </w:r>
          </w:p>
        </w:tc>
      </w:tr>
      <w:tr w:rsidR="004D342C" w14:paraId="6C3226E3" w14:textId="77777777">
        <w:trPr>
          <w:cantSplit/>
          <w:jc w:val="center"/>
        </w:trPr>
        <w:tc>
          <w:tcPr>
            <w:tcW w:w="1944" w:type="dxa"/>
          </w:tcPr>
          <w:p w14:paraId="1F37254D" w14:textId="77777777" w:rsidR="004D342C" w:rsidRDefault="00000000">
            <w:pPr>
              <w:spacing w:before="20" w:after="20"/>
              <w:ind w:firstLine="0"/>
            </w:pPr>
            <w:r>
              <w:rPr>
                <w:sz w:val="16"/>
              </w:rPr>
              <w:t>instperceivedpower</w:t>
            </w:r>
            <w:r>
              <w:rPr>
                <w:sz w:val="16"/>
              </w:rPr>
              <w:br/>
              <w:t>(euinstitutionpower)</w:t>
            </w:r>
          </w:p>
        </w:tc>
        <w:tc>
          <w:tcPr>
            <w:tcW w:w="2880" w:type="dxa"/>
          </w:tcPr>
          <w:p w14:paraId="219ED018" w14:textId="77777777" w:rsidR="004D342C" w:rsidRDefault="00000000">
            <w:pPr>
              <w:spacing w:before="20" w:after="20"/>
              <w:ind w:firstLine="0"/>
            </w:pPr>
            <w:r>
              <w:rPr>
                <w:sz w:val="16"/>
              </w:rPr>
              <w:t>QB1 EU DECISON MAKING POWER - ASSESSMENT</w:t>
            </w:r>
          </w:p>
        </w:tc>
        <w:tc>
          <w:tcPr>
            <w:tcW w:w="3456" w:type="dxa"/>
          </w:tcPr>
          <w:p w14:paraId="64A1E961" w14:textId="77777777" w:rsidR="004D342C" w:rsidRDefault="00000000">
            <w:pPr>
              <w:spacing w:before="20" w:after="20"/>
              <w:ind w:firstLine="0"/>
            </w:pPr>
            <w:r>
              <w:rPr>
                <w:sz w:val="16"/>
              </w:rPr>
              <w:t>1 The European Parliament / 2 The European Commission / 3 The Council of the European Union / 4 They all have the same power (SPONTANEOUS) / 5 Other (</w:t>
            </w:r>
          </w:p>
        </w:tc>
        <w:tc>
          <w:tcPr>
            <w:tcW w:w="648" w:type="dxa"/>
          </w:tcPr>
          <w:p w14:paraId="32832513" w14:textId="77777777" w:rsidR="004D342C" w:rsidRDefault="00000000">
            <w:pPr>
              <w:spacing w:before="20" w:after="20"/>
              <w:ind w:firstLine="0"/>
              <w:jc w:val="right"/>
            </w:pPr>
            <w:r>
              <w:rPr>
                <w:sz w:val="16"/>
              </w:rPr>
              <w:t>1</w:t>
            </w:r>
          </w:p>
        </w:tc>
      </w:tr>
      <w:tr w:rsidR="004D342C" w14:paraId="43F18DF9" w14:textId="77777777">
        <w:trPr>
          <w:cantSplit/>
          <w:jc w:val="center"/>
        </w:trPr>
        <w:tc>
          <w:tcPr>
            <w:tcW w:w="1944" w:type="dxa"/>
          </w:tcPr>
          <w:p w14:paraId="5B0ABC43" w14:textId="77777777" w:rsidR="004D342C" w:rsidRDefault="00000000">
            <w:pPr>
              <w:spacing w:before="20" w:after="20"/>
              <w:ind w:firstLine="0"/>
            </w:pPr>
            <w:r>
              <w:rPr>
                <w:sz w:val="16"/>
              </w:rPr>
              <w:t>involveEUaffairs</w:t>
            </w:r>
          </w:p>
        </w:tc>
        <w:tc>
          <w:tcPr>
            <w:tcW w:w="2880" w:type="dxa"/>
          </w:tcPr>
          <w:p w14:paraId="45E54276" w14:textId="77777777" w:rsidR="004D342C" w:rsidRDefault="00000000">
            <w:pPr>
              <w:spacing w:before="20" w:after="20"/>
              <w:ind w:firstLine="0"/>
            </w:pPr>
            <w:r>
              <w:rPr>
                <w:sz w:val="16"/>
              </w:rPr>
              <w:t>QA16 EU CITIZ ENVOLVEM: FEEL VERY MUCH</w:t>
            </w:r>
          </w:p>
        </w:tc>
        <w:tc>
          <w:tcPr>
            <w:tcW w:w="3456" w:type="dxa"/>
          </w:tcPr>
          <w:p w14:paraId="073386D5" w14:textId="77777777" w:rsidR="004D342C" w:rsidRDefault="00000000">
            <w:pPr>
              <w:spacing w:before="20" w:after="20"/>
              <w:ind w:firstLine="0"/>
            </w:pPr>
            <w:r>
              <w:rPr>
                <w:sz w:val="16"/>
              </w:rPr>
              <w:t>1 totally agree / 2 tend to agree / 3 tend to disagree / 4 totally disagree / 5 dont know</w:t>
            </w:r>
          </w:p>
        </w:tc>
        <w:tc>
          <w:tcPr>
            <w:tcW w:w="648" w:type="dxa"/>
          </w:tcPr>
          <w:p w14:paraId="5EC84450" w14:textId="77777777" w:rsidR="004D342C" w:rsidRDefault="00000000">
            <w:pPr>
              <w:spacing w:before="20" w:after="20"/>
              <w:ind w:firstLine="0"/>
              <w:jc w:val="right"/>
            </w:pPr>
            <w:r>
              <w:rPr>
                <w:sz w:val="16"/>
              </w:rPr>
              <w:t>1</w:t>
            </w:r>
          </w:p>
        </w:tc>
      </w:tr>
      <w:tr w:rsidR="004D342C" w14:paraId="4E5DE806" w14:textId="77777777">
        <w:trPr>
          <w:cantSplit/>
          <w:jc w:val="center"/>
        </w:trPr>
        <w:tc>
          <w:tcPr>
            <w:tcW w:w="1944" w:type="dxa"/>
          </w:tcPr>
          <w:p w14:paraId="24E06C4A" w14:textId="77777777" w:rsidR="004D342C" w:rsidRDefault="00000000">
            <w:pPr>
              <w:spacing w:before="20" w:after="20"/>
              <w:ind w:firstLine="0"/>
            </w:pPr>
            <w:r>
              <w:rPr>
                <w:sz w:val="16"/>
              </w:rPr>
              <w:t>involveEUefforts</w:t>
            </w:r>
          </w:p>
        </w:tc>
        <w:tc>
          <w:tcPr>
            <w:tcW w:w="2880" w:type="dxa"/>
          </w:tcPr>
          <w:p w14:paraId="50A71CC3" w14:textId="77777777" w:rsidR="004D342C" w:rsidRDefault="00000000">
            <w:pPr>
              <w:spacing w:before="20" w:after="20"/>
              <w:ind w:firstLine="0"/>
            </w:pPr>
            <w:r>
              <w:rPr>
                <w:sz w:val="16"/>
              </w:rPr>
              <w:t>QA16 EU CITIZ ENVOLVEM: EUROP INST EFF</w:t>
            </w:r>
          </w:p>
        </w:tc>
        <w:tc>
          <w:tcPr>
            <w:tcW w:w="3456" w:type="dxa"/>
          </w:tcPr>
          <w:p w14:paraId="3607426D" w14:textId="77777777" w:rsidR="004D342C" w:rsidRDefault="00000000">
            <w:pPr>
              <w:spacing w:before="20" w:after="20"/>
              <w:ind w:firstLine="0"/>
            </w:pPr>
            <w:r>
              <w:rPr>
                <w:sz w:val="16"/>
              </w:rPr>
              <w:t>1 totally agree / 2 tend to agree / 3 tend to disagree / 4 totally disagree / 5 dont know</w:t>
            </w:r>
          </w:p>
        </w:tc>
        <w:tc>
          <w:tcPr>
            <w:tcW w:w="648" w:type="dxa"/>
          </w:tcPr>
          <w:p w14:paraId="4F8C246A" w14:textId="77777777" w:rsidR="004D342C" w:rsidRDefault="00000000">
            <w:pPr>
              <w:spacing w:before="20" w:after="20"/>
              <w:ind w:firstLine="0"/>
              <w:jc w:val="right"/>
            </w:pPr>
            <w:r>
              <w:rPr>
                <w:sz w:val="16"/>
              </w:rPr>
              <w:t>1</w:t>
            </w:r>
          </w:p>
        </w:tc>
      </w:tr>
      <w:tr w:rsidR="004D342C" w14:paraId="62EFC9D5" w14:textId="77777777">
        <w:trPr>
          <w:cantSplit/>
          <w:jc w:val="center"/>
        </w:trPr>
        <w:tc>
          <w:tcPr>
            <w:tcW w:w="1944" w:type="dxa"/>
          </w:tcPr>
          <w:p w14:paraId="039B0F24" w14:textId="77777777" w:rsidR="004D342C" w:rsidRDefault="00000000">
            <w:pPr>
              <w:spacing w:before="20" w:after="20"/>
              <w:ind w:firstLine="0"/>
            </w:pPr>
            <w:r>
              <w:rPr>
                <w:sz w:val="16"/>
              </w:rPr>
              <w:t>involveEUhow</w:t>
            </w:r>
          </w:p>
        </w:tc>
        <w:tc>
          <w:tcPr>
            <w:tcW w:w="2880" w:type="dxa"/>
          </w:tcPr>
          <w:p w14:paraId="6EA08D33" w14:textId="77777777" w:rsidR="004D342C" w:rsidRDefault="00000000">
            <w:pPr>
              <w:spacing w:before="20" w:after="20"/>
              <w:ind w:firstLine="0"/>
            </w:pPr>
            <w:r>
              <w:rPr>
                <w:sz w:val="16"/>
              </w:rPr>
              <w:t>QA16 EU CITIZ ENVOLVEM: LIKE TO BE MORE</w:t>
            </w:r>
          </w:p>
        </w:tc>
        <w:tc>
          <w:tcPr>
            <w:tcW w:w="3456" w:type="dxa"/>
          </w:tcPr>
          <w:p w14:paraId="2055D56A" w14:textId="77777777" w:rsidR="004D342C" w:rsidRDefault="00000000">
            <w:pPr>
              <w:spacing w:before="20" w:after="20"/>
              <w:ind w:firstLine="0"/>
            </w:pPr>
            <w:r>
              <w:rPr>
                <w:sz w:val="16"/>
              </w:rPr>
              <w:t>1 totally agree / 2 tend to agree / 3 tend to disagree / 4 totally disagree / 5 dont know</w:t>
            </w:r>
          </w:p>
        </w:tc>
        <w:tc>
          <w:tcPr>
            <w:tcW w:w="648" w:type="dxa"/>
          </w:tcPr>
          <w:p w14:paraId="17E90EF7" w14:textId="77777777" w:rsidR="004D342C" w:rsidRDefault="00000000">
            <w:pPr>
              <w:spacing w:before="20" w:after="20"/>
              <w:ind w:firstLine="0"/>
              <w:jc w:val="right"/>
            </w:pPr>
            <w:r>
              <w:rPr>
                <w:sz w:val="16"/>
              </w:rPr>
              <w:t>1</w:t>
            </w:r>
          </w:p>
        </w:tc>
      </w:tr>
      <w:tr w:rsidR="004D342C" w14:paraId="451C1848" w14:textId="77777777">
        <w:trPr>
          <w:cantSplit/>
          <w:jc w:val="center"/>
        </w:trPr>
        <w:tc>
          <w:tcPr>
            <w:tcW w:w="1944" w:type="dxa"/>
          </w:tcPr>
          <w:p w14:paraId="241EE1BF" w14:textId="77777777" w:rsidR="004D342C" w:rsidRDefault="00000000">
            <w:pPr>
              <w:spacing w:before="20" w:after="20"/>
              <w:ind w:firstLine="0"/>
            </w:pPr>
            <w:r>
              <w:rPr>
                <w:sz w:val="16"/>
              </w:rPr>
              <w:t>involvelocalefforts</w:t>
            </w:r>
          </w:p>
        </w:tc>
        <w:tc>
          <w:tcPr>
            <w:tcW w:w="2880" w:type="dxa"/>
          </w:tcPr>
          <w:p w14:paraId="4FC72F68" w14:textId="77777777" w:rsidR="004D342C" w:rsidRDefault="00000000">
            <w:pPr>
              <w:spacing w:before="20" w:after="20"/>
              <w:ind w:firstLine="0"/>
            </w:pPr>
            <w:r>
              <w:rPr>
                <w:sz w:val="16"/>
              </w:rPr>
              <w:t>QA16 EU CITIZ ENVOLVEM: LOC GOVERNM EFF</w:t>
            </w:r>
          </w:p>
        </w:tc>
        <w:tc>
          <w:tcPr>
            <w:tcW w:w="3456" w:type="dxa"/>
          </w:tcPr>
          <w:p w14:paraId="27728C83" w14:textId="77777777" w:rsidR="004D342C" w:rsidRDefault="00000000">
            <w:pPr>
              <w:spacing w:before="20" w:after="20"/>
              <w:ind w:firstLine="0"/>
            </w:pPr>
            <w:r>
              <w:rPr>
                <w:sz w:val="16"/>
              </w:rPr>
              <w:t>1 totally agree / 2 tend to agree / 3 tend to disagree / 4 totally disagree / 5 dont know</w:t>
            </w:r>
          </w:p>
        </w:tc>
        <w:tc>
          <w:tcPr>
            <w:tcW w:w="648" w:type="dxa"/>
          </w:tcPr>
          <w:p w14:paraId="70854E5C" w14:textId="77777777" w:rsidR="004D342C" w:rsidRDefault="00000000">
            <w:pPr>
              <w:spacing w:before="20" w:after="20"/>
              <w:ind w:firstLine="0"/>
              <w:jc w:val="right"/>
            </w:pPr>
            <w:r>
              <w:rPr>
                <w:sz w:val="16"/>
              </w:rPr>
              <w:t>1</w:t>
            </w:r>
          </w:p>
        </w:tc>
      </w:tr>
      <w:tr w:rsidR="004D342C" w14:paraId="6DD9F6AA" w14:textId="77777777">
        <w:trPr>
          <w:cantSplit/>
          <w:jc w:val="center"/>
        </w:trPr>
        <w:tc>
          <w:tcPr>
            <w:tcW w:w="1944" w:type="dxa"/>
          </w:tcPr>
          <w:p w14:paraId="61DC5B8B" w14:textId="77777777" w:rsidR="004D342C" w:rsidRDefault="00000000">
            <w:pPr>
              <w:spacing w:before="20" w:after="20"/>
              <w:ind w:firstLine="0"/>
            </w:pPr>
            <w:r>
              <w:rPr>
                <w:sz w:val="16"/>
              </w:rPr>
              <w:t>involvenatlefforts</w:t>
            </w:r>
          </w:p>
        </w:tc>
        <w:tc>
          <w:tcPr>
            <w:tcW w:w="2880" w:type="dxa"/>
          </w:tcPr>
          <w:p w14:paraId="5DB0D815" w14:textId="77777777" w:rsidR="004D342C" w:rsidRDefault="00000000">
            <w:pPr>
              <w:spacing w:before="20" w:after="20"/>
              <w:ind w:firstLine="0"/>
            </w:pPr>
            <w:r>
              <w:rPr>
                <w:sz w:val="16"/>
              </w:rPr>
              <w:t>QA16 EU CITIZ ENVOLVEM: NAT GOVERNM EFF</w:t>
            </w:r>
          </w:p>
        </w:tc>
        <w:tc>
          <w:tcPr>
            <w:tcW w:w="3456" w:type="dxa"/>
          </w:tcPr>
          <w:p w14:paraId="645E8FBE" w14:textId="77777777" w:rsidR="004D342C" w:rsidRDefault="00000000">
            <w:pPr>
              <w:spacing w:before="20" w:after="20"/>
              <w:ind w:firstLine="0"/>
            </w:pPr>
            <w:r>
              <w:rPr>
                <w:sz w:val="16"/>
              </w:rPr>
              <w:t>1 totally agree / 2 tend to agree / 3 tend to disagree / 4 totally disagree / 5 dont know</w:t>
            </w:r>
          </w:p>
        </w:tc>
        <w:tc>
          <w:tcPr>
            <w:tcW w:w="648" w:type="dxa"/>
          </w:tcPr>
          <w:p w14:paraId="1ABD5E5E" w14:textId="77777777" w:rsidR="004D342C" w:rsidRDefault="00000000">
            <w:pPr>
              <w:spacing w:before="20" w:after="20"/>
              <w:ind w:firstLine="0"/>
              <w:jc w:val="right"/>
            </w:pPr>
            <w:r>
              <w:rPr>
                <w:sz w:val="16"/>
              </w:rPr>
              <w:t>1</w:t>
            </w:r>
          </w:p>
        </w:tc>
      </w:tr>
      <w:tr w:rsidR="004D342C" w14:paraId="3064DD69" w14:textId="77777777">
        <w:trPr>
          <w:cantSplit/>
          <w:jc w:val="center"/>
        </w:trPr>
        <w:tc>
          <w:tcPr>
            <w:tcW w:w="1944" w:type="dxa"/>
          </w:tcPr>
          <w:p w14:paraId="5DD8D2A4" w14:textId="77777777" w:rsidR="004D342C" w:rsidRDefault="00000000">
            <w:pPr>
              <w:spacing w:before="20" w:after="20"/>
              <w:ind w:firstLine="0"/>
            </w:pPr>
            <w:r>
              <w:rPr>
                <w:sz w:val="16"/>
              </w:rPr>
              <w:t>perceiveEUbureaucratic</w:t>
            </w:r>
          </w:p>
        </w:tc>
        <w:tc>
          <w:tcPr>
            <w:tcW w:w="2880" w:type="dxa"/>
          </w:tcPr>
          <w:p w14:paraId="6215B338" w14:textId="77777777" w:rsidR="004D342C" w:rsidRDefault="00000000">
            <w:pPr>
              <w:spacing w:before="20" w:after="20"/>
              <w:ind w:firstLine="0"/>
            </w:pPr>
            <w:r>
              <w:rPr>
                <w:sz w:val="16"/>
              </w:rPr>
              <w:t>EU CONCEPT: BUREAUCRATIC</w:t>
            </w:r>
          </w:p>
        </w:tc>
        <w:tc>
          <w:tcPr>
            <w:tcW w:w="3456" w:type="dxa"/>
          </w:tcPr>
          <w:p w14:paraId="75895CC8" w14:textId="77777777" w:rsidR="004D342C" w:rsidRDefault="00000000">
            <w:pPr>
              <w:spacing w:before="20" w:after="20"/>
              <w:ind w:firstLine="0"/>
            </w:pPr>
            <w:r>
              <w:rPr>
                <w:sz w:val="16"/>
              </w:rPr>
              <w:t>1 Describes very well / 2 Describes fairly well / 3 Describes fairly badly / 4 Describes very badly / 5 DK</w:t>
            </w:r>
          </w:p>
        </w:tc>
        <w:tc>
          <w:tcPr>
            <w:tcW w:w="648" w:type="dxa"/>
          </w:tcPr>
          <w:p w14:paraId="31B96502" w14:textId="77777777" w:rsidR="004D342C" w:rsidRDefault="00000000">
            <w:pPr>
              <w:spacing w:before="20" w:after="20"/>
              <w:ind w:firstLine="0"/>
              <w:jc w:val="right"/>
            </w:pPr>
            <w:r>
              <w:rPr>
                <w:sz w:val="16"/>
              </w:rPr>
              <w:t>1</w:t>
            </w:r>
          </w:p>
        </w:tc>
      </w:tr>
      <w:tr w:rsidR="004D342C" w14:paraId="1DBC64F3" w14:textId="77777777">
        <w:trPr>
          <w:cantSplit/>
          <w:jc w:val="center"/>
        </w:trPr>
        <w:tc>
          <w:tcPr>
            <w:tcW w:w="1944" w:type="dxa"/>
          </w:tcPr>
          <w:p w14:paraId="288EDD43" w14:textId="77777777" w:rsidR="004D342C" w:rsidRDefault="00000000">
            <w:pPr>
              <w:spacing w:before="20" w:after="20"/>
              <w:ind w:firstLine="0"/>
            </w:pPr>
            <w:r>
              <w:rPr>
                <w:sz w:val="16"/>
              </w:rPr>
              <w:t>perceiveEUremote</w:t>
            </w:r>
          </w:p>
        </w:tc>
        <w:tc>
          <w:tcPr>
            <w:tcW w:w="2880" w:type="dxa"/>
          </w:tcPr>
          <w:p w14:paraId="0BCB1E32" w14:textId="77777777" w:rsidR="004D342C" w:rsidRDefault="00000000">
            <w:pPr>
              <w:spacing w:before="20" w:after="20"/>
              <w:ind w:firstLine="0"/>
            </w:pPr>
            <w:r>
              <w:rPr>
                <w:sz w:val="16"/>
              </w:rPr>
              <w:t>EU CONCEPT: REMOTE</w:t>
            </w:r>
          </w:p>
        </w:tc>
        <w:tc>
          <w:tcPr>
            <w:tcW w:w="3456" w:type="dxa"/>
          </w:tcPr>
          <w:p w14:paraId="0A522940" w14:textId="77777777" w:rsidR="004D342C" w:rsidRDefault="00000000">
            <w:pPr>
              <w:spacing w:before="20" w:after="20"/>
              <w:ind w:firstLine="0"/>
            </w:pPr>
            <w:r>
              <w:rPr>
                <w:sz w:val="16"/>
              </w:rPr>
              <w:t>1 Describes very well / 2 Describes fairly well / 3 Describes fairly badly / 4 Describes very badly / 5 DK</w:t>
            </w:r>
          </w:p>
        </w:tc>
        <w:tc>
          <w:tcPr>
            <w:tcW w:w="648" w:type="dxa"/>
          </w:tcPr>
          <w:p w14:paraId="0D0541DD" w14:textId="77777777" w:rsidR="004D342C" w:rsidRDefault="00000000">
            <w:pPr>
              <w:spacing w:before="20" w:after="20"/>
              <w:ind w:firstLine="0"/>
              <w:jc w:val="right"/>
            </w:pPr>
            <w:r>
              <w:rPr>
                <w:sz w:val="16"/>
              </w:rPr>
              <w:t>1</w:t>
            </w:r>
          </w:p>
        </w:tc>
      </w:tr>
      <w:tr w:rsidR="004D342C" w14:paraId="055B76CB" w14:textId="77777777">
        <w:trPr>
          <w:cantSplit/>
          <w:jc w:val="center"/>
        </w:trPr>
        <w:tc>
          <w:tcPr>
            <w:tcW w:w="1944" w:type="dxa"/>
          </w:tcPr>
          <w:p w14:paraId="5F797174" w14:textId="77777777" w:rsidR="004D342C" w:rsidRDefault="00000000">
            <w:pPr>
              <w:spacing w:before="20" w:after="20"/>
              <w:ind w:firstLine="0"/>
            </w:pPr>
            <w:r>
              <w:rPr>
                <w:sz w:val="16"/>
              </w:rPr>
              <w:t>perpersonalinfluence2</w:t>
            </w:r>
            <w:r>
              <w:rPr>
                <w:sz w:val="16"/>
              </w:rPr>
              <w:br/>
              <w:t>(personalinfluence2)</w:t>
            </w:r>
          </w:p>
        </w:tc>
        <w:tc>
          <w:tcPr>
            <w:tcW w:w="2880" w:type="dxa"/>
          </w:tcPr>
          <w:p w14:paraId="51024B4D" w14:textId="77777777" w:rsidR="004D342C" w:rsidRDefault="00000000">
            <w:pPr>
              <w:spacing w:before="20" w:after="20"/>
              <w:ind w:firstLine="0"/>
            </w:pPr>
            <w:r>
              <w:rPr>
                <w:sz w:val="16"/>
              </w:rPr>
              <w:t>q.29.5. - do you tend to agree or tend to disagree with each of the following st</w:t>
            </w:r>
          </w:p>
        </w:tc>
        <w:tc>
          <w:tcPr>
            <w:tcW w:w="3456" w:type="dxa"/>
          </w:tcPr>
          <w:p w14:paraId="600FB2D8" w14:textId="77777777" w:rsidR="004D342C" w:rsidRDefault="00000000">
            <w:pPr>
              <w:spacing w:before="20" w:after="20"/>
              <w:ind w:firstLine="0"/>
            </w:pPr>
            <w:r>
              <w:rPr>
                <w:sz w:val="16"/>
              </w:rPr>
              <w:t>1 tend to agree / 2 tend to disagree / 3 dont know</w:t>
            </w:r>
          </w:p>
        </w:tc>
        <w:tc>
          <w:tcPr>
            <w:tcW w:w="648" w:type="dxa"/>
          </w:tcPr>
          <w:p w14:paraId="554CFB8F" w14:textId="77777777" w:rsidR="004D342C" w:rsidRDefault="00000000">
            <w:pPr>
              <w:spacing w:before="20" w:after="20"/>
              <w:ind w:firstLine="0"/>
              <w:jc w:val="right"/>
            </w:pPr>
            <w:r>
              <w:rPr>
                <w:sz w:val="16"/>
              </w:rPr>
              <w:t>1</w:t>
            </w:r>
          </w:p>
        </w:tc>
      </w:tr>
      <w:tr w:rsidR="004D342C" w14:paraId="05914604" w14:textId="77777777">
        <w:trPr>
          <w:cantSplit/>
          <w:jc w:val="center"/>
        </w:trPr>
        <w:tc>
          <w:tcPr>
            <w:tcW w:w="1944" w:type="dxa"/>
          </w:tcPr>
          <w:p w14:paraId="20E8F50F" w14:textId="77777777" w:rsidR="004D342C" w:rsidRDefault="00000000">
            <w:pPr>
              <w:spacing w:before="20" w:after="20"/>
              <w:ind w:firstLine="0"/>
            </w:pPr>
            <w:r>
              <w:rPr>
                <w:sz w:val="16"/>
              </w:rPr>
              <w:t>represent2Council</w:t>
            </w:r>
          </w:p>
        </w:tc>
        <w:tc>
          <w:tcPr>
            <w:tcW w:w="2880" w:type="dxa"/>
          </w:tcPr>
          <w:p w14:paraId="240DF37A" w14:textId="77777777" w:rsidR="004D342C" w:rsidRDefault="00000000">
            <w:pPr>
              <w:spacing w:before="20" w:after="20"/>
              <w:ind w:firstLine="0"/>
            </w:pPr>
            <w:r>
              <w:rPr>
                <w:sz w:val="16"/>
              </w:rPr>
              <w:t>q33 ec and people - rely on council o m</w:t>
            </w:r>
          </w:p>
        </w:tc>
        <w:tc>
          <w:tcPr>
            <w:tcW w:w="3456" w:type="dxa"/>
          </w:tcPr>
          <w:p w14:paraId="46425D8C" w14:textId="77777777" w:rsidR="004D342C" w:rsidRDefault="00000000">
            <w:pPr>
              <w:spacing w:before="20" w:after="20"/>
              <w:ind w:firstLine="0"/>
            </w:pPr>
            <w:r>
              <w:rPr>
                <w:sz w:val="16"/>
              </w:rPr>
              <w:t>1 cannot rely on it at all / 10 can rely on it completely / 11 dont know</w:t>
            </w:r>
          </w:p>
        </w:tc>
        <w:tc>
          <w:tcPr>
            <w:tcW w:w="648" w:type="dxa"/>
          </w:tcPr>
          <w:p w14:paraId="7B0B8F9C" w14:textId="77777777" w:rsidR="004D342C" w:rsidRDefault="00000000">
            <w:pPr>
              <w:spacing w:before="20" w:after="20"/>
              <w:ind w:firstLine="0"/>
              <w:jc w:val="right"/>
            </w:pPr>
            <w:r>
              <w:rPr>
                <w:sz w:val="16"/>
              </w:rPr>
              <w:t>1</w:t>
            </w:r>
          </w:p>
        </w:tc>
      </w:tr>
      <w:tr w:rsidR="004D342C" w14:paraId="5C1A706D" w14:textId="77777777">
        <w:trPr>
          <w:cantSplit/>
          <w:jc w:val="center"/>
        </w:trPr>
        <w:tc>
          <w:tcPr>
            <w:tcW w:w="1944" w:type="dxa"/>
          </w:tcPr>
          <w:p w14:paraId="3137C220" w14:textId="77777777" w:rsidR="004D342C" w:rsidRDefault="00000000">
            <w:pPr>
              <w:spacing w:before="20" w:after="20"/>
              <w:ind w:firstLine="0"/>
            </w:pPr>
            <w:r>
              <w:rPr>
                <w:sz w:val="16"/>
              </w:rPr>
              <w:t>transparencyeu</w:t>
            </w:r>
          </w:p>
        </w:tc>
        <w:tc>
          <w:tcPr>
            <w:tcW w:w="2880" w:type="dxa"/>
          </w:tcPr>
          <w:p w14:paraId="431F01B8" w14:textId="77777777" w:rsidR="004D342C" w:rsidRDefault="00000000">
            <w:pPr>
              <w:spacing w:before="20" w:after="20"/>
              <w:ind w:firstLine="0"/>
            </w:pPr>
            <w:r>
              <w:rPr>
                <w:sz w:val="16"/>
              </w:rPr>
              <w:t>QA32 PUBL ADMIN EU - TRANSPARENCY</w:t>
            </w:r>
          </w:p>
        </w:tc>
        <w:tc>
          <w:tcPr>
            <w:tcW w:w="3456" w:type="dxa"/>
          </w:tcPr>
          <w:p w14:paraId="1791BD3F" w14:textId="77777777" w:rsidR="004D342C" w:rsidRDefault="00000000">
            <w:pPr>
              <w:spacing w:before="20" w:after="20"/>
              <w:ind w:firstLine="0"/>
            </w:pPr>
            <w:r>
              <w:rPr>
                <w:sz w:val="16"/>
              </w:rPr>
              <w:t>1 Very transparent / 2 Transparent / 3 Not very transparent / 4 Not transparent at all</w:t>
            </w:r>
          </w:p>
        </w:tc>
        <w:tc>
          <w:tcPr>
            <w:tcW w:w="648" w:type="dxa"/>
          </w:tcPr>
          <w:p w14:paraId="4D15E5B7" w14:textId="77777777" w:rsidR="004D342C" w:rsidRDefault="00000000">
            <w:pPr>
              <w:spacing w:before="20" w:after="20"/>
              <w:ind w:firstLine="0"/>
              <w:jc w:val="right"/>
            </w:pPr>
            <w:r>
              <w:rPr>
                <w:sz w:val="16"/>
              </w:rPr>
              <w:t>1</w:t>
            </w:r>
          </w:p>
        </w:tc>
      </w:tr>
      <w:tr w:rsidR="004D342C" w14:paraId="66BF026A" w14:textId="77777777">
        <w:trPr>
          <w:cantSplit/>
          <w:jc w:val="center"/>
        </w:trPr>
        <w:tc>
          <w:tcPr>
            <w:tcW w:w="1944" w:type="dxa"/>
          </w:tcPr>
          <w:p w14:paraId="7D57E25B" w14:textId="77777777" w:rsidR="004D342C" w:rsidRDefault="00000000">
            <w:pPr>
              <w:spacing w:before="20" w:after="20"/>
              <w:ind w:firstLine="0"/>
            </w:pPr>
            <w:r>
              <w:rPr>
                <w:sz w:val="16"/>
              </w:rPr>
              <w:t>transparencyeuimportance</w:t>
            </w:r>
          </w:p>
        </w:tc>
        <w:tc>
          <w:tcPr>
            <w:tcW w:w="2880" w:type="dxa"/>
          </w:tcPr>
          <w:p w14:paraId="2F93B851" w14:textId="77777777" w:rsidR="004D342C" w:rsidRDefault="00000000">
            <w:pPr>
              <w:spacing w:before="20" w:after="20"/>
              <w:ind w:firstLine="0"/>
            </w:pPr>
            <w:r>
              <w:rPr>
                <w:sz w:val="16"/>
              </w:rPr>
              <w:t>QA33 PUBL ADMIN TRANSP EU - IMPORTANCE</w:t>
            </w:r>
          </w:p>
        </w:tc>
        <w:tc>
          <w:tcPr>
            <w:tcW w:w="3456" w:type="dxa"/>
          </w:tcPr>
          <w:p w14:paraId="5112CD9F" w14:textId="77777777" w:rsidR="004D342C" w:rsidRDefault="00000000">
            <w:pPr>
              <w:spacing w:before="20" w:after="20"/>
              <w:ind w:firstLine="0"/>
            </w:pPr>
            <w:r>
              <w:rPr>
                <w:sz w:val="16"/>
              </w:rPr>
              <w:t>1 Very important / 2 Important / 3 Not very important / 4 Not important at all</w:t>
            </w:r>
          </w:p>
        </w:tc>
        <w:tc>
          <w:tcPr>
            <w:tcW w:w="648" w:type="dxa"/>
          </w:tcPr>
          <w:p w14:paraId="59673091" w14:textId="77777777" w:rsidR="004D342C" w:rsidRDefault="00000000">
            <w:pPr>
              <w:spacing w:before="20" w:after="20"/>
              <w:ind w:firstLine="0"/>
              <w:jc w:val="right"/>
            </w:pPr>
            <w:r>
              <w:rPr>
                <w:sz w:val="16"/>
              </w:rPr>
              <w:t>1</w:t>
            </w:r>
          </w:p>
        </w:tc>
      </w:tr>
      <w:tr w:rsidR="004D342C" w14:paraId="6E0CC1D3" w14:textId="77777777">
        <w:trPr>
          <w:cantSplit/>
          <w:jc w:val="center"/>
        </w:trPr>
        <w:tc>
          <w:tcPr>
            <w:tcW w:w="1944" w:type="dxa"/>
          </w:tcPr>
          <w:p w14:paraId="48CC913F" w14:textId="77777777" w:rsidR="004D342C" w:rsidRDefault="00000000">
            <w:pPr>
              <w:spacing w:before="20" w:after="20"/>
              <w:ind w:firstLine="0"/>
            </w:pPr>
            <w:r>
              <w:rPr>
                <w:sz w:val="16"/>
              </w:rPr>
              <w:t>transparencynational</w:t>
            </w:r>
          </w:p>
        </w:tc>
        <w:tc>
          <w:tcPr>
            <w:tcW w:w="2880" w:type="dxa"/>
          </w:tcPr>
          <w:p w14:paraId="6AECF793" w14:textId="77777777" w:rsidR="004D342C" w:rsidRDefault="00000000">
            <w:pPr>
              <w:spacing w:before="20" w:after="20"/>
              <w:ind w:firstLine="0"/>
            </w:pPr>
            <w:r>
              <w:rPr>
                <w:sz w:val="16"/>
              </w:rPr>
              <w:t>QA30A PUBL ADMIN CTRY - TRANSPARENCY</w:t>
            </w:r>
          </w:p>
        </w:tc>
        <w:tc>
          <w:tcPr>
            <w:tcW w:w="3456" w:type="dxa"/>
          </w:tcPr>
          <w:p w14:paraId="1FE2AC81" w14:textId="77777777" w:rsidR="004D342C" w:rsidRDefault="00000000">
            <w:pPr>
              <w:spacing w:before="20" w:after="20"/>
              <w:ind w:firstLine="0"/>
            </w:pPr>
            <w:r>
              <w:rPr>
                <w:sz w:val="16"/>
              </w:rPr>
              <w:t>1 Very transparent / 2 Transparent / 3 Not very transparent / 4 Not transparent at all</w:t>
            </w:r>
          </w:p>
        </w:tc>
        <w:tc>
          <w:tcPr>
            <w:tcW w:w="648" w:type="dxa"/>
          </w:tcPr>
          <w:p w14:paraId="56008C21" w14:textId="77777777" w:rsidR="004D342C" w:rsidRDefault="00000000">
            <w:pPr>
              <w:spacing w:before="20" w:after="20"/>
              <w:ind w:firstLine="0"/>
              <w:jc w:val="right"/>
            </w:pPr>
            <w:r>
              <w:rPr>
                <w:sz w:val="16"/>
              </w:rPr>
              <w:t>1</w:t>
            </w:r>
          </w:p>
        </w:tc>
      </w:tr>
      <w:tr w:rsidR="004D342C" w14:paraId="049A6EE7" w14:textId="77777777">
        <w:trPr>
          <w:cantSplit/>
          <w:jc w:val="center"/>
        </w:trPr>
        <w:tc>
          <w:tcPr>
            <w:tcW w:w="1944" w:type="dxa"/>
          </w:tcPr>
          <w:p w14:paraId="7A74B4CF" w14:textId="77777777" w:rsidR="004D342C" w:rsidRDefault="00000000">
            <w:pPr>
              <w:keepNext/>
              <w:spacing w:before="20" w:after="20"/>
              <w:ind w:firstLine="0"/>
            </w:pPr>
            <w:r>
              <w:rPr>
                <w:sz w:val="16"/>
              </w:rPr>
              <w:t>transparencynationalimportance</w:t>
            </w:r>
          </w:p>
        </w:tc>
        <w:tc>
          <w:tcPr>
            <w:tcW w:w="2880" w:type="dxa"/>
          </w:tcPr>
          <w:p w14:paraId="6A495E76" w14:textId="77777777" w:rsidR="004D342C" w:rsidRDefault="00000000">
            <w:pPr>
              <w:keepNext/>
              <w:spacing w:before="20" w:after="20"/>
              <w:ind w:firstLine="0"/>
            </w:pPr>
            <w:r>
              <w:rPr>
                <w:sz w:val="16"/>
              </w:rPr>
              <w:t>QA31A PUBL ADMIN TRANSP CTRY - IMPORTANCE</w:t>
            </w:r>
          </w:p>
        </w:tc>
        <w:tc>
          <w:tcPr>
            <w:tcW w:w="3456" w:type="dxa"/>
          </w:tcPr>
          <w:p w14:paraId="1BB9B90D" w14:textId="77777777" w:rsidR="004D342C" w:rsidRDefault="00000000">
            <w:pPr>
              <w:keepNext/>
              <w:spacing w:before="20" w:after="20"/>
              <w:ind w:firstLine="0"/>
            </w:pPr>
            <w:r>
              <w:rPr>
                <w:sz w:val="16"/>
              </w:rPr>
              <w:t>1 Very important / 2 Important / 3 Not very important / 4 Not important at all</w:t>
            </w:r>
          </w:p>
        </w:tc>
        <w:tc>
          <w:tcPr>
            <w:tcW w:w="648" w:type="dxa"/>
          </w:tcPr>
          <w:p w14:paraId="3EFCD594" w14:textId="77777777" w:rsidR="004D342C" w:rsidRDefault="00000000">
            <w:pPr>
              <w:keepNext/>
              <w:spacing w:before="20" w:after="20"/>
              <w:ind w:firstLine="0"/>
              <w:jc w:val="right"/>
            </w:pPr>
            <w:r>
              <w:rPr>
                <w:sz w:val="16"/>
              </w:rPr>
              <w:t>1</w:t>
            </w:r>
          </w:p>
        </w:tc>
      </w:tr>
      <w:tr w:rsidR="004D342C" w14:paraId="3C6C917D" w14:textId="77777777">
        <w:trPr>
          <w:cantSplit/>
          <w:jc w:val="center"/>
        </w:trPr>
        <w:tc>
          <w:tcPr>
            <w:tcW w:w="1944" w:type="dxa"/>
          </w:tcPr>
          <w:p w14:paraId="4A5F730F" w14:textId="77777777" w:rsidR="004D342C" w:rsidRDefault="00000000">
            <w:pPr>
              <w:spacing w:before="20" w:after="20"/>
              <w:ind w:firstLine="0"/>
            </w:pPr>
            <w:r>
              <w:rPr>
                <w:sz w:val="16"/>
              </w:rPr>
              <w:t>cs_tc</w:t>
            </w:r>
          </w:p>
        </w:tc>
        <w:tc>
          <w:tcPr>
            <w:tcW w:w="2880" w:type="dxa"/>
          </w:tcPr>
          <w:p w14:paraId="4ACDDC04" w14:textId="77777777" w:rsidR="004D342C" w:rsidRDefault="00000000">
            <w:pPr>
              <w:spacing w:before="20" w:after="20"/>
              <w:ind w:firstLine="0"/>
            </w:pPr>
            <w:r>
              <w:rPr>
                <w:sz w:val="16"/>
              </w:rPr>
              <w:t>EU institutions trusted, 0-4, among those answered</w:t>
            </w:r>
          </w:p>
        </w:tc>
        <w:tc>
          <w:tcPr>
            <w:tcW w:w="3456" w:type="dxa"/>
          </w:tcPr>
          <w:p w14:paraId="567E6FED" w14:textId="77777777" w:rsidR="004D342C" w:rsidRDefault="00000000">
            <w:pPr>
              <w:spacing w:before="20" w:after="20"/>
              <w:ind w:firstLine="0"/>
            </w:pPr>
            <w:r>
              <w:rPr>
                <w:sz w:val="16"/>
              </w:rPr>
              <w:t>0-4</w:t>
            </w:r>
          </w:p>
        </w:tc>
        <w:tc>
          <w:tcPr>
            <w:tcW w:w="648" w:type="dxa"/>
          </w:tcPr>
          <w:p w14:paraId="4B98B535" w14:textId="77777777" w:rsidR="004D342C" w:rsidRDefault="00000000">
            <w:pPr>
              <w:spacing w:before="20" w:after="20"/>
              <w:ind w:firstLine="0"/>
              <w:jc w:val="right"/>
            </w:pPr>
            <w:r>
              <w:rPr>
                <w:sz w:val="16"/>
              </w:rPr>
              <w:t>0</w:t>
            </w:r>
          </w:p>
        </w:tc>
      </w:tr>
      <w:tr w:rsidR="004D342C" w14:paraId="3C6C917D" w14:textId="77777777">
        <w:trPr>
          <w:cantSplit/>
          <w:jc w:val="center"/>
        </w:trPr>
        <w:tc>
          <w:tcPr>
            <w:tcW w:w="1944" w:type="dxa"/>
          </w:tcPr>
          <w:p w14:paraId="4A5F730F" w14:textId="77777777" w:rsidR="004D342C" w:rsidRDefault="00000000">
            <w:pPr>
              <w:spacing w:before="20" w:after="20"/>
              <w:ind w:firstLine="0"/>
            </w:pPr>
            <w:r>
              <w:rPr>
                <w:sz w:val="16"/>
              </w:rPr>
              <w:t>cs_tcom</w:t>
            </w:r>
          </w:p>
        </w:tc>
        <w:tc>
          <w:tcPr>
            <w:tcW w:w="2880" w:type="dxa"/>
          </w:tcPr>
          <w:p w14:paraId="4ACDDC04" w14:textId="77777777" w:rsidR="004D342C" w:rsidRDefault="00000000">
            <w:pPr>
              <w:spacing w:before="20" w:after="20"/>
              <w:ind w:firstLine="0"/>
            </w:pPr>
            <w:r>
              <w:rPr>
                <w:sz w:val="16"/>
              </w:rPr>
              <w:t>Trusts the European Commission, composite input</w:t>
            </w:r>
          </w:p>
        </w:tc>
        <w:tc>
          <w:tcPr>
            <w:tcW w:w="3456" w:type="dxa"/>
          </w:tcPr>
          <w:p w14:paraId="567E6FED" w14:textId="77777777" w:rsidR="004D342C" w:rsidRDefault="00000000">
            <w:pPr>
              <w:spacing w:before="20" w:after="20"/>
              <w:ind w:firstLine="0"/>
            </w:pPr>
            <w:r>
              <w:rPr>
                <w:sz w:val="16"/>
              </w:rPr>
              <w:t>0 no / 1 yes</w:t>
            </w:r>
          </w:p>
        </w:tc>
        <w:tc>
          <w:tcPr>
            <w:tcW w:w="648" w:type="dxa"/>
          </w:tcPr>
          <w:p w14:paraId="4B98B535" w14:textId="77777777" w:rsidR="004D342C" w:rsidRDefault="00000000">
            <w:pPr>
              <w:spacing w:before="20" w:after="20"/>
              <w:ind w:firstLine="0"/>
              <w:jc w:val="right"/>
            </w:pPr>
            <w:r>
              <w:rPr>
                <w:sz w:val="16"/>
              </w:rPr>
              <w:t>0</w:t>
            </w:r>
          </w:p>
        </w:tc>
      </w:tr>
      <w:tr w:rsidR="004D342C" w14:paraId="3C6C917D" w14:textId="77777777">
        <w:trPr>
          <w:cantSplit/>
          <w:jc w:val="center"/>
        </w:trPr>
        <w:tc>
          <w:tcPr>
            <w:tcW w:w="1944" w:type="dxa"/>
          </w:tcPr>
          <w:p w14:paraId="4A5F730F" w14:textId="77777777" w:rsidR="004D342C" w:rsidRDefault="00000000">
            <w:pPr>
              <w:spacing w:before="20" w:after="20"/>
              <w:ind w:firstLine="0"/>
            </w:pPr>
            <w:r>
              <w:rPr>
                <w:sz w:val="16"/>
              </w:rPr>
              <w:t>cs_tcou</w:t>
            </w:r>
          </w:p>
        </w:tc>
        <w:tc>
          <w:tcPr>
            <w:tcW w:w="2880" w:type="dxa"/>
          </w:tcPr>
          <w:p w14:paraId="4ACDDC04" w14:textId="77777777" w:rsidR="004D342C" w:rsidRDefault="00000000">
            <w:pPr>
              <w:spacing w:before="20" w:after="20"/>
              <w:ind w:firstLine="0"/>
            </w:pPr>
            <w:r>
              <w:rPr>
                <w:sz w:val="16"/>
              </w:rPr>
              <w:t>Trusts the Council of the EU, composite input</w:t>
            </w:r>
          </w:p>
        </w:tc>
        <w:tc>
          <w:tcPr>
            <w:tcW w:w="3456" w:type="dxa"/>
          </w:tcPr>
          <w:p w14:paraId="567E6FED" w14:textId="77777777" w:rsidR="004D342C" w:rsidRDefault="00000000">
            <w:pPr>
              <w:spacing w:before="20" w:after="20"/>
              <w:ind w:firstLine="0"/>
            </w:pPr>
            <w:r>
              <w:rPr>
                <w:sz w:val="16"/>
              </w:rPr>
              <w:t>0 no / 1 yes</w:t>
            </w:r>
          </w:p>
        </w:tc>
        <w:tc>
          <w:tcPr>
            <w:tcW w:w="648" w:type="dxa"/>
          </w:tcPr>
          <w:p w14:paraId="4B98B535" w14:textId="77777777" w:rsidR="004D342C" w:rsidRDefault="00000000">
            <w:pPr>
              <w:spacing w:before="20" w:after="20"/>
              <w:ind w:firstLine="0"/>
              <w:jc w:val="right"/>
            </w:pPr>
            <w:r>
              <w:rPr>
                <w:sz w:val="16"/>
              </w:rPr>
              <w:t>0</w:t>
            </w:r>
          </w:p>
        </w:tc>
      </w:tr>
      <w:tr w:rsidR="004D342C" w14:paraId="3C6C917D" w14:textId="77777777">
        <w:trPr>
          <w:cantSplit/>
          <w:jc w:val="center"/>
        </w:trPr>
        <w:tc>
          <w:tcPr>
            <w:tcW w:w="1944" w:type="dxa"/>
          </w:tcPr>
          <w:p w14:paraId="4A5F730F" w14:textId="77777777" w:rsidR="004D342C" w:rsidRDefault="00000000">
            <w:pPr>
              <w:spacing w:before="20" w:after="20"/>
              <w:ind w:firstLine="0"/>
            </w:pPr>
            <w:r>
              <w:rPr>
                <w:sz w:val="16"/>
              </w:rPr>
              <w:t>cs_tecb</w:t>
            </w:r>
          </w:p>
        </w:tc>
        <w:tc>
          <w:tcPr>
            <w:tcW w:w="2880" w:type="dxa"/>
          </w:tcPr>
          <w:p w14:paraId="4ACDDC04" w14:textId="77777777" w:rsidR="004D342C" w:rsidRDefault="00000000">
            <w:pPr>
              <w:spacing w:before="20" w:after="20"/>
              <w:ind w:firstLine="0"/>
            </w:pPr>
            <w:r>
              <w:rPr>
                <w:sz w:val="16"/>
              </w:rPr>
              <w:t>Trusts the European Central Bank, composite input</w:t>
            </w:r>
          </w:p>
        </w:tc>
        <w:tc>
          <w:tcPr>
            <w:tcW w:w="3456" w:type="dxa"/>
          </w:tcPr>
          <w:p w14:paraId="567E6FED" w14:textId="77777777" w:rsidR="004D342C" w:rsidRDefault="00000000">
            <w:pPr>
              <w:spacing w:before="20" w:after="20"/>
              <w:ind w:firstLine="0"/>
            </w:pPr>
            <w:r>
              <w:rPr>
                <w:sz w:val="16"/>
              </w:rPr>
              <w:t>0 no / 1 yes</w:t>
            </w:r>
          </w:p>
        </w:tc>
        <w:tc>
          <w:tcPr>
            <w:tcW w:w="648" w:type="dxa"/>
          </w:tcPr>
          <w:p w14:paraId="4B98B535" w14:textId="77777777" w:rsidR="004D342C" w:rsidRDefault="00000000">
            <w:pPr>
              <w:spacing w:before="20" w:after="20"/>
              <w:ind w:firstLine="0"/>
              <w:jc w:val="right"/>
            </w:pPr>
            <w:r>
              <w:rPr>
                <w:sz w:val="16"/>
              </w:rPr>
              <w:t>0</w:t>
            </w:r>
          </w:p>
        </w:tc>
      </w:tr>
      <w:tr w:rsidR="004D342C" w14:paraId="3C6C917D" w14:textId="77777777">
        <w:trPr>
          <w:cantSplit/>
          <w:jc w:val="center"/>
        </w:trPr>
        <w:tc>
          <w:tcPr>
            <w:tcW w:w="1944" w:type="dxa"/>
          </w:tcPr>
          <w:p w14:paraId="4A5F730F" w14:textId="77777777" w:rsidR="004D342C" w:rsidRDefault="00000000">
            <w:pPr>
              <w:spacing w:before="20" w:after="20"/>
              <w:ind w:firstLine="0"/>
            </w:pPr>
            <w:r>
              <w:rPr>
                <w:sz w:val="16"/>
              </w:rPr>
              <w:t>cs_tep</w:t>
            </w:r>
          </w:p>
        </w:tc>
        <w:tc>
          <w:tcPr>
            <w:tcW w:w="2880" w:type="dxa"/>
          </w:tcPr>
          <w:p w14:paraId="4ACDDC04" w14:textId="77777777" w:rsidR="004D342C" w:rsidRDefault="00000000">
            <w:pPr>
              <w:spacing w:before="20" w:after="20"/>
              <w:ind w:firstLine="0"/>
            </w:pPr>
            <w:r>
              <w:rPr>
                <w:sz w:val="16"/>
              </w:rPr>
              <w:t>Trusts the European Parliament, composite input</w:t>
            </w:r>
          </w:p>
        </w:tc>
        <w:tc>
          <w:tcPr>
            <w:tcW w:w="3456" w:type="dxa"/>
          </w:tcPr>
          <w:p w14:paraId="567E6FED" w14:textId="77777777" w:rsidR="004D342C" w:rsidRDefault="00000000">
            <w:pPr>
              <w:spacing w:before="20" w:after="20"/>
              <w:ind w:firstLine="0"/>
            </w:pPr>
            <w:r>
              <w:rPr>
                <w:sz w:val="16"/>
              </w:rPr>
              <w:t>0 no / 1 yes</w:t>
            </w:r>
          </w:p>
        </w:tc>
        <w:tc>
          <w:tcPr>
            <w:tcW w:w="648" w:type="dxa"/>
          </w:tcPr>
          <w:p w14:paraId="4B98B535" w14:textId="77777777" w:rsidR="004D342C" w:rsidRDefault="00000000">
            <w:pPr>
              <w:spacing w:before="20" w:after="20"/>
              <w:ind w:firstLine="0"/>
              <w:jc w:val="right"/>
            </w:pPr>
            <w:r>
              <w:rPr>
                <w:sz w:val="16"/>
              </w:rPr>
              <w:t>0</w:t>
            </w:r>
          </w:p>
        </w:tc>
      </w:tr>
      <w:tr w:rsidR="004D342C" w14:paraId="3C6C917D" w14:textId="77777777">
        <w:trPr>
          <w:cantSplit/>
          <w:jc w:val="center"/>
        </w:trPr>
        <w:tc>
          <w:tcPr>
            <w:tcW w:w="1944" w:type="dxa"/>
          </w:tcPr>
          <w:p w14:paraId="4A5F730F" w14:textId="77777777" w:rsidR="004D342C" w:rsidRDefault="00000000">
            <w:pPr>
              <w:spacing w:before="20" w:after="20"/>
              <w:ind w:firstLine="0"/>
            </w:pPr>
            <w:r>
              <w:rPr>
                <w:sz w:val="16"/>
              </w:rPr>
              <w:t>cs_tn</w:t>
            </w:r>
          </w:p>
        </w:tc>
        <w:tc>
          <w:tcPr>
            <w:tcW w:w="2880" w:type="dxa"/>
          </w:tcPr>
          <w:p w14:paraId="4ACDDC04" w14:textId="77777777" w:rsidR="004D342C" w:rsidRDefault="00000000">
            <w:pPr>
              <w:spacing w:before="20" w:after="20"/>
              <w:ind w:firstLine="0"/>
            </w:pPr>
            <w:r>
              <w:rPr>
                <w:sz w:val="16"/>
              </w:rPr>
              <w:t>Number of the four EU-institution trust items the respondent answered</w:t>
            </w:r>
          </w:p>
        </w:tc>
        <w:tc>
          <w:tcPr>
            <w:tcW w:w="3456" w:type="dxa"/>
          </w:tcPr>
          <w:p w14:paraId="567E6FED" w14:textId="77777777" w:rsidR="004D342C" w:rsidRDefault="00000000">
            <w:pPr>
              <w:spacing w:before="20" w:after="20"/>
              <w:ind w:firstLine="0"/>
            </w:pPr>
            <w:r>
              <w:rPr>
                <w:sz w:val="16"/>
              </w:rPr>
              <w:t>0-4</w:t>
            </w:r>
          </w:p>
        </w:tc>
        <w:tc>
          <w:tcPr>
            <w:tcW w:w="648" w:type="dxa"/>
          </w:tcPr>
          <w:p w14:paraId="4B98B535" w14:textId="77777777" w:rsidR="004D342C" w:rsidRDefault="00000000">
            <w:pPr>
              <w:spacing w:before="20" w:after="20"/>
              <w:ind w:firstLine="0"/>
              <w:jc w:val="right"/>
            </w:pPr>
            <w:r>
              <w:rPr>
                <w:sz w:val="16"/>
              </w:rPr>
              <w:t>0</w:t>
            </w:r>
          </w:p>
        </w:tc>
      </w:tr>
    </w:tbl>
    <w:p w14:paraId="339D491E" w14:textId="77777777" w:rsidR="004D342C" w:rsidRDefault="00000000">
      <w:pPr>
        <w:pStyle w:val="Heading3"/>
      </w:pPr>
      <w:r>
        <w:rPr>
          <w:rFonts w:ascii="Times New Roman" w:hAnsi="Times New Roman" w:cs="Times New Roman"/>
        </w:rPr>
        <w:t>6.4.3  Hope/fear/jurisdiction/priorities  (369 variables)</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1944"/>
        <w:gridCol w:w="2880"/>
        <w:gridCol w:w="3456"/>
        <w:gridCol w:w="648"/>
      </w:tblGrid>
      <w:tr w:rsidR="004D342C" w14:paraId="533B3C5B" w14:textId="77777777">
        <w:trPr>
          <w:cantSplit/>
          <w:tblHeader/>
          <w:jc w:val="center"/>
        </w:trPr>
        <w:tc>
          <w:tcPr>
            <w:tcW w:w="1944" w:type="dxa"/>
            <w:tcBorders>
              <w:bottom w:val="single" w:sz="6" w:space="0" w:color="1F4E79"/>
            </w:tcBorders>
            <w:shd w:val="clear" w:color="auto" w:fill="E7EDF3"/>
          </w:tcPr>
          <w:p w14:paraId="340ADC64" w14:textId="77777777" w:rsidR="004D342C" w:rsidRDefault="00000000">
            <w:pPr>
              <w:spacing w:before="40" w:after="40"/>
              <w:ind w:firstLine="0"/>
            </w:pPr>
            <w:r>
              <w:rPr>
                <w:b/>
                <w:color w:val="1F4E79"/>
                <w:sz w:val="18"/>
              </w:rPr>
              <w:t>Variable</w:t>
            </w:r>
          </w:p>
        </w:tc>
        <w:tc>
          <w:tcPr>
            <w:tcW w:w="2880" w:type="dxa"/>
            <w:tcBorders>
              <w:bottom w:val="single" w:sz="6" w:space="0" w:color="1F4E79"/>
            </w:tcBorders>
            <w:shd w:val="clear" w:color="auto" w:fill="E7EDF3"/>
          </w:tcPr>
          <w:p w14:paraId="1FB5AFAA" w14:textId="77777777" w:rsidR="004D342C" w:rsidRDefault="00000000">
            <w:pPr>
              <w:spacing w:before="40" w:after="40"/>
              <w:ind w:firstLine="0"/>
            </w:pPr>
            <w:r>
              <w:rPr>
                <w:b/>
                <w:color w:val="1F4E79"/>
                <w:sz w:val="18"/>
              </w:rPr>
              <w:t>Label</w:t>
            </w:r>
          </w:p>
        </w:tc>
        <w:tc>
          <w:tcPr>
            <w:tcW w:w="3456" w:type="dxa"/>
            <w:tcBorders>
              <w:bottom w:val="single" w:sz="6" w:space="0" w:color="1F4E79"/>
            </w:tcBorders>
            <w:shd w:val="clear" w:color="auto" w:fill="E7EDF3"/>
          </w:tcPr>
          <w:p w14:paraId="1820BD3D" w14:textId="77777777" w:rsidR="004D342C" w:rsidRDefault="00000000">
            <w:pPr>
              <w:spacing w:before="40" w:after="40"/>
              <w:ind w:firstLine="0"/>
            </w:pPr>
            <w:r>
              <w:rPr>
                <w:b/>
                <w:color w:val="1F4E79"/>
                <w:sz w:val="18"/>
              </w:rPr>
              <w:t>Coding</w:t>
            </w:r>
          </w:p>
        </w:tc>
        <w:tc>
          <w:tcPr>
            <w:tcW w:w="648" w:type="dxa"/>
            <w:tcBorders>
              <w:bottom w:val="single" w:sz="6" w:space="0" w:color="1F4E79"/>
            </w:tcBorders>
            <w:shd w:val="clear" w:color="auto" w:fill="E7EDF3"/>
          </w:tcPr>
          <w:p w14:paraId="3B0894A4" w14:textId="77777777" w:rsidR="004D342C" w:rsidRDefault="00000000">
            <w:pPr>
              <w:spacing w:before="40" w:after="40"/>
              <w:ind w:firstLine="0"/>
              <w:jc w:val="right"/>
            </w:pPr>
            <w:r>
              <w:rPr>
                <w:b/>
                <w:color w:val="1F4E79"/>
                <w:sz w:val="18"/>
              </w:rPr>
              <w:t>Waves</w:t>
            </w:r>
          </w:p>
        </w:tc>
      </w:tr>
      <w:tr w:rsidR="004D342C" w14:paraId="6F7F7167" w14:textId="77777777">
        <w:trPr>
          <w:cantSplit/>
          <w:jc w:val="center"/>
        </w:trPr>
        <w:tc>
          <w:tcPr>
            <w:tcW w:w="1944" w:type="dxa"/>
          </w:tcPr>
          <w:p w14:paraId="228754AA" w14:textId="77777777" w:rsidR="004D342C" w:rsidRDefault="00000000">
            <w:pPr>
              <w:spacing w:before="20" w:after="20"/>
              <w:ind w:firstLine="0"/>
            </w:pPr>
            <w:r>
              <w:rPr>
                <w:sz w:val="16"/>
              </w:rPr>
              <w:t>proposalForeignPolicy</w:t>
            </w:r>
          </w:p>
        </w:tc>
        <w:tc>
          <w:tcPr>
            <w:tcW w:w="2880" w:type="dxa"/>
          </w:tcPr>
          <w:p w14:paraId="3CC7BCEC" w14:textId="77777777" w:rsidR="004D342C" w:rsidRDefault="00000000">
            <w:pPr>
              <w:spacing w:before="20" w:after="20"/>
              <w:ind w:firstLine="0"/>
            </w:pPr>
            <w:r>
              <w:rPr>
                <w:sz w:val="16"/>
              </w:rPr>
              <w:t>For or against the EU proposal named (1 For / 2 Against / 3 DK; 9 inapplicable, 0 NA preserved)</w:t>
            </w:r>
          </w:p>
        </w:tc>
        <w:tc>
          <w:tcPr>
            <w:tcW w:w="3456" w:type="dxa"/>
          </w:tcPr>
          <w:p w14:paraId="55A7884B" w14:textId="77777777" w:rsidR="004D342C" w:rsidRDefault="00000000">
            <w:pPr>
              <w:spacing w:before="20" w:after="20"/>
              <w:ind w:firstLine="0"/>
            </w:pPr>
            <w:r>
              <w:rPr>
                <w:sz w:val="16"/>
              </w:rPr>
              <w:t>1 For / 2 Against / 3 Don't know</w:t>
            </w:r>
          </w:p>
        </w:tc>
        <w:tc>
          <w:tcPr>
            <w:tcW w:w="648" w:type="dxa"/>
          </w:tcPr>
          <w:p w14:paraId="172487EE" w14:textId="77777777" w:rsidR="004D342C" w:rsidRDefault="00000000">
            <w:pPr>
              <w:spacing w:before="20" w:after="20"/>
              <w:ind w:firstLine="0"/>
              <w:jc w:val="right"/>
            </w:pPr>
            <w:r>
              <w:rPr>
                <w:sz w:val="16"/>
              </w:rPr>
              <w:t>73</w:t>
            </w:r>
          </w:p>
        </w:tc>
      </w:tr>
      <w:tr w:rsidR="004D342C" w14:paraId="62F033D2" w14:textId="77777777">
        <w:trPr>
          <w:cantSplit/>
          <w:jc w:val="center"/>
        </w:trPr>
        <w:tc>
          <w:tcPr>
            <w:tcW w:w="1944" w:type="dxa"/>
          </w:tcPr>
          <w:p w14:paraId="072E6240" w14:textId="77777777" w:rsidR="004D342C" w:rsidRDefault="00000000">
            <w:pPr>
              <w:spacing w:before="20" w:after="20"/>
              <w:ind w:firstLine="0"/>
            </w:pPr>
            <w:r>
              <w:rPr>
                <w:sz w:val="16"/>
              </w:rPr>
              <w:t>proposalDefence</w:t>
            </w:r>
          </w:p>
        </w:tc>
        <w:tc>
          <w:tcPr>
            <w:tcW w:w="2880" w:type="dxa"/>
          </w:tcPr>
          <w:p w14:paraId="197BDF09" w14:textId="77777777" w:rsidR="004D342C" w:rsidRDefault="00000000">
            <w:pPr>
              <w:spacing w:before="20" w:after="20"/>
              <w:ind w:firstLine="0"/>
            </w:pPr>
            <w:r>
              <w:rPr>
                <w:sz w:val="16"/>
              </w:rPr>
              <w:t>For or against the EU proposal named (1 For / 2 Against / 3 DK; 9 inapplicable, 0 NA preserved)</w:t>
            </w:r>
          </w:p>
        </w:tc>
        <w:tc>
          <w:tcPr>
            <w:tcW w:w="3456" w:type="dxa"/>
          </w:tcPr>
          <w:p w14:paraId="40280F12" w14:textId="77777777" w:rsidR="004D342C" w:rsidRDefault="00000000">
            <w:pPr>
              <w:spacing w:before="20" w:after="20"/>
              <w:ind w:firstLine="0"/>
            </w:pPr>
            <w:r>
              <w:rPr>
                <w:sz w:val="16"/>
              </w:rPr>
              <w:t>1 For / 2 Against / 3 Don't know</w:t>
            </w:r>
          </w:p>
        </w:tc>
        <w:tc>
          <w:tcPr>
            <w:tcW w:w="648" w:type="dxa"/>
          </w:tcPr>
          <w:p w14:paraId="5BD70539" w14:textId="77777777" w:rsidR="004D342C" w:rsidRDefault="00000000">
            <w:pPr>
              <w:spacing w:before="20" w:after="20"/>
              <w:ind w:firstLine="0"/>
              <w:jc w:val="right"/>
            </w:pPr>
            <w:r>
              <w:rPr>
                <w:sz w:val="16"/>
              </w:rPr>
              <w:t>71</w:t>
            </w:r>
          </w:p>
        </w:tc>
      </w:tr>
      <w:tr w:rsidR="004D342C" w14:paraId="4D0854C4" w14:textId="77777777">
        <w:trPr>
          <w:cantSplit/>
          <w:jc w:val="center"/>
        </w:trPr>
        <w:tc>
          <w:tcPr>
            <w:tcW w:w="1944" w:type="dxa"/>
          </w:tcPr>
          <w:p w14:paraId="3400F082" w14:textId="77777777" w:rsidR="004D342C" w:rsidRDefault="00000000">
            <w:pPr>
              <w:spacing w:before="20" w:after="20"/>
              <w:ind w:firstLine="0"/>
            </w:pPr>
            <w:r>
              <w:rPr>
                <w:sz w:val="16"/>
              </w:rPr>
              <w:lastRenderedPageBreak/>
              <w:t>proposalEnlargement</w:t>
            </w:r>
          </w:p>
        </w:tc>
        <w:tc>
          <w:tcPr>
            <w:tcW w:w="2880" w:type="dxa"/>
          </w:tcPr>
          <w:p w14:paraId="23177050" w14:textId="77777777" w:rsidR="004D342C" w:rsidRDefault="00000000">
            <w:pPr>
              <w:spacing w:before="20" w:after="20"/>
              <w:ind w:firstLine="0"/>
            </w:pPr>
            <w:r>
              <w:rPr>
                <w:sz w:val="16"/>
              </w:rPr>
              <w:t>For or against the EU proposal named (1 For / 2 Against / 3 DK; 9 inapplicable, 0 NA preserved)</w:t>
            </w:r>
          </w:p>
        </w:tc>
        <w:tc>
          <w:tcPr>
            <w:tcW w:w="3456" w:type="dxa"/>
          </w:tcPr>
          <w:p w14:paraId="553C72AB" w14:textId="77777777" w:rsidR="004D342C" w:rsidRDefault="00000000">
            <w:pPr>
              <w:spacing w:before="20" w:after="20"/>
              <w:ind w:firstLine="0"/>
            </w:pPr>
            <w:r>
              <w:rPr>
                <w:sz w:val="16"/>
              </w:rPr>
              <w:t>1 For / 2 Against / 3 Don't know</w:t>
            </w:r>
          </w:p>
        </w:tc>
        <w:tc>
          <w:tcPr>
            <w:tcW w:w="648" w:type="dxa"/>
          </w:tcPr>
          <w:p w14:paraId="0B080083" w14:textId="77777777" w:rsidR="004D342C" w:rsidRDefault="00000000">
            <w:pPr>
              <w:spacing w:before="20" w:after="20"/>
              <w:ind w:firstLine="0"/>
              <w:jc w:val="right"/>
            </w:pPr>
            <w:r>
              <w:rPr>
                <w:sz w:val="16"/>
              </w:rPr>
              <w:t>53</w:t>
            </w:r>
          </w:p>
        </w:tc>
      </w:tr>
      <w:tr w:rsidR="004D342C" w14:paraId="4D80261E" w14:textId="77777777">
        <w:trPr>
          <w:cantSplit/>
          <w:jc w:val="center"/>
        </w:trPr>
        <w:tc>
          <w:tcPr>
            <w:tcW w:w="1944" w:type="dxa"/>
          </w:tcPr>
          <w:p w14:paraId="53A8BF5D" w14:textId="77777777" w:rsidR="004D342C" w:rsidRDefault="00000000">
            <w:pPr>
              <w:spacing w:before="20" w:after="20"/>
              <w:ind w:firstLine="0"/>
            </w:pPr>
            <w:r>
              <w:rPr>
                <w:sz w:val="16"/>
              </w:rPr>
              <w:t>issuecrime</w:t>
            </w:r>
          </w:p>
        </w:tc>
        <w:tc>
          <w:tcPr>
            <w:tcW w:w="2880" w:type="dxa"/>
          </w:tcPr>
          <w:p w14:paraId="0BC23CAA" w14:textId="77777777" w:rsidR="004D342C" w:rsidRDefault="00000000">
            <w:pPr>
              <w:spacing w:before="20" w:after="20"/>
              <w:ind w:firstLine="0"/>
            </w:pPr>
            <w:r>
              <w:rPr>
                <w:sz w:val="16"/>
              </w:rPr>
              <w:t>IMPORTANT ISSUES CNTRY: CRIME</w:t>
            </w:r>
          </w:p>
        </w:tc>
        <w:tc>
          <w:tcPr>
            <w:tcW w:w="3456" w:type="dxa"/>
          </w:tcPr>
          <w:p w14:paraId="359DEC1F" w14:textId="77777777" w:rsidR="004D342C" w:rsidRDefault="00000000">
            <w:pPr>
              <w:spacing w:before="20" w:after="20"/>
              <w:ind w:firstLine="0"/>
            </w:pPr>
            <w:r>
              <w:rPr>
                <w:sz w:val="16"/>
              </w:rPr>
              <w:t>0 not mentioned / 1 mentioned</w:t>
            </w:r>
          </w:p>
        </w:tc>
        <w:tc>
          <w:tcPr>
            <w:tcW w:w="648" w:type="dxa"/>
          </w:tcPr>
          <w:p w14:paraId="06783B1B" w14:textId="77777777" w:rsidR="004D342C" w:rsidRDefault="00000000">
            <w:pPr>
              <w:spacing w:before="20" w:after="20"/>
              <w:ind w:firstLine="0"/>
              <w:jc w:val="right"/>
            </w:pPr>
            <w:r>
              <w:rPr>
                <w:sz w:val="16"/>
              </w:rPr>
              <w:t>49</w:t>
            </w:r>
          </w:p>
        </w:tc>
      </w:tr>
      <w:tr w:rsidR="004D342C" w14:paraId="6A17EDC8" w14:textId="77777777">
        <w:trPr>
          <w:cantSplit/>
          <w:jc w:val="center"/>
        </w:trPr>
        <w:tc>
          <w:tcPr>
            <w:tcW w:w="1944" w:type="dxa"/>
          </w:tcPr>
          <w:p w14:paraId="4843264A" w14:textId="77777777" w:rsidR="004D342C" w:rsidRDefault="00000000">
            <w:pPr>
              <w:spacing w:before="20" w:after="20"/>
              <w:ind w:firstLine="0"/>
            </w:pPr>
            <w:r>
              <w:rPr>
                <w:sz w:val="16"/>
              </w:rPr>
              <w:t>issuedontknow</w:t>
            </w:r>
          </w:p>
        </w:tc>
        <w:tc>
          <w:tcPr>
            <w:tcW w:w="2880" w:type="dxa"/>
          </w:tcPr>
          <w:p w14:paraId="5320B31B" w14:textId="77777777" w:rsidR="004D342C" w:rsidRDefault="00000000">
            <w:pPr>
              <w:spacing w:before="20" w:after="20"/>
              <w:ind w:firstLine="0"/>
            </w:pPr>
            <w:r>
              <w:rPr>
                <w:sz w:val="16"/>
              </w:rPr>
              <w:t>IMPORTANT ISSUES CNTRY: DK (SPONT)</w:t>
            </w:r>
          </w:p>
        </w:tc>
        <w:tc>
          <w:tcPr>
            <w:tcW w:w="3456" w:type="dxa"/>
          </w:tcPr>
          <w:p w14:paraId="288404ED" w14:textId="77777777" w:rsidR="004D342C" w:rsidRDefault="00000000">
            <w:pPr>
              <w:spacing w:before="20" w:after="20"/>
              <w:ind w:firstLine="0"/>
            </w:pPr>
            <w:r>
              <w:rPr>
                <w:sz w:val="16"/>
              </w:rPr>
              <w:t>0 not mentioned / 1 mentioned</w:t>
            </w:r>
          </w:p>
        </w:tc>
        <w:tc>
          <w:tcPr>
            <w:tcW w:w="648" w:type="dxa"/>
          </w:tcPr>
          <w:p w14:paraId="6BBDC413" w14:textId="77777777" w:rsidR="004D342C" w:rsidRDefault="00000000">
            <w:pPr>
              <w:spacing w:before="20" w:after="20"/>
              <w:ind w:firstLine="0"/>
              <w:jc w:val="right"/>
            </w:pPr>
            <w:r>
              <w:rPr>
                <w:sz w:val="16"/>
              </w:rPr>
              <w:t>49</w:t>
            </w:r>
          </w:p>
        </w:tc>
      </w:tr>
      <w:tr w:rsidR="004D342C" w14:paraId="5241837A" w14:textId="77777777">
        <w:trPr>
          <w:cantSplit/>
          <w:jc w:val="center"/>
        </w:trPr>
        <w:tc>
          <w:tcPr>
            <w:tcW w:w="1944" w:type="dxa"/>
          </w:tcPr>
          <w:p w14:paraId="330A0C9D" w14:textId="77777777" w:rsidR="004D342C" w:rsidRDefault="00000000">
            <w:pPr>
              <w:spacing w:before="20" w:after="20"/>
              <w:ind w:firstLine="0"/>
            </w:pPr>
            <w:r>
              <w:rPr>
                <w:sz w:val="16"/>
              </w:rPr>
              <w:t>issueeconomy</w:t>
            </w:r>
          </w:p>
        </w:tc>
        <w:tc>
          <w:tcPr>
            <w:tcW w:w="2880" w:type="dxa"/>
          </w:tcPr>
          <w:p w14:paraId="2392BFA6" w14:textId="77777777" w:rsidR="004D342C" w:rsidRDefault="00000000">
            <w:pPr>
              <w:spacing w:before="20" w:after="20"/>
              <w:ind w:firstLine="0"/>
            </w:pPr>
            <w:r>
              <w:rPr>
                <w:sz w:val="16"/>
              </w:rPr>
              <w:t>IMPORTANT ISSUES CNTRY: ECONOMIC SITUATION</w:t>
            </w:r>
          </w:p>
        </w:tc>
        <w:tc>
          <w:tcPr>
            <w:tcW w:w="3456" w:type="dxa"/>
          </w:tcPr>
          <w:p w14:paraId="4FCF0A43" w14:textId="77777777" w:rsidR="004D342C" w:rsidRDefault="00000000">
            <w:pPr>
              <w:spacing w:before="20" w:after="20"/>
              <w:ind w:firstLine="0"/>
            </w:pPr>
            <w:r>
              <w:rPr>
                <w:sz w:val="16"/>
              </w:rPr>
              <w:t>0 not mentioned / 1 mentioned</w:t>
            </w:r>
          </w:p>
        </w:tc>
        <w:tc>
          <w:tcPr>
            <w:tcW w:w="648" w:type="dxa"/>
          </w:tcPr>
          <w:p w14:paraId="54C986B4" w14:textId="77777777" w:rsidR="004D342C" w:rsidRDefault="00000000">
            <w:pPr>
              <w:spacing w:before="20" w:after="20"/>
              <w:ind w:firstLine="0"/>
              <w:jc w:val="right"/>
            </w:pPr>
            <w:r>
              <w:rPr>
                <w:sz w:val="16"/>
              </w:rPr>
              <w:t>49</w:t>
            </w:r>
          </w:p>
        </w:tc>
      </w:tr>
      <w:tr w:rsidR="004D342C" w14:paraId="6BFDC3D1" w14:textId="77777777">
        <w:trPr>
          <w:cantSplit/>
          <w:jc w:val="center"/>
        </w:trPr>
        <w:tc>
          <w:tcPr>
            <w:tcW w:w="1944" w:type="dxa"/>
          </w:tcPr>
          <w:p w14:paraId="365DC23A" w14:textId="77777777" w:rsidR="004D342C" w:rsidRDefault="00000000">
            <w:pPr>
              <w:spacing w:before="20" w:after="20"/>
              <w:ind w:firstLine="0"/>
            </w:pPr>
            <w:r>
              <w:rPr>
                <w:sz w:val="16"/>
              </w:rPr>
              <w:t>issueeducation</w:t>
            </w:r>
          </w:p>
        </w:tc>
        <w:tc>
          <w:tcPr>
            <w:tcW w:w="2880" w:type="dxa"/>
          </w:tcPr>
          <w:p w14:paraId="45F0FBEB" w14:textId="77777777" w:rsidR="004D342C" w:rsidRDefault="00000000">
            <w:pPr>
              <w:spacing w:before="20" w:after="20"/>
              <w:ind w:firstLine="0"/>
            </w:pPr>
            <w:r>
              <w:rPr>
                <w:sz w:val="16"/>
              </w:rPr>
              <w:t>IMPORTANT ISSUES CNTRY: EDUCATION SYSTEM</w:t>
            </w:r>
          </w:p>
        </w:tc>
        <w:tc>
          <w:tcPr>
            <w:tcW w:w="3456" w:type="dxa"/>
          </w:tcPr>
          <w:p w14:paraId="48FD3FD6" w14:textId="77777777" w:rsidR="004D342C" w:rsidRDefault="00000000">
            <w:pPr>
              <w:spacing w:before="20" w:after="20"/>
              <w:ind w:firstLine="0"/>
            </w:pPr>
            <w:r>
              <w:rPr>
                <w:sz w:val="16"/>
              </w:rPr>
              <w:t>0 not mentioned / 1 mentioned</w:t>
            </w:r>
          </w:p>
        </w:tc>
        <w:tc>
          <w:tcPr>
            <w:tcW w:w="648" w:type="dxa"/>
          </w:tcPr>
          <w:p w14:paraId="3686C9F0" w14:textId="77777777" w:rsidR="004D342C" w:rsidRDefault="00000000">
            <w:pPr>
              <w:spacing w:before="20" w:after="20"/>
              <w:ind w:firstLine="0"/>
              <w:jc w:val="right"/>
            </w:pPr>
            <w:r>
              <w:rPr>
                <w:sz w:val="16"/>
              </w:rPr>
              <w:t>49</w:t>
            </w:r>
          </w:p>
        </w:tc>
      </w:tr>
      <w:tr w:rsidR="004D342C" w14:paraId="4C3E479C" w14:textId="77777777">
        <w:trPr>
          <w:cantSplit/>
          <w:jc w:val="center"/>
        </w:trPr>
        <w:tc>
          <w:tcPr>
            <w:tcW w:w="1944" w:type="dxa"/>
          </w:tcPr>
          <w:p w14:paraId="014E1BA5" w14:textId="77777777" w:rsidR="004D342C" w:rsidRDefault="00000000">
            <w:pPr>
              <w:spacing w:before="20" w:after="20"/>
              <w:ind w:firstLine="0"/>
            </w:pPr>
            <w:r>
              <w:rPr>
                <w:sz w:val="16"/>
              </w:rPr>
              <w:t>issueinflation</w:t>
            </w:r>
          </w:p>
        </w:tc>
        <w:tc>
          <w:tcPr>
            <w:tcW w:w="2880" w:type="dxa"/>
          </w:tcPr>
          <w:p w14:paraId="2C874004" w14:textId="77777777" w:rsidR="004D342C" w:rsidRDefault="00000000">
            <w:pPr>
              <w:spacing w:before="20" w:after="20"/>
              <w:ind w:firstLine="0"/>
            </w:pPr>
            <w:r>
              <w:rPr>
                <w:sz w:val="16"/>
              </w:rPr>
              <w:t>IMPORTANT ISSUES CNTRY: RISING PRICES/INFLATION</w:t>
            </w:r>
          </w:p>
        </w:tc>
        <w:tc>
          <w:tcPr>
            <w:tcW w:w="3456" w:type="dxa"/>
          </w:tcPr>
          <w:p w14:paraId="5BAFA056" w14:textId="77777777" w:rsidR="004D342C" w:rsidRDefault="00000000">
            <w:pPr>
              <w:spacing w:before="20" w:after="20"/>
              <w:ind w:firstLine="0"/>
            </w:pPr>
            <w:r>
              <w:rPr>
                <w:sz w:val="16"/>
              </w:rPr>
              <w:t>0 not mentioned / 1 mentioned</w:t>
            </w:r>
          </w:p>
        </w:tc>
        <w:tc>
          <w:tcPr>
            <w:tcW w:w="648" w:type="dxa"/>
          </w:tcPr>
          <w:p w14:paraId="7BA6E223" w14:textId="77777777" w:rsidR="004D342C" w:rsidRDefault="00000000">
            <w:pPr>
              <w:spacing w:before="20" w:after="20"/>
              <w:ind w:firstLine="0"/>
              <w:jc w:val="right"/>
            </w:pPr>
            <w:r>
              <w:rPr>
                <w:sz w:val="16"/>
              </w:rPr>
              <w:t>49</w:t>
            </w:r>
          </w:p>
        </w:tc>
      </w:tr>
      <w:tr w:rsidR="004D342C" w14:paraId="02D47B2E" w14:textId="77777777">
        <w:trPr>
          <w:cantSplit/>
          <w:jc w:val="center"/>
        </w:trPr>
        <w:tc>
          <w:tcPr>
            <w:tcW w:w="1944" w:type="dxa"/>
          </w:tcPr>
          <w:p w14:paraId="0C4DFEEC" w14:textId="77777777" w:rsidR="004D342C" w:rsidRDefault="00000000">
            <w:pPr>
              <w:spacing w:before="20" w:after="20"/>
              <w:ind w:firstLine="0"/>
            </w:pPr>
            <w:r>
              <w:rPr>
                <w:sz w:val="16"/>
              </w:rPr>
              <w:t>issuejobs</w:t>
            </w:r>
          </w:p>
        </w:tc>
        <w:tc>
          <w:tcPr>
            <w:tcW w:w="2880" w:type="dxa"/>
          </w:tcPr>
          <w:p w14:paraId="27394FA5" w14:textId="77777777" w:rsidR="004D342C" w:rsidRDefault="00000000">
            <w:pPr>
              <w:spacing w:before="20" w:after="20"/>
              <w:ind w:firstLine="0"/>
            </w:pPr>
            <w:r>
              <w:rPr>
                <w:sz w:val="16"/>
              </w:rPr>
              <w:t>IMPORTANT ISSUES CNTRY: UNEMPLOYMENT</w:t>
            </w:r>
          </w:p>
        </w:tc>
        <w:tc>
          <w:tcPr>
            <w:tcW w:w="3456" w:type="dxa"/>
          </w:tcPr>
          <w:p w14:paraId="5CB13159" w14:textId="77777777" w:rsidR="004D342C" w:rsidRDefault="00000000">
            <w:pPr>
              <w:spacing w:before="20" w:after="20"/>
              <w:ind w:firstLine="0"/>
            </w:pPr>
            <w:r>
              <w:rPr>
                <w:sz w:val="16"/>
              </w:rPr>
              <w:t>0 not mentioned / 1 mentioned</w:t>
            </w:r>
          </w:p>
        </w:tc>
        <w:tc>
          <w:tcPr>
            <w:tcW w:w="648" w:type="dxa"/>
          </w:tcPr>
          <w:p w14:paraId="14BF1D51" w14:textId="77777777" w:rsidR="004D342C" w:rsidRDefault="00000000">
            <w:pPr>
              <w:spacing w:before="20" w:after="20"/>
              <w:ind w:firstLine="0"/>
              <w:jc w:val="right"/>
            </w:pPr>
            <w:r>
              <w:rPr>
                <w:sz w:val="16"/>
              </w:rPr>
              <w:t>49</w:t>
            </w:r>
          </w:p>
        </w:tc>
      </w:tr>
      <w:tr w:rsidR="004D342C" w14:paraId="7840803C" w14:textId="77777777">
        <w:trPr>
          <w:cantSplit/>
          <w:jc w:val="center"/>
        </w:trPr>
        <w:tc>
          <w:tcPr>
            <w:tcW w:w="1944" w:type="dxa"/>
          </w:tcPr>
          <w:p w14:paraId="2C864384" w14:textId="77777777" w:rsidR="004D342C" w:rsidRDefault="00000000">
            <w:pPr>
              <w:spacing w:before="20" w:after="20"/>
              <w:ind w:firstLine="0"/>
            </w:pPr>
            <w:r>
              <w:rPr>
                <w:sz w:val="16"/>
              </w:rPr>
              <w:t>issueother</w:t>
            </w:r>
          </w:p>
        </w:tc>
        <w:tc>
          <w:tcPr>
            <w:tcW w:w="2880" w:type="dxa"/>
          </w:tcPr>
          <w:p w14:paraId="35D8F473" w14:textId="77777777" w:rsidR="004D342C" w:rsidRDefault="00000000">
            <w:pPr>
              <w:spacing w:before="20" w:after="20"/>
              <w:ind w:firstLine="0"/>
            </w:pPr>
            <w:r>
              <w:rPr>
                <w:sz w:val="16"/>
              </w:rPr>
              <w:t>IMPORTANT ISSUES CNTRY: OTHER (SPONT)</w:t>
            </w:r>
          </w:p>
        </w:tc>
        <w:tc>
          <w:tcPr>
            <w:tcW w:w="3456" w:type="dxa"/>
          </w:tcPr>
          <w:p w14:paraId="5F26B3EC" w14:textId="77777777" w:rsidR="004D342C" w:rsidRDefault="00000000">
            <w:pPr>
              <w:spacing w:before="20" w:after="20"/>
              <w:ind w:firstLine="0"/>
            </w:pPr>
            <w:r>
              <w:rPr>
                <w:sz w:val="16"/>
              </w:rPr>
              <w:t>0 not mentioned / 1 mentioned</w:t>
            </w:r>
          </w:p>
        </w:tc>
        <w:tc>
          <w:tcPr>
            <w:tcW w:w="648" w:type="dxa"/>
          </w:tcPr>
          <w:p w14:paraId="6AD13DE6" w14:textId="77777777" w:rsidR="004D342C" w:rsidRDefault="00000000">
            <w:pPr>
              <w:spacing w:before="20" w:after="20"/>
              <w:ind w:firstLine="0"/>
              <w:jc w:val="right"/>
            </w:pPr>
            <w:r>
              <w:rPr>
                <w:sz w:val="16"/>
              </w:rPr>
              <w:t>49</w:t>
            </w:r>
          </w:p>
        </w:tc>
      </w:tr>
      <w:tr w:rsidR="004D342C" w14:paraId="79AAFAC8" w14:textId="77777777">
        <w:trPr>
          <w:cantSplit/>
          <w:jc w:val="center"/>
        </w:trPr>
        <w:tc>
          <w:tcPr>
            <w:tcW w:w="1944" w:type="dxa"/>
          </w:tcPr>
          <w:p w14:paraId="5D847C59" w14:textId="77777777" w:rsidR="004D342C" w:rsidRDefault="00000000">
            <w:pPr>
              <w:spacing w:before="20" w:after="20"/>
              <w:ind w:firstLine="0"/>
            </w:pPr>
            <w:r>
              <w:rPr>
                <w:sz w:val="16"/>
              </w:rPr>
              <w:t>issuetaxes</w:t>
            </w:r>
          </w:p>
        </w:tc>
        <w:tc>
          <w:tcPr>
            <w:tcW w:w="2880" w:type="dxa"/>
          </w:tcPr>
          <w:p w14:paraId="3EA35A98" w14:textId="77777777" w:rsidR="004D342C" w:rsidRDefault="00000000">
            <w:pPr>
              <w:spacing w:before="20" w:after="20"/>
              <w:ind w:firstLine="0"/>
            </w:pPr>
            <w:r>
              <w:rPr>
                <w:sz w:val="16"/>
              </w:rPr>
              <w:t>important issues cntry: taxation</w:t>
            </w:r>
          </w:p>
        </w:tc>
        <w:tc>
          <w:tcPr>
            <w:tcW w:w="3456" w:type="dxa"/>
          </w:tcPr>
          <w:p w14:paraId="1BD74127" w14:textId="77777777" w:rsidR="004D342C" w:rsidRDefault="00000000">
            <w:pPr>
              <w:spacing w:before="20" w:after="20"/>
              <w:ind w:firstLine="0"/>
            </w:pPr>
            <w:r>
              <w:rPr>
                <w:sz w:val="16"/>
              </w:rPr>
              <w:t>0 not mentioned / 1 mentioned</w:t>
            </w:r>
          </w:p>
        </w:tc>
        <w:tc>
          <w:tcPr>
            <w:tcW w:w="648" w:type="dxa"/>
          </w:tcPr>
          <w:p w14:paraId="2BEB3708" w14:textId="77777777" w:rsidR="004D342C" w:rsidRDefault="00000000">
            <w:pPr>
              <w:spacing w:before="20" w:after="20"/>
              <w:ind w:firstLine="0"/>
              <w:jc w:val="right"/>
            </w:pPr>
            <w:r>
              <w:rPr>
                <w:sz w:val="16"/>
              </w:rPr>
              <w:t>47</w:t>
            </w:r>
          </w:p>
        </w:tc>
      </w:tr>
      <w:tr w:rsidR="004D342C" w14:paraId="73657E4A" w14:textId="77777777">
        <w:trPr>
          <w:cantSplit/>
          <w:jc w:val="center"/>
        </w:trPr>
        <w:tc>
          <w:tcPr>
            <w:tcW w:w="1944" w:type="dxa"/>
          </w:tcPr>
          <w:p w14:paraId="2F63B26F" w14:textId="77777777" w:rsidR="004D342C" w:rsidRDefault="00000000">
            <w:pPr>
              <w:spacing w:before="20" w:after="20"/>
              <w:ind w:firstLine="0"/>
            </w:pPr>
            <w:r>
              <w:rPr>
                <w:sz w:val="16"/>
              </w:rPr>
              <w:t>issuehousing</w:t>
            </w:r>
          </w:p>
        </w:tc>
        <w:tc>
          <w:tcPr>
            <w:tcW w:w="2880" w:type="dxa"/>
          </w:tcPr>
          <w:p w14:paraId="1EC115D5" w14:textId="77777777" w:rsidR="004D342C" w:rsidRDefault="00000000">
            <w:pPr>
              <w:spacing w:before="20" w:after="20"/>
              <w:ind w:firstLine="0"/>
            </w:pPr>
            <w:r>
              <w:rPr>
                <w:sz w:val="16"/>
              </w:rPr>
              <w:t>IMPORTANT ISSUES CNTRY: HOUSING</w:t>
            </w:r>
          </w:p>
        </w:tc>
        <w:tc>
          <w:tcPr>
            <w:tcW w:w="3456" w:type="dxa"/>
          </w:tcPr>
          <w:p w14:paraId="706F471F" w14:textId="77777777" w:rsidR="004D342C" w:rsidRDefault="00000000">
            <w:pPr>
              <w:spacing w:before="20" w:after="20"/>
              <w:ind w:firstLine="0"/>
            </w:pPr>
            <w:r>
              <w:rPr>
                <w:sz w:val="16"/>
              </w:rPr>
              <w:t>0 not mentioned / 1 mentioned</w:t>
            </w:r>
          </w:p>
        </w:tc>
        <w:tc>
          <w:tcPr>
            <w:tcW w:w="648" w:type="dxa"/>
          </w:tcPr>
          <w:p w14:paraId="780859AF" w14:textId="77777777" w:rsidR="004D342C" w:rsidRDefault="00000000">
            <w:pPr>
              <w:spacing w:before="20" w:after="20"/>
              <w:ind w:firstLine="0"/>
              <w:jc w:val="right"/>
            </w:pPr>
            <w:r>
              <w:rPr>
                <w:sz w:val="16"/>
              </w:rPr>
              <w:t>46</w:t>
            </w:r>
          </w:p>
        </w:tc>
      </w:tr>
      <w:tr w:rsidR="004D342C" w14:paraId="2B88EF64" w14:textId="77777777">
        <w:trPr>
          <w:cantSplit/>
          <w:jc w:val="center"/>
        </w:trPr>
        <w:tc>
          <w:tcPr>
            <w:tcW w:w="1944" w:type="dxa"/>
          </w:tcPr>
          <w:p w14:paraId="17AAD67F" w14:textId="77777777" w:rsidR="004D342C" w:rsidRDefault="00000000">
            <w:pPr>
              <w:spacing w:before="20" w:after="20"/>
              <w:ind w:firstLine="0"/>
            </w:pPr>
            <w:r>
              <w:rPr>
                <w:sz w:val="16"/>
              </w:rPr>
              <w:t>issuepensions</w:t>
            </w:r>
          </w:p>
        </w:tc>
        <w:tc>
          <w:tcPr>
            <w:tcW w:w="2880" w:type="dxa"/>
          </w:tcPr>
          <w:p w14:paraId="0FF3721F" w14:textId="77777777" w:rsidR="004D342C" w:rsidRDefault="00000000">
            <w:pPr>
              <w:spacing w:before="20" w:after="20"/>
              <w:ind w:firstLine="0"/>
            </w:pPr>
            <w:r>
              <w:rPr>
                <w:sz w:val="16"/>
              </w:rPr>
              <w:t>IMPORTANT ISSUES CNTRY: PENSIONS</w:t>
            </w:r>
          </w:p>
        </w:tc>
        <w:tc>
          <w:tcPr>
            <w:tcW w:w="3456" w:type="dxa"/>
          </w:tcPr>
          <w:p w14:paraId="096DDAA5" w14:textId="77777777" w:rsidR="004D342C" w:rsidRDefault="00000000">
            <w:pPr>
              <w:spacing w:before="20" w:after="20"/>
              <w:ind w:firstLine="0"/>
            </w:pPr>
            <w:r>
              <w:rPr>
                <w:sz w:val="16"/>
              </w:rPr>
              <w:t>0 not mentioned / 1 mentioned</w:t>
            </w:r>
          </w:p>
        </w:tc>
        <w:tc>
          <w:tcPr>
            <w:tcW w:w="648" w:type="dxa"/>
          </w:tcPr>
          <w:p w14:paraId="56699513" w14:textId="77777777" w:rsidR="004D342C" w:rsidRDefault="00000000">
            <w:pPr>
              <w:spacing w:before="20" w:after="20"/>
              <w:ind w:firstLine="0"/>
              <w:jc w:val="right"/>
            </w:pPr>
            <w:r>
              <w:rPr>
                <w:sz w:val="16"/>
              </w:rPr>
              <w:t>46</w:t>
            </w:r>
          </w:p>
        </w:tc>
      </w:tr>
      <w:tr w:rsidR="004D342C" w14:paraId="2B11F462" w14:textId="77777777">
        <w:trPr>
          <w:cantSplit/>
          <w:jc w:val="center"/>
        </w:trPr>
        <w:tc>
          <w:tcPr>
            <w:tcW w:w="1944" w:type="dxa"/>
          </w:tcPr>
          <w:p w14:paraId="3F54A1F9" w14:textId="77777777" w:rsidR="004D342C" w:rsidRDefault="00000000">
            <w:pPr>
              <w:spacing w:before="20" w:after="20"/>
              <w:ind w:firstLine="0"/>
            </w:pPr>
            <w:r>
              <w:rPr>
                <w:sz w:val="16"/>
              </w:rPr>
              <w:t>issueterrorism</w:t>
            </w:r>
          </w:p>
        </w:tc>
        <w:tc>
          <w:tcPr>
            <w:tcW w:w="2880" w:type="dxa"/>
          </w:tcPr>
          <w:p w14:paraId="2CD6B4B6" w14:textId="77777777" w:rsidR="004D342C" w:rsidRDefault="00000000">
            <w:pPr>
              <w:spacing w:before="20" w:after="20"/>
              <w:ind w:firstLine="0"/>
            </w:pPr>
            <w:r>
              <w:rPr>
                <w:sz w:val="16"/>
              </w:rPr>
              <w:t>IMPORTANT ISSUES CNTRY: TERRORISM</w:t>
            </w:r>
          </w:p>
        </w:tc>
        <w:tc>
          <w:tcPr>
            <w:tcW w:w="3456" w:type="dxa"/>
          </w:tcPr>
          <w:p w14:paraId="43DF6922" w14:textId="77777777" w:rsidR="004D342C" w:rsidRDefault="00000000">
            <w:pPr>
              <w:spacing w:before="20" w:after="20"/>
              <w:ind w:firstLine="0"/>
            </w:pPr>
            <w:r>
              <w:rPr>
                <w:sz w:val="16"/>
              </w:rPr>
              <w:t>0 not mentioned / 1 mentioned</w:t>
            </w:r>
          </w:p>
        </w:tc>
        <w:tc>
          <w:tcPr>
            <w:tcW w:w="648" w:type="dxa"/>
          </w:tcPr>
          <w:p w14:paraId="6CD10DF9" w14:textId="77777777" w:rsidR="004D342C" w:rsidRDefault="00000000">
            <w:pPr>
              <w:spacing w:before="20" w:after="20"/>
              <w:ind w:firstLine="0"/>
              <w:jc w:val="right"/>
            </w:pPr>
            <w:r>
              <w:rPr>
                <w:sz w:val="16"/>
              </w:rPr>
              <w:t>46</w:t>
            </w:r>
          </w:p>
        </w:tc>
      </w:tr>
      <w:tr w:rsidR="004D342C" w14:paraId="07C07456" w14:textId="77777777">
        <w:trPr>
          <w:cantSplit/>
          <w:jc w:val="center"/>
        </w:trPr>
        <w:tc>
          <w:tcPr>
            <w:tcW w:w="1944" w:type="dxa"/>
          </w:tcPr>
          <w:p w14:paraId="6AD90EDE" w14:textId="77777777" w:rsidR="004D342C" w:rsidRDefault="00000000">
            <w:pPr>
              <w:spacing w:before="20" w:after="20"/>
              <w:ind w:firstLine="0"/>
            </w:pPr>
            <w:r>
              <w:rPr>
                <w:sz w:val="16"/>
              </w:rPr>
              <w:t>jurisdenviron</w:t>
            </w:r>
          </w:p>
        </w:tc>
        <w:tc>
          <w:tcPr>
            <w:tcW w:w="2880" w:type="dxa"/>
          </w:tcPr>
          <w:p w14:paraId="241C4E7D" w14:textId="77777777" w:rsidR="004D342C" w:rsidRDefault="00000000">
            <w:pPr>
              <w:spacing w:before="20" w:after="20"/>
              <w:ind w:firstLine="0"/>
            </w:pPr>
            <w:r>
              <w:rPr>
                <w:sz w:val="16"/>
              </w:rPr>
              <w:t>QA20 EU COMMON POLICY: ENVIRONMENT PROTEC</w:t>
            </w:r>
          </w:p>
        </w:tc>
        <w:tc>
          <w:tcPr>
            <w:tcW w:w="3456" w:type="dxa"/>
          </w:tcPr>
          <w:p w14:paraId="6CFBE45A" w14:textId="77777777" w:rsidR="004D342C" w:rsidRDefault="00000000">
            <w:pPr>
              <w:spacing w:before="20" w:after="20"/>
              <w:ind w:firstLine="0"/>
            </w:pPr>
            <w:r>
              <w:rPr>
                <w:sz w:val="16"/>
              </w:rPr>
              <w:t>1 (NATIONALITY) Government / 2 Jointly within European Union / 3 dont know</w:t>
            </w:r>
          </w:p>
        </w:tc>
        <w:tc>
          <w:tcPr>
            <w:tcW w:w="648" w:type="dxa"/>
          </w:tcPr>
          <w:p w14:paraId="167453D3" w14:textId="77777777" w:rsidR="004D342C" w:rsidRDefault="00000000">
            <w:pPr>
              <w:spacing w:before="20" w:after="20"/>
              <w:ind w:firstLine="0"/>
              <w:jc w:val="right"/>
            </w:pPr>
            <w:r>
              <w:rPr>
                <w:sz w:val="16"/>
              </w:rPr>
              <w:t>46</w:t>
            </w:r>
          </w:p>
        </w:tc>
      </w:tr>
      <w:tr w:rsidR="004D342C" w14:paraId="6DA6E44D" w14:textId="77777777">
        <w:trPr>
          <w:cantSplit/>
          <w:jc w:val="center"/>
        </w:trPr>
        <w:tc>
          <w:tcPr>
            <w:tcW w:w="1944" w:type="dxa"/>
          </w:tcPr>
          <w:p w14:paraId="7D3BC0EF" w14:textId="77777777" w:rsidR="004D342C" w:rsidRDefault="00000000">
            <w:pPr>
              <w:spacing w:before="20" w:after="20"/>
              <w:ind w:firstLine="0"/>
            </w:pPr>
            <w:r>
              <w:rPr>
                <w:sz w:val="16"/>
              </w:rPr>
              <w:t>meansbureacracy</w:t>
            </w:r>
          </w:p>
        </w:tc>
        <w:tc>
          <w:tcPr>
            <w:tcW w:w="2880" w:type="dxa"/>
          </w:tcPr>
          <w:p w14:paraId="78658BC7" w14:textId="77777777" w:rsidR="004D342C" w:rsidRDefault="00000000">
            <w:pPr>
              <w:spacing w:before="20" w:after="20"/>
              <w:ind w:firstLine="0"/>
            </w:pPr>
            <w:r>
              <w:rPr>
                <w:sz w:val="16"/>
              </w:rPr>
              <w:t>EU MEANING: BUREAUCRACY</w:t>
            </w:r>
          </w:p>
        </w:tc>
        <w:tc>
          <w:tcPr>
            <w:tcW w:w="3456" w:type="dxa"/>
          </w:tcPr>
          <w:p w14:paraId="6AB05457" w14:textId="77777777" w:rsidR="004D342C" w:rsidRDefault="00000000">
            <w:pPr>
              <w:spacing w:before="20" w:after="20"/>
              <w:ind w:firstLine="0"/>
            </w:pPr>
            <w:r>
              <w:rPr>
                <w:sz w:val="16"/>
              </w:rPr>
              <w:t>0 not mentioned / 1 mentioned</w:t>
            </w:r>
          </w:p>
        </w:tc>
        <w:tc>
          <w:tcPr>
            <w:tcW w:w="648" w:type="dxa"/>
          </w:tcPr>
          <w:p w14:paraId="09A081F9" w14:textId="77777777" w:rsidR="004D342C" w:rsidRDefault="00000000">
            <w:pPr>
              <w:spacing w:before="20" w:after="20"/>
              <w:ind w:firstLine="0"/>
              <w:jc w:val="right"/>
            </w:pPr>
            <w:r>
              <w:rPr>
                <w:sz w:val="16"/>
              </w:rPr>
              <w:t>42</w:t>
            </w:r>
          </w:p>
        </w:tc>
      </w:tr>
      <w:tr w:rsidR="004D342C" w14:paraId="3CC1D4C3" w14:textId="77777777">
        <w:trPr>
          <w:cantSplit/>
          <w:jc w:val="center"/>
        </w:trPr>
        <w:tc>
          <w:tcPr>
            <w:tcW w:w="1944" w:type="dxa"/>
          </w:tcPr>
          <w:p w14:paraId="36915CAD" w14:textId="77777777" w:rsidR="004D342C" w:rsidRDefault="00000000">
            <w:pPr>
              <w:spacing w:before="20" w:after="20"/>
              <w:ind w:firstLine="0"/>
            </w:pPr>
            <w:r>
              <w:rPr>
                <w:sz w:val="16"/>
              </w:rPr>
              <w:t>meanscrime</w:t>
            </w:r>
          </w:p>
        </w:tc>
        <w:tc>
          <w:tcPr>
            <w:tcW w:w="2880" w:type="dxa"/>
          </w:tcPr>
          <w:p w14:paraId="019D38AF" w14:textId="77777777" w:rsidR="004D342C" w:rsidRDefault="00000000">
            <w:pPr>
              <w:spacing w:before="20" w:after="20"/>
              <w:ind w:firstLine="0"/>
            </w:pPr>
            <w:r>
              <w:rPr>
                <w:sz w:val="16"/>
              </w:rPr>
              <w:t>EU MEANING: MORE CRIME</w:t>
            </w:r>
          </w:p>
        </w:tc>
        <w:tc>
          <w:tcPr>
            <w:tcW w:w="3456" w:type="dxa"/>
          </w:tcPr>
          <w:p w14:paraId="07945144" w14:textId="77777777" w:rsidR="004D342C" w:rsidRDefault="00000000">
            <w:pPr>
              <w:spacing w:before="20" w:after="20"/>
              <w:ind w:firstLine="0"/>
            </w:pPr>
            <w:r>
              <w:rPr>
                <w:sz w:val="16"/>
              </w:rPr>
              <w:t>0 not mentioned / 1 mentioned</w:t>
            </w:r>
          </w:p>
        </w:tc>
        <w:tc>
          <w:tcPr>
            <w:tcW w:w="648" w:type="dxa"/>
          </w:tcPr>
          <w:p w14:paraId="5FFE6050" w14:textId="77777777" w:rsidR="004D342C" w:rsidRDefault="00000000">
            <w:pPr>
              <w:spacing w:before="20" w:after="20"/>
              <w:ind w:firstLine="0"/>
              <w:jc w:val="right"/>
            </w:pPr>
            <w:r>
              <w:rPr>
                <w:sz w:val="16"/>
              </w:rPr>
              <w:t>42</w:t>
            </w:r>
          </w:p>
        </w:tc>
      </w:tr>
      <w:tr w:rsidR="004D342C" w14:paraId="752B1148" w14:textId="77777777">
        <w:trPr>
          <w:cantSplit/>
          <w:jc w:val="center"/>
        </w:trPr>
        <w:tc>
          <w:tcPr>
            <w:tcW w:w="1944" w:type="dxa"/>
          </w:tcPr>
          <w:p w14:paraId="730C0A03" w14:textId="77777777" w:rsidR="004D342C" w:rsidRDefault="00000000">
            <w:pPr>
              <w:spacing w:before="20" w:after="20"/>
              <w:ind w:firstLine="0"/>
            </w:pPr>
            <w:r>
              <w:rPr>
                <w:sz w:val="16"/>
              </w:rPr>
              <w:t>meansdiversity</w:t>
            </w:r>
          </w:p>
        </w:tc>
        <w:tc>
          <w:tcPr>
            <w:tcW w:w="2880" w:type="dxa"/>
          </w:tcPr>
          <w:p w14:paraId="2FE918BD" w14:textId="77777777" w:rsidR="004D342C" w:rsidRDefault="00000000">
            <w:pPr>
              <w:spacing w:before="20" w:after="20"/>
              <w:ind w:firstLine="0"/>
            </w:pPr>
            <w:r>
              <w:rPr>
                <w:sz w:val="16"/>
              </w:rPr>
              <w:t>EU MEANING: CULTURAL DIVERSITY</w:t>
            </w:r>
          </w:p>
        </w:tc>
        <w:tc>
          <w:tcPr>
            <w:tcW w:w="3456" w:type="dxa"/>
          </w:tcPr>
          <w:p w14:paraId="1C66EA0C" w14:textId="77777777" w:rsidR="004D342C" w:rsidRDefault="00000000">
            <w:pPr>
              <w:spacing w:before="20" w:after="20"/>
              <w:ind w:firstLine="0"/>
            </w:pPr>
            <w:r>
              <w:rPr>
                <w:sz w:val="16"/>
              </w:rPr>
              <w:t>0 not mentioned / 1 mentioned</w:t>
            </w:r>
          </w:p>
        </w:tc>
        <w:tc>
          <w:tcPr>
            <w:tcW w:w="648" w:type="dxa"/>
          </w:tcPr>
          <w:p w14:paraId="332D8A9A" w14:textId="77777777" w:rsidR="004D342C" w:rsidRDefault="00000000">
            <w:pPr>
              <w:spacing w:before="20" w:after="20"/>
              <w:ind w:firstLine="0"/>
              <w:jc w:val="right"/>
            </w:pPr>
            <w:r>
              <w:rPr>
                <w:sz w:val="16"/>
              </w:rPr>
              <w:t>42</w:t>
            </w:r>
          </w:p>
        </w:tc>
      </w:tr>
      <w:tr w:rsidR="004D342C" w14:paraId="680AC86F" w14:textId="77777777">
        <w:trPr>
          <w:cantSplit/>
          <w:jc w:val="center"/>
        </w:trPr>
        <w:tc>
          <w:tcPr>
            <w:tcW w:w="1944" w:type="dxa"/>
          </w:tcPr>
          <w:p w14:paraId="1042E11C" w14:textId="77777777" w:rsidR="004D342C" w:rsidRDefault="00000000">
            <w:pPr>
              <w:spacing w:before="20" w:after="20"/>
              <w:ind w:firstLine="0"/>
            </w:pPr>
            <w:r>
              <w:rPr>
                <w:sz w:val="16"/>
              </w:rPr>
              <w:t>meansdontknow</w:t>
            </w:r>
          </w:p>
        </w:tc>
        <w:tc>
          <w:tcPr>
            <w:tcW w:w="2880" w:type="dxa"/>
          </w:tcPr>
          <w:p w14:paraId="70C29CA7" w14:textId="77777777" w:rsidR="004D342C" w:rsidRDefault="00000000">
            <w:pPr>
              <w:spacing w:before="20" w:after="20"/>
              <w:ind w:firstLine="0"/>
            </w:pPr>
            <w:r>
              <w:rPr>
                <w:sz w:val="16"/>
              </w:rPr>
              <w:t>EU MEANING: DK (SPONT)</w:t>
            </w:r>
          </w:p>
        </w:tc>
        <w:tc>
          <w:tcPr>
            <w:tcW w:w="3456" w:type="dxa"/>
          </w:tcPr>
          <w:p w14:paraId="75009652" w14:textId="77777777" w:rsidR="004D342C" w:rsidRDefault="00000000">
            <w:pPr>
              <w:spacing w:before="20" w:after="20"/>
              <w:ind w:firstLine="0"/>
            </w:pPr>
            <w:r>
              <w:rPr>
                <w:sz w:val="16"/>
              </w:rPr>
              <w:t>0 not mentioned / 1 mentioned</w:t>
            </w:r>
          </w:p>
        </w:tc>
        <w:tc>
          <w:tcPr>
            <w:tcW w:w="648" w:type="dxa"/>
          </w:tcPr>
          <w:p w14:paraId="3293B81C" w14:textId="77777777" w:rsidR="004D342C" w:rsidRDefault="00000000">
            <w:pPr>
              <w:spacing w:before="20" w:after="20"/>
              <w:ind w:firstLine="0"/>
              <w:jc w:val="right"/>
            </w:pPr>
            <w:r>
              <w:rPr>
                <w:sz w:val="16"/>
              </w:rPr>
              <w:t>42</w:t>
            </w:r>
          </w:p>
        </w:tc>
      </w:tr>
      <w:tr w:rsidR="004D342C" w14:paraId="5AA4DE6C" w14:textId="77777777">
        <w:trPr>
          <w:cantSplit/>
          <w:jc w:val="center"/>
        </w:trPr>
        <w:tc>
          <w:tcPr>
            <w:tcW w:w="1944" w:type="dxa"/>
          </w:tcPr>
          <w:p w14:paraId="00B8485C" w14:textId="77777777" w:rsidR="004D342C" w:rsidRDefault="00000000">
            <w:pPr>
              <w:spacing w:before="20" w:after="20"/>
              <w:ind w:firstLine="0"/>
            </w:pPr>
            <w:r>
              <w:rPr>
                <w:sz w:val="16"/>
              </w:rPr>
              <w:t>meanseuro</w:t>
            </w:r>
          </w:p>
        </w:tc>
        <w:tc>
          <w:tcPr>
            <w:tcW w:w="2880" w:type="dxa"/>
          </w:tcPr>
          <w:p w14:paraId="38BC9277" w14:textId="77777777" w:rsidR="004D342C" w:rsidRDefault="00000000">
            <w:pPr>
              <w:spacing w:before="20" w:after="20"/>
              <w:ind w:firstLine="0"/>
            </w:pPr>
            <w:r>
              <w:rPr>
                <w:sz w:val="16"/>
              </w:rPr>
              <w:t>EU MEANING: EURO</w:t>
            </w:r>
          </w:p>
        </w:tc>
        <w:tc>
          <w:tcPr>
            <w:tcW w:w="3456" w:type="dxa"/>
          </w:tcPr>
          <w:p w14:paraId="354BBD0B" w14:textId="77777777" w:rsidR="004D342C" w:rsidRDefault="00000000">
            <w:pPr>
              <w:spacing w:before="20" w:after="20"/>
              <w:ind w:firstLine="0"/>
            </w:pPr>
            <w:r>
              <w:rPr>
                <w:sz w:val="16"/>
              </w:rPr>
              <w:t>0 not mentioned / 1 mentioned</w:t>
            </w:r>
          </w:p>
        </w:tc>
        <w:tc>
          <w:tcPr>
            <w:tcW w:w="648" w:type="dxa"/>
          </w:tcPr>
          <w:p w14:paraId="35A01DD2" w14:textId="77777777" w:rsidR="004D342C" w:rsidRDefault="00000000">
            <w:pPr>
              <w:spacing w:before="20" w:after="20"/>
              <w:ind w:firstLine="0"/>
              <w:jc w:val="right"/>
            </w:pPr>
            <w:r>
              <w:rPr>
                <w:sz w:val="16"/>
              </w:rPr>
              <w:t>42</w:t>
            </w:r>
          </w:p>
        </w:tc>
      </w:tr>
      <w:tr w:rsidR="004D342C" w14:paraId="1F5B06BD" w14:textId="77777777">
        <w:trPr>
          <w:cantSplit/>
          <w:jc w:val="center"/>
        </w:trPr>
        <w:tc>
          <w:tcPr>
            <w:tcW w:w="1944" w:type="dxa"/>
          </w:tcPr>
          <w:p w14:paraId="01F5CCF9" w14:textId="77777777" w:rsidR="004D342C" w:rsidRDefault="00000000">
            <w:pPr>
              <w:spacing w:before="20" w:after="20"/>
              <w:ind w:firstLine="0"/>
            </w:pPr>
            <w:r>
              <w:rPr>
                <w:sz w:val="16"/>
              </w:rPr>
              <w:t>meansfreedommovement</w:t>
            </w:r>
          </w:p>
        </w:tc>
        <w:tc>
          <w:tcPr>
            <w:tcW w:w="2880" w:type="dxa"/>
          </w:tcPr>
          <w:p w14:paraId="4DC529F9" w14:textId="77777777" w:rsidR="004D342C" w:rsidRDefault="00000000">
            <w:pPr>
              <w:spacing w:before="20" w:after="20"/>
              <w:ind w:firstLine="0"/>
            </w:pPr>
            <w:r>
              <w:rPr>
                <w:sz w:val="16"/>
              </w:rPr>
              <w:t>EU MEANING: TRAVEL/STUDY/WORK ABROAD</w:t>
            </w:r>
          </w:p>
        </w:tc>
        <w:tc>
          <w:tcPr>
            <w:tcW w:w="3456" w:type="dxa"/>
          </w:tcPr>
          <w:p w14:paraId="1FE8142C" w14:textId="77777777" w:rsidR="004D342C" w:rsidRDefault="00000000">
            <w:pPr>
              <w:spacing w:before="20" w:after="20"/>
              <w:ind w:firstLine="0"/>
            </w:pPr>
            <w:r>
              <w:rPr>
                <w:sz w:val="16"/>
              </w:rPr>
              <w:t>0 not mentioned / 1 mentioned</w:t>
            </w:r>
          </w:p>
        </w:tc>
        <w:tc>
          <w:tcPr>
            <w:tcW w:w="648" w:type="dxa"/>
          </w:tcPr>
          <w:p w14:paraId="255A96E1" w14:textId="77777777" w:rsidR="004D342C" w:rsidRDefault="00000000">
            <w:pPr>
              <w:spacing w:before="20" w:after="20"/>
              <w:ind w:firstLine="0"/>
              <w:jc w:val="right"/>
            </w:pPr>
            <w:r>
              <w:rPr>
                <w:sz w:val="16"/>
              </w:rPr>
              <w:t>42</w:t>
            </w:r>
          </w:p>
        </w:tc>
      </w:tr>
      <w:tr w:rsidR="004D342C" w14:paraId="1301B25C" w14:textId="77777777">
        <w:trPr>
          <w:cantSplit/>
          <w:jc w:val="center"/>
        </w:trPr>
        <w:tc>
          <w:tcPr>
            <w:tcW w:w="1944" w:type="dxa"/>
          </w:tcPr>
          <w:p w14:paraId="021E41B4" w14:textId="77777777" w:rsidR="004D342C" w:rsidRDefault="00000000">
            <w:pPr>
              <w:spacing w:before="20" w:after="20"/>
              <w:ind w:firstLine="0"/>
            </w:pPr>
            <w:r>
              <w:rPr>
                <w:sz w:val="16"/>
              </w:rPr>
              <w:t>meansfrontiers</w:t>
            </w:r>
          </w:p>
        </w:tc>
        <w:tc>
          <w:tcPr>
            <w:tcW w:w="2880" w:type="dxa"/>
          </w:tcPr>
          <w:p w14:paraId="5DCB3CFA" w14:textId="77777777" w:rsidR="004D342C" w:rsidRDefault="00000000">
            <w:pPr>
              <w:spacing w:before="20" w:after="20"/>
              <w:ind w:firstLine="0"/>
            </w:pPr>
            <w:r>
              <w:rPr>
                <w:sz w:val="16"/>
              </w:rPr>
              <w:t>EU MEANING: NOT ENOUGH FRONTIER CONTROL</w:t>
            </w:r>
          </w:p>
        </w:tc>
        <w:tc>
          <w:tcPr>
            <w:tcW w:w="3456" w:type="dxa"/>
          </w:tcPr>
          <w:p w14:paraId="58EF3191" w14:textId="77777777" w:rsidR="004D342C" w:rsidRDefault="00000000">
            <w:pPr>
              <w:spacing w:before="20" w:after="20"/>
              <w:ind w:firstLine="0"/>
            </w:pPr>
            <w:r>
              <w:rPr>
                <w:sz w:val="16"/>
              </w:rPr>
              <w:t>0 not mentioned / 1 mentioned</w:t>
            </w:r>
          </w:p>
        </w:tc>
        <w:tc>
          <w:tcPr>
            <w:tcW w:w="648" w:type="dxa"/>
          </w:tcPr>
          <w:p w14:paraId="6B4D63FC" w14:textId="77777777" w:rsidR="004D342C" w:rsidRDefault="00000000">
            <w:pPr>
              <w:spacing w:before="20" w:after="20"/>
              <w:ind w:firstLine="0"/>
              <w:jc w:val="right"/>
            </w:pPr>
            <w:r>
              <w:rPr>
                <w:sz w:val="16"/>
              </w:rPr>
              <w:t>42</w:t>
            </w:r>
          </w:p>
        </w:tc>
      </w:tr>
      <w:tr w:rsidR="004D342C" w14:paraId="437E6A9A" w14:textId="77777777">
        <w:trPr>
          <w:cantSplit/>
          <w:jc w:val="center"/>
        </w:trPr>
        <w:tc>
          <w:tcPr>
            <w:tcW w:w="1944" w:type="dxa"/>
          </w:tcPr>
          <w:p w14:paraId="432437FB" w14:textId="77777777" w:rsidR="004D342C" w:rsidRDefault="00000000">
            <w:pPr>
              <w:spacing w:before="20" w:after="20"/>
              <w:ind w:firstLine="0"/>
            </w:pPr>
            <w:r>
              <w:rPr>
                <w:sz w:val="16"/>
              </w:rPr>
              <w:t>meansidentityloss</w:t>
            </w:r>
          </w:p>
        </w:tc>
        <w:tc>
          <w:tcPr>
            <w:tcW w:w="2880" w:type="dxa"/>
          </w:tcPr>
          <w:p w14:paraId="5F8479BD" w14:textId="77777777" w:rsidR="004D342C" w:rsidRDefault="00000000">
            <w:pPr>
              <w:spacing w:before="20" w:after="20"/>
              <w:ind w:firstLine="0"/>
            </w:pPr>
            <w:r>
              <w:rPr>
                <w:sz w:val="16"/>
              </w:rPr>
              <w:t>EU MEANING: LOSS OF CULTURAL IDENTITY</w:t>
            </w:r>
          </w:p>
        </w:tc>
        <w:tc>
          <w:tcPr>
            <w:tcW w:w="3456" w:type="dxa"/>
          </w:tcPr>
          <w:p w14:paraId="783F3487" w14:textId="77777777" w:rsidR="004D342C" w:rsidRDefault="00000000">
            <w:pPr>
              <w:spacing w:before="20" w:after="20"/>
              <w:ind w:firstLine="0"/>
            </w:pPr>
            <w:r>
              <w:rPr>
                <w:sz w:val="16"/>
              </w:rPr>
              <w:t>0 not mentioned / 1 mentioned</w:t>
            </w:r>
          </w:p>
        </w:tc>
        <w:tc>
          <w:tcPr>
            <w:tcW w:w="648" w:type="dxa"/>
          </w:tcPr>
          <w:p w14:paraId="2BCF1C53" w14:textId="77777777" w:rsidR="004D342C" w:rsidRDefault="00000000">
            <w:pPr>
              <w:spacing w:before="20" w:after="20"/>
              <w:ind w:firstLine="0"/>
              <w:jc w:val="right"/>
            </w:pPr>
            <w:r>
              <w:rPr>
                <w:sz w:val="16"/>
              </w:rPr>
              <w:t>42</w:t>
            </w:r>
          </w:p>
        </w:tc>
      </w:tr>
      <w:tr w:rsidR="004D342C" w14:paraId="6C01FF5F" w14:textId="77777777">
        <w:trPr>
          <w:cantSplit/>
          <w:jc w:val="center"/>
        </w:trPr>
        <w:tc>
          <w:tcPr>
            <w:tcW w:w="1944" w:type="dxa"/>
          </w:tcPr>
          <w:p w14:paraId="63CC769A" w14:textId="77777777" w:rsidR="004D342C" w:rsidRDefault="00000000">
            <w:pPr>
              <w:spacing w:before="20" w:after="20"/>
              <w:ind w:firstLine="0"/>
            </w:pPr>
            <w:r>
              <w:rPr>
                <w:sz w:val="16"/>
              </w:rPr>
              <w:t>meansmoneywaste</w:t>
            </w:r>
          </w:p>
        </w:tc>
        <w:tc>
          <w:tcPr>
            <w:tcW w:w="2880" w:type="dxa"/>
          </w:tcPr>
          <w:p w14:paraId="35EED7EC" w14:textId="77777777" w:rsidR="004D342C" w:rsidRDefault="00000000">
            <w:pPr>
              <w:spacing w:before="20" w:after="20"/>
              <w:ind w:firstLine="0"/>
            </w:pPr>
            <w:r>
              <w:rPr>
                <w:sz w:val="16"/>
              </w:rPr>
              <w:t>EU MEANING: WASTE OF MONEY</w:t>
            </w:r>
          </w:p>
        </w:tc>
        <w:tc>
          <w:tcPr>
            <w:tcW w:w="3456" w:type="dxa"/>
          </w:tcPr>
          <w:p w14:paraId="26DE5ABE" w14:textId="77777777" w:rsidR="004D342C" w:rsidRDefault="00000000">
            <w:pPr>
              <w:spacing w:before="20" w:after="20"/>
              <w:ind w:firstLine="0"/>
            </w:pPr>
            <w:r>
              <w:rPr>
                <w:sz w:val="16"/>
              </w:rPr>
              <w:t>0 not mentioned / 1 mentioned</w:t>
            </w:r>
          </w:p>
        </w:tc>
        <w:tc>
          <w:tcPr>
            <w:tcW w:w="648" w:type="dxa"/>
          </w:tcPr>
          <w:p w14:paraId="3B4BF4FA" w14:textId="77777777" w:rsidR="004D342C" w:rsidRDefault="00000000">
            <w:pPr>
              <w:spacing w:before="20" w:after="20"/>
              <w:ind w:firstLine="0"/>
              <w:jc w:val="right"/>
            </w:pPr>
            <w:r>
              <w:rPr>
                <w:sz w:val="16"/>
              </w:rPr>
              <w:t>42</w:t>
            </w:r>
          </w:p>
        </w:tc>
      </w:tr>
      <w:tr w:rsidR="004D342C" w14:paraId="73214148" w14:textId="77777777">
        <w:trPr>
          <w:cantSplit/>
          <w:jc w:val="center"/>
        </w:trPr>
        <w:tc>
          <w:tcPr>
            <w:tcW w:w="1944" w:type="dxa"/>
          </w:tcPr>
          <w:p w14:paraId="23AED693" w14:textId="77777777" w:rsidR="004D342C" w:rsidRDefault="00000000">
            <w:pPr>
              <w:spacing w:before="20" w:after="20"/>
              <w:ind w:firstLine="0"/>
            </w:pPr>
            <w:r>
              <w:rPr>
                <w:sz w:val="16"/>
              </w:rPr>
              <w:t>meansother</w:t>
            </w:r>
          </w:p>
        </w:tc>
        <w:tc>
          <w:tcPr>
            <w:tcW w:w="2880" w:type="dxa"/>
          </w:tcPr>
          <w:p w14:paraId="056A9102" w14:textId="77777777" w:rsidR="004D342C" w:rsidRDefault="00000000">
            <w:pPr>
              <w:spacing w:before="20" w:after="20"/>
              <w:ind w:firstLine="0"/>
            </w:pPr>
            <w:r>
              <w:rPr>
                <w:sz w:val="16"/>
              </w:rPr>
              <w:t>EU MEANING: OTHER (SPONT)</w:t>
            </w:r>
          </w:p>
        </w:tc>
        <w:tc>
          <w:tcPr>
            <w:tcW w:w="3456" w:type="dxa"/>
          </w:tcPr>
          <w:p w14:paraId="6449B7C4" w14:textId="77777777" w:rsidR="004D342C" w:rsidRDefault="00000000">
            <w:pPr>
              <w:spacing w:before="20" w:after="20"/>
              <w:ind w:firstLine="0"/>
            </w:pPr>
            <w:r>
              <w:rPr>
                <w:sz w:val="16"/>
              </w:rPr>
              <w:t>0 not mentioned / 1 mentioned</w:t>
            </w:r>
          </w:p>
        </w:tc>
        <w:tc>
          <w:tcPr>
            <w:tcW w:w="648" w:type="dxa"/>
          </w:tcPr>
          <w:p w14:paraId="7B1BC353" w14:textId="77777777" w:rsidR="004D342C" w:rsidRDefault="00000000">
            <w:pPr>
              <w:spacing w:before="20" w:after="20"/>
              <w:ind w:firstLine="0"/>
              <w:jc w:val="right"/>
            </w:pPr>
            <w:r>
              <w:rPr>
                <w:sz w:val="16"/>
              </w:rPr>
              <w:t>42</w:t>
            </w:r>
          </w:p>
        </w:tc>
      </w:tr>
      <w:tr w:rsidR="004D342C" w14:paraId="26A46B97" w14:textId="77777777">
        <w:trPr>
          <w:cantSplit/>
          <w:jc w:val="center"/>
        </w:trPr>
        <w:tc>
          <w:tcPr>
            <w:tcW w:w="1944" w:type="dxa"/>
          </w:tcPr>
          <w:p w14:paraId="5DD26A5B" w14:textId="77777777" w:rsidR="004D342C" w:rsidRDefault="00000000">
            <w:pPr>
              <w:spacing w:before="20" w:after="20"/>
              <w:ind w:firstLine="0"/>
            </w:pPr>
            <w:r>
              <w:rPr>
                <w:sz w:val="16"/>
              </w:rPr>
              <w:t>meanspeace</w:t>
            </w:r>
          </w:p>
        </w:tc>
        <w:tc>
          <w:tcPr>
            <w:tcW w:w="2880" w:type="dxa"/>
          </w:tcPr>
          <w:p w14:paraId="6C4700FE" w14:textId="77777777" w:rsidR="004D342C" w:rsidRDefault="00000000">
            <w:pPr>
              <w:spacing w:before="20" w:after="20"/>
              <w:ind w:firstLine="0"/>
            </w:pPr>
            <w:r>
              <w:rPr>
                <w:sz w:val="16"/>
              </w:rPr>
              <w:t>EU MEANING: PEACE</w:t>
            </w:r>
          </w:p>
        </w:tc>
        <w:tc>
          <w:tcPr>
            <w:tcW w:w="3456" w:type="dxa"/>
          </w:tcPr>
          <w:p w14:paraId="7AFE0B9A" w14:textId="77777777" w:rsidR="004D342C" w:rsidRDefault="00000000">
            <w:pPr>
              <w:spacing w:before="20" w:after="20"/>
              <w:ind w:firstLine="0"/>
            </w:pPr>
            <w:r>
              <w:rPr>
                <w:sz w:val="16"/>
              </w:rPr>
              <w:t>0 not mentioned / 1 mentioned</w:t>
            </w:r>
          </w:p>
        </w:tc>
        <w:tc>
          <w:tcPr>
            <w:tcW w:w="648" w:type="dxa"/>
          </w:tcPr>
          <w:p w14:paraId="7F10128B" w14:textId="77777777" w:rsidR="004D342C" w:rsidRDefault="00000000">
            <w:pPr>
              <w:spacing w:before="20" w:after="20"/>
              <w:ind w:firstLine="0"/>
              <w:jc w:val="right"/>
            </w:pPr>
            <w:r>
              <w:rPr>
                <w:sz w:val="16"/>
              </w:rPr>
              <w:t>42</w:t>
            </w:r>
          </w:p>
        </w:tc>
      </w:tr>
      <w:tr w:rsidR="004D342C" w14:paraId="5512DFFF" w14:textId="77777777">
        <w:trPr>
          <w:cantSplit/>
          <w:jc w:val="center"/>
        </w:trPr>
        <w:tc>
          <w:tcPr>
            <w:tcW w:w="1944" w:type="dxa"/>
          </w:tcPr>
          <w:p w14:paraId="0CC03489" w14:textId="77777777" w:rsidR="004D342C" w:rsidRDefault="00000000">
            <w:pPr>
              <w:spacing w:before="20" w:after="20"/>
              <w:ind w:firstLine="0"/>
            </w:pPr>
            <w:r>
              <w:rPr>
                <w:sz w:val="16"/>
              </w:rPr>
              <w:t>meansprosperity</w:t>
            </w:r>
          </w:p>
        </w:tc>
        <w:tc>
          <w:tcPr>
            <w:tcW w:w="2880" w:type="dxa"/>
          </w:tcPr>
          <w:p w14:paraId="44AC137B" w14:textId="77777777" w:rsidR="004D342C" w:rsidRDefault="00000000">
            <w:pPr>
              <w:spacing w:before="20" w:after="20"/>
              <w:ind w:firstLine="0"/>
            </w:pPr>
            <w:r>
              <w:rPr>
                <w:sz w:val="16"/>
              </w:rPr>
              <w:t>EU MEANING: ECONOMIC PROSPERITY</w:t>
            </w:r>
          </w:p>
        </w:tc>
        <w:tc>
          <w:tcPr>
            <w:tcW w:w="3456" w:type="dxa"/>
          </w:tcPr>
          <w:p w14:paraId="187439DE" w14:textId="77777777" w:rsidR="004D342C" w:rsidRDefault="00000000">
            <w:pPr>
              <w:spacing w:before="20" w:after="20"/>
              <w:ind w:firstLine="0"/>
            </w:pPr>
            <w:r>
              <w:rPr>
                <w:sz w:val="16"/>
              </w:rPr>
              <w:t>0 not mentioned / 1 mentioned</w:t>
            </w:r>
          </w:p>
        </w:tc>
        <w:tc>
          <w:tcPr>
            <w:tcW w:w="648" w:type="dxa"/>
          </w:tcPr>
          <w:p w14:paraId="3DDCA781" w14:textId="77777777" w:rsidR="004D342C" w:rsidRDefault="00000000">
            <w:pPr>
              <w:spacing w:before="20" w:after="20"/>
              <w:ind w:firstLine="0"/>
              <w:jc w:val="right"/>
            </w:pPr>
            <w:r>
              <w:rPr>
                <w:sz w:val="16"/>
              </w:rPr>
              <w:t>42</w:t>
            </w:r>
          </w:p>
        </w:tc>
      </w:tr>
      <w:tr w:rsidR="004D342C" w14:paraId="6595A4C9" w14:textId="77777777">
        <w:trPr>
          <w:cantSplit/>
          <w:jc w:val="center"/>
        </w:trPr>
        <w:tc>
          <w:tcPr>
            <w:tcW w:w="1944" w:type="dxa"/>
          </w:tcPr>
          <w:p w14:paraId="50281533" w14:textId="77777777" w:rsidR="004D342C" w:rsidRDefault="00000000">
            <w:pPr>
              <w:spacing w:before="20" w:after="20"/>
              <w:ind w:firstLine="0"/>
            </w:pPr>
            <w:r>
              <w:rPr>
                <w:sz w:val="16"/>
              </w:rPr>
              <w:t>meanssocialprot</w:t>
            </w:r>
          </w:p>
        </w:tc>
        <w:tc>
          <w:tcPr>
            <w:tcW w:w="2880" w:type="dxa"/>
          </w:tcPr>
          <w:p w14:paraId="2CC21E05" w14:textId="77777777" w:rsidR="004D342C" w:rsidRDefault="00000000">
            <w:pPr>
              <w:spacing w:before="20" w:after="20"/>
              <w:ind w:firstLine="0"/>
            </w:pPr>
            <w:r>
              <w:rPr>
                <w:sz w:val="16"/>
              </w:rPr>
              <w:t>EU MEANING: SOCIAL PROTECTION</w:t>
            </w:r>
          </w:p>
        </w:tc>
        <w:tc>
          <w:tcPr>
            <w:tcW w:w="3456" w:type="dxa"/>
          </w:tcPr>
          <w:p w14:paraId="2E066D26" w14:textId="77777777" w:rsidR="004D342C" w:rsidRDefault="00000000">
            <w:pPr>
              <w:spacing w:before="20" w:after="20"/>
              <w:ind w:firstLine="0"/>
            </w:pPr>
            <w:r>
              <w:rPr>
                <w:sz w:val="16"/>
              </w:rPr>
              <w:t>0 not mentioned / 1 mentioned</w:t>
            </w:r>
          </w:p>
        </w:tc>
        <w:tc>
          <w:tcPr>
            <w:tcW w:w="648" w:type="dxa"/>
          </w:tcPr>
          <w:p w14:paraId="479621A5" w14:textId="77777777" w:rsidR="004D342C" w:rsidRDefault="00000000">
            <w:pPr>
              <w:spacing w:before="20" w:after="20"/>
              <w:ind w:firstLine="0"/>
              <w:jc w:val="right"/>
            </w:pPr>
            <w:r>
              <w:rPr>
                <w:sz w:val="16"/>
              </w:rPr>
              <w:t>42</w:t>
            </w:r>
          </w:p>
        </w:tc>
      </w:tr>
      <w:tr w:rsidR="004D342C" w14:paraId="71C0860C" w14:textId="77777777">
        <w:trPr>
          <w:cantSplit/>
          <w:jc w:val="center"/>
        </w:trPr>
        <w:tc>
          <w:tcPr>
            <w:tcW w:w="1944" w:type="dxa"/>
          </w:tcPr>
          <w:p w14:paraId="38DF97CD" w14:textId="77777777" w:rsidR="004D342C" w:rsidRDefault="00000000">
            <w:pPr>
              <w:spacing w:before="20" w:after="20"/>
              <w:ind w:firstLine="0"/>
            </w:pPr>
            <w:r>
              <w:rPr>
                <w:sz w:val="16"/>
              </w:rPr>
              <w:t>meansunemployment</w:t>
            </w:r>
          </w:p>
        </w:tc>
        <w:tc>
          <w:tcPr>
            <w:tcW w:w="2880" w:type="dxa"/>
          </w:tcPr>
          <w:p w14:paraId="74CF52B6" w14:textId="77777777" w:rsidR="004D342C" w:rsidRDefault="00000000">
            <w:pPr>
              <w:spacing w:before="20" w:after="20"/>
              <w:ind w:firstLine="0"/>
            </w:pPr>
            <w:r>
              <w:rPr>
                <w:sz w:val="16"/>
              </w:rPr>
              <w:t>EU MEANING: UNEMPLOYMENT</w:t>
            </w:r>
          </w:p>
        </w:tc>
        <w:tc>
          <w:tcPr>
            <w:tcW w:w="3456" w:type="dxa"/>
          </w:tcPr>
          <w:p w14:paraId="50A4F5A5" w14:textId="77777777" w:rsidR="004D342C" w:rsidRDefault="00000000">
            <w:pPr>
              <w:spacing w:before="20" w:after="20"/>
              <w:ind w:firstLine="0"/>
            </w:pPr>
            <w:r>
              <w:rPr>
                <w:sz w:val="16"/>
              </w:rPr>
              <w:t>0 not mentioned / 1 mentioned</w:t>
            </w:r>
          </w:p>
        </w:tc>
        <w:tc>
          <w:tcPr>
            <w:tcW w:w="648" w:type="dxa"/>
          </w:tcPr>
          <w:p w14:paraId="63709993" w14:textId="77777777" w:rsidR="004D342C" w:rsidRDefault="00000000">
            <w:pPr>
              <w:spacing w:before="20" w:after="20"/>
              <w:ind w:firstLine="0"/>
              <w:jc w:val="right"/>
            </w:pPr>
            <w:r>
              <w:rPr>
                <w:sz w:val="16"/>
              </w:rPr>
              <w:t>42</w:t>
            </w:r>
          </w:p>
        </w:tc>
      </w:tr>
      <w:tr w:rsidR="004D342C" w14:paraId="528AE22A" w14:textId="77777777">
        <w:trPr>
          <w:cantSplit/>
          <w:jc w:val="center"/>
        </w:trPr>
        <w:tc>
          <w:tcPr>
            <w:tcW w:w="1944" w:type="dxa"/>
          </w:tcPr>
          <w:p w14:paraId="01E37EE9" w14:textId="77777777" w:rsidR="004D342C" w:rsidRDefault="00000000">
            <w:pPr>
              <w:spacing w:before="20" w:after="20"/>
              <w:ind w:firstLine="0"/>
            </w:pPr>
            <w:r>
              <w:rPr>
                <w:sz w:val="16"/>
              </w:rPr>
              <w:t>meansworldsay</w:t>
            </w:r>
          </w:p>
        </w:tc>
        <w:tc>
          <w:tcPr>
            <w:tcW w:w="2880" w:type="dxa"/>
          </w:tcPr>
          <w:p w14:paraId="0F887090" w14:textId="77777777" w:rsidR="004D342C" w:rsidRDefault="00000000">
            <w:pPr>
              <w:spacing w:before="20" w:after="20"/>
              <w:ind w:firstLine="0"/>
            </w:pPr>
            <w:r>
              <w:rPr>
                <w:sz w:val="16"/>
              </w:rPr>
              <w:t>EU MEANING: STRONGER SAY IN THE WORLD</w:t>
            </w:r>
          </w:p>
        </w:tc>
        <w:tc>
          <w:tcPr>
            <w:tcW w:w="3456" w:type="dxa"/>
          </w:tcPr>
          <w:p w14:paraId="0052F579" w14:textId="77777777" w:rsidR="004D342C" w:rsidRDefault="00000000">
            <w:pPr>
              <w:spacing w:before="20" w:after="20"/>
              <w:ind w:firstLine="0"/>
            </w:pPr>
            <w:r>
              <w:rPr>
                <w:sz w:val="16"/>
              </w:rPr>
              <w:t>0 not mentioned / 1 mentioned</w:t>
            </w:r>
          </w:p>
        </w:tc>
        <w:tc>
          <w:tcPr>
            <w:tcW w:w="648" w:type="dxa"/>
          </w:tcPr>
          <w:p w14:paraId="099FCD12" w14:textId="77777777" w:rsidR="004D342C" w:rsidRDefault="00000000">
            <w:pPr>
              <w:spacing w:before="20" w:after="20"/>
              <w:ind w:firstLine="0"/>
              <w:jc w:val="right"/>
            </w:pPr>
            <w:r>
              <w:rPr>
                <w:sz w:val="16"/>
              </w:rPr>
              <w:t>42</w:t>
            </w:r>
          </w:p>
        </w:tc>
      </w:tr>
      <w:tr w:rsidR="004D342C" w14:paraId="63C323A0" w14:textId="77777777">
        <w:trPr>
          <w:cantSplit/>
          <w:jc w:val="center"/>
        </w:trPr>
        <w:tc>
          <w:tcPr>
            <w:tcW w:w="1944" w:type="dxa"/>
          </w:tcPr>
          <w:p w14:paraId="35133712" w14:textId="77777777" w:rsidR="004D342C" w:rsidRDefault="00000000">
            <w:pPr>
              <w:spacing w:before="20" w:after="20"/>
              <w:ind w:firstLine="0"/>
            </w:pPr>
            <w:r>
              <w:rPr>
                <w:sz w:val="16"/>
              </w:rPr>
              <w:t>jurisdeducat</w:t>
            </w:r>
          </w:p>
        </w:tc>
        <w:tc>
          <w:tcPr>
            <w:tcW w:w="2880" w:type="dxa"/>
          </w:tcPr>
          <w:p w14:paraId="3D348595" w14:textId="77777777" w:rsidR="004D342C" w:rsidRDefault="00000000">
            <w:pPr>
              <w:spacing w:before="20" w:after="20"/>
              <w:ind w:firstLine="0"/>
            </w:pPr>
            <w:r>
              <w:rPr>
                <w:sz w:val="16"/>
              </w:rPr>
              <w:t>QA22 EU COMMON POLICY: EDUCATION SYSTEM</w:t>
            </w:r>
          </w:p>
        </w:tc>
        <w:tc>
          <w:tcPr>
            <w:tcW w:w="3456" w:type="dxa"/>
          </w:tcPr>
          <w:p w14:paraId="22F56904" w14:textId="77777777" w:rsidR="004D342C" w:rsidRDefault="00000000">
            <w:pPr>
              <w:spacing w:before="20" w:after="20"/>
              <w:ind w:firstLine="0"/>
            </w:pPr>
            <w:r>
              <w:rPr>
                <w:sz w:val="16"/>
              </w:rPr>
              <w:t>1 (NATIONALITY) Government / 2 Jointly within European Union / 3 dont know</w:t>
            </w:r>
          </w:p>
        </w:tc>
        <w:tc>
          <w:tcPr>
            <w:tcW w:w="648" w:type="dxa"/>
          </w:tcPr>
          <w:p w14:paraId="3BCA87A9" w14:textId="77777777" w:rsidR="004D342C" w:rsidRDefault="00000000">
            <w:pPr>
              <w:spacing w:before="20" w:after="20"/>
              <w:ind w:firstLine="0"/>
              <w:jc w:val="right"/>
            </w:pPr>
            <w:r>
              <w:rPr>
                <w:sz w:val="16"/>
              </w:rPr>
              <w:t>40</w:t>
            </w:r>
          </w:p>
        </w:tc>
      </w:tr>
      <w:tr w:rsidR="004D342C" w14:paraId="4554153A" w14:textId="77777777">
        <w:trPr>
          <w:cantSplit/>
          <w:jc w:val="center"/>
        </w:trPr>
        <w:tc>
          <w:tcPr>
            <w:tcW w:w="1944" w:type="dxa"/>
          </w:tcPr>
          <w:p w14:paraId="503AAB08" w14:textId="77777777" w:rsidR="004D342C" w:rsidRDefault="00000000">
            <w:pPr>
              <w:spacing w:before="20" w:after="20"/>
              <w:ind w:firstLine="0"/>
            </w:pPr>
            <w:r>
              <w:rPr>
                <w:sz w:val="16"/>
              </w:rPr>
              <w:lastRenderedPageBreak/>
              <w:t>jurisdjobs</w:t>
            </w:r>
          </w:p>
        </w:tc>
        <w:tc>
          <w:tcPr>
            <w:tcW w:w="2880" w:type="dxa"/>
          </w:tcPr>
          <w:p w14:paraId="75C0400C" w14:textId="77777777" w:rsidR="004D342C" w:rsidRDefault="00000000">
            <w:pPr>
              <w:spacing w:before="20" w:after="20"/>
              <w:ind w:firstLine="0"/>
            </w:pPr>
            <w:r>
              <w:rPr>
                <w:sz w:val="16"/>
              </w:rPr>
              <w:t>QA20 EU COMMON POLICY: FIGHT UNEMPLOYMENT</w:t>
            </w:r>
          </w:p>
        </w:tc>
        <w:tc>
          <w:tcPr>
            <w:tcW w:w="3456" w:type="dxa"/>
          </w:tcPr>
          <w:p w14:paraId="6B660D02" w14:textId="77777777" w:rsidR="004D342C" w:rsidRDefault="00000000">
            <w:pPr>
              <w:spacing w:before="20" w:after="20"/>
              <w:ind w:firstLine="0"/>
            </w:pPr>
            <w:r>
              <w:rPr>
                <w:sz w:val="16"/>
              </w:rPr>
              <w:t>1 (NATIONALITY) Government / 2 Jointly within European Union / 3 dont know</w:t>
            </w:r>
          </w:p>
        </w:tc>
        <w:tc>
          <w:tcPr>
            <w:tcW w:w="648" w:type="dxa"/>
          </w:tcPr>
          <w:p w14:paraId="450E0149" w14:textId="77777777" w:rsidR="004D342C" w:rsidRDefault="00000000">
            <w:pPr>
              <w:spacing w:before="20" w:after="20"/>
              <w:ind w:firstLine="0"/>
              <w:jc w:val="right"/>
            </w:pPr>
            <w:r>
              <w:rPr>
                <w:sz w:val="16"/>
              </w:rPr>
              <w:t>40</w:t>
            </w:r>
          </w:p>
        </w:tc>
      </w:tr>
      <w:tr w:rsidR="004D342C" w14:paraId="0508B5D2" w14:textId="77777777">
        <w:trPr>
          <w:cantSplit/>
          <w:jc w:val="center"/>
        </w:trPr>
        <w:tc>
          <w:tcPr>
            <w:tcW w:w="1944" w:type="dxa"/>
          </w:tcPr>
          <w:p w14:paraId="45BF2564" w14:textId="77777777" w:rsidR="004D342C" w:rsidRDefault="00000000">
            <w:pPr>
              <w:spacing w:before="20" w:after="20"/>
              <w:ind w:firstLine="0"/>
            </w:pPr>
            <w:r>
              <w:rPr>
                <w:sz w:val="16"/>
              </w:rPr>
              <w:t>jurisdrandd</w:t>
            </w:r>
          </w:p>
        </w:tc>
        <w:tc>
          <w:tcPr>
            <w:tcW w:w="2880" w:type="dxa"/>
          </w:tcPr>
          <w:p w14:paraId="510A4691" w14:textId="77777777" w:rsidR="004D342C" w:rsidRDefault="00000000">
            <w:pPr>
              <w:spacing w:before="20" w:after="20"/>
              <w:ind w:firstLine="0"/>
            </w:pPr>
            <w:r>
              <w:rPr>
                <w:sz w:val="16"/>
              </w:rPr>
              <w:t>QA23 EU COMMON POLICY: SCIENCE/TECHNOLOGY</w:t>
            </w:r>
          </w:p>
        </w:tc>
        <w:tc>
          <w:tcPr>
            <w:tcW w:w="3456" w:type="dxa"/>
          </w:tcPr>
          <w:p w14:paraId="12420F55" w14:textId="77777777" w:rsidR="004D342C" w:rsidRDefault="00000000">
            <w:pPr>
              <w:spacing w:before="20" w:after="20"/>
              <w:ind w:firstLine="0"/>
            </w:pPr>
            <w:r>
              <w:rPr>
                <w:sz w:val="16"/>
              </w:rPr>
              <w:t>1 (NATIONALITY) Government / 2 Jointly within European Union / 3 dont know</w:t>
            </w:r>
          </w:p>
        </w:tc>
        <w:tc>
          <w:tcPr>
            <w:tcW w:w="648" w:type="dxa"/>
          </w:tcPr>
          <w:p w14:paraId="0B52DD84" w14:textId="77777777" w:rsidR="004D342C" w:rsidRDefault="00000000">
            <w:pPr>
              <w:spacing w:before="20" w:after="20"/>
              <w:ind w:firstLine="0"/>
              <w:jc w:val="right"/>
            </w:pPr>
            <w:r>
              <w:rPr>
                <w:sz w:val="16"/>
              </w:rPr>
              <w:t>40</w:t>
            </w:r>
          </w:p>
        </w:tc>
      </w:tr>
      <w:tr w:rsidR="004D342C" w14:paraId="419C7FF5" w14:textId="77777777">
        <w:trPr>
          <w:cantSplit/>
          <w:jc w:val="center"/>
        </w:trPr>
        <w:tc>
          <w:tcPr>
            <w:tcW w:w="1944" w:type="dxa"/>
          </w:tcPr>
          <w:p w14:paraId="3A33FADA" w14:textId="77777777" w:rsidR="004D342C" w:rsidRDefault="00000000">
            <w:pPr>
              <w:spacing w:before="20" w:after="20"/>
              <w:ind w:firstLine="0"/>
            </w:pPr>
            <w:r>
              <w:rPr>
                <w:sz w:val="16"/>
              </w:rPr>
              <w:t>meansdemo</w:t>
            </w:r>
          </w:p>
        </w:tc>
        <w:tc>
          <w:tcPr>
            <w:tcW w:w="2880" w:type="dxa"/>
          </w:tcPr>
          <w:p w14:paraId="772B548F" w14:textId="77777777" w:rsidR="004D342C" w:rsidRDefault="00000000">
            <w:pPr>
              <w:spacing w:before="20" w:after="20"/>
              <w:ind w:firstLine="0"/>
            </w:pPr>
            <w:r>
              <w:rPr>
                <w:sz w:val="16"/>
              </w:rPr>
              <w:t>EU MEANING: DEMOCRACY</w:t>
            </w:r>
          </w:p>
        </w:tc>
        <w:tc>
          <w:tcPr>
            <w:tcW w:w="3456" w:type="dxa"/>
          </w:tcPr>
          <w:p w14:paraId="5457EA35" w14:textId="77777777" w:rsidR="004D342C" w:rsidRDefault="00000000">
            <w:pPr>
              <w:spacing w:before="20" w:after="20"/>
              <w:ind w:firstLine="0"/>
            </w:pPr>
            <w:r>
              <w:rPr>
                <w:sz w:val="16"/>
              </w:rPr>
              <w:t>0 not mentioned / 1 mentioned</w:t>
            </w:r>
          </w:p>
        </w:tc>
        <w:tc>
          <w:tcPr>
            <w:tcW w:w="648" w:type="dxa"/>
          </w:tcPr>
          <w:p w14:paraId="4BC0E19F" w14:textId="77777777" w:rsidR="004D342C" w:rsidRDefault="00000000">
            <w:pPr>
              <w:spacing w:before="20" w:after="20"/>
              <w:ind w:firstLine="0"/>
              <w:jc w:val="right"/>
            </w:pPr>
            <w:r>
              <w:rPr>
                <w:sz w:val="16"/>
              </w:rPr>
              <w:t>39</w:t>
            </w:r>
          </w:p>
        </w:tc>
      </w:tr>
      <w:tr w:rsidR="004D342C" w14:paraId="21F839EA" w14:textId="77777777">
        <w:trPr>
          <w:cantSplit/>
          <w:jc w:val="center"/>
        </w:trPr>
        <w:tc>
          <w:tcPr>
            <w:tcW w:w="1944" w:type="dxa"/>
          </w:tcPr>
          <w:p w14:paraId="2BE5A2C3" w14:textId="77777777" w:rsidR="004D342C" w:rsidRDefault="00000000">
            <w:pPr>
              <w:spacing w:before="20" w:after="20"/>
              <w:ind w:firstLine="0"/>
            </w:pPr>
            <w:r>
              <w:rPr>
                <w:sz w:val="16"/>
              </w:rPr>
              <w:t>issuenone</w:t>
            </w:r>
          </w:p>
        </w:tc>
        <w:tc>
          <w:tcPr>
            <w:tcW w:w="2880" w:type="dxa"/>
          </w:tcPr>
          <w:p w14:paraId="23A1D4A1" w14:textId="77777777" w:rsidR="004D342C" w:rsidRDefault="00000000">
            <w:pPr>
              <w:spacing w:before="20" w:after="20"/>
              <w:ind w:firstLine="0"/>
            </w:pPr>
            <w:r>
              <w:rPr>
                <w:sz w:val="16"/>
              </w:rPr>
              <w:t>IMPORTANT ISSUES CNTRY: NONE (SPONT)</w:t>
            </w:r>
          </w:p>
        </w:tc>
        <w:tc>
          <w:tcPr>
            <w:tcW w:w="3456" w:type="dxa"/>
          </w:tcPr>
          <w:p w14:paraId="1266EA66" w14:textId="77777777" w:rsidR="004D342C" w:rsidRDefault="00000000">
            <w:pPr>
              <w:spacing w:before="20" w:after="20"/>
              <w:ind w:firstLine="0"/>
            </w:pPr>
            <w:r>
              <w:rPr>
                <w:sz w:val="16"/>
              </w:rPr>
              <w:t>0 Not mentioned / 1 None (SPONTANEOUS)</w:t>
            </w:r>
          </w:p>
        </w:tc>
        <w:tc>
          <w:tcPr>
            <w:tcW w:w="648" w:type="dxa"/>
          </w:tcPr>
          <w:p w14:paraId="113B1097" w14:textId="77777777" w:rsidR="004D342C" w:rsidRDefault="00000000">
            <w:pPr>
              <w:spacing w:before="20" w:after="20"/>
              <w:ind w:firstLine="0"/>
              <w:jc w:val="right"/>
            </w:pPr>
            <w:r>
              <w:rPr>
                <w:sz w:val="16"/>
              </w:rPr>
              <w:t>36</w:t>
            </w:r>
          </w:p>
        </w:tc>
      </w:tr>
      <w:tr w:rsidR="004D342C" w14:paraId="449548C1" w14:textId="77777777">
        <w:trPr>
          <w:cantSplit/>
          <w:jc w:val="center"/>
        </w:trPr>
        <w:tc>
          <w:tcPr>
            <w:tcW w:w="1944" w:type="dxa"/>
          </w:tcPr>
          <w:p w14:paraId="4AD27D4E" w14:textId="77777777" w:rsidR="004D342C" w:rsidRDefault="00000000">
            <w:pPr>
              <w:spacing w:before="20" w:after="20"/>
              <w:ind w:firstLine="0"/>
            </w:pPr>
            <w:r>
              <w:rPr>
                <w:sz w:val="16"/>
              </w:rPr>
              <w:t>jurisdregion</w:t>
            </w:r>
          </w:p>
        </w:tc>
        <w:tc>
          <w:tcPr>
            <w:tcW w:w="2880" w:type="dxa"/>
          </w:tcPr>
          <w:p w14:paraId="081DF520" w14:textId="77777777" w:rsidR="004D342C" w:rsidRDefault="00000000">
            <w:pPr>
              <w:spacing w:before="20" w:after="20"/>
              <w:ind w:firstLine="0"/>
            </w:pPr>
            <w:r>
              <w:rPr>
                <w:sz w:val="16"/>
              </w:rPr>
              <w:t>QA20 EU COMMON POLICY: SUPPORT FOR REGIONS</w:t>
            </w:r>
          </w:p>
        </w:tc>
        <w:tc>
          <w:tcPr>
            <w:tcW w:w="3456" w:type="dxa"/>
          </w:tcPr>
          <w:p w14:paraId="005193A9" w14:textId="77777777" w:rsidR="004D342C" w:rsidRDefault="00000000">
            <w:pPr>
              <w:spacing w:before="20" w:after="20"/>
              <w:ind w:firstLine="0"/>
            </w:pPr>
            <w:r>
              <w:rPr>
                <w:sz w:val="16"/>
              </w:rPr>
              <w:t>1 (NATIONALITY) Government / 2 Jointly within European Union / 3 dont know</w:t>
            </w:r>
          </w:p>
        </w:tc>
        <w:tc>
          <w:tcPr>
            <w:tcW w:w="648" w:type="dxa"/>
          </w:tcPr>
          <w:p w14:paraId="549A755D" w14:textId="77777777" w:rsidR="004D342C" w:rsidRDefault="00000000">
            <w:pPr>
              <w:spacing w:before="20" w:after="20"/>
              <w:ind w:firstLine="0"/>
              <w:jc w:val="right"/>
            </w:pPr>
            <w:r>
              <w:rPr>
                <w:sz w:val="16"/>
              </w:rPr>
              <w:t>35</w:t>
            </w:r>
          </w:p>
        </w:tc>
      </w:tr>
      <w:tr w:rsidR="004D342C" w14:paraId="3DC76930" w14:textId="77777777">
        <w:trPr>
          <w:cantSplit/>
          <w:jc w:val="center"/>
        </w:trPr>
        <w:tc>
          <w:tcPr>
            <w:tcW w:w="1944" w:type="dxa"/>
          </w:tcPr>
          <w:p w14:paraId="2E14DF6B" w14:textId="77777777" w:rsidR="004D342C" w:rsidRDefault="00000000">
            <w:pPr>
              <w:spacing w:before="20" w:after="20"/>
              <w:ind w:firstLine="0"/>
            </w:pPr>
            <w:r>
              <w:rPr>
                <w:sz w:val="16"/>
              </w:rPr>
              <w:t>jurisddefence</w:t>
            </w:r>
          </w:p>
        </w:tc>
        <w:tc>
          <w:tcPr>
            <w:tcW w:w="2880" w:type="dxa"/>
          </w:tcPr>
          <w:p w14:paraId="71CBD466" w14:textId="77777777" w:rsidR="004D342C" w:rsidRDefault="00000000">
            <w:pPr>
              <w:spacing w:before="20" w:after="20"/>
              <w:ind w:firstLine="0"/>
            </w:pPr>
            <w:r>
              <w:rPr>
                <w:sz w:val="16"/>
              </w:rPr>
              <w:t>q35 eu common policy: defence</w:t>
            </w:r>
          </w:p>
        </w:tc>
        <w:tc>
          <w:tcPr>
            <w:tcW w:w="3456" w:type="dxa"/>
          </w:tcPr>
          <w:p w14:paraId="33A046AA" w14:textId="77777777" w:rsidR="004D342C" w:rsidRDefault="00000000">
            <w:pPr>
              <w:spacing w:before="20" w:after="20"/>
              <w:ind w:firstLine="0"/>
            </w:pPr>
            <w:r>
              <w:rPr>
                <w:sz w:val="16"/>
              </w:rPr>
              <w:t>1 (NATIONALITY) Government / 2 Jointly within European Union / 3 dont know</w:t>
            </w:r>
          </w:p>
        </w:tc>
        <w:tc>
          <w:tcPr>
            <w:tcW w:w="648" w:type="dxa"/>
          </w:tcPr>
          <w:p w14:paraId="26C3BA1B" w14:textId="77777777" w:rsidR="004D342C" w:rsidRDefault="00000000">
            <w:pPr>
              <w:spacing w:before="20" w:after="20"/>
              <w:ind w:firstLine="0"/>
              <w:jc w:val="right"/>
            </w:pPr>
            <w:r>
              <w:rPr>
                <w:sz w:val="16"/>
              </w:rPr>
              <w:t>34</w:t>
            </w:r>
          </w:p>
        </w:tc>
      </w:tr>
      <w:tr w:rsidR="004D342C" w14:paraId="6EA2109C" w14:textId="77777777">
        <w:trPr>
          <w:cantSplit/>
          <w:jc w:val="center"/>
        </w:trPr>
        <w:tc>
          <w:tcPr>
            <w:tcW w:w="1944" w:type="dxa"/>
          </w:tcPr>
          <w:p w14:paraId="261B25F0" w14:textId="77777777" w:rsidR="004D342C" w:rsidRDefault="00000000">
            <w:pPr>
              <w:spacing w:before="20" w:after="20"/>
              <w:ind w:firstLine="0"/>
            </w:pPr>
            <w:r>
              <w:rPr>
                <w:sz w:val="16"/>
              </w:rPr>
              <w:t>issuedebt</w:t>
            </w:r>
          </w:p>
        </w:tc>
        <w:tc>
          <w:tcPr>
            <w:tcW w:w="2880" w:type="dxa"/>
          </w:tcPr>
          <w:p w14:paraId="7A8B374F" w14:textId="77777777" w:rsidR="004D342C" w:rsidRDefault="00000000">
            <w:pPr>
              <w:spacing w:before="20" w:after="20"/>
              <w:ind w:firstLine="0"/>
            </w:pPr>
            <w:r>
              <w:rPr>
                <w:sz w:val="16"/>
              </w:rPr>
              <w:t>IMPORTANT ISSUES CNTRY: GOVERNMENT DEBT</w:t>
            </w:r>
          </w:p>
        </w:tc>
        <w:tc>
          <w:tcPr>
            <w:tcW w:w="3456" w:type="dxa"/>
          </w:tcPr>
          <w:p w14:paraId="49D5CAB5" w14:textId="77777777" w:rsidR="004D342C" w:rsidRDefault="00000000">
            <w:pPr>
              <w:spacing w:before="20" w:after="20"/>
              <w:ind w:firstLine="0"/>
            </w:pPr>
            <w:r>
              <w:rPr>
                <w:sz w:val="16"/>
              </w:rPr>
              <w:t>0 Not mentioned / 1 Government debt</w:t>
            </w:r>
          </w:p>
        </w:tc>
        <w:tc>
          <w:tcPr>
            <w:tcW w:w="648" w:type="dxa"/>
          </w:tcPr>
          <w:p w14:paraId="29CE6915" w14:textId="77777777" w:rsidR="004D342C" w:rsidRDefault="00000000">
            <w:pPr>
              <w:spacing w:before="20" w:after="20"/>
              <w:ind w:firstLine="0"/>
              <w:jc w:val="right"/>
            </w:pPr>
            <w:r>
              <w:rPr>
                <w:sz w:val="16"/>
              </w:rPr>
              <w:t>33</w:t>
            </w:r>
          </w:p>
        </w:tc>
      </w:tr>
      <w:tr w:rsidR="004D342C" w14:paraId="2F40E62C" w14:textId="77777777">
        <w:trPr>
          <w:cantSplit/>
          <w:jc w:val="center"/>
        </w:trPr>
        <w:tc>
          <w:tcPr>
            <w:tcW w:w="1944" w:type="dxa"/>
          </w:tcPr>
          <w:p w14:paraId="5A642389" w14:textId="77777777" w:rsidR="004D342C" w:rsidRDefault="00000000">
            <w:pPr>
              <w:spacing w:before="20" w:after="20"/>
              <w:ind w:firstLine="0"/>
            </w:pPr>
            <w:r>
              <w:rPr>
                <w:sz w:val="16"/>
              </w:rPr>
              <w:t>jurisdforeignpolicy</w:t>
            </w:r>
          </w:p>
        </w:tc>
        <w:tc>
          <w:tcPr>
            <w:tcW w:w="2880" w:type="dxa"/>
          </w:tcPr>
          <w:p w14:paraId="4EB42A24" w14:textId="77777777" w:rsidR="004D342C" w:rsidRDefault="00000000">
            <w:pPr>
              <w:spacing w:before="20" w:after="20"/>
              <w:ind w:firstLine="0"/>
            </w:pPr>
            <w:r>
              <w:rPr>
                <w:sz w:val="16"/>
              </w:rPr>
              <w:t>q35 eu common policy: foreign policy</w:t>
            </w:r>
          </w:p>
        </w:tc>
        <w:tc>
          <w:tcPr>
            <w:tcW w:w="3456" w:type="dxa"/>
          </w:tcPr>
          <w:p w14:paraId="70C18C14" w14:textId="77777777" w:rsidR="004D342C" w:rsidRDefault="00000000">
            <w:pPr>
              <w:spacing w:before="20" w:after="20"/>
              <w:ind w:firstLine="0"/>
            </w:pPr>
            <w:r>
              <w:rPr>
                <w:sz w:val="16"/>
              </w:rPr>
              <w:t>1 (NATIONALITY) Government / 2 Jointly within European Union / 3 dont know</w:t>
            </w:r>
          </w:p>
        </w:tc>
        <w:tc>
          <w:tcPr>
            <w:tcW w:w="648" w:type="dxa"/>
          </w:tcPr>
          <w:p w14:paraId="4C27D5C6" w14:textId="77777777" w:rsidR="004D342C" w:rsidRDefault="00000000">
            <w:pPr>
              <w:spacing w:before="20" w:after="20"/>
              <w:ind w:firstLine="0"/>
              <w:jc w:val="right"/>
            </w:pPr>
            <w:r>
              <w:rPr>
                <w:sz w:val="16"/>
              </w:rPr>
              <w:t>33</w:t>
            </w:r>
          </w:p>
        </w:tc>
      </w:tr>
      <w:tr w:rsidR="004D342C" w14:paraId="619E2E21" w14:textId="77777777">
        <w:trPr>
          <w:cantSplit/>
          <w:jc w:val="center"/>
        </w:trPr>
        <w:tc>
          <w:tcPr>
            <w:tcW w:w="1944" w:type="dxa"/>
          </w:tcPr>
          <w:p w14:paraId="67CAE645" w14:textId="77777777" w:rsidR="004D342C" w:rsidRDefault="00000000">
            <w:pPr>
              <w:spacing w:before="20" w:after="20"/>
              <w:ind w:firstLine="0"/>
            </w:pPr>
            <w:r>
              <w:rPr>
                <w:sz w:val="16"/>
              </w:rPr>
              <w:t>jurisdwelfare</w:t>
            </w:r>
          </w:p>
        </w:tc>
        <w:tc>
          <w:tcPr>
            <w:tcW w:w="2880" w:type="dxa"/>
          </w:tcPr>
          <w:p w14:paraId="6DF0DF6C" w14:textId="77777777" w:rsidR="004D342C" w:rsidRDefault="00000000">
            <w:pPr>
              <w:spacing w:before="20" w:after="20"/>
              <w:ind w:firstLine="0"/>
            </w:pPr>
            <w:r>
              <w:rPr>
                <w:sz w:val="16"/>
              </w:rPr>
              <w:t>QA20A_A EU COMMON POLICY: HEALTH/SOC WELFARE</w:t>
            </w:r>
          </w:p>
        </w:tc>
        <w:tc>
          <w:tcPr>
            <w:tcW w:w="3456" w:type="dxa"/>
          </w:tcPr>
          <w:p w14:paraId="4CB823D3" w14:textId="77777777" w:rsidR="004D342C" w:rsidRDefault="00000000">
            <w:pPr>
              <w:spacing w:before="20" w:after="20"/>
              <w:ind w:firstLine="0"/>
            </w:pPr>
            <w:r>
              <w:rPr>
                <w:sz w:val="16"/>
              </w:rPr>
              <w:t>1 (NATIONALITY) Government / 2 Jointly within European Union / 3 dont know</w:t>
            </w:r>
          </w:p>
        </w:tc>
        <w:tc>
          <w:tcPr>
            <w:tcW w:w="648" w:type="dxa"/>
          </w:tcPr>
          <w:p w14:paraId="4F433D94" w14:textId="77777777" w:rsidR="004D342C" w:rsidRDefault="00000000">
            <w:pPr>
              <w:spacing w:before="20" w:after="20"/>
              <w:ind w:firstLine="0"/>
              <w:jc w:val="right"/>
            </w:pPr>
            <w:r>
              <w:rPr>
                <w:sz w:val="16"/>
              </w:rPr>
              <w:t>33</w:t>
            </w:r>
          </w:p>
        </w:tc>
      </w:tr>
      <w:tr w:rsidR="004D342C" w14:paraId="77AC2896" w14:textId="77777777">
        <w:trPr>
          <w:cantSplit/>
          <w:jc w:val="center"/>
        </w:trPr>
        <w:tc>
          <w:tcPr>
            <w:tcW w:w="1944" w:type="dxa"/>
          </w:tcPr>
          <w:p w14:paraId="0C5CA040" w14:textId="77777777" w:rsidR="004D342C" w:rsidRDefault="00000000">
            <w:pPr>
              <w:spacing w:before="20" w:after="20"/>
              <w:ind w:firstLine="0"/>
            </w:pPr>
            <w:r>
              <w:rPr>
                <w:sz w:val="16"/>
              </w:rPr>
              <w:t>jurisdagric</w:t>
            </w:r>
          </w:p>
        </w:tc>
        <w:tc>
          <w:tcPr>
            <w:tcW w:w="2880" w:type="dxa"/>
          </w:tcPr>
          <w:p w14:paraId="587C7F2E" w14:textId="77777777" w:rsidR="004D342C" w:rsidRDefault="00000000">
            <w:pPr>
              <w:spacing w:before="20" w:after="20"/>
              <w:ind w:firstLine="0"/>
            </w:pPr>
            <w:r>
              <w:rPr>
                <w:sz w:val="16"/>
              </w:rPr>
              <w:t>QA20 EU COMMON POLICY: AGRICULTURE FISHERY</w:t>
            </w:r>
          </w:p>
        </w:tc>
        <w:tc>
          <w:tcPr>
            <w:tcW w:w="3456" w:type="dxa"/>
          </w:tcPr>
          <w:p w14:paraId="3B27EFF0" w14:textId="77777777" w:rsidR="004D342C" w:rsidRDefault="00000000">
            <w:pPr>
              <w:spacing w:before="20" w:after="20"/>
              <w:ind w:firstLine="0"/>
            </w:pPr>
            <w:r>
              <w:rPr>
                <w:sz w:val="16"/>
              </w:rPr>
              <w:t>1 (NATIONALITY) Government / 2 Jointly within European Union / 3 dont know</w:t>
            </w:r>
          </w:p>
        </w:tc>
        <w:tc>
          <w:tcPr>
            <w:tcW w:w="648" w:type="dxa"/>
          </w:tcPr>
          <w:p w14:paraId="062C9711" w14:textId="77777777" w:rsidR="004D342C" w:rsidRDefault="00000000">
            <w:pPr>
              <w:spacing w:before="20" w:after="20"/>
              <w:ind w:firstLine="0"/>
              <w:jc w:val="right"/>
            </w:pPr>
            <w:r>
              <w:rPr>
                <w:sz w:val="16"/>
              </w:rPr>
              <w:t>30</w:t>
            </w:r>
          </w:p>
        </w:tc>
      </w:tr>
      <w:tr w:rsidR="004D342C" w14:paraId="2A11E236" w14:textId="77777777">
        <w:trPr>
          <w:cantSplit/>
          <w:jc w:val="center"/>
        </w:trPr>
        <w:tc>
          <w:tcPr>
            <w:tcW w:w="1944" w:type="dxa"/>
          </w:tcPr>
          <w:p w14:paraId="229DF24A" w14:textId="77777777" w:rsidR="004D342C" w:rsidRDefault="00000000">
            <w:pPr>
              <w:spacing w:before="20" w:after="20"/>
              <w:ind w:firstLine="0"/>
            </w:pPr>
            <w:r>
              <w:rPr>
                <w:sz w:val="16"/>
              </w:rPr>
              <w:t>jurisdcurrency</w:t>
            </w:r>
          </w:p>
        </w:tc>
        <w:tc>
          <w:tcPr>
            <w:tcW w:w="2880" w:type="dxa"/>
          </w:tcPr>
          <w:p w14:paraId="2064B4A9" w14:textId="77777777" w:rsidR="004D342C" w:rsidRDefault="00000000">
            <w:pPr>
              <w:spacing w:before="20" w:after="20"/>
              <w:ind w:firstLine="0"/>
            </w:pPr>
            <w:r>
              <w:rPr>
                <w:sz w:val="16"/>
              </w:rPr>
              <w:t>q35 eu common policy: currency</w:t>
            </w:r>
          </w:p>
        </w:tc>
        <w:tc>
          <w:tcPr>
            <w:tcW w:w="3456" w:type="dxa"/>
          </w:tcPr>
          <w:p w14:paraId="52737E93" w14:textId="77777777" w:rsidR="004D342C" w:rsidRDefault="00000000">
            <w:pPr>
              <w:spacing w:before="20" w:after="20"/>
              <w:ind w:firstLine="0"/>
            </w:pPr>
            <w:r>
              <w:rPr>
                <w:sz w:val="16"/>
              </w:rPr>
              <w:t>1 (NATIONALITY) Government / 2 Jointly within European Union / 3 dont know</w:t>
            </w:r>
          </w:p>
        </w:tc>
        <w:tc>
          <w:tcPr>
            <w:tcW w:w="648" w:type="dxa"/>
          </w:tcPr>
          <w:p w14:paraId="33CBBCAC" w14:textId="77777777" w:rsidR="004D342C" w:rsidRDefault="00000000">
            <w:pPr>
              <w:spacing w:before="20" w:after="20"/>
              <w:ind w:firstLine="0"/>
              <w:jc w:val="right"/>
            </w:pPr>
            <w:r>
              <w:rPr>
                <w:sz w:val="16"/>
              </w:rPr>
              <w:t>29</w:t>
            </w:r>
          </w:p>
        </w:tc>
      </w:tr>
      <w:tr w:rsidR="004D342C" w14:paraId="7EFD6979" w14:textId="77777777">
        <w:trPr>
          <w:cantSplit/>
          <w:jc w:val="center"/>
        </w:trPr>
        <w:tc>
          <w:tcPr>
            <w:tcW w:w="1944" w:type="dxa"/>
          </w:tcPr>
          <w:p w14:paraId="0B1FEF49" w14:textId="77777777" w:rsidR="004D342C" w:rsidRDefault="00000000">
            <w:pPr>
              <w:spacing w:before="20" w:after="20"/>
              <w:ind w:firstLine="0"/>
            </w:pPr>
            <w:r>
              <w:rPr>
                <w:sz w:val="16"/>
              </w:rPr>
              <w:t>jurisdpress</w:t>
            </w:r>
          </w:p>
        </w:tc>
        <w:tc>
          <w:tcPr>
            <w:tcW w:w="2880" w:type="dxa"/>
          </w:tcPr>
          <w:p w14:paraId="632B89CD" w14:textId="77777777" w:rsidR="004D342C" w:rsidRDefault="00000000">
            <w:pPr>
              <w:spacing w:before="20" w:after="20"/>
              <w:ind w:firstLine="0"/>
            </w:pPr>
            <w:r>
              <w:rPr>
                <w:sz w:val="16"/>
              </w:rPr>
              <w:t>q35 eu common policy: rules for media</w:t>
            </w:r>
          </w:p>
        </w:tc>
        <w:tc>
          <w:tcPr>
            <w:tcW w:w="3456" w:type="dxa"/>
          </w:tcPr>
          <w:p w14:paraId="185265DA" w14:textId="77777777" w:rsidR="004D342C" w:rsidRDefault="00000000">
            <w:pPr>
              <w:spacing w:before="20" w:after="20"/>
              <w:ind w:firstLine="0"/>
            </w:pPr>
            <w:r>
              <w:rPr>
                <w:sz w:val="16"/>
              </w:rPr>
              <w:t>1 (NATIONALITY) Government / 2 Jointly within European Union / 3 dont know</w:t>
            </w:r>
          </w:p>
        </w:tc>
        <w:tc>
          <w:tcPr>
            <w:tcW w:w="648" w:type="dxa"/>
          </w:tcPr>
          <w:p w14:paraId="2C1A10A6" w14:textId="77777777" w:rsidR="004D342C" w:rsidRDefault="00000000">
            <w:pPr>
              <w:spacing w:before="20" w:after="20"/>
              <w:ind w:firstLine="0"/>
              <w:jc w:val="right"/>
            </w:pPr>
            <w:r>
              <w:rPr>
                <w:sz w:val="16"/>
              </w:rPr>
              <w:t>29</w:t>
            </w:r>
          </w:p>
        </w:tc>
      </w:tr>
      <w:tr w:rsidR="004D342C" w14:paraId="221CB275" w14:textId="77777777">
        <w:trPr>
          <w:cantSplit/>
          <w:jc w:val="center"/>
        </w:trPr>
        <w:tc>
          <w:tcPr>
            <w:tcW w:w="1944" w:type="dxa"/>
          </w:tcPr>
          <w:p w14:paraId="5AC4377F" w14:textId="77777777" w:rsidR="004D342C" w:rsidRDefault="00000000">
            <w:pPr>
              <w:spacing w:before="20" w:after="20"/>
              <w:ind w:firstLine="0"/>
            </w:pPr>
            <w:r>
              <w:rPr>
                <w:sz w:val="16"/>
              </w:rPr>
              <w:t>issueenvironmentclimateenergy</w:t>
            </w:r>
          </w:p>
        </w:tc>
        <w:tc>
          <w:tcPr>
            <w:tcW w:w="2880" w:type="dxa"/>
          </w:tcPr>
          <w:p w14:paraId="3491FCBF" w14:textId="77777777" w:rsidR="004D342C" w:rsidRDefault="00000000">
            <w:pPr>
              <w:spacing w:before="20" w:after="20"/>
              <w:ind w:firstLine="0"/>
            </w:pPr>
            <w:r>
              <w:rPr>
                <w:sz w:val="16"/>
              </w:rPr>
              <w:t>IMPORTANT ISSUES CNTRY: THE ENVIRONMENT &amp; CLIMATE CHANGE</w:t>
            </w:r>
          </w:p>
        </w:tc>
        <w:tc>
          <w:tcPr>
            <w:tcW w:w="3456" w:type="dxa"/>
          </w:tcPr>
          <w:p w14:paraId="5F99FDA8" w14:textId="77777777" w:rsidR="004D342C" w:rsidRDefault="00000000">
            <w:pPr>
              <w:spacing w:before="20" w:after="20"/>
              <w:ind w:firstLine="0"/>
            </w:pPr>
            <w:r>
              <w:rPr>
                <w:sz w:val="16"/>
              </w:rPr>
              <w:t>0 Not mentioned / 1 The environment and climate change</w:t>
            </w:r>
          </w:p>
        </w:tc>
        <w:tc>
          <w:tcPr>
            <w:tcW w:w="648" w:type="dxa"/>
          </w:tcPr>
          <w:p w14:paraId="31A500CE" w14:textId="77777777" w:rsidR="004D342C" w:rsidRDefault="00000000">
            <w:pPr>
              <w:spacing w:before="20" w:after="20"/>
              <w:ind w:firstLine="0"/>
              <w:jc w:val="right"/>
            </w:pPr>
            <w:r>
              <w:rPr>
                <w:sz w:val="16"/>
              </w:rPr>
              <w:t>27</w:t>
            </w:r>
          </w:p>
        </w:tc>
      </w:tr>
      <w:tr w:rsidR="004D342C" w14:paraId="030047EF" w14:textId="77777777">
        <w:trPr>
          <w:cantSplit/>
          <w:jc w:val="center"/>
        </w:trPr>
        <w:tc>
          <w:tcPr>
            <w:tcW w:w="1944" w:type="dxa"/>
          </w:tcPr>
          <w:p w14:paraId="41F70141" w14:textId="77777777" w:rsidR="004D342C" w:rsidRDefault="00000000">
            <w:pPr>
              <w:spacing w:before="20" w:after="20"/>
              <w:ind w:firstLine="0"/>
            </w:pPr>
            <w:r>
              <w:rPr>
                <w:sz w:val="16"/>
              </w:rPr>
              <w:t>issuehealthcaresocialsecurity</w:t>
            </w:r>
          </w:p>
        </w:tc>
        <w:tc>
          <w:tcPr>
            <w:tcW w:w="2880" w:type="dxa"/>
          </w:tcPr>
          <w:p w14:paraId="3BF7F0C8" w14:textId="77777777" w:rsidR="004D342C" w:rsidRDefault="00000000">
            <w:pPr>
              <w:spacing w:before="20" w:after="20"/>
              <w:ind w:firstLine="0"/>
            </w:pPr>
            <w:r>
              <w:rPr>
                <w:sz w:val="16"/>
              </w:rPr>
              <w:t>IMPORTANT ISSUES CNTRY: HEALTH</w:t>
            </w:r>
          </w:p>
        </w:tc>
        <w:tc>
          <w:tcPr>
            <w:tcW w:w="3456" w:type="dxa"/>
          </w:tcPr>
          <w:p w14:paraId="31DCFE27" w14:textId="77777777" w:rsidR="004D342C" w:rsidRDefault="00000000">
            <w:pPr>
              <w:spacing w:before="20" w:after="20"/>
              <w:ind w:firstLine="0"/>
            </w:pPr>
            <w:r>
              <w:rPr>
                <w:sz w:val="16"/>
              </w:rPr>
              <w:t>0 Not mentioned / 1 Health</w:t>
            </w:r>
          </w:p>
        </w:tc>
        <w:tc>
          <w:tcPr>
            <w:tcW w:w="648" w:type="dxa"/>
          </w:tcPr>
          <w:p w14:paraId="060EDB50" w14:textId="77777777" w:rsidR="004D342C" w:rsidRDefault="00000000">
            <w:pPr>
              <w:spacing w:before="20" w:after="20"/>
              <w:ind w:firstLine="0"/>
              <w:jc w:val="right"/>
            </w:pPr>
            <w:r>
              <w:rPr>
                <w:sz w:val="16"/>
              </w:rPr>
              <w:t>27</w:t>
            </w:r>
          </w:p>
        </w:tc>
      </w:tr>
      <w:tr w:rsidR="004D342C" w14:paraId="783A61B7" w14:textId="77777777">
        <w:trPr>
          <w:cantSplit/>
          <w:jc w:val="center"/>
        </w:trPr>
        <w:tc>
          <w:tcPr>
            <w:tcW w:w="1944" w:type="dxa"/>
          </w:tcPr>
          <w:p w14:paraId="3CD45452" w14:textId="77777777" w:rsidR="004D342C" w:rsidRDefault="00000000">
            <w:pPr>
              <w:spacing w:before="20" w:after="20"/>
              <w:ind w:firstLine="0"/>
            </w:pPr>
            <w:r>
              <w:rPr>
                <w:sz w:val="16"/>
              </w:rPr>
              <w:t>newmoredecisions</w:t>
            </w:r>
          </w:p>
        </w:tc>
        <w:tc>
          <w:tcPr>
            <w:tcW w:w="2880" w:type="dxa"/>
          </w:tcPr>
          <w:p w14:paraId="38B3A5FC" w14:textId="77777777" w:rsidR="004D342C" w:rsidRDefault="00000000">
            <w:pPr>
              <w:spacing w:before="20" w:after="20"/>
              <w:ind w:firstLine="0"/>
            </w:pPr>
            <w:r>
              <w:rPr>
                <w:sz w:val="16"/>
              </w:rPr>
              <w:t>EU STATEMENTS: MORE DECISIONS AT EU LEVEL</w:t>
            </w:r>
          </w:p>
        </w:tc>
        <w:tc>
          <w:tcPr>
            <w:tcW w:w="3456" w:type="dxa"/>
          </w:tcPr>
          <w:p w14:paraId="5EF37702" w14:textId="77777777" w:rsidR="004D342C" w:rsidRDefault="00000000">
            <w:pPr>
              <w:spacing w:before="20" w:after="20"/>
              <w:ind w:firstLine="0"/>
            </w:pPr>
            <w:r>
              <w:rPr>
                <w:sz w:val="16"/>
              </w:rPr>
              <w:t>1 Totally agree / 2 Tend to agree / 3 Tend to disagree / 4 Totally disagree / 5 Don't know (SPONTANEOUS)</w:t>
            </w:r>
          </w:p>
        </w:tc>
        <w:tc>
          <w:tcPr>
            <w:tcW w:w="648" w:type="dxa"/>
          </w:tcPr>
          <w:p w14:paraId="3D2965FD" w14:textId="77777777" w:rsidR="004D342C" w:rsidRDefault="00000000">
            <w:pPr>
              <w:spacing w:before="20" w:after="20"/>
              <w:ind w:firstLine="0"/>
              <w:jc w:val="right"/>
            </w:pPr>
            <w:r>
              <w:rPr>
                <w:sz w:val="16"/>
              </w:rPr>
              <w:t>25</w:t>
            </w:r>
          </w:p>
        </w:tc>
      </w:tr>
      <w:tr w:rsidR="004D342C" w14:paraId="4C871269" w14:textId="77777777">
        <w:trPr>
          <w:cantSplit/>
          <w:jc w:val="center"/>
        </w:trPr>
        <w:tc>
          <w:tcPr>
            <w:tcW w:w="1944" w:type="dxa"/>
          </w:tcPr>
          <w:p w14:paraId="72C39C45" w14:textId="77777777" w:rsidR="004D342C" w:rsidRDefault="00000000">
            <w:pPr>
              <w:spacing w:before="20" w:after="20"/>
              <w:ind w:firstLine="0"/>
            </w:pPr>
            <w:r>
              <w:rPr>
                <w:sz w:val="16"/>
              </w:rPr>
              <w:t>jurisdculture</w:t>
            </w:r>
          </w:p>
        </w:tc>
        <w:tc>
          <w:tcPr>
            <w:tcW w:w="2880" w:type="dxa"/>
          </w:tcPr>
          <w:p w14:paraId="554EE765" w14:textId="77777777" w:rsidR="004D342C" w:rsidRDefault="00000000">
            <w:pPr>
              <w:spacing w:before="20" w:after="20"/>
              <w:ind w:firstLine="0"/>
            </w:pPr>
            <w:r>
              <w:rPr>
                <w:sz w:val="16"/>
              </w:rPr>
              <w:t>q35 eu common policy: cultural policy</w:t>
            </w:r>
          </w:p>
        </w:tc>
        <w:tc>
          <w:tcPr>
            <w:tcW w:w="3456" w:type="dxa"/>
          </w:tcPr>
          <w:p w14:paraId="4F0FEFEC" w14:textId="77777777" w:rsidR="004D342C" w:rsidRDefault="00000000">
            <w:pPr>
              <w:spacing w:before="20" w:after="20"/>
              <w:ind w:firstLine="0"/>
            </w:pPr>
            <w:r>
              <w:rPr>
                <w:sz w:val="16"/>
              </w:rPr>
              <w:t>1 (NATIONALITY) Government / 2 Jointly within European Union / 3 dont know</w:t>
            </w:r>
          </w:p>
        </w:tc>
        <w:tc>
          <w:tcPr>
            <w:tcW w:w="648" w:type="dxa"/>
          </w:tcPr>
          <w:p w14:paraId="31740F98" w14:textId="77777777" w:rsidR="004D342C" w:rsidRDefault="00000000">
            <w:pPr>
              <w:spacing w:before="20" w:after="20"/>
              <w:ind w:firstLine="0"/>
              <w:jc w:val="right"/>
            </w:pPr>
            <w:r>
              <w:rPr>
                <w:sz w:val="16"/>
              </w:rPr>
              <w:t>24</w:t>
            </w:r>
          </w:p>
        </w:tc>
      </w:tr>
      <w:tr w:rsidR="004D342C" w14:paraId="0FD614B7" w14:textId="77777777">
        <w:trPr>
          <w:cantSplit/>
          <w:jc w:val="center"/>
        </w:trPr>
        <w:tc>
          <w:tcPr>
            <w:tcW w:w="1944" w:type="dxa"/>
          </w:tcPr>
          <w:p w14:paraId="74DA17F7" w14:textId="77777777" w:rsidR="004D342C" w:rsidRDefault="00000000">
            <w:pPr>
              <w:spacing w:before="20" w:after="20"/>
              <w:ind w:firstLine="0"/>
            </w:pPr>
            <w:r>
              <w:rPr>
                <w:sz w:val="16"/>
              </w:rPr>
              <w:t>proposalEnergy</w:t>
            </w:r>
          </w:p>
        </w:tc>
        <w:tc>
          <w:tcPr>
            <w:tcW w:w="2880" w:type="dxa"/>
          </w:tcPr>
          <w:p w14:paraId="6DD6460E" w14:textId="77777777" w:rsidR="004D342C" w:rsidRDefault="00000000">
            <w:pPr>
              <w:spacing w:before="20" w:after="20"/>
              <w:ind w:firstLine="0"/>
            </w:pPr>
            <w:r>
              <w:rPr>
                <w:sz w:val="16"/>
              </w:rPr>
              <w:t>For or against the EU proposal named (1 For / 2 Against / 3 DK; 9 inapplicable, 0 NA preserved)</w:t>
            </w:r>
          </w:p>
        </w:tc>
        <w:tc>
          <w:tcPr>
            <w:tcW w:w="3456" w:type="dxa"/>
          </w:tcPr>
          <w:p w14:paraId="504A7382" w14:textId="77777777" w:rsidR="004D342C" w:rsidRDefault="00000000">
            <w:pPr>
              <w:spacing w:before="20" w:after="20"/>
              <w:ind w:firstLine="0"/>
            </w:pPr>
            <w:r>
              <w:rPr>
                <w:sz w:val="16"/>
              </w:rPr>
              <w:t>1 For / 2 Against / 3 Don't know</w:t>
            </w:r>
          </w:p>
        </w:tc>
        <w:tc>
          <w:tcPr>
            <w:tcW w:w="648" w:type="dxa"/>
          </w:tcPr>
          <w:p w14:paraId="533E15C5" w14:textId="77777777" w:rsidR="004D342C" w:rsidRDefault="00000000">
            <w:pPr>
              <w:spacing w:before="20" w:after="20"/>
              <w:ind w:firstLine="0"/>
              <w:jc w:val="right"/>
            </w:pPr>
            <w:r>
              <w:rPr>
                <w:sz w:val="16"/>
              </w:rPr>
              <w:t>24</w:t>
            </w:r>
          </w:p>
        </w:tc>
      </w:tr>
      <w:tr w:rsidR="004D342C" w14:paraId="01B788EF" w14:textId="77777777">
        <w:trPr>
          <w:cantSplit/>
          <w:jc w:val="center"/>
        </w:trPr>
        <w:tc>
          <w:tcPr>
            <w:tcW w:w="1944" w:type="dxa"/>
          </w:tcPr>
          <w:p w14:paraId="22E56468" w14:textId="77777777" w:rsidR="004D342C" w:rsidRDefault="00000000">
            <w:pPr>
              <w:spacing w:before="20" w:after="20"/>
              <w:ind w:firstLine="0"/>
            </w:pPr>
            <w:r>
              <w:rPr>
                <w:sz w:val="16"/>
              </w:rPr>
              <w:t>proposalMigration</w:t>
            </w:r>
          </w:p>
        </w:tc>
        <w:tc>
          <w:tcPr>
            <w:tcW w:w="2880" w:type="dxa"/>
          </w:tcPr>
          <w:p w14:paraId="5549BEE6" w14:textId="77777777" w:rsidR="004D342C" w:rsidRDefault="00000000">
            <w:pPr>
              <w:spacing w:before="20" w:after="20"/>
              <w:ind w:firstLine="0"/>
            </w:pPr>
            <w:r>
              <w:rPr>
                <w:sz w:val="16"/>
              </w:rPr>
              <w:t>For or against the EU proposal named (1 For / 2 Against / 3 DK; 9 inapplicable, 0 NA preserved)</w:t>
            </w:r>
          </w:p>
        </w:tc>
        <w:tc>
          <w:tcPr>
            <w:tcW w:w="3456" w:type="dxa"/>
          </w:tcPr>
          <w:p w14:paraId="092D6496" w14:textId="77777777" w:rsidR="004D342C" w:rsidRDefault="00000000">
            <w:pPr>
              <w:spacing w:before="20" w:after="20"/>
              <w:ind w:firstLine="0"/>
            </w:pPr>
            <w:r>
              <w:rPr>
                <w:sz w:val="16"/>
              </w:rPr>
              <w:t>1 For / 2 Against / 3 Don't know</w:t>
            </w:r>
          </w:p>
        </w:tc>
        <w:tc>
          <w:tcPr>
            <w:tcW w:w="648" w:type="dxa"/>
          </w:tcPr>
          <w:p w14:paraId="2D78789A" w14:textId="77777777" w:rsidR="004D342C" w:rsidRDefault="00000000">
            <w:pPr>
              <w:spacing w:before="20" w:after="20"/>
              <w:ind w:firstLine="0"/>
              <w:jc w:val="right"/>
            </w:pPr>
            <w:r>
              <w:rPr>
                <w:sz w:val="16"/>
              </w:rPr>
              <w:t>24</w:t>
            </w:r>
          </w:p>
        </w:tc>
      </w:tr>
      <w:tr w:rsidR="004D342C" w14:paraId="515879AB" w14:textId="77777777">
        <w:trPr>
          <w:cantSplit/>
          <w:jc w:val="center"/>
        </w:trPr>
        <w:tc>
          <w:tcPr>
            <w:tcW w:w="1944" w:type="dxa"/>
          </w:tcPr>
          <w:p w14:paraId="790CFC42" w14:textId="77777777" w:rsidR="004D342C" w:rsidRDefault="00000000">
            <w:pPr>
              <w:spacing w:before="20" w:after="20"/>
              <w:ind w:firstLine="0"/>
            </w:pPr>
            <w:r>
              <w:rPr>
                <w:sz w:val="16"/>
              </w:rPr>
              <w:t>jurisdasylum</w:t>
            </w:r>
          </w:p>
        </w:tc>
        <w:tc>
          <w:tcPr>
            <w:tcW w:w="2880" w:type="dxa"/>
          </w:tcPr>
          <w:p w14:paraId="02365C1B" w14:textId="77777777" w:rsidR="004D342C" w:rsidRDefault="00000000">
            <w:pPr>
              <w:spacing w:before="20" w:after="20"/>
              <w:ind w:firstLine="0"/>
            </w:pPr>
            <w:r>
              <w:rPr>
                <w:sz w:val="16"/>
              </w:rPr>
              <w:t>q35 eu common policy: political asylum</w:t>
            </w:r>
          </w:p>
        </w:tc>
        <w:tc>
          <w:tcPr>
            <w:tcW w:w="3456" w:type="dxa"/>
          </w:tcPr>
          <w:p w14:paraId="7A78200B" w14:textId="77777777" w:rsidR="004D342C" w:rsidRDefault="00000000">
            <w:pPr>
              <w:spacing w:before="20" w:after="20"/>
              <w:ind w:firstLine="0"/>
            </w:pPr>
            <w:r>
              <w:rPr>
                <w:sz w:val="16"/>
              </w:rPr>
              <w:t>1 (NATIONALITY) Government / 2 Jointly within European Union / 3 dont know</w:t>
            </w:r>
          </w:p>
        </w:tc>
        <w:tc>
          <w:tcPr>
            <w:tcW w:w="648" w:type="dxa"/>
          </w:tcPr>
          <w:p w14:paraId="6D723497" w14:textId="77777777" w:rsidR="004D342C" w:rsidRDefault="00000000">
            <w:pPr>
              <w:spacing w:before="20" w:after="20"/>
              <w:ind w:firstLine="0"/>
              <w:jc w:val="right"/>
            </w:pPr>
            <w:r>
              <w:rPr>
                <w:sz w:val="16"/>
              </w:rPr>
              <w:t>23</w:t>
            </w:r>
          </w:p>
        </w:tc>
      </w:tr>
      <w:tr w:rsidR="004D342C" w14:paraId="7721457A" w14:textId="77777777">
        <w:trPr>
          <w:cantSplit/>
          <w:jc w:val="center"/>
        </w:trPr>
        <w:tc>
          <w:tcPr>
            <w:tcW w:w="1944" w:type="dxa"/>
          </w:tcPr>
          <w:p w14:paraId="4A4075DA" w14:textId="77777777" w:rsidR="004D342C" w:rsidRDefault="00000000">
            <w:pPr>
              <w:spacing w:before="20" w:after="20"/>
              <w:ind w:firstLine="0"/>
            </w:pPr>
            <w:r>
              <w:rPr>
                <w:sz w:val="16"/>
              </w:rPr>
              <w:t>issuehealthcare</w:t>
            </w:r>
          </w:p>
        </w:tc>
        <w:tc>
          <w:tcPr>
            <w:tcW w:w="2880" w:type="dxa"/>
          </w:tcPr>
          <w:p w14:paraId="25F61925" w14:textId="77777777" w:rsidR="004D342C" w:rsidRDefault="00000000">
            <w:pPr>
              <w:spacing w:before="20" w:after="20"/>
              <w:ind w:firstLine="0"/>
            </w:pPr>
            <w:r>
              <w:rPr>
                <w:sz w:val="16"/>
              </w:rPr>
              <w:t>IMPORTANT ISSUES CNTRY: HEALTH</w:t>
            </w:r>
          </w:p>
        </w:tc>
        <w:tc>
          <w:tcPr>
            <w:tcW w:w="3456" w:type="dxa"/>
          </w:tcPr>
          <w:p w14:paraId="6D2F57F6" w14:textId="77777777" w:rsidR="004D342C" w:rsidRDefault="00000000">
            <w:pPr>
              <w:spacing w:before="20" w:after="20"/>
              <w:ind w:firstLine="0"/>
            </w:pPr>
            <w:r>
              <w:rPr>
                <w:sz w:val="16"/>
              </w:rPr>
              <w:t>0 not mentioned / 1 mentioned</w:t>
            </w:r>
          </w:p>
        </w:tc>
        <w:tc>
          <w:tcPr>
            <w:tcW w:w="648" w:type="dxa"/>
          </w:tcPr>
          <w:p w14:paraId="4C4E690F" w14:textId="77777777" w:rsidR="004D342C" w:rsidRDefault="00000000">
            <w:pPr>
              <w:spacing w:before="20" w:after="20"/>
              <w:ind w:firstLine="0"/>
              <w:jc w:val="right"/>
            </w:pPr>
            <w:r>
              <w:rPr>
                <w:sz w:val="16"/>
              </w:rPr>
              <w:t>22</w:t>
            </w:r>
          </w:p>
        </w:tc>
      </w:tr>
      <w:tr w:rsidR="004D342C" w14:paraId="5E1EAEEF" w14:textId="77777777">
        <w:trPr>
          <w:cantSplit/>
          <w:jc w:val="center"/>
        </w:trPr>
        <w:tc>
          <w:tcPr>
            <w:tcW w:w="1944" w:type="dxa"/>
          </w:tcPr>
          <w:p w14:paraId="52736223" w14:textId="77777777" w:rsidR="004D342C" w:rsidRDefault="00000000">
            <w:pPr>
              <w:spacing w:before="20" w:after="20"/>
              <w:ind w:firstLine="0"/>
            </w:pPr>
            <w:r>
              <w:rPr>
                <w:sz w:val="16"/>
              </w:rPr>
              <w:t>proposalFreeMovement</w:t>
            </w:r>
          </w:p>
        </w:tc>
        <w:tc>
          <w:tcPr>
            <w:tcW w:w="2880" w:type="dxa"/>
          </w:tcPr>
          <w:p w14:paraId="2F88CCA1" w14:textId="77777777" w:rsidR="004D342C" w:rsidRDefault="00000000">
            <w:pPr>
              <w:spacing w:before="20" w:after="20"/>
              <w:ind w:firstLine="0"/>
            </w:pPr>
            <w:r>
              <w:rPr>
                <w:sz w:val="16"/>
              </w:rPr>
              <w:t>For or against the EU proposal named (1 For / 2 Against / 3 DK; 9 inapplicable, 0 NA preserved)</w:t>
            </w:r>
          </w:p>
        </w:tc>
        <w:tc>
          <w:tcPr>
            <w:tcW w:w="3456" w:type="dxa"/>
          </w:tcPr>
          <w:p w14:paraId="2E1F1641" w14:textId="77777777" w:rsidR="004D342C" w:rsidRDefault="00000000">
            <w:pPr>
              <w:spacing w:before="20" w:after="20"/>
              <w:ind w:firstLine="0"/>
            </w:pPr>
            <w:r>
              <w:rPr>
                <w:sz w:val="16"/>
              </w:rPr>
              <w:t>1 For / 2 Against / 3 Don't know</w:t>
            </w:r>
          </w:p>
        </w:tc>
        <w:tc>
          <w:tcPr>
            <w:tcW w:w="648" w:type="dxa"/>
          </w:tcPr>
          <w:p w14:paraId="79A58650" w14:textId="77777777" w:rsidR="004D342C" w:rsidRDefault="00000000">
            <w:pPr>
              <w:spacing w:before="20" w:after="20"/>
              <w:ind w:firstLine="0"/>
              <w:jc w:val="right"/>
            </w:pPr>
            <w:r>
              <w:rPr>
                <w:sz w:val="16"/>
              </w:rPr>
              <w:t>22</w:t>
            </w:r>
          </w:p>
        </w:tc>
      </w:tr>
      <w:tr w:rsidR="004D342C" w14:paraId="0D514160" w14:textId="77777777">
        <w:trPr>
          <w:cantSplit/>
          <w:jc w:val="center"/>
        </w:trPr>
        <w:tc>
          <w:tcPr>
            <w:tcW w:w="1944" w:type="dxa"/>
          </w:tcPr>
          <w:p w14:paraId="5A29FB09" w14:textId="77777777" w:rsidR="004D342C" w:rsidRDefault="00000000">
            <w:pPr>
              <w:spacing w:before="20" w:after="20"/>
              <w:ind w:firstLine="0"/>
            </w:pPr>
            <w:r>
              <w:rPr>
                <w:sz w:val="16"/>
              </w:rPr>
              <w:t>issueenvironment</w:t>
            </w:r>
          </w:p>
        </w:tc>
        <w:tc>
          <w:tcPr>
            <w:tcW w:w="2880" w:type="dxa"/>
          </w:tcPr>
          <w:p w14:paraId="17907DE9" w14:textId="77777777" w:rsidR="004D342C" w:rsidRDefault="00000000">
            <w:pPr>
              <w:spacing w:before="20" w:after="20"/>
              <w:ind w:firstLine="0"/>
            </w:pPr>
            <w:r>
              <w:rPr>
                <w:sz w:val="16"/>
              </w:rPr>
              <w:t>IMPORTANT ISSUES CNTRY: THE ENVIRONMENT &amp; CLIMATE CHANGE</w:t>
            </w:r>
          </w:p>
        </w:tc>
        <w:tc>
          <w:tcPr>
            <w:tcW w:w="3456" w:type="dxa"/>
          </w:tcPr>
          <w:p w14:paraId="1D3B0DDE" w14:textId="77777777" w:rsidR="004D342C" w:rsidRDefault="00000000">
            <w:pPr>
              <w:spacing w:before="20" w:after="20"/>
              <w:ind w:firstLine="0"/>
            </w:pPr>
            <w:r>
              <w:rPr>
                <w:sz w:val="16"/>
              </w:rPr>
              <w:t>0 not mentioned / 1 mentioned</w:t>
            </w:r>
          </w:p>
        </w:tc>
        <w:tc>
          <w:tcPr>
            <w:tcW w:w="648" w:type="dxa"/>
          </w:tcPr>
          <w:p w14:paraId="7D8FB64A" w14:textId="77777777" w:rsidR="004D342C" w:rsidRDefault="00000000">
            <w:pPr>
              <w:spacing w:before="20" w:after="20"/>
              <w:ind w:firstLine="0"/>
              <w:jc w:val="right"/>
            </w:pPr>
            <w:r>
              <w:rPr>
                <w:sz w:val="16"/>
              </w:rPr>
              <w:t>22</w:t>
            </w:r>
          </w:p>
        </w:tc>
      </w:tr>
      <w:tr w:rsidR="004D342C" w14:paraId="695B8259" w14:textId="77777777">
        <w:trPr>
          <w:cantSplit/>
          <w:jc w:val="center"/>
        </w:trPr>
        <w:tc>
          <w:tcPr>
            <w:tcW w:w="1944" w:type="dxa"/>
          </w:tcPr>
          <w:p w14:paraId="0145C989" w14:textId="77777777" w:rsidR="004D342C" w:rsidRDefault="00000000">
            <w:pPr>
              <w:spacing w:before="20" w:after="20"/>
              <w:ind w:firstLine="0"/>
            </w:pPr>
            <w:r>
              <w:rPr>
                <w:sz w:val="16"/>
              </w:rPr>
              <w:t>jurisddrugs</w:t>
            </w:r>
          </w:p>
        </w:tc>
        <w:tc>
          <w:tcPr>
            <w:tcW w:w="2880" w:type="dxa"/>
          </w:tcPr>
          <w:p w14:paraId="6D512F16" w14:textId="77777777" w:rsidR="004D342C" w:rsidRDefault="00000000">
            <w:pPr>
              <w:spacing w:before="20" w:after="20"/>
              <w:ind w:firstLine="0"/>
            </w:pPr>
            <w:r>
              <w:rPr>
                <w:sz w:val="16"/>
              </w:rPr>
              <w:t>q35 eu common policy: fight against drugs</w:t>
            </w:r>
          </w:p>
        </w:tc>
        <w:tc>
          <w:tcPr>
            <w:tcW w:w="3456" w:type="dxa"/>
          </w:tcPr>
          <w:p w14:paraId="5E88402C" w14:textId="77777777" w:rsidR="004D342C" w:rsidRDefault="00000000">
            <w:pPr>
              <w:spacing w:before="20" w:after="20"/>
              <w:ind w:firstLine="0"/>
            </w:pPr>
            <w:r>
              <w:rPr>
                <w:sz w:val="16"/>
              </w:rPr>
              <w:t>1 (NATIONALITY) Government / 2 Jointly within European Union / 3 dont know</w:t>
            </w:r>
          </w:p>
        </w:tc>
        <w:tc>
          <w:tcPr>
            <w:tcW w:w="648" w:type="dxa"/>
          </w:tcPr>
          <w:p w14:paraId="2C12D3FE" w14:textId="77777777" w:rsidR="004D342C" w:rsidRDefault="00000000">
            <w:pPr>
              <w:spacing w:before="20" w:after="20"/>
              <w:ind w:firstLine="0"/>
              <w:jc w:val="right"/>
            </w:pPr>
            <w:r>
              <w:rPr>
                <w:sz w:val="16"/>
              </w:rPr>
              <w:t>21</w:t>
            </w:r>
          </w:p>
        </w:tc>
      </w:tr>
      <w:tr w:rsidR="004D342C" w14:paraId="6DB71C48" w14:textId="77777777">
        <w:trPr>
          <w:cantSplit/>
          <w:jc w:val="center"/>
        </w:trPr>
        <w:tc>
          <w:tcPr>
            <w:tcW w:w="1944" w:type="dxa"/>
          </w:tcPr>
          <w:p w14:paraId="76A490AE" w14:textId="77777777" w:rsidR="004D342C" w:rsidRDefault="00000000">
            <w:pPr>
              <w:spacing w:before="20" w:after="20"/>
              <w:ind w:firstLine="0"/>
            </w:pPr>
            <w:r>
              <w:rPr>
                <w:sz w:val="16"/>
              </w:rPr>
              <w:t>jurisdthirdworld</w:t>
            </w:r>
          </w:p>
        </w:tc>
        <w:tc>
          <w:tcPr>
            <w:tcW w:w="2880" w:type="dxa"/>
          </w:tcPr>
          <w:p w14:paraId="224F692F" w14:textId="77777777" w:rsidR="004D342C" w:rsidRDefault="00000000">
            <w:pPr>
              <w:spacing w:before="20" w:after="20"/>
              <w:ind w:firstLine="0"/>
            </w:pPr>
            <w:r>
              <w:rPr>
                <w:sz w:val="16"/>
              </w:rPr>
              <w:t>q26 eu common policy: third world coop</w:t>
            </w:r>
          </w:p>
        </w:tc>
        <w:tc>
          <w:tcPr>
            <w:tcW w:w="3456" w:type="dxa"/>
          </w:tcPr>
          <w:p w14:paraId="5B830138" w14:textId="77777777" w:rsidR="004D342C" w:rsidRDefault="00000000">
            <w:pPr>
              <w:spacing w:before="20" w:after="20"/>
              <w:ind w:firstLine="0"/>
            </w:pPr>
            <w:r>
              <w:rPr>
                <w:sz w:val="16"/>
              </w:rPr>
              <w:t>1 (NATIONALITY) Government / 2 Jointly within European Union / 3 dont know</w:t>
            </w:r>
          </w:p>
        </w:tc>
        <w:tc>
          <w:tcPr>
            <w:tcW w:w="648" w:type="dxa"/>
          </w:tcPr>
          <w:p w14:paraId="4BD2B6AE" w14:textId="77777777" w:rsidR="004D342C" w:rsidRDefault="00000000">
            <w:pPr>
              <w:spacing w:before="20" w:after="20"/>
              <w:ind w:firstLine="0"/>
              <w:jc w:val="right"/>
            </w:pPr>
            <w:r>
              <w:rPr>
                <w:sz w:val="16"/>
              </w:rPr>
              <w:t>21</w:t>
            </w:r>
          </w:p>
        </w:tc>
      </w:tr>
      <w:tr w:rsidR="004D342C" w14:paraId="37A4D886" w14:textId="77777777">
        <w:trPr>
          <w:cantSplit/>
          <w:jc w:val="center"/>
        </w:trPr>
        <w:tc>
          <w:tcPr>
            <w:tcW w:w="1944" w:type="dxa"/>
          </w:tcPr>
          <w:p w14:paraId="24C4E5A7" w14:textId="77777777" w:rsidR="004D342C" w:rsidRDefault="00000000">
            <w:pPr>
              <w:spacing w:before="20" w:after="20"/>
              <w:ind w:firstLine="0"/>
            </w:pPr>
            <w:r>
              <w:rPr>
                <w:sz w:val="16"/>
              </w:rPr>
              <w:lastRenderedPageBreak/>
              <w:t>proposalDigitalMarket</w:t>
            </w:r>
          </w:p>
        </w:tc>
        <w:tc>
          <w:tcPr>
            <w:tcW w:w="2880" w:type="dxa"/>
          </w:tcPr>
          <w:p w14:paraId="30AAF5EF" w14:textId="77777777" w:rsidR="004D342C" w:rsidRDefault="00000000">
            <w:pPr>
              <w:spacing w:before="20" w:after="20"/>
              <w:ind w:firstLine="0"/>
            </w:pPr>
            <w:r>
              <w:rPr>
                <w:sz w:val="16"/>
              </w:rPr>
              <w:t>For or against the EU proposal named (1 For / 2 Against / 3 DK; 9 inapplicable, 0 NA preserved)</w:t>
            </w:r>
          </w:p>
        </w:tc>
        <w:tc>
          <w:tcPr>
            <w:tcW w:w="3456" w:type="dxa"/>
          </w:tcPr>
          <w:p w14:paraId="29A9A97E" w14:textId="77777777" w:rsidR="004D342C" w:rsidRDefault="00000000">
            <w:pPr>
              <w:spacing w:before="20" w:after="20"/>
              <w:ind w:firstLine="0"/>
            </w:pPr>
            <w:r>
              <w:rPr>
                <w:sz w:val="16"/>
              </w:rPr>
              <w:t>1 For / 2 Against / 3 Don't know</w:t>
            </w:r>
          </w:p>
        </w:tc>
        <w:tc>
          <w:tcPr>
            <w:tcW w:w="648" w:type="dxa"/>
          </w:tcPr>
          <w:p w14:paraId="6CD80E2D" w14:textId="77777777" w:rsidR="004D342C" w:rsidRDefault="00000000">
            <w:pPr>
              <w:spacing w:before="20" w:after="20"/>
              <w:ind w:firstLine="0"/>
              <w:jc w:val="right"/>
            </w:pPr>
            <w:r>
              <w:rPr>
                <w:sz w:val="16"/>
              </w:rPr>
              <w:t>20</w:t>
            </w:r>
          </w:p>
        </w:tc>
      </w:tr>
      <w:tr w:rsidR="004D342C" w14:paraId="2F0E2195" w14:textId="77777777">
        <w:trPr>
          <w:cantSplit/>
          <w:jc w:val="center"/>
        </w:trPr>
        <w:tc>
          <w:tcPr>
            <w:tcW w:w="1944" w:type="dxa"/>
          </w:tcPr>
          <w:p w14:paraId="4A13500A" w14:textId="77777777" w:rsidR="004D342C" w:rsidRDefault="00000000">
            <w:pPr>
              <w:spacing w:before="20" w:after="20"/>
              <w:ind w:firstLine="0"/>
            </w:pPr>
            <w:r>
              <w:rPr>
                <w:sz w:val="16"/>
              </w:rPr>
              <w:t>jurisdcrime</w:t>
            </w:r>
          </w:p>
        </w:tc>
        <w:tc>
          <w:tcPr>
            <w:tcW w:w="2880" w:type="dxa"/>
          </w:tcPr>
          <w:p w14:paraId="61F274C9" w14:textId="77777777" w:rsidR="004D342C" w:rsidRDefault="00000000">
            <w:pPr>
              <w:spacing w:before="20" w:after="20"/>
              <w:ind w:firstLine="0"/>
            </w:pPr>
            <w:r>
              <w:rPr>
                <w:sz w:val="16"/>
              </w:rPr>
              <w:t>QA22 EU COMMON POLICY: FIGHTING CRIME</w:t>
            </w:r>
          </w:p>
        </w:tc>
        <w:tc>
          <w:tcPr>
            <w:tcW w:w="3456" w:type="dxa"/>
          </w:tcPr>
          <w:p w14:paraId="2D77251A" w14:textId="77777777" w:rsidR="004D342C" w:rsidRDefault="00000000">
            <w:pPr>
              <w:spacing w:before="20" w:after="20"/>
              <w:ind w:firstLine="0"/>
            </w:pPr>
            <w:r>
              <w:rPr>
                <w:sz w:val="16"/>
              </w:rPr>
              <w:t>1 (NATIONALITY) Government / 2 Jointly within European Union / 3 dont know</w:t>
            </w:r>
          </w:p>
        </w:tc>
        <w:tc>
          <w:tcPr>
            <w:tcW w:w="648" w:type="dxa"/>
          </w:tcPr>
          <w:p w14:paraId="4ED7275E" w14:textId="77777777" w:rsidR="004D342C" w:rsidRDefault="00000000">
            <w:pPr>
              <w:spacing w:before="20" w:after="20"/>
              <w:ind w:firstLine="0"/>
              <w:jc w:val="right"/>
            </w:pPr>
            <w:r>
              <w:rPr>
                <w:sz w:val="16"/>
              </w:rPr>
              <w:t>18</w:t>
            </w:r>
          </w:p>
        </w:tc>
      </w:tr>
      <w:tr w:rsidR="004D342C" w14:paraId="4159BCFF" w14:textId="77777777">
        <w:trPr>
          <w:cantSplit/>
          <w:jc w:val="center"/>
        </w:trPr>
        <w:tc>
          <w:tcPr>
            <w:tcW w:w="1944" w:type="dxa"/>
          </w:tcPr>
          <w:p w14:paraId="4C2B2233" w14:textId="77777777" w:rsidR="004D342C" w:rsidRDefault="00000000">
            <w:pPr>
              <w:spacing w:before="20" w:after="20"/>
              <w:ind w:firstLine="0"/>
            </w:pPr>
            <w:r>
              <w:rPr>
                <w:sz w:val="16"/>
              </w:rPr>
              <w:t>jurisdVAT</w:t>
            </w:r>
          </w:p>
        </w:tc>
        <w:tc>
          <w:tcPr>
            <w:tcW w:w="2880" w:type="dxa"/>
          </w:tcPr>
          <w:p w14:paraId="2DCBECE6" w14:textId="77777777" w:rsidR="004D342C" w:rsidRDefault="00000000">
            <w:pPr>
              <w:spacing w:before="20" w:after="20"/>
              <w:ind w:firstLine="0"/>
            </w:pPr>
            <w:r>
              <w:rPr>
                <w:sz w:val="16"/>
              </w:rPr>
              <w:t>q26 eu common policy: value added tax</w:t>
            </w:r>
          </w:p>
        </w:tc>
        <w:tc>
          <w:tcPr>
            <w:tcW w:w="3456" w:type="dxa"/>
          </w:tcPr>
          <w:p w14:paraId="034BFC64" w14:textId="77777777" w:rsidR="004D342C" w:rsidRDefault="00000000">
            <w:pPr>
              <w:spacing w:before="20" w:after="20"/>
              <w:ind w:firstLine="0"/>
            </w:pPr>
            <w:r>
              <w:rPr>
                <w:sz w:val="16"/>
              </w:rPr>
              <w:t>1 (NATIONALITY) Government / 2 Jointly within European Union / 3 dont know</w:t>
            </w:r>
          </w:p>
        </w:tc>
        <w:tc>
          <w:tcPr>
            <w:tcW w:w="648" w:type="dxa"/>
          </w:tcPr>
          <w:p w14:paraId="151E2AB9" w14:textId="77777777" w:rsidR="004D342C" w:rsidRDefault="00000000">
            <w:pPr>
              <w:spacing w:before="20" w:after="20"/>
              <w:ind w:firstLine="0"/>
              <w:jc w:val="right"/>
            </w:pPr>
            <w:r>
              <w:rPr>
                <w:sz w:val="16"/>
              </w:rPr>
              <w:t>17</w:t>
            </w:r>
          </w:p>
        </w:tc>
      </w:tr>
      <w:tr w:rsidR="004D342C" w14:paraId="5ACB626D" w14:textId="77777777">
        <w:trPr>
          <w:cantSplit/>
          <w:jc w:val="center"/>
        </w:trPr>
        <w:tc>
          <w:tcPr>
            <w:tcW w:w="1944" w:type="dxa"/>
          </w:tcPr>
          <w:p w14:paraId="2AB45F8D" w14:textId="77777777" w:rsidR="004D342C" w:rsidRDefault="00000000">
            <w:pPr>
              <w:spacing w:before="20" w:after="20"/>
              <w:ind w:firstLine="0"/>
            </w:pPr>
            <w:r>
              <w:rPr>
                <w:sz w:val="16"/>
              </w:rPr>
              <w:t>jurisdterrorism</w:t>
            </w:r>
          </w:p>
        </w:tc>
        <w:tc>
          <w:tcPr>
            <w:tcW w:w="2880" w:type="dxa"/>
          </w:tcPr>
          <w:p w14:paraId="64C260B0" w14:textId="77777777" w:rsidR="004D342C" w:rsidRDefault="00000000">
            <w:pPr>
              <w:spacing w:before="20" w:after="20"/>
              <w:ind w:firstLine="0"/>
            </w:pPr>
            <w:r>
              <w:rPr>
                <w:sz w:val="16"/>
              </w:rPr>
              <w:t>QA20 EU COMMON POLICY: FIGHT TERRORISM</w:t>
            </w:r>
          </w:p>
        </w:tc>
        <w:tc>
          <w:tcPr>
            <w:tcW w:w="3456" w:type="dxa"/>
          </w:tcPr>
          <w:p w14:paraId="1004302F" w14:textId="77777777" w:rsidR="004D342C" w:rsidRDefault="00000000">
            <w:pPr>
              <w:spacing w:before="20" w:after="20"/>
              <w:ind w:firstLine="0"/>
            </w:pPr>
            <w:r>
              <w:rPr>
                <w:sz w:val="16"/>
              </w:rPr>
              <w:t>1 (NATIONALITY) Government / 2 Jointly within European Union / 3 dont know</w:t>
            </w:r>
          </w:p>
        </w:tc>
        <w:tc>
          <w:tcPr>
            <w:tcW w:w="648" w:type="dxa"/>
          </w:tcPr>
          <w:p w14:paraId="0BB9324D" w14:textId="77777777" w:rsidR="004D342C" w:rsidRDefault="00000000">
            <w:pPr>
              <w:spacing w:before="20" w:after="20"/>
              <w:ind w:firstLine="0"/>
              <w:jc w:val="right"/>
            </w:pPr>
            <w:r>
              <w:rPr>
                <w:sz w:val="16"/>
              </w:rPr>
              <w:t>17</w:t>
            </w:r>
          </w:p>
        </w:tc>
      </w:tr>
      <w:tr w:rsidR="004D342C" w14:paraId="5C09ABBD" w14:textId="77777777">
        <w:trPr>
          <w:cantSplit/>
          <w:jc w:val="center"/>
        </w:trPr>
        <w:tc>
          <w:tcPr>
            <w:tcW w:w="1944" w:type="dxa"/>
          </w:tcPr>
          <w:p w14:paraId="478BE11D" w14:textId="77777777" w:rsidR="004D342C" w:rsidRDefault="00000000">
            <w:pPr>
              <w:spacing w:before="20" w:after="20"/>
              <w:ind w:firstLine="0"/>
            </w:pPr>
            <w:r>
              <w:rPr>
                <w:sz w:val="16"/>
              </w:rPr>
              <w:t>proposalTrade</w:t>
            </w:r>
          </w:p>
        </w:tc>
        <w:tc>
          <w:tcPr>
            <w:tcW w:w="2880" w:type="dxa"/>
          </w:tcPr>
          <w:p w14:paraId="5C47F67E" w14:textId="77777777" w:rsidR="004D342C" w:rsidRDefault="00000000">
            <w:pPr>
              <w:spacing w:before="20" w:after="20"/>
              <w:ind w:firstLine="0"/>
            </w:pPr>
            <w:r>
              <w:rPr>
                <w:sz w:val="16"/>
              </w:rPr>
              <w:t>For or against the EU proposal named (1 For / 2 Against / 3 DK; 9 inapplicable, 0 NA preserved)</w:t>
            </w:r>
          </w:p>
        </w:tc>
        <w:tc>
          <w:tcPr>
            <w:tcW w:w="3456" w:type="dxa"/>
          </w:tcPr>
          <w:p w14:paraId="4FC81B43" w14:textId="77777777" w:rsidR="004D342C" w:rsidRDefault="00000000">
            <w:pPr>
              <w:spacing w:before="20" w:after="20"/>
              <w:ind w:firstLine="0"/>
            </w:pPr>
            <w:r>
              <w:rPr>
                <w:sz w:val="16"/>
              </w:rPr>
              <w:t>1 For / 2 Against / 3 Don't know</w:t>
            </w:r>
          </w:p>
        </w:tc>
        <w:tc>
          <w:tcPr>
            <w:tcW w:w="648" w:type="dxa"/>
          </w:tcPr>
          <w:p w14:paraId="4ACAAADD" w14:textId="77777777" w:rsidR="004D342C" w:rsidRDefault="00000000">
            <w:pPr>
              <w:spacing w:before="20" w:after="20"/>
              <w:ind w:firstLine="0"/>
              <w:jc w:val="right"/>
            </w:pPr>
            <w:r>
              <w:rPr>
                <w:sz w:val="16"/>
              </w:rPr>
              <w:t>17</w:t>
            </w:r>
          </w:p>
        </w:tc>
      </w:tr>
      <w:tr w:rsidR="004D342C" w14:paraId="7A61007B" w14:textId="77777777">
        <w:trPr>
          <w:cantSplit/>
          <w:jc w:val="center"/>
        </w:trPr>
        <w:tc>
          <w:tcPr>
            <w:tcW w:w="1944" w:type="dxa"/>
          </w:tcPr>
          <w:p w14:paraId="7A0E4820" w14:textId="77777777" w:rsidR="004D342C" w:rsidRDefault="00000000">
            <w:pPr>
              <w:spacing w:before="20" w:after="20"/>
              <w:ind w:firstLine="0"/>
            </w:pPr>
            <w:r>
              <w:rPr>
                <w:sz w:val="16"/>
              </w:rPr>
              <w:t>supporthope</w:t>
            </w:r>
            <w:r>
              <w:rPr>
                <w:sz w:val="16"/>
              </w:rPr>
              <w:br/>
              <w:t>(hope)</w:t>
            </w:r>
          </w:p>
        </w:tc>
        <w:tc>
          <w:tcPr>
            <w:tcW w:w="2880" w:type="dxa"/>
          </w:tcPr>
          <w:p w14:paraId="10F1E4FF" w14:textId="77777777" w:rsidR="004D342C" w:rsidRDefault="00000000">
            <w:pPr>
              <w:spacing w:before="20" w:after="20"/>
              <w:ind w:firstLine="0"/>
            </w:pPr>
            <w:r>
              <w:rPr>
                <w:sz w:val="16"/>
              </w:rPr>
              <w:t>q15 eu single market - hopeful/fearful</w:t>
            </w:r>
          </w:p>
        </w:tc>
        <w:tc>
          <w:tcPr>
            <w:tcW w:w="3456" w:type="dxa"/>
          </w:tcPr>
          <w:p w14:paraId="2AEAB75F" w14:textId="77777777" w:rsidR="004D342C" w:rsidRDefault="00000000">
            <w:pPr>
              <w:spacing w:before="20" w:after="20"/>
              <w:ind w:firstLine="0"/>
            </w:pPr>
            <w:r>
              <w:rPr>
                <w:sz w:val="16"/>
              </w:rPr>
              <w:t>1 Very hopeful / 2 Rather hopeful / 3 Rather fearful / 4 Very fearful / 5 Dont know</w:t>
            </w:r>
          </w:p>
        </w:tc>
        <w:tc>
          <w:tcPr>
            <w:tcW w:w="648" w:type="dxa"/>
          </w:tcPr>
          <w:p w14:paraId="09897BDA" w14:textId="77777777" w:rsidR="004D342C" w:rsidRDefault="00000000">
            <w:pPr>
              <w:spacing w:before="20" w:after="20"/>
              <w:ind w:firstLine="0"/>
              <w:jc w:val="right"/>
            </w:pPr>
            <w:r>
              <w:rPr>
                <w:sz w:val="16"/>
              </w:rPr>
              <w:t>17</w:t>
            </w:r>
          </w:p>
        </w:tc>
      </w:tr>
      <w:tr w:rsidR="004D342C" w14:paraId="14B8F801" w14:textId="77777777">
        <w:trPr>
          <w:cantSplit/>
          <w:jc w:val="center"/>
        </w:trPr>
        <w:tc>
          <w:tcPr>
            <w:tcW w:w="1944" w:type="dxa"/>
          </w:tcPr>
          <w:p w14:paraId="765C67EA" w14:textId="77777777" w:rsidR="004D342C" w:rsidRDefault="00000000">
            <w:pPr>
              <w:spacing w:before="20" w:after="20"/>
              <w:ind w:firstLine="0"/>
            </w:pPr>
            <w:r>
              <w:rPr>
                <w:sz w:val="16"/>
              </w:rPr>
              <w:t>issuedefence</w:t>
            </w:r>
          </w:p>
        </w:tc>
        <w:tc>
          <w:tcPr>
            <w:tcW w:w="2880" w:type="dxa"/>
          </w:tcPr>
          <w:p w14:paraId="520B7850" w14:textId="77777777" w:rsidR="004D342C" w:rsidRDefault="00000000">
            <w:pPr>
              <w:spacing w:before="20" w:after="20"/>
              <w:ind w:firstLine="0"/>
            </w:pPr>
            <w:r>
              <w:rPr>
                <w:sz w:val="16"/>
              </w:rPr>
              <w:t>QA7A IMPORT ISSUES CTRY: DEFENCE/FOREIGN AFF</w:t>
            </w:r>
          </w:p>
        </w:tc>
        <w:tc>
          <w:tcPr>
            <w:tcW w:w="3456" w:type="dxa"/>
          </w:tcPr>
          <w:p w14:paraId="1D137C17" w14:textId="77777777" w:rsidR="004D342C" w:rsidRDefault="00000000">
            <w:pPr>
              <w:spacing w:before="20" w:after="20"/>
              <w:ind w:firstLine="0"/>
            </w:pPr>
            <w:r>
              <w:rPr>
                <w:sz w:val="16"/>
              </w:rPr>
              <w:t>0 not mentioned / 1 mentioned</w:t>
            </w:r>
          </w:p>
        </w:tc>
        <w:tc>
          <w:tcPr>
            <w:tcW w:w="648" w:type="dxa"/>
          </w:tcPr>
          <w:p w14:paraId="0F8C4ED5" w14:textId="77777777" w:rsidR="004D342C" w:rsidRDefault="00000000">
            <w:pPr>
              <w:spacing w:before="20" w:after="20"/>
              <w:ind w:firstLine="0"/>
              <w:jc w:val="right"/>
            </w:pPr>
            <w:r>
              <w:rPr>
                <w:sz w:val="16"/>
              </w:rPr>
              <w:t>16</w:t>
            </w:r>
          </w:p>
        </w:tc>
      </w:tr>
      <w:tr w:rsidR="004D342C" w14:paraId="490871D2" w14:textId="77777777">
        <w:trPr>
          <w:cantSplit/>
          <w:jc w:val="center"/>
        </w:trPr>
        <w:tc>
          <w:tcPr>
            <w:tcW w:w="1944" w:type="dxa"/>
          </w:tcPr>
          <w:p w14:paraId="170F01CD" w14:textId="77777777" w:rsidR="004D342C" w:rsidRDefault="00000000">
            <w:pPr>
              <w:spacing w:before="20" w:after="20"/>
              <w:ind w:firstLine="0"/>
            </w:pPr>
            <w:r>
              <w:rPr>
                <w:sz w:val="16"/>
              </w:rPr>
              <w:t>jurisdenergy</w:t>
            </w:r>
          </w:p>
        </w:tc>
        <w:tc>
          <w:tcPr>
            <w:tcW w:w="2880" w:type="dxa"/>
          </w:tcPr>
          <w:p w14:paraId="35C4DB3B" w14:textId="77777777" w:rsidR="004D342C" w:rsidRDefault="00000000">
            <w:pPr>
              <w:spacing w:before="20" w:after="20"/>
              <w:ind w:firstLine="0"/>
            </w:pPr>
            <w:r>
              <w:rPr>
                <w:sz w:val="16"/>
              </w:rPr>
              <w:t>QA23 EU COMMON POLICY: ENERGY</w:t>
            </w:r>
          </w:p>
        </w:tc>
        <w:tc>
          <w:tcPr>
            <w:tcW w:w="3456" w:type="dxa"/>
          </w:tcPr>
          <w:p w14:paraId="5C1B4464" w14:textId="77777777" w:rsidR="004D342C" w:rsidRDefault="00000000">
            <w:pPr>
              <w:spacing w:before="20" w:after="20"/>
              <w:ind w:firstLine="0"/>
            </w:pPr>
            <w:r>
              <w:rPr>
                <w:sz w:val="16"/>
              </w:rPr>
              <w:t>1 (NATIONALITY) Government / 2 Jointly within European Union / 3 dont know</w:t>
            </w:r>
          </w:p>
        </w:tc>
        <w:tc>
          <w:tcPr>
            <w:tcW w:w="648" w:type="dxa"/>
          </w:tcPr>
          <w:p w14:paraId="1D1BA7FE" w14:textId="77777777" w:rsidR="004D342C" w:rsidRDefault="00000000">
            <w:pPr>
              <w:spacing w:before="20" w:after="20"/>
              <w:ind w:firstLine="0"/>
              <w:jc w:val="right"/>
            </w:pPr>
            <w:r>
              <w:rPr>
                <w:sz w:val="16"/>
              </w:rPr>
              <w:t>14</w:t>
            </w:r>
          </w:p>
        </w:tc>
      </w:tr>
      <w:tr w:rsidR="004D342C" w14:paraId="4A6313CA" w14:textId="77777777">
        <w:trPr>
          <w:cantSplit/>
          <w:jc w:val="center"/>
        </w:trPr>
        <w:tc>
          <w:tcPr>
            <w:tcW w:w="1944" w:type="dxa"/>
          </w:tcPr>
          <w:p w14:paraId="6403681E" w14:textId="77777777" w:rsidR="004D342C" w:rsidRDefault="00000000">
            <w:pPr>
              <w:spacing w:before="20" w:after="20"/>
              <w:ind w:firstLine="0"/>
            </w:pPr>
            <w:r>
              <w:rPr>
                <w:sz w:val="16"/>
              </w:rPr>
              <w:t>jurisdconsumer</w:t>
            </w:r>
          </w:p>
        </w:tc>
        <w:tc>
          <w:tcPr>
            <w:tcW w:w="2880" w:type="dxa"/>
          </w:tcPr>
          <w:p w14:paraId="71BE3723" w14:textId="77777777" w:rsidR="004D342C" w:rsidRDefault="00000000">
            <w:pPr>
              <w:spacing w:before="20" w:after="20"/>
              <w:ind w:firstLine="0"/>
            </w:pPr>
            <w:r>
              <w:rPr>
                <w:sz w:val="16"/>
              </w:rPr>
              <w:t>QA23 EU COMMON POLICY: CONSUMER PROTECTION</w:t>
            </w:r>
          </w:p>
        </w:tc>
        <w:tc>
          <w:tcPr>
            <w:tcW w:w="3456" w:type="dxa"/>
          </w:tcPr>
          <w:p w14:paraId="29563DAA" w14:textId="77777777" w:rsidR="004D342C" w:rsidRDefault="00000000">
            <w:pPr>
              <w:spacing w:before="20" w:after="20"/>
              <w:ind w:firstLine="0"/>
            </w:pPr>
            <w:r>
              <w:rPr>
                <w:sz w:val="16"/>
              </w:rPr>
              <w:t>1 (NATIONALITY) Government / 2 Jointly within European Union / 3 dont know</w:t>
            </w:r>
          </w:p>
        </w:tc>
        <w:tc>
          <w:tcPr>
            <w:tcW w:w="648" w:type="dxa"/>
          </w:tcPr>
          <w:p w14:paraId="6C8877A6" w14:textId="77777777" w:rsidR="004D342C" w:rsidRDefault="00000000">
            <w:pPr>
              <w:spacing w:before="20" w:after="20"/>
              <w:ind w:firstLine="0"/>
              <w:jc w:val="right"/>
            </w:pPr>
            <w:r>
              <w:rPr>
                <w:sz w:val="16"/>
              </w:rPr>
              <w:t>13</w:t>
            </w:r>
          </w:p>
        </w:tc>
      </w:tr>
      <w:tr w:rsidR="004D342C" w14:paraId="1686F8FF" w14:textId="77777777">
        <w:trPr>
          <w:cantSplit/>
          <w:jc w:val="center"/>
        </w:trPr>
        <w:tc>
          <w:tcPr>
            <w:tcW w:w="1944" w:type="dxa"/>
          </w:tcPr>
          <w:p w14:paraId="55FB0938" w14:textId="77777777" w:rsidR="004D342C" w:rsidRDefault="00000000">
            <w:pPr>
              <w:spacing w:before="20" w:after="20"/>
              <w:ind w:firstLine="0"/>
            </w:pPr>
            <w:r>
              <w:rPr>
                <w:sz w:val="16"/>
              </w:rPr>
              <w:t>jurisdinflation</w:t>
            </w:r>
          </w:p>
        </w:tc>
        <w:tc>
          <w:tcPr>
            <w:tcW w:w="2880" w:type="dxa"/>
          </w:tcPr>
          <w:p w14:paraId="1A9D8535" w14:textId="77777777" w:rsidR="004D342C" w:rsidRDefault="00000000">
            <w:pPr>
              <w:spacing w:before="20" w:after="20"/>
              <w:ind w:firstLine="0"/>
            </w:pPr>
            <w:r>
              <w:rPr>
                <w:sz w:val="16"/>
              </w:rPr>
              <w:t>QA23 EU COMMON POLICY: FIGHTING INFLATION</w:t>
            </w:r>
          </w:p>
        </w:tc>
        <w:tc>
          <w:tcPr>
            <w:tcW w:w="3456" w:type="dxa"/>
          </w:tcPr>
          <w:p w14:paraId="280C1042" w14:textId="77777777" w:rsidR="004D342C" w:rsidRDefault="00000000">
            <w:pPr>
              <w:spacing w:before="20" w:after="20"/>
              <w:ind w:firstLine="0"/>
            </w:pPr>
            <w:r>
              <w:rPr>
                <w:sz w:val="16"/>
              </w:rPr>
              <w:t>1 (NATIONALITY) Government / 2 Jointly within the EU / 3 DK</w:t>
            </w:r>
          </w:p>
        </w:tc>
        <w:tc>
          <w:tcPr>
            <w:tcW w:w="648" w:type="dxa"/>
          </w:tcPr>
          <w:p w14:paraId="71D86AD2" w14:textId="77777777" w:rsidR="004D342C" w:rsidRDefault="00000000">
            <w:pPr>
              <w:spacing w:before="20" w:after="20"/>
              <w:ind w:firstLine="0"/>
              <w:jc w:val="right"/>
            </w:pPr>
            <w:r>
              <w:rPr>
                <w:sz w:val="16"/>
              </w:rPr>
              <w:t>13</w:t>
            </w:r>
          </w:p>
        </w:tc>
      </w:tr>
      <w:tr w:rsidR="004D342C" w14:paraId="768E00E4" w14:textId="77777777">
        <w:trPr>
          <w:cantSplit/>
          <w:jc w:val="center"/>
        </w:trPr>
        <w:tc>
          <w:tcPr>
            <w:tcW w:w="1944" w:type="dxa"/>
          </w:tcPr>
          <w:p w14:paraId="530B081B" w14:textId="77777777" w:rsidR="004D342C" w:rsidRDefault="00000000">
            <w:pPr>
              <w:spacing w:before="20" w:after="20"/>
              <w:ind w:firstLine="0"/>
            </w:pPr>
            <w:r>
              <w:rPr>
                <w:sz w:val="16"/>
              </w:rPr>
              <w:t>prioritycitizens</w:t>
            </w:r>
          </w:p>
        </w:tc>
        <w:tc>
          <w:tcPr>
            <w:tcW w:w="2880" w:type="dxa"/>
          </w:tcPr>
          <w:p w14:paraId="6942D9DC" w14:textId="77777777" w:rsidR="004D342C" w:rsidRDefault="00000000">
            <w:pPr>
              <w:spacing w:before="20" w:after="20"/>
              <w:ind w:firstLine="0"/>
            </w:pPr>
            <w:r>
              <w:rPr>
                <w:sz w:val="16"/>
              </w:rPr>
              <w:t>q.30.2. - i am going to read out a list</w:t>
            </w:r>
          </w:p>
        </w:tc>
        <w:tc>
          <w:tcPr>
            <w:tcW w:w="3456" w:type="dxa"/>
          </w:tcPr>
          <w:p w14:paraId="44ACB5E5" w14:textId="77777777" w:rsidR="004D342C" w:rsidRDefault="00000000">
            <w:pPr>
              <w:spacing w:before="20" w:after="20"/>
              <w:ind w:firstLine="0"/>
            </w:pPr>
            <w:r>
              <w:rPr>
                <w:sz w:val="16"/>
              </w:rPr>
              <w:t>1 priority / 2 not a priority / 3 dont know</w:t>
            </w:r>
          </w:p>
        </w:tc>
        <w:tc>
          <w:tcPr>
            <w:tcW w:w="648" w:type="dxa"/>
          </w:tcPr>
          <w:p w14:paraId="30CAFE64" w14:textId="77777777" w:rsidR="004D342C" w:rsidRDefault="00000000">
            <w:pPr>
              <w:spacing w:before="20" w:after="20"/>
              <w:ind w:firstLine="0"/>
              <w:jc w:val="right"/>
            </w:pPr>
            <w:r>
              <w:rPr>
                <w:sz w:val="16"/>
              </w:rPr>
              <w:t>13</w:t>
            </w:r>
          </w:p>
        </w:tc>
      </w:tr>
      <w:tr w:rsidR="004D342C" w14:paraId="21071B47" w14:textId="77777777">
        <w:trPr>
          <w:cantSplit/>
          <w:jc w:val="center"/>
        </w:trPr>
        <w:tc>
          <w:tcPr>
            <w:tcW w:w="1944" w:type="dxa"/>
          </w:tcPr>
          <w:p w14:paraId="40C51E5E" w14:textId="77777777" w:rsidR="004D342C" w:rsidRDefault="00000000">
            <w:pPr>
              <w:spacing w:before="20" w:after="20"/>
              <w:ind w:firstLine="0"/>
            </w:pPr>
            <w:r>
              <w:rPr>
                <w:sz w:val="16"/>
              </w:rPr>
              <w:t>prioritycivilrights</w:t>
            </w:r>
          </w:p>
        </w:tc>
        <w:tc>
          <w:tcPr>
            <w:tcW w:w="2880" w:type="dxa"/>
          </w:tcPr>
          <w:p w14:paraId="652AD995" w14:textId="77777777" w:rsidR="004D342C" w:rsidRDefault="00000000">
            <w:pPr>
              <w:spacing w:before="20" w:after="20"/>
              <w:ind w:firstLine="0"/>
            </w:pPr>
            <w:r>
              <w:rPr>
                <w:sz w:val="16"/>
              </w:rPr>
              <w:t>q.30.13. - i am going to read out a list</w:t>
            </w:r>
          </w:p>
        </w:tc>
        <w:tc>
          <w:tcPr>
            <w:tcW w:w="3456" w:type="dxa"/>
          </w:tcPr>
          <w:p w14:paraId="37EA1660" w14:textId="77777777" w:rsidR="004D342C" w:rsidRDefault="00000000">
            <w:pPr>
              <w:spacing w:before="20" w:after="20"/>
              <w:ind w:firstLine="0"/>
            </w:pPr>
            <w:r>
              <w:rPr>
                <w:sz w:val="16"/>
              </w:rPr>
              <w:t>1 priority / 2 not a priority / 3 dont know</w:t>
            </w:r>
          </w:p>
        </w:tc>
        <w:tc>
          <w:tcPr>
            <w:tcW w:w="648" w:type="dxa"/>
          </w:tcPr>
          <w:p w14:paraId="2A693446" w14:textId="77777777" w:rsidR="004D342C" w:rsidRDefault="00000000">
            <w:pPr>
              <w:spacing w:before="20" w:after="20"/>
              <w:ind w:firstLine="0"/>
              <w:jc w:val="right"/>
            </w:pPr>
            <w:r>
              <w:rPr>
                <w:sz w:val="16"/>
              </w:rPr>
              <w:t>13</w:t>
            </w:r>
          </w:p>
        </w:tc>
      </w:tr>
      <w:tr w:rsidR="004D342C" w14:paraId="4BE8E6D5" w14:textId="77777777">
        <w:trPr>
          <w:cantSplit/>
          <w:jc w:val="center"/>
        </w:trPr>
        <w:tc>
          <w:tcPr>
            <w:tcW w:w="1944" w:type="dxa"/>
          </w:tcPr>
          <w:p w14:paraId="28AE2EF6" w14:textId="77777777" w:rsidR="004D342C" w:rsidRDefault="00000000">
            <w:pPr>
              <w:spacing w:before="20" w:after="20"/>
              <w:ind w:firstLine="0"/>
            </w:pPr>
            <w:r>
              <w:rPr>
                <w:sz w:val="16"/>
              </w:rPr>
              <w:t>priorityconsumers</w:t>
            </w:r>
          </w:p>
        </w:tc>
        <w:tc>
          <w:tcPr>
            <w:tcW w:w="2880" w:type="dxa"/>
          </w:tcPr>
          <w:p w14:paraId="3D4C67BD" w14:textId="77777777" w:rsidR="004D342C" w:rsidRDefault="00000000">
            <w:pPr>
              <w:spacing w:before="20" w:after="20"/>
              <w:ind w:firstLine="0"/>
            </w:pPr>
            <w:r>
              <w:rPr>
                <w:sz w:val="16"/>
              </w:rPr>
              <w:t>q.30.7. - i am going to read out a list</w:t>
            </w:r>
          </w:p>
        </w:tc>
        <w:tc>
          <w:tcPr>
            <w:tcW w:w="3456" w:type="dxa"/>
          </w:tcPr>
          <w:p w14:paraId="3734855E" w14:textId="77777777" w:rsidR="004D342C" w:rsidRDefault="00000000">
            <w:pPr>
              <w:spacing w:before="20" w:after="20"/>
              <w:ind w:firstLine="0"/>
            </w:pPr>
            <w:r>
              <w:rPr>
                <w:sz w:val="16"/>
              </w:rPr>
              <w:t>1 priority / 2 not a priority / 3 dont know</w:t>
            </w:r>
          </w:p>
        </w:tc>
        <w:tc>
          <w:tcPr>
            <w:tcW w:w="648" w:type="dxa"/>
          </w:tcPr>
          <w:p w14:paraId="74ED3A77" w14:textId="77777777" w:rsidR="004D342C" w:rsidRDefault="00000000">
            <w:pPr>
              <w:spacing w:before="20" w:after="20"/>
              <w:ind w:firstLine="0"/>
              <w:jc w:val="right"/>
            </w:pPr>
            <w:r>
              <w:rPr>
                <w:sz w:val="16"/>
              </w:rPr>
              <w:t>13</w:t>
            </w:r>
          </w:p>
        </w:tc>
      </w:tr>
      <w:tr w:rsidR="004D342C" w14:paraId="6DD07AE2" w14:textId="77777777">
        <w:trPr>
          <w:cantSplit/>
          <w:jc w:val="center"/>
        </w:trPr>
        <w:tc>
          <w:tcPr>
            <w:tcW w:w="1944" w:type="dxa"/>
          </w:tcPr>
          <w:p w14:paraId="40EC601B" w14:textId="77777777" w:rsidR="004D342C" w:rsidRDefault="00000000">
            <w:pPr>
              <w:spacing w:before="20" w:after="20"/>
              <w:ind w:firstLine="0"/>
            </w:pPr>
            <w:r>
              <w:rPr>
                <w:sz w:val="16"/>
              </w:rPr>
              <w:t>prioritycrime</w:t>
            </w:r>
          </w:p>
        </w:tc>
        <w:tc>
          <w:tcPr>
            <w:tcW w:w="2880" w:type="dxa"/>
          </w:tcPr>
          <w:p w14:paraId="472FC6C5" w14:textId="77777777" w:rsidR="004D342C" w:rsidRDefault="00000000">
            <w:pPr>
              <w:spacing w:before="20" w:after="20"/>
              <w:ind w:firstLine="0"/>
            </w:pPr>
            <w:r>
              <w:rPr>
                <w:sz w:val="16"/>
              </w:rPr>
              <w:t>q.30.10. - i am going to read out a list</w:t>
            </w:r>
          </w:p>
        </w:tc>
        <w:tc>
          <w:tcPr>
            <w:tcW w:w="3456" w:type="dxa"/>
          </w:tcPr>
          <w:p w14:paraId="0EE9610A" w14:textId="77777777" w:rsidR="004D342C" w:rsidRDefault="00000000">
            <w:pPr>
              <w:spacing w:before="20" w:after="20"/>
              <w:ind w:firstLine="0"/>
            </w:pPr>
            <w:r>
              <w:rPr>
                <w:sz w:val="16"/>
              </w:rPr>
              <w:t>1 priority / 2 not a priority / 3 dont know</w:t>
            </w:r>
          </w:p>
        </w:tc>
        <w:tc>
          <w:tcPr>
            <w:tcW w:w="648" w:type="dxa"/>
          </w:tcPr>
          <w:p w14:paraId="2A3C7E92" w14:textId="77777777" w:rsidR="004D342C" w:rsidRDefault="00000000">
            <w:pPr>
              <w:spacing w:before="20" w:after="20"/>
              <w:ind w:firstLine="0"/>
              <w:jc w:val="right"/>
            </w:pPr>
            <w:r>
              <w:rPr>
                <w:sz w:val="16"/>
              </w:rPr>
              <w:t>13</w:t>
            </w:r>
          </w:p>
        </w:tc>
      </w:tr>
      <w:tr w:rsidR="004D342C" w14:paraId="34E0A316" w14:textId="77777777">
        <w:trPr>
          <w:cantSplit/>
          <w:jc w:val="center"/>
        </w:trPr>
        <w:tc>
          <w:tcPr>
            <w:tcW w:w="1944" w:type="dxa"/>
          </w:tcPr>
          <w:p w14:paraId="720713C1" w14:textId="77777777" w:rsidR="004D342C" w:rsidRDefault="00000000">
            <w:pPr>
              <w:spacing w:before="20" w:after="20"/>
              <w:ind w:firstLine="0"/>
            </w:pPr>
            <w:r>
              <w:rPr>
                <w:sz w:val="16"/>
              </w:rPr>
              <w:t>prioritydiplomacy</w:t>
            </w:r>
          </w:p>
        </w:tc>
        <w:tc>
          <w:tcPr>
            <w:tcW w:w="2880" w:type="dxa"/>
          </w:tcPr>
          <w:p w14:paraId="148DC36F" w14:textId="77777777" w:rsidR="004D342C" w:rsidRDefault="00000000">
            <w:pPr>
              <w:spacing w:before="20" w:after="20"/>
              <w:ind w:firstLine="0"/>
            </w:pPr>
            <w:r>
              <w:rPr>
                <w:sz w:val="16"/>
              </w:rPr>
              <w:t>q.30.11. - i am going to read out a list</w:t>
            </w:r>
          </w:p>
        </w:tc>
        <w:tc>
          <w:tcPr>
            <w:tcW w:w="3456" w:type="dxa"/>
          </w:tcPr>
          <w:p w14:paraId="1D8F3798" w14:textId="77777777" w:rsidR="004D342C" w:rsidRDefault="00000000">
            <w:pPr>
              <w:spacing w:before="20" w:after="20"/>
              <w:ind w:firstLine="0"/>
            </w:pPr>
            <w:r>
              <w:rPr>
                <w:sz w:val="16"/>
              </w:rPr>
              <w:t>1 priority / 2 not a priority / 3 dont know</w:t>
            </w:r>
          </w:p>
        </w:tc>
        <w:tc>
          <w:tcPr>
            <w:tcW w:w="648" w:type="dxa"/>
          </w:tcPr>
          <w:p w14:paraId="1A547386" w14:textId="77777777" w:rsidR="004D342C" w:rsidRDefault="00000000">
            <w:pPr>
              <w:spacing w:before="20" w:after="20"/>
              <w:ind w:firstLine="0"/>
              <w:jc w:val="right"/>
            </w:pPr>
            <w:r>
              <w:rPr>
                <w:sz w:val="16"/>
              </w:rPr>
              <w:t>13</w:t>
            </w:r>
          </w:p>
        </w:tc>
      </w:tr>
      <w:tr w:rsidR="004D342C" w14:paraId="69D36226" w14:textId="77777777">
        <w:trPr>
          <w:cantSplit/>
          <w:jc w:val="center"/>
        </w:trPr>
        <w:tc>
          <w:tcPr>
            <w:tcW w:w="1944" w:type="dxa"/>
          </w:tcPr>
          <w:p w14:paraId="28DD60CE" w14:textId="77777777" w:rsidR="004D342C" w:rsidRDefault="00000000">
            <w:pPr>
              <w:spacing w:before="20" w:after="20"/>
              <w:ind w:firstLine="0"/>
            </w:pPr>
            <w:r>
              <w:rPr>
                <w:sz w:val="16"/>
              </w:rPr>
              <w:t>priorityenvironment</w:t>
            </w:r>
          </w:p>
        </w:tc>
        <w:tc>
          <w:tcPr>
            <w:tcW w:w="2880" w:type="dxa"/>
          </w:tcPr>
          <w:p w14:paraId="4FD78232" w14:textId="77777777" w:rsidR="004D342C" w:rsidRDefault="00000000">
            <w:pPr>
              <w:spacing w:before="20" w:after="20"/>
              <w:ind w:firstLine="0"/>
            </w:pPr>
            <w:r>
              <w:rPr>
                <w:sz w:val="16"/>
              </w:rPr>
              <w:t>q.30.5. - i am going to read out a list</w:t>
            </w:r>
          </w:p>
        </w:tc>
        <w:tc>
          <w:tcPr>
            <w:tcW w:w="3456" w:type="dxa"/>
          </w:tcPr>
          <w:p w14:paraId="19AA9D52" w14:textId="77777777" w:rsidR="004D342C" w:rsidRDefault="00000000">
            <w:pPr>
              <w:spacing w:before="20" w:after="20"/>
              <w:ind w:firstLine="0"/>
            </w:pPr>
            <w:r>
              <w:rPr>
                <w:sz w:val="16"/>
              </w:rPr>
              <w:t>1 priority / 2 not a priority / 3 dont know</w:t>
            </w:r>
          </w:p>
        </w:tc>
        <w:tc>
          <w:tcPr>
            <w:tcW w:w="648" w:type="dxa"/>
          </w:tcPr>
          <w:p w14:paraId="41620E82" w14:textId="77777777" w:rsidR="004D342C" w:rsidRDefault="00000000">
            <w:pPr>
              <w:spacing w:before="20" w:after="20"/>
              <w:ind w:firstLine="0"/>
              <w:jc w:val="right"/>
            </w:pPr>
            <w:r>
              <w:rPr>
                <w:sz w:val="16"/>
              </w:rPr>
              <w:t>13</w:t>
            </w:r>
          </w:p>
        </w:tc>
      </w:tr>
      <w:tr w:rsidR="004D342C" w14:paraId="644B2987" w14:textId="77777777">
        <w:trPr>
          <w:cantSplit/>
          <w:jc w:val="center"/>
        </w:trPr>
        <w:tc>
          <w:tcPr>
            <w:tcW w:w="1944" w:type="dxa"/>
          </w:tcPr>
          <w:p w14:paraId="6D692C3C" w14:textId="77777777" w:rsidR="004D342C" w:rsidRDefault="00000000">
            <w:pPr>
              <w:spacing w:before="20" w:after="20"/>
              <w:ind w:firstLine="0"/>
            </w:pPr>
            <w:r>
              <w:rPr>
                <w:sz w:val="16"/>
              </w:rPr>
              <w:t>priorityeuro</w:t>
            </w:r>
          </w:p>
        </w:tc>
        <w:tc>
          <w:tcPr>
            <w:tcW w:w="2880" w:type="dxa"/>
          </w:tcPr>
          <w:p w14:paraId="76D2F13B" w14:textId="77777777" w:rsidR="004D342C" w:rsidRDefault="00000000">
            <w:pPr>
              <w:spacing w:before="20" w:after="20"/>
              <w:ind w:firstLine="0"/>
            </w:pPr>
            <w:r>
              <w:rPr>
                <w:sz w:val="16"/>
              </w:rPr>
              <w:t>q.30.3. - i am going to read out a list</w:t>
            </w:r>
          </w:p>
        </w:tc>
        <w:tc>
          <w:tcPr>
            <w:tcW w:w="3456" w:type="dxa"/>
          </w:tcPr>
          <w:p w14:paraId="157D52F5" w14:textId="77777777" w:rsidR="004D342C" w:rsidRDefault="00000000">
            <w:pPr>
              <w:spacing w:before="20" w:after="20"/>
              <w:ind w:firstLine="0"/>
            </w:pPr>
            <w:r>
              <w:rPr>
                <w:sz w:val="16"/>
              </w:rPr>
              <w:t>1 priority / 2 not a priority / 3 dont know</w:t>
            </w:r>
          </w:p>
        </w:tc>
        <w:tc>
          <w:tcPr>
            <w:tcW w:w="648" w:type="dxa"/>
          </w:tcPr>
          <w:p w14:paraId="03E4317D" w14:textId="77777777" w:rsidR="004D342C" w:rsidRDefault="00000000">
            <w:pPr>
              <w:spacing w:before="20" w:after="20"/>
              <w:ind w:firstLine="0"/>
              <w:jc w:val="right"/>
            </w:pPr>
            <w:r>
              <w:rPr>
                <w:sz w:val="16"/>
              </w:rPr>
              <w:t>13</w:t>
            </w:r>
          </w:p>
        </w:tc>
      </w:tr>
      <w:tr w:rsidR="004D342C" w14:paraId="04691215" w14:textId="77777777">
        <w:trPr>
          <w:cantSplit/>
          <w:jc w:val="center"/>
        </w:trPr>
        <w:tc>
          <w:tcPr>
            <w:tcW w:w="1944" w:type="dxa"/>
          </w:tcPr>
          <w:p w14:paraId="328504D3" w14:textId="77777777" w:rsidR="004D342C" w:rsidRDefault="00000000">
            <w:pPr>
              <w:spacing w:before="20" w:after="20"/>
              <w:ind w:firstLine="0"/>
            </w:pPr>
            <w:r>
              <w:rPr>
                <w:sz w:val="16"/>
              </w:rPr>
              <w:t>priorityinstreforms</w:t>
            </w:r>
          </w:p>
        </w:tc>
        <w:tc>
          <w:tcPr>
            <w:tcW w:w="2880" w:type="dxa"/>
          </w:tcPr>
          <w:p w14:paraId="3416D1E5" w14:textId="77777777" w:rsidR="004D342C" w:rsidRDefault="00000000">
            <w:pPr>
              <w:spacing w:before="20" w:after="20"/>
              <w:ind w:firstLine="0"/>
            </w:pPr>
            <w:r>
              <w:rPr>
                <w:sz w:val="16"/>
              </w:rPr>
              <w:t>q.30.9. - i am going to read out a list</w:t>
            </w:r>
          </w:p>
        </w:tc>
        <w:tc>
          <w:tcPr>
            <w:tcW w:w="3456" w:type="dxa"/>
          </w:tcPr>
          <w:p w14:paraId="6A7EFD5B" w14:textId="77777777" w:rsidR="004D342C" w:rsidRDefault="00000000">
            <w:pPr>
              <w:spacing w:before="20" w:after="20"/>
              <w:ind w:firstLine="0"/>
            </w:pPr>
            <w:r>
              <w:rPr>
                <w:sz w:val="16"/>
              </w:rPr>
              <w:t>1 priority / 2 not a priority / 3 dont know</w:t>
            </w:r>
          </w:p>
        </w:tc>
        <w:tc>
          <w:tcPr>
            <w:tcW w:w="648" w:type="dxa"/>
          </w:tcPr>
          <w:p w14:paraId="24CA6A9F" w14:textId="77777777" w:rsidR="004D342C" w:rsidRDefault="00000000">
            <w:pPr>
              <w:spacing w:before="20" w:after="20"/>
              <w:ind w:firstLine="0"/>
              <w:jc w:val="right"/>
            </w:pPr>
            <w:r>
              <w:rPr>
                <w:sz w:val="16"/>
              </w:rPr>
              <w:t>13</w:t>
            </w:r>
          </w:p>
        </w:tc>
      </w:tr>
      <w:tr w:rsidR="004D342C" w14:paraId="38FB2583" w14:textId="77777777">
        <w:trPr>
          <w:cantSplit/>
          <w:jc w:val="center"/>
        </w:trPr>
        <w:tc>
          <w:tcPr>
            <w:tcW w:w="1944" w:type="dxa"/>
          </w:tcPr>
          <w:p w14:paraId="4DE76B92" w14:textId="77777777" w:rsidR="004D342C" w:rsidRDefault="00000000">
            <w:pPr>
              <w:spacing w:before="20" w:after="20"/>
              <w:ind w:firstLine="0"/>
            </w:pPr>
            <w:r>
              <w:rPr>
                <w:sz w:val="16"/>
              </w:rPr>
              <w:t>priorityjobs</w:t>
            </w:r>
          </w:p>
        </w:tc>
        <w:tc>
          <w:tcPr>
            <w:tcW w:w="2880" w:type="dxa"/>
          </w:tcPr>
          <w:p w14:paraId="4216A5DE" w14:textId="77777777" w:rsidR="004D342C" w:rsidRDefault="00000000">
            <w:pPr>
              <w:spacing w:before="20" w:after="20"/>
              <w:ind w:firstLine="0"/>
            </w:pPr>
            <w:r>
              <w:rPr>
                <w:sz w:val="16"/>
              </w:rPr>
              <w:t>q.30.8. - i am going to read out a list</w:t>
            </w:r>
          </w:p>
        </w:tc>
        <w:tc>
          <w:tcPr>
            <w:tcW w:w="3456" w:type="dxa"/>
          </w:tcPr>
          <w:p w14:paraId="79E609B7" w14:textId="77777777" w:rsidR="004D342C" w:rsidRDefault="00000000">
            <w:pPr>
              <w:spacing w:before="20" w:after="20"/>
              <w:ind w:firstLine="0"/>
            </w:pPr>
            <w:r>
              <w:rPr>
                <w:sz w:val="16"/>
              </w:rPr>
              <w:t>1 priority / 2 not a priority / 3 dont know</w:t>
            </w:r>
          </w:p>
        </w:tc>
        <w:tc>
          <w:tcPr>
            <w:tcW w:w="648" w:type="dxa"/>
          </w:tcPr>
          <w:p w14:paraId="090FAA0B" w14:textId="77777777" w:rsidR="004D342C" w:rsidRDefault="00000000">
            <w:pPr>
              <w:spacing w:before="20" w:after="20"/>
              <w:ind w:firstLine="0"/>
              <w:jc w:val="right"/>
            </w:pPr>
            <w:r>
              <w:rPr>
                <w:sz w:val="16"/>
              </w:rPr>
              <w:t>13</w:t>
            </w:r>
          </w:p>
        </w:tc>
      </w:tr>
      <w:tr w:rsidR="004D342C" w14:paraId="50C6457D" w14:textId="77777777">
        <w:trPr>
          <w:cantSplit/>
          <w:jc w:val="center"/>
        </w:trPr>
        <w:tc>
          <w:tcPr>
            <w:tcW w:w="1944" w:type="dxa"/>
          </w:tcPr>
          <w:p w14:paraId="15DAF14D" w14:textId="77777777" w:rsidR="004D342C" w:rsidRDefault="00000000">
            <w:pPr>
              <w:spacing w:before="20" w:after="20"/>
              <w:ind w:firstLine="0"/>
            </w:pPr>
            <w:r>
              <w:rPr>
                <w:sz w:val="16"/>
              </w:rPr>
              <w:t>prioritypeace</w:t>
            </w:r>
          </w:p>
        </w:tc>
        <w:tc>
          <w:tcPr>
            <w:tcW w:w="2880" w:type="dxa"/>
          </w:tcPr>
          <w:p w14:paraId="0B67E13B" w14:textId="77777777" w:rsidR="004D342C" w:rsidRDefault="00000000">
            <w:pPr>
              <w:spacing w:before="20" w:after="20"/>
              <w:ind w:firstLine="0"/>
            </w:pPr>
            <w:r>
              <w:rPr>
                <w:sz w:val="16"/>
              </w:rPr>
              <w:t>q.30.12. - i am going to read out a list</w:t>
            </w:r>
          </w:p>
        </w:tc>
        <w:tc>
          <w:tcPr>
            <w:tcW w:w="3456" w:type="dxa"/>
          </w:tcPr>
          <w:p w14:paraId="2B384823" w14:textId="77777777" w:rsidR="004D342C" w:rsidRDefault="00000000">
            <w:pPr>
              <w:spacing w:before="20" w:after="20"/>
              <w:ind w:firstLine="0"/>
            </w:pPr>
            <w:r>
              <w:rPr>
                <w:sz w:val="16"/>
              </w:rPr>
              <w:t>1 priority / 2 not a priority / 3 dont know</w:t>
            </w:r>
          </w:p>
        </w:tc>
        <w:tc>
          <w:tcPr>
            <w:tcW w:w="648" w:type="dxa"/>
          </w:tcPr>
          <w:p w14:paraId="293426EE" w14:textId="77777777" w:rsidR="004D342C" w:rsidRDefault="00000000">
            <w:pPr>
              <w:spacing w:before="20" w:after="20"/>
              <w:ind w:firstLine="0"/>
              <w:jc w:val="right"/>
            </w:pPr>
            <w:r>
              <w:rPr>
                <w:sz w:val="16"/>
              </w:rPr>
              <w:t>13</w:t>
            </w:r>
          </w:p>
        </w:tc>
      </w:tr>
      <w:tr w:rsidR="004D342C" w14:paraId="6A70E128" w14:textId="77777777">
        <w:trPr>
          <w:cantSplit/>
          <w:jc w:val="center"/>
        </w:trPr>
        <w:tc>
          <w:tcPr>
            <w:tcW w:w="1944" w:type="dxa"/>
          </w:tcPr>
          <w:p w14:paraId="61649BC2" w14:textId="77777777" w:rsidR="004D342C" w:rsidRDefault="00000000">
            <w:pPr>
              <w:spacing w:before="20" w:after="20"/>
              <w:ind w:firstLine="0"/>
            </w:pPr>
            <w:r>
              <w:rPr>
                <w:sz w:val="16"/>
              </w:rPr>
              <w:t>prioritypoverty</w:t>
            </w:r>
          </w:p>
        </w:tc>
        <w:tc>
          <w:tcPr>
            <w:tcW w:w="2880" w:type="dxa"/>
          </w:tcPr>
          <w:p w14:paraId="6BB84906" w14:textId="77777777" w:rsidR="004D342C" w:rsidRDefault="00000000">
            <w:pPr>
              <w:spacing w:before="20" w:after="20"/>
              <w:ind w:firstLine="0"/>
            </w:pPr>
            <w:r>
              <w:rPr>
                <w:sz w:val="16"/>
              </w:rPr>
              <w:t>q.30.4. - i am going to read out a list</w:t>
            </w:r>
          </w:p>
        </w:tc>
        <w:tc>
          <w:tcPr>
            <w:tcW w:w="3456" w:type="dxa"/>
          </w:tcPr>
          <w:p w14:paraId="17D66C6F" w14:textId="77777777" w:rsidR="004D342C" w:rsidRDefault="00000000">
            <w:pPr>
              <w:spacing w:before="20" w:after="20"/>
              <w:ind w:firstLine="0"/>
            </w:pPr>
            <w:r>
              <w:rPr>
                <w:sz w:val="16"/>
              </w:rPr>
              <w:t>1 priority / 2 not a priority / 3 dont know</w:t>
            </w:r>
          </w:p>
        </w:tc>
        <w:tc>
          <w:tcPr>
            <w:tcW w:w="648" w:type="dxa"/>
          </w:tcPr>
          <w:p w14:paraId="180A9E8A" w14:textId="77777777" w:rsidR="004D342C" w:rsidRDefault="00000000">
            <w:pPr>
              <w:spacing w:before="20" w:after="20"/>
              <w:ind w:firstLine="0"/>
              <w:jc w:val="right"/>
            </w:pPr>
            <w:r>
              <w:rPr>
                <w:sz w:val="16"/>
              </w:rPr>
              <w:t>13</w:t>
            </w:r>
          </w:p>
        </w:tc>
      </w:tr>
      <w:tr w:rsidR="004D342C" w14:paraId="729A6F85" w14:textId="77777777">
        <w:trPr>
          <w:cantSplit/>
          <w:jc w:val="center"/>
        </w:trPr>
        <w:tc>
          <w:tcPr>
            <w:tcW w:w="1944" w:type="dxa"/>
          </w:tcPr>
          <w:p w14:paraId="077AB13F" w14:textId="77777777" w:rsidR="004D342C" w:rsidRDefault="00000000">
            <w:pPr>
              <w:spacing w:before="20" w:after="20"/>
              <w:ind w:firstLine="0"/>
            </w:pPr>
            <w:r>
              <w:rPr>
                <w:sz w:val="16"/>
              </w:rPr>
              <w:t>jurisdpoverty</w:t>
            </w:r>
          </w:p>
        </w:tc>
        <w:tc>
          <w:tcPr>
            <w:tcW w:w="2880" w:type="dxa"/>
          </w:tcPr>
          <w:p w14:paraId="08EE7F14" w14:textId="77777777" w:rsidR="004D342C" w:rsidRDefault="00000000">
            <w:pPr>
              <w:spacing w:before="20" w:after="20"/>
              <w:ind w:firstLine="0"/>
            </w:pPr>
            <w:r>
              <w:rPr>
                <w:sz w:val="16"/>
              </w:rPr>
              <w:t>q35 eu common policy: fight poverty</w:t>
            </w:r>
          </w:p>
        </w:tc>
        <w:tc>
          <w:tcPr>
            <w:tcW w:w="3456" w:type="dxa"/>
          </w:tcPr>
          <w:p w14:paraId="408DD6CA" w14:textId="77777777" w:rsidR="004D342C" w:rsidRDefault="00000000">
            <w:pPr>
              <w:spacing w:before="20" w:after="20"/>
              <w:ind w:firstLine="0"/>
            </w:pPr>
            <w:r>
              <w:rPr>
                <w:sz w:val="16"/>
              </w:rPr>
              <w:t>1 (NATIONALITY) Government / 2 Jointly within European Union / 3 dont know</w:t>
            </w:r>
          </w:p>
        </w:tc>
        <w:tc>
          <w:tcPr>
            <w:tcW w:w="648" w:type="dxa"/>
          </w:tcPr>
          <w:p w14:paraId="1C75E9E3" w14:textId="77777777" w:rsidR="004D342C" w:rsidRDefault="00000000">
            <w:pPr>
              <w:spacing w:before="20" w:after="20"/>
              <w:ind w:firstLine="0"/>
              <w:jc w:val="right"/>
            </w:pPr>
            <w:r>
              <w:rPr>
                <w:sz w:val="16"/>
              </w:rPr>
              <w:t>12</w:t>
            </w:r>
          </w:p>
        </w:tc>
      </w:tr>
      <w:tr w:rsidR="004D342C" w14:paraId="58FC6D52" w14:textId="77777777">
        <w:trPr>
          <w:cantSplit/>
          <w:jc w:val="center"/>
        </w:trPr>
        <w:tc>
          <w:tcPr>
            <w:tcW w:w="1944" w:type="dxa"/>
          </w:tcPr>
          <w:p w14:paraId="29B53B27" w14:textId="77777777" w:rsidR="004D342C" w:rsidRDefault="00000000">
            <w:pPr>
              <w:spacing w:before="20" w:after="20"/>
              <w:ind w:firstLine="0"/>
            </w:pPr>
            <w:r>
              <w:rPr>
                <w:sz w:val="16"/>
              </w:rPr>
              <w:t>jurisdsocialprotocol</w:t>
            </w:r>
          </w:p>
        </w:tc>
        <w:tc>
          <w:tcPr>
            <w:tcW w:w="2880" w:type="dxa"/>
          </w:tcPr>
          <w:p w14:paraId="28AB0822" w14:textId="77777777" w:rsidR="004D342C" w:rsidRDefault="00000000">
            <w:pPr>
              <w:spacing w:before="20" w:after="20"/>
              <w:ind w:firstLine="0"/>
            </w:pPr>
            <w:r>
              <w:rPr>
                <w:sz w:val="16"/>
              </w:rPr>
              <w:t>q28 decision: workers'</w:t>
            </w:r>
          </w:p>
        </w:tc>
        <w:tc>
          <w:tcPr>
            <w:tcW w:w="3456" w:type="dxa"/>
          </w:tcPr>
          <w:p w14:paraId="4463C656" w14:textId="77777777" w:rsidR="004D342C" w:rsidRDefault="00000000">
            <w:pPr>
              <w:spacing w:before="20" w:after="20"/>
              <w:ind w:firstLine="0"/>
            </w:pPr>
            <w:r>
              <w:rPr>
                <w:sz w:val="16"/>
              </w:rPr>
              <w:t>1 (NATIONALITY) Government / 2 Jointly within European Union / 3 dont know</w:t>
            </w:r>
          </w:p>
        </w:tc>
        <w:tc>
          <w:tcPr>
            <w:tcW w:w="648" w:type="dxa"/>
          </w:tcPr>
          <w:p w14:paraId="42BC9DBE" w14:textId="77777777" w:rsidR="004D342C" w:rsidRDefault="00000000">
            <w:pPr>
              <w:spacing w:before="20" w:after="20"/>
              <w:ind w:firstLine="0"/>
              <w:jc w:val="right"/>
            </w:pPr>
            <w:r>
              <w:rPr>
                <w:sz w:val="16"/>
              </w:rPr>
              <w:t>12</w:t>
            </w:r>
          </w:p>
        </w:tc>
      </w:tr>
      <w:tr w:rsidR="004D342C" w14:paraId="04BC31CF" w14:textId="77777777">
        <w:trPr>
          <w:cantSplit/>
          <w:jc w:val="center"/>
        </w:trPr>
        <w:tc>
          <w:tcPr>
            <w:tcW w:w="1944" w:type="dxa"/>
          </w:tcPr>
          <w:p w14:paraId="66FAC0D2" w14:textId="77777777" w:rsidR="004D342C" w:rsidRDefault="00000000">
            <w:pPr>
              <w:spacing w:before="20" w:after="20"/>
              <w:ind w:firstLine="0"/>
            </w:pPr>
            <w:r>
              <w:rPr>
                <w:sz w:val="16"/>
              </w:rPr>
              <w:t>priorityenlarg</w:t>
            </w:r>
          </w:p>
        </w:tc>
        <w:tc>
          <w:tcPr>
            <w:tcW w:w="2880" w:type="dxa"/>
          </w:tcPr>
          <w:p w14:paraId="3CC436EB" w14:textId="77777777" w:rsidR="004D342C" w:rsidRDefault="00000000">
            <w:pPr>
              <w:spacing w:before="20" w:after="20"/>
              <w:ind w:firstLine="0"/>
            </w:pPr>
            <w:r>
              <w:rPr>
                <w:sz w:val="16"/>
              </w:rPr>
              <w:t>q.30.1. - i am going to read out a list</w:t>
            </w:r>
          </w:p>
        </w:tc>
        <w:tc>
          <w:tcPr>
            <w:tcW w:w="3456" w:type="dxa"/>
          </w:tcPr>
          <w:p w14:paraId="4E7BAE29" w14:textId="77777777" w:rsidR="004D342C" w:rsidRDefault="00000000">
            <w:pPr>
              <w:spacing w:before="20" w:after="20"/>
              <w:ind w:firstLine="0"/>
            </w:pPr>
            <w:r>
              <w:rPr>
                <w:sz w:val="16"/>
              </w:rPr>
              <w:t>1 priority / 2 not a priority / 3 dont know</w:t>
            </w:r>
          </w:p>
        </w:tc>
        <w:tc>
          <w:tcPr>
            <w:tcW w:w="648" w:type="dxa"/>
          </w:tcPr>
          <w:p w14:paraId="79D53E19" w14:textId="77777777" w:rsidR="004D342C" w:rsidRDefault="00000000">
            <w:pPr>
              <w:spacing w:before="20" w:after="20"/>
              <w:ind w:firstLine="0"/>
              <w:jc w:val="right"/>
            </w:pPr>
            <w:r>
              <w:rPr>
                <w:sz w:val="16"/>
              </w:rPr>
              <w:t>12</w:t>
            </w:r>
          </w:p>
        </w:tc>
      </w:tr>
      <w:tr w:rsidR="004D342C" w14:paraId="21EC9949" w14:textId="77777777">
        <w:trPr>
          <w:cantSplit/>
          <w:jc w:val="center"/>
        </w:trPr>
        <w:tc>
          <w:tcPr>
            <w:tcW w:w="1944" w:type="dxa"/>
          </w:tcPr>
          <w:p w14:paraId="42CF74E4" w14:textId="77777777" w:rsidR="004D342C" w:rsidRDefault="00000000">
            <w:pPr>
              <w:spacing w:before="20" w:after="20"/>
              <w:ind w:firstLine="0"/>
            </w:pPr>
            <w:r>
              <w:rPr>
                <w:sz w:val="16"/>
              </w:rPr>
              <w:t>respectcorerights</w:t>
            </w:r>
          </w:p>
        </w:tc>
        <w:tc>
          <w:tcPr>
            <w:tcW w:w="2880" w:type="dxa"/>
          </w:tcPr>
          <w:p w14:paraId="2BC42C7D" w14:textId="77777777" w:rsidR="004D342C" w:rsidRDefault="00000000">
            <w:pPr>
              <w:spacing w:before="20" w:after="20"/>
              <w:ind w:firstLine="0"/>
            </w:pPr>
            <w:r>
              <w:rPr>
                <w:sz w:val="16"/>
              </w:rPr>
              <w:t>EU STATEMENTS: CORE EU VALUES SHLD BE RESPECTED</w:t>
            </w:r>
          </w:p>
        </w:tc>
        <w:tc>
          <w:tcPr>
            <w:tcW w:w="3456" w:type="dxa"/>
          </w:tcPr>
          <w:p w14:paraId="1FEB9333" w14:textId="77777777" w:rsidR="004D342C" w:rsidRDefault="00000000">
            <w:pPr>
              <w:spacing w:before="20" w:after="20"/>
              <w:ind w:firstLine="0"/>
            </w:pPr>
            <w:r>
              <w:rPr>
                <w:sz w:val="16"/>
              </w:rPr>
              <w:t>1 Totally agree / 2 Tend to agree / 3 Tend to disagree / 4 Totally disagree / 5 Don't know (SPONTANEOUS)</w:t>
            </w:r>
          </w:p>
        </w:tc>
        <w:tc>
          <w:tcPr>
            <w:tcW w:w="648" w:type="dxa"/>
          </w:tcPr>
          <w:p w14:paraId="2B7AD290" w14:textId="77777777" w:rsidR="004D342C" w:rsidRDefault="00000000">
            <w:pPr>
              <w:spacing w:before="20" w:after="20"/>
              <w:ind w:firstLine="0"/>
              <w:jc w:val="right"/>
            </w:pPr>
            <w:r>
              <w:rPr>
                <w:sz w:val="16"/>
              </w:rPr>
              <w:t>12</w:t>
            </w:r>
          </w:p>
        </w:tc>
      </w:tr>
      <w:tr w:rsidR="004D342C" w14:paraId="29AD67A9" w14:textId="77777777">
        <w:trPr>
          <w:cantSplit/>
          <w:jc w:val="center"/>
        </w:trPr>
        <w:tc>
          <w:tcPr>
            <w:tcW w:w="1944" w:type="dxa"/>
          </w:tcPr>
          <w:p w14:paraId="0CC13720" w14:textId="77777777" w:rsidR="004D342C" w:rsidRDefault="00000000">
            <w:pPr>
              <w:spacing w:before="20" w:after="20"/>
              <w:ind w:firstLine="0"/>
            </w:pPr>
            <w:r>
              <w:rPr>
                <w:sz w:val="16"/>
              </w:rPr>
              <w:t>fearcrime</w:t>
            </w:r>
          </w:p>
        </w:tc>
        <w:tc>
          <w:tcPr>
            <w:tcW w:w="2880" w:type="dxa"/>
          </w:tcPr>
          <w:p w14:paraId="6B6C838A" w14:textId="77777777" w:rsidR="004D342C" w:rsidRDefault="00000000">
            <w:pPr>
              <w:spacing w:before="20" w:after="20"/>
              <w:ind w:firstLine="0"/>
            </w:pPr>
            <w:r>
              <w:rPr>
                <w:sz w:val="16"/>
              </w:rPr>
              <w:t>QA17 EU FEARS - INCREASED DRUG/ORG CRIME</w:t>
            </w:r>
          </w:p>
        </w:tc>
        <w:tc>
          <w:tcPr>
            <w:tcW w:w="3456" w:type="dxa"/>
          </w:tcPr>
          <w:p w14:paraId="3CFF38D3" w14:textId="77777777" w:rsidR="004D342C" w:rsidRDefault="00000000">
            <w:pPr>
              <w:spacing w:before="20" w:after="20"/>
              <w:ind w:firstLine="0"/>
            </w:pPr>
            <w:r>
              <w:rPr>
                <w:sz w:val="16"/>
              </w:rPr>
              <w:t>1 currently afraid of it / 2 not currently afraid of it / 3 dont know</w:t>
            </w:r>
          </w:p>
        </w:tc>
        <w:tc>
          <w:tcPr>
            <w:tcW w:w="648" w:type="dxa"/>
          </w:tcPr>
          <w:p w14:paraId="2633BB83" w14:textId="77777777" w:rsidR="004D342C" w:rsidRDefault="00000000">
            <w:pPr>
              <w:spacing w:before="20" w:after="20"/>
              <w:ind w:firstLine="0"/>
              <w:jc w:val="right"/>
            </w:pPr>
            <w:r>
              <w:rPr>
                <w:sz w:val="16"/>
              </w:rPr>
              <w:t>11</w:t>
            </w:r>
          </w:p>
        </w:tc>
      </w:tr>
      <w:tr w:rsidR="004D342C" w14:paraId="1B0C994E" w14:textId="77777777">
        <w:trPr>
          <w:cantSplit/>
          <w:jc w:val="center"/>
        </w:trPr>
        <w:tc>
          <w:tcPr>
            <w:tcW w:w="1944" w:type="dxa"/>
          </w:tcPr>
          <w:p w14:paraId="7C6E746A" w14:textId="77777777" w:rsidR="004D342C" w:rsidRDefault="00000000">
            <w:pPr>
              <w:spacing w:before="20" w:after="20"/>
              <w:ind w:firstLine="0"/>
            </w:pPr>
            <w:r>
              <w:rPr>
                <w:sz w:val="16"/>
              </w:rPr>
              <w:t>fearculture</w:t>
            </w:r>
          </w:p>
        </w:tc>
        <w:tc>
          <w:tcPr>
            <w:tcW w:w="2880" w:type="dxa"/>
          </w:tcPr>
          <w:p w14:paraId="3475054A" w14:textId="77777777" w:rsidR="004D342C" w:rsidRDefault="00000000">
            <w:pPr>
              <w:spacing w:before="20" w:after="20"/>
              <w:ind w:firstLine="0"/>
            </w:pPr>
            <w:r>
              <w:rPr>
                <w:sz w:val="16"/>
              </w:rPr>
              <w:t>QA17 EU FEARS - LOSS OF NAT IDENTITY</w:t>
            </w:r>
          </w:p>
        </w:tc>
        <w:tc>
          <w:tcPr>
            <w:tcW w:w="3456" w:type="dxa"/>
          </w:tcPr>
          <w:p w14:paraId="0858A840" w14:textId="77777777" w:rsidR="004D342C" w:rsidRDefault="00000000">
            <w:pPr>
              <w:spacing w:before="20" w:after="20"/>
              <w:ind w:firstLine="0"/>
            </w:pPr>
            <w:r>
              <w:rPr>
                <w:sz w:val="16"/>
              </w:rPr>
              <w:t>1 currently afraid of it / 2 not currently afraid of it / 3 dont know</w:t>
            </w:r>
          </w:p>
        </w:tc>
        <w:tc>
          <w:tcPr>
            <w:tcW w:w="648" w:type="dxa"/>
          </w:tcPr>
          <w:p w14:paraId="4C3B53D9" w14:textId="77777777" w:rsidR="004D342C" w:rsidRDefault="00000000">
            <w:pPr>
              <w:spacing w:before="20" w:after="20"/>
              <w:ind w:firstLine="0"/>
              <w:jc w:val="right"/>
            </w:pPr>
            <w:r>
              <w:rPr>
                <w:sz w:val="16"/>
              </w:rPr>
              <w:t>11</w:t>
            </w:r>
          </w:p>
        </w:tc>
      </w:tr>
      <w:tr w:rsidR="004D342C" w14:paraId="39AE7EBA" w14:textId="77777777">
        <w:trPr>
          <w:cantSplit/>
          <w:jc w:val="center"/>
        </w:trPr>
        <w:tc>
          <w:tcPr>
            <w:tcW w:w="1944" w:type="dxa"/>
          </w:tcPr>
          <w:p w14:paraId="4D620746" w14:textId="77777777" w:rsidR="004D342C" w:rsidRDefault="00000000">
            <w:pPr>
              <w:spacing w:before="20" w:after="20"/>
              <w:ind w:firstLine="0"/>
            </w:pPr>
            <w:r>
              <w:rPr>
                <w:sz w:val="16"/>
              </w:rPr>
              <w:t>fearlossbenefits</w:t>
            </w:r>
          </w:p>
        </w:tc>
        <w:tc>
          <w:tcPr>
            <w:tcW w:w="2880" w:type="dxa"/>
          </w:tcPr>
          <w:p w14:paraId="44BDDC46" w14:textId="77777777" w:rsidR="004D342C" w:rsidRDefault="00000000">
            <w:pPr>
              <w:spacing w:before="20" w:after="20"/>
              <w:ind w:firstLine="0"/>
            </w:pPr>
            <w:r>
              <w:rPr>
                <w:sz w:val="16"/>
              </w:rPr>
              <w:t>QA17 EU FEARS - LOSS OF SOCIAL BENEFITS</w:t>
            </w:r>
          </w:p>
        </w:tc>
        <w:tc>
          <w:tcPr>
            <w:tcW w:w="3456" w:type="dxa"/>
          </w:tcPr>
          <w:p w14:paraId="42B84D16" w14:textId="77777777" w:rsidR="004D342C" w:rsidRDefault="00000000">
            <w:pPr>
              <w:spacing w:before="20" w:after="20"/>
              <w:ind w:firstLine="0"/>
            </w:pPr>
            <w:r>
              <w:rPr>
                <w:sz w:val="16"/>
              </w:rPr>
              <w:t>1 currently afraid of it / 2 not currently afraid of it / 3 dont know</w:t>
            </w:r>
          </w:p>
        </w:tc>
        <w:tc>
          <w:tcPr>
            <w:tcW w:w="648" w:type="dxa"/>
          </w:tcPr>
          <w:p w14:paraId="33720ECC" w14:textId="77777777" w:rsidR="004D342C" w:rsidRDefault="00000000">
            <w:pPr>
              <w:spacing w:before="20" w:after="20"/>
              <w:ind w:firstLine="0"/>
              <w:jc w:val="right"/>
            </w:pPr>
            <w:r>
              <w:rPr>
                <w:sz w:val="16"/>
              </w:rPr>
              <w:t>11</w:t>
            </w:r>
          </w:p>
        </w:tc>
      </w:tr>
      <w:tr w:rsidR="004D342C" w14:paraId="24E24DC7" w14:textId="77777777">
        <w:trPr>
          <w:cantSplit/>
          <w:jc w:val="center"/>
        </w:trPr>
        <w:tc>
          <w:tcPr>
            <w:tcW w:w="1944" w:type="dxa"/>
          </w:tcPr>
          <w:p w14:paraId="76407E82" w14:textId="77777777" w:rsidR="004D342C" w:rsidRDefault="00000000">
            <w:pPr>
              <w:spacing w:before="20" w:after="20"/>
              <w:ind w:firstLine="0"/>
            </w:pPr>
            <w:r>
              <w:rPr>
                <w:sz w:val="16"/>
              </w:rPr>
              <w:t>jurisdeuinfo</w:t>
            </w:r>
          </w:p>
        </w:tc>
        <w:tc>
          <w:tcPr>
            <w:tcW w:w="2880" w:type="dxa"/>
          </w:tcPr>
          <w:p w14:paraId="2342325F" w14:textId="77777777" w:rsidR="004D342C" w:rsidRDefault="00000000">
            <w:pPr>
              <w:spacing w:before="20" w:after="20"/>
              <w:ind w:firstLine="0"/>
            </w:pPr>
            <w:r>
              <w:rPr>
                <w:sz w:val="16"/>
              </w:rPr>
              <w:t>q35 eu common policy: eu information</w:t>
            </w:r>
          </w:p>
        </w:tc>
        <w:tc>
          <w:tcPr>
            <w:tcW w:w="3456" w:type="dxa"/>
          </w:tcPr>
          <w:p w14:paraId="3D9324C7" w14:textId="77777777" w:rsidR="004D342C" w:rsidRDefault="00000000">
            <w:pPr>
              <w:spacing w:before="20" w:after="20"/>
              <w:ind w:firstLine="0"/>
            </w:pPr>
            <w:r>
              <w:rPr>
                <w:sz w:val="16"/>
              </w:rPr>
              <w:t>1 (NATIONALITY) Government / 2 Jointly within European Union / 3 dont know</w:t>
            </w:r>
          </w:p>
        </w:tc>
        <w:tc>
          <w:tcPr>
            <w:tcW w:w="648" w:type="dxa"/>
          </w:tcPr>
          <w:p w14:paraId="50F6BDF5" w14:textId="77777777" w:rsidR="004D342C" w:rsidRDefault="00000000">
            <w:pPr>
              <w:spacing w:before="20" w:after="20"/>
              <w:ind w:firstLine="0"/>
              <w:jc w:val="right"/>
            </w:pPr>
            <w:r>
              <w:rPr>
                <w:sz w:val="16"/>
              </w:rPr>
              <w:t>11</w:t>
            </w:r>
          </w:p>
        </w:tc>
      </w:tr>
      <w:tr w:rsidR="004D342C" w14:paraId="0857A717" w14:textId="77777777">
        <w:trPr>
          <w:cantSplit/>
          <w:jc w:val="center"/>
        </w:trPr>
        <w:tc>
          <w:tcPr>
            <w:tcW w:w="1944" w:type="dxa"/>
          </w:tcPr>
          <w:p w14:paraId="18CE82BE" w14:textId="77777777" w:rsidR="004D342C" w:rsidRDefault="00000000">
            <w:pPr>
              <w:spacing w:before="20" w:after="20"/>
              <w:ind w:firstLine="0"/>
            </w:pPr>
            <w:r>
              <w:rPr>
                <w:sz w:val="16"/>
              </w:rPr>
              <w:lastRenderedPageBreak/>
              <w:t>jurisdhumanaid</w:t>
            </w:r>
          </w:p>
        </w:tc>
        <w:tc>
          <w:tcPr>
            <w:tcW w:w="2880" w:type="dxa"/>
          </w:tcPr>
          <w:p w14:paraId="457A7662" w14:textId="77777777" w:rsidR="004D342C" w:rsidRDefault="00000000">
            <w:pPr>
              <w:spacing w:before="20" w:after="20"/>
              <w:ind w:firstLine="0"/>
            </w:pPr>
            <w:r>
              <w:rPr>
                <w:sz w:val="16"/>
              </w:rPr>
              <w:t>q35 eu common policy: humanitarian aid</w:t>
            </w:r>
          </w:p>
        </w:tc>
        <w:tc>
          <w:tcPr>
            <w:tcW w:w="3456" w:type="dxa"/>
          </w:tcPr>
          <w:p w14:paraId="061C72C2" w14:textId="77777777" w:rsidR="004D342C" w:rsidRDefault="00000000">
            <w:pPr>
              <w:spacing w:before="20" w:after="20"/>
              <w:ind w:firstLine="0"/>
            </w:pPr>
            <w:r>
              <w:rPr>
                <w:sz w:val="16"/>
              </w:rPr>
              <w:t>1 (NATIONALITY) Government / 2 Jointly within European Union / 3 dont know</w:t>
            </w:r>
          </w:p>
        </w:tc>
        <w:tc>
          <w:tcPr>
            <w:tcW w:w="648" w:type="dxa"/>
          </w:tcPr>
          <w:p w14:paraId="0C6B3833" w14:textId="77777777" w:rsidR="004D342C" w:rsidRDefault="00000000">
            <w:pPr>
              <w:spacing w:before="20" w:after="20"/>
              <w:ind w:firstLine="0"/>
              <w:jc w:val="right"/>
            </w:pPr>
            <w:r>
              <w:rPr>
                <w:sz w:val="16"/>
              </w:rPr>
              <w:t>11</w:t>
            </w:r>
          </w:p>
        </w:tc>
      </w:tr>
      <w:tr w:rsidR="004D342C" w14:paraId="35EF8811" w14:textId="77777777">
        <w:trPr>
          <w:cantSplit/>
          <w:jc w:val="center"/>
        </w:trPr>
        <w:tc>
          <w:tcPr>
            <w:tcW w:w="1944" w:type="dxa"/>
          </w:tcPr>
          <w:p w14:paraId="25B1D76D" w14:textId="77777777" w:rsidR="004D342C" w:rsidRDefault="00000000">
            <w:pPr>
              <w:spacing w:before="20" w:after="20"/>
              <w:ind w:firstLine="0"/>
            </w:pPr>
            <w:r>
              <w:rPr>
                <w:sz w:val="16"/>
              </w:rPr>
              <w:t>proposalTradeStandards</w:t>
            </w:r>
          </w:p>
        </w:tc>
        <w:tc>
          <w:tcPr>
            <w:tcW w:w="2880" w:type="dxa"/>
          </w:tcPr>
          <w:p w14:paraId="32A241AC" w14:textId="77777777" w:rsidR="004D342C" w:rsidRDefault="00000000">
            <w:pPr>
              <w:spacing w:before="20" w:after="20"/>
              <w:ind w:firstLine="0"/>
            </w:pPr>
            <w:r>
              <w:rPr>
                <w:sz w:val="16"/>
              </w:rPr>
              <w:t>For or against the EU proposal named (1 For / 2 Against / 3 DK; 9 inapplicable, 0 NA preserved)</w:t>
            </w:r>
          </w:p>
        </w:tc>
        <w:tc>
          <w:tcPr>
            <w:tcW w:w="3456" w:type="dxa"/>
          </w:tcPr>
          <w:p w14:paraId="15BE2B7E" w14:textId="77777777" w:rsidR="004D342C" w:rsidRDefault="00000000">
            <w:pPr>
              <w:spacing w:before="20" w:after="20"/>
              <w:ind w:firstLine="0"/>
            </w:pPr>
            <w:r>
              <w:rPr>
                <w:sz w:val="16"/>
              </w:rPr>
              <w:t>1 For / 2 Against / 3 Don't know</w:t>
            </w:r>
          </w:p>
        </w:tc>
        <w:tc>
          <w:tcPr>
            <w:tcW w:w="648" w:type="dxa"/>
          </w:tcPr>
          <w:p w14:paraId="3B97499B" w14:textId="77777777" w:rsidR="004D342C" w:rsidRDefault="00000000">
            <w:pPr>
              <w:spacing w:before="20" w:after="20"/>
              <w:ind w:firstLine="0"/>
              <w:jc w:val="right"/>
            </w:pPr>
            <w:r>
              <w:rPr>
                <w:sz w:val="16"/>
              </w:rPr>
              <w:t>11</w:t>
            </w:r>
          </w:p>
        </w:tc>
      </w:tr>
      <w:tr w:rsidR="004D342C" w14:paraId="03650E85" w14:textId="77777777">
        <w:trPr>
          <w:cantSplit/>
          <w:jc w:val="center"/>
        </w:trPr>
        <w:tc>
          <w:tcPr>
            <w:tcW w:w="1944" w:type="dxa"/>
          </w:tcPr>
          <w:p w14:paraId="4143B5F7" w14:textId="77777777" w:rsidR="004D342C" w:rsidRDefault="00000000">
            <w:pPr>
              <w:spacing w:before="20" w:after="20"/>
              <w:ind w:firstLine="0"/>
            </w:pPr>
            <w:r>
              <w:rPr>
                <w:sz w:val="16"/>
              </w:rPr>
              <w:t>fearsmallstates</w:t>
            </w:r>
          </w:p>
        </w:tc>
        <w:tc>
          <w:tcPr>
            <w:tcW w:w="2880" w:type="dxa"/>
          </w:tcPr>
          <w:p w14:paraId="5DA88AA3" w14:textId="77777777" w:rsidR="004D342C" w:rsidRDefault="00000000">
            <w:pPr>
              <w:spacing w:before="20" w:after="20"/>
              <w:ind w:firstLine="0"/>
            </w:pPr>
            <w:r>
              <w:rPr>
                <w:sz w:val="16"/>
              </w:rPr>
              <w:t>QA17 EU FEARS - POWER LOSS SMALL STATES</w:t>
            </w:r>
          </w:p>
        </w:tc>
        <w:tc>
          <w:tcPr>
            <w:tcW w:w="3456" w:type="dxa"/>
          </w:tcPr>
          <w:p w14:paraId="25DB7B1D" w14:textId="77777777" w:rsidR="004D342C" w:rsidRDefault="00000000">
            <w:pPr>
              <w:spacing w:before="20" w:after="20"/>
              <w:ind w:firstLine="0"/>
            </w:pPr>
            <w:r>
              <w:rPr>
                <w:sz w:val="16"/>
              </w:rPr>
              <w:t>1 currently afraid of it / 2 not currently afraid of it / 3 dont know</w:t>
            </w:r>
          </w:p>
        </w:tc>
        <w:tc>
          <w:tcPr>
            <w:tcW w:w="648" w:type="dxa"/>
          </w:tcPr>
          <w:p w14:paraId="700ED096" w14:textId="77777777" w:rsidR="004D342C" w:rsidRDefault="00000000">
            <w:pPr>
              <w:spacing w:before="20" w:after="20"/>
              <w:ind w:firstLine="0"/>
              <w:jc w:val="right"/>
            </w:pPr>
            <w:r>
              <w:rPr>
                <w:sz w:val="16"/>
              </w:rPr>
              <w:t>10</w:t>
            </w:r>
          </w:p>
        </w:tc>
      </w:tr>
      <w:tr w:rsidR="004D342C" w14:paraId="265E96C3" w14:textId="77777777">
        <w:trPr>
          <w:cantSplit/>
          <w:jc w:val="center"/>
        </w:trPr>
        <w:tc>
          <w:tcPr>
            <w:tcW w:w="1944" w:type="dxa"/>
          </w:tcPr>
          <w:p w14:paraId="56EAB9E4" w14:textId="77777777" w:rsidR="004D342C" w:rsidRDefault="00000000">
            <w:pPr>
              <w:spacing w:before="20" w:after="20"/>
              <w:ind w:firstLine="0"/>
            </w:pPr>
            <w:r>
              <w:rPr>
                <w:sz w:val="16"/>
              </w:rPr>
              <w:t>issuecyprus</w:t>
            </w:r>
          </w:p>
        </w:tc>
        <w:tc>
          <w:tcPr>
            <w:tcW w:w="2880" w:type="dxa"/>
          </w:tcPr>
          <w:p w14:paraId="05EA34CD" w14:textId="77777777" w:rsidR="004D342C" w:rsidRDefault="00000000">
            <w:pPr>
              <w:spacing w:before="20" w:after="20"/>
              <w:ind w:firstLine="0"/>
            </w:pPr>
            <w:r>
              <w:rPr>
                <w:sz w:val="16"/>
              </w:rPr>
              <w:t>IMPORTANT ISSUES CNTRY: CYPRUS ISSUE (CY-TCC ONLY)</w:t>
            </w:r>
          </w:p>
        </w:tc>
        <w:tc>
          <w:tcPr>
            <w:tcW w:w="3456" w:type="dxa"/>
          </w:tcPr>
          <w:p w14:paraId="04F84F34" w14:textId="77777777" w:rsidR="004D342C" w:rsidRDefault="00000000">
            <w:pPr>
              <w:spacing w:before="20" w:after="20"/>
              <w:ind w:firstLine="0"/>
            </w:pPr>
            <w:r>
              <w:rPr>
                <w:sz w:val="16"/>
              </w:rPr>
              <w:t>0 Not mentioned / 1 Cyprus issue</w:t>
            </w:r>
          </w:p>
        </w:tc>
        <w:tc>
          <w:tcPr>
            <w:tcW w:w="648" w:type="dxa"/>
          </w:tcPr>
          <w:p w14:paraId="4503303E" w14:textId="77777777" w:rsidR="004D342C" w:rsidRDefault="00000000">
            <w:pPr>
              <w:spacing w:before="20" w:after="20"/>
              <w:ind w:firstLine="0"/>
              <w:jc w:val="right"/>
            </w:pPr>
            <w:r>
              <w:rPr>
                <w:sz w:val="16"/>
              </w:rPr>
              <w:t>10</w:t>
            </w:r>
          </w:p>
        </w:tc>
      </w:tr>
      <w:tr w:rsidR="004D342C" w14:paraId="58DDF81B" w14:textId="77777777">
        <w:trPr>
          <w:cantSplit/>
          <w:jc w:val="center"/>
        </w:trPr>
        <w:tc>
          <w:tcPr>
            <w:tcW w:w="1944" w:type="dxa"/>
          </w:tcPr>
          <w:p w14:paraId="15CA8152" w14:textId="77777777" w:rsidR="004D342C" w:rsidRDefault="00000000">
            <w:pPr>
              <w:spacing w:before="20" w:after="20"/>
              <w:ind w:firstLine="0"/>
            </w:pPr>
            <w:r>
              <w:rPr>
                <w:sz w:val="16"/>
              </w:rPr>
              <w:t>issueenergysupply</w:t>
            </w:r>
          </w:p>
        </w:tc>
        <w:tc>
          <w:tcPr>
            <w:tcW w:w="2880" w:type="dxa"/>
          </w:tcPr>
          <w:p w14:paraId="14CFEF66" w14:textId="77777777" w:rsidR="004D342C" w:rsidRDefault="00000000">
            <w:pPr>
              <w:spacing w:before="20" w:after="20"/>
              <w:ind w:firstLine="0"/>
            </w:pPr>
            <w:r>
              <w:rPr>
                <w:sz w:val="16"/>
              </w:rPr>
              <w:t>IMPORTANT ISSUES CNTRY: ENERGY SUPPLY</w:t>
            </w:r>
          </w:p>
        </w:tc>
        <w:tc>
          <w:tcPr>
            <w:tcW w:w="3456" w:type="dxa"/>
          </w:tcPr>
          <w:p w14:paraId="081FCFE9" w14:textId="77777777" w:rsidR="004D342C" w:rsidRDefault="00000000">
            <w:pPr>
              <w:spacing w:before="20" w:after="20"/>
              <w:ind w:firstLine="0"/>
            </w:pPr>
            <w:r>
              <w:rPr>
                <w:sz w:val="16"/>
              </w:rPr>
              <w:t>0 Not mentioned / 1 Energy supply</w:t>
            </w:r>
          </w:p>
        </w:tc>
        <w:tc>
          <w:tcPr>
            <w:tcW w:w="648" w:type="dxa"/>
          </w:tcPr>
          <w:p w14:paraId="4777C56E" w14:textId="77777777" w:rsidR="004D342C" w:rsidRDefault="00000000">
            <w:pPr>
              <w:spacing w:before="20" w:after="20"/>
              <w:ind w:firstLine="0"/>
              <w:jc w:val="right"/>
            </w:pPr>
            <w:r>
              <w:rPr>
                <w:sz w:val="16"/>
              </w:rPr>
              <w:t>10</w:t>
            </w:r>
          </w:p>
        </w:tc>
      </w:tr>
      <w:tr w:rsidR="004D342C" w14:paraId="58E58C2D" w14:textId="77777777">
        <w:trPr>
          <w:cantSplit/>
          <w:jc w:val="center"/>
        </w:trPr>
        <w:tc>
          <w:tcPr>
            <w:tcW w:w="1944" w:type="dxa"/>
          </w:tcPr>
          <w:p w14:paraId="56841A45" w14:textId="77777777" w:rsidR="004D342C" w:rsidRDefault="00000000">
            <w:pPr>
              <w:spacing w:before="20" w:after="20"/>
              <w:ind w:firstLine="0"/>
            </w:pPr>
            <w:r>
              <w:rPr>
                <w:sz w:val="16"/>
              </w:rPr>
              <w:t>jurisddefence2</w:t>
            </w:r>
          </w:p>
        </w:tc>
        <w:tc>
          <w:tcPr>
            <w:tcW w:w="2880" w:type="dxa"/>
          </w:tcPr>
          <w:p w14:paraId="24F0A993" w14:textId="77777777" w:rsidR="004D342C" w:rsidRDefault="00000000">
            <w:pPr>
              <w:spacing w:before="20" w:after="20"/>
              <w:ind w:firstLine="0"/>
            </w:pPr>
            <w:r>
              <w:rPr>
                <w:sz w:val="16"/>
              </w:rPr>
              <w:t>QA20 EU COMMON POLICY: DEFENCE/FOREIGN AFF</w:t>
            </w:r>
          </w:p>
        </w:tc>
        <w:tc>
          <w:tcPr>
            <w:tcW w:w="3456" w:type="dxa"/>
          </w:tcPr>
          <w:p w14:paraId="3FA64472" w14:textId="77777777" w:rsidR="004D342C" w:rsidRDefault="00000000">
            <w:pPr>
              <w:spacing w:before="20" w:after="20"/>
              <w:ind w:firstLine="0"/>
            </w:pPr>
            <w:r>
              <w:rPr>
                <w:sz w:val="16"/>
              </w:rPr>
              <w:t>1 (NATIONALITY) Government / 2 Jointly within European Union / 3 dont know</w:t>
            </w:r>
          </w:p>
        </w:tc>
        <w:tc>
          <w:tcPr>
            <w:tcW w:w="648" w:type="dxa"/>
          </w:tcPr>
          <w:p w14:paraId="689C8D4C" w14:textId="77777777" w:rsidR="004D342C" w:rsidRDefault="00000000">
            <w:pPr>
              <w:spacing w:before="20" w:after="20"/>
              <w:ind w:firstLine="0"/>
              <w:jc w:val="right"/>
            </w:pPr>
            <w:r>
              <w:rPr>
                <w:sz w:val="16"/>
              </w:rPr>
              <w:t>10</w:t>
            </w:r>
          </w:p>
        </w:tc>
      </w:tr>
      <w:tr w:rsidR="004D342C" w14:paraId="540F463A" w14:textId="77777777">
        <w:trPr>
          <w:cantSplit/>
          <w:jc w:val="center"/>
        </w:trPr>
        <w:tc>
          <w:tcPr>
            <w:tcW w:w="1944" w:type="dxa"/>
          </w:tcPr>
          <w:p w14:paraId="793F85F1" w14:textId="77777777" w:rsidR="004D342C" w:rsidRDefault="00000000">
            <w:pPr>
              <w:spacing w:before="20" w:after="20"/>
              <w:ind w:firstLine="0"/>
            </w:pPr>
            <w:r>
              <w:rPr>
                <w:sz w:val="16"/>
              </w:rPr>
              <w:t>jurisdpensions</w:t>
            </w:r>
          </w:p>
        </w:tc>
        <w:tc>
          <w:tcPr>
            <w:tcW w:w="2880" w:type="dxa"/>
          </w:tcPr>
          <w:p w14:paraId="15026876" w14:textId="77777777" w:rsidR="004D342C" w:rsidRDefault="00000000">
            <w:pPr>
              <w:spacing w:before="20" w:after="20"/>
              <w:ind w:firstLine="0"/>
            </w:pPr>
            <w:r>
              <w:rPr>
                <w:sz w:val="16"/>
              </w:rPr>
              <w:t>QA20 EU COMMON POLICY: PENSIONS</w:t>
            </w:r>
          </w:p>
        </w:tc>
        <w:tc>
          <w:tcPr>
            <w:tcW w:w="3456" w:type="dxa"/>
          </w:tcPr>
          <w:p w14:paraId="186E3EBA" w14:textId="77777777" w:rsidR="004D342C" w:rsidRDefault="00000000">
            <w:pPr>
              <w:spacing w:before="20" w:after="20"/>
              <w:ind w:firstLine="0"/>
            </w:pPr>
            <w:r>
              <w:rPr>
                <w:sz w:val="16"/>
              </w:rPr>
              <w:t>1 (NATIONALITY) Government / 2 Jointly within European Union / 3 dont know</w:t>
            </w:r>
          </w:p>
        </w:tc>
        <w:tc>
          <w:tcPr>
            <w:tcW w:w="648" w:type="dxa"/>
          </w:tcPr>
          <w:p w14:paraId="58692076" w14:textId="77777777" w:rsidR="004D342C" w:rsidRDefault="00000000">
            <w:pPr>
              <w:spacing w:before="20" w:after="20"/>
              <w:ind w:firstLine="0"/>
              <w:jc w:val="right"/>
            </w:pPr>
            <w:r>
              <w:rPr>
                <w:sz w:val="16"/>
              </w:rPr>
              <w:t>10</w:t>
            </w:r>
          </w:p>
        </w:tc>
      </w:tr>
      <w:tr w:rsidR="004D342C" w14:paraId="5EB289C8" w14:textId="77777777">
        <w:trPr>
          <w:cantSplit/>
          <w:jc w:val="center"/>
        </w:trPr>
        <w:tc>
          <w:tcPr>
            <w:tcW w:w="1944" w:type="dxa"/>
          </w:tcPr>
          <w:p w14:paraId="69060678" w14:textId="77777777" w:rsidR="004D342C" w:rsidRDefault="00000000">
            <w:pPr>
              <w:spacing w:before="20" w:after="20"/>
              <w:ind w:firstLine="0"/>
            </w:pPr>
            <w:r>
              <w:rPr>
                <w:sz w:val="16"/>
              </w:rPr>
              <w:t>jurisdtaxation</w:t>
            </w:r>
          </w:p>
        </w:tc>
        <w:tc>
          <w:tcPr>
            <w:tcW w:w="2880" w:type="dxa"/>
          </w:tcPr>
          <w:p w14:paraId="27331CE9" w14:textId="77777777" w:rsidR="004D342C" w:rsidRDefault="00000000">
            <w:pPr>
              <w:spacing w:before="20" w:after="20"/>
              <w:ind w:firstLine="0"/>
            </w:pPr>
            <w:r>
              <w:rPr>
                <w:sz w:val="16"/>
              </w:rPr>
              <w:t>QA20 EU COMMON POLICY: TAXATION</w:t>
            </w:r>
          </w:p>
        </w:tc>
        <w:tc>
          <w:tcPr>
            <w:tcW w:w="3456" w:type="dxa"/>
          </w:tcPr>
          <w:p w14:paraId="6EE8DF06" w14:textId="77777777" w:rsidR="004D342C" w:rsidRDefault="00000000">
            <w:pPr>
              <w:spacing w:before="20" w:after="20"/>
              <w:ind w:firstLine="0"/>
            </w:pPr>
            <w:r>
              <w:rPr>
                <w:sz w:val="16"/>
              </w:rPr>
              <w:t>1 (NATIONALITY) Government / 2 Jointly within European Union / 3 dont know</w:t>
            </w:r>
          </w:p>
        </w:tc>
        <w:tc>
          <w:tcPr>
            <w:tcW w:w="648" w:type="dxa"/>
          </w:tcPr>
          <w:p w14:paraId="76C0D4D9" w14:textId="77777777" w:rsidR="004D342C" w:rsidRDefault="00000000">
            <w:pPr>
              <w:spacing w:before="20" w:after="20"/>
              <w:ind w:firstLine="0"/>
              <w:jc w:val="right"/>
            </w:pPr>
            <w:r>
              <w:rPr>
                <w:sz w:val="16"/>
              </w:rPr>
              <w:t>10</w:t>
            </w:r>
          </w:p>
        </w:tc>
      </w:tr>
      <w:tr w:rsidR="004D342C" w14:paraId="70775B10" w14:textId="77777777">
        <w:trPr>
          <w:cantSplit/>
          <w:jc w:val="center"/>
        </w:trPr>
        <w:tc>
          <w:tcPr>
            <w:tcW w:w="1944" w:type="dxa"/>
          </w:tcPr>
          <w:p w14:paraId="025CAEBA" w14:textId="77777777" w:rsidR="004D342C" w:rsidRDefault="00000000">
            <w:pPr>
              <w:spacing w:before="20" w:after="20"/>
              <w:ind w:firstLine="0"/>
            </w:pPr>
            <w:r>
              <w:rPr>
                <w:sz w:val="16"/>
              </w:rPr>
              <w:t>priority4crime</w:t>
            </w:r>
          </w:p>
        </w:tc>
        <w:tc>
          <w:tcPr>
            <w:tcW w:w="2880" w:type="dxa"/>
          </w:tcPr>
          <w:p w14:paraId="38A7CCB8" w14:textId="77777777" w:rsidR="004D342C" w:rsidRDefault="00000000">
            <w:pPr>
              <w:spacing w:before="20" w:after="20"/>
              <w:ind w:firstLine="0"/>
            </w:pPr>
            <w:r>
              <w:rPr>
                <w:sz w:val="16"/>
              </w:rPr>
              <w:t>QA23 EU INTEGRATION FOCUS: FIGHTING CRIME</w:t>
            </w:r>
          </w:p>
        </w:tc>
        <w:tc>
          <w:tcPr>
            <w:tcW w:w="3456" w:type="dxa"/>
          </w:tcPr>
          <w:p w14:paraId="18657CB3" w14:textId="77777777" w:rsidR="004D342C" w:rsidRDefault="00000000">
            <w:pPr>
              <w:spacing w:before="20" w:after="20"/>
              <w:ind w:firstLine="0"/>
            </w:pPr>
            <w:r>
              <w:rPr>
                <w:sz w:val="16"/>
              </w:rPr>
              <w:t>0 NOT MENTIONED / 1 The fight against crime</w:t>
            </w:r>
          </w:p>
        </w:tc>
        <w:tc>
          <w:tcPr>
            <w:tcW w:w="648" w:type="dxa"/>
          </w:tcPr>
          <w:p w14:paraId="086D9EF2" w14:textId="77777777" w:rsidR="004D342C" w:rsidRDefault="00000000">
            <w:pPr>
              <w:spacing w:before="20" w:after="20"/>
              <w:ind w:firstLine="0"/>
              <w:jc w:val="right"/>
            </w:pPr>
            <w:r>
              <w:rPr>
                <w:sz w:val="16"/>
              </w:rPr>
              <w:t>11</w:t>
            </w:r>
          </w:p>
        </w:tc>
      </w:tr>
      <w:tr w:rsidR="004D342C" w14:paraId="415510B0" w14:textId="77777777">
        <w:trPr>
          <w:cantSplit/>
          <w:jc w:val="center"/>
        </w:trPr>
        <w:tc>
          <w:tcPr>
            <w:tcW w:w="1944" w:type="dxa"/>
          </w:tcPr>
          <w:p w14:paraId="2DED7B03" w14:textId="77777777" w:rsidR="004D342C" w:rsidRDefault="00000000">
            <w:pPr>
              <w:spacing w:before="20" w:after="20"/>
              <w:ind w:firstLine="0"/>
            </w:pPr>
            <w:r>
              <w:rPr>
                <w:sz w:val="16"/>
              </w:rPr>
              <w:t>priority4culture</w:t>
            </w:r>
          </w:p>
        </w:tc>
        <w:tc>
          <w:tcPr>
            <w:tcW w:w="2880" w:type="dxa"/>
          </w:tcPr>
          <w:p w14:paraId="0A94E1DB" w14:textId="77777777" w:rsidR="004D342C" w:rsidRDefault="00000000">
            <w:pPr>
              <w:spacing w:before="20" w:after="20"/>
              <w:ind w:firstLine="0"/>
            </w:pPr>
            <w:r>
              <w:rPr>
                <w:sz w:val="16"/>
              </w:rPr>
              <w:t>QA23 EU INTEGRATION FOCUS: CULTURAL POLICY</w:t>
            </w:r>
          </w:p>
        </w:tc>
        <w:tc>
          <w:tcPr>
            <w:tcW w:w="3456" w:type="dxa"/>
          </w:tcPr>
          <w:p w14:paraId="0CA95824" w14:textId="77777777" w:rsidR="004D342C" w:rsidRDefault="00000000">
            <w:pPr>
              <w:spacing w:before="20" w:after="20"/>
              <w:ind w:firstLine="0"/>
            </w:pPr>
            <w:r>
              <w:rPr>
                <w:sz w:val="16"/>
              </w:rPr>
              <w:t>0 NOT MENTIONED / 1 Cultural policy</w:t>
            </w:r>
          </w:p>
        </w:tc>
        <w:tc>
          <w:tcPr>
            <w:tcW w:w="648" w:type="dxa"/>
          </w:tcPr>
          <w:p w14:paraId="57A71ECA" w14:textId="77777777" w:rsidR="004D342C" w:rsidRDefault="00000000">
            <w:pPr>
              <w:spacing w:before="20" w:after="20"/>
              <w:ind w:firstLine="0"/>
              <w:jc w:val="right"/>
            </w:pPr>
            <w:r>
              <w:rPr>
                <w:sz w:val="16"/>
              </w:rPr>
              <w:t>11</w:t>
            </w:r>
          </w:p>
        </w:tc>
      </w:tr>
      <w:tr w:rsidR="004D342C" w14:paraId="70507763" w14:textId="77777777">
        <w:trPr>
          <w:cantSplit/>
          <w:jc w:val="center"/>
        </w:trPr>
        <w:tc>
          <w:tcPr>
            <w:tcW w:w="1944" w:type="dxa"/>
          </w:tcPr>
          <w:p w14:paraId="776DF997" w14:textId="77777777" w:rsidR="004D342C" w:rsidRDefault="00000000">
            <w:pPr>
              <w:spacing w:before="20" w:after="20"/>
              <w:ind w:firstLine="0"/>
            </w:pPr>
            <w:r>
              <w:rPr>
                <w:sz w:val="16"/>
              </w:rPr>
              <w:t>priority4defensepolicy</w:t>
            </w:r>
          </w:p>
        </w:tc>
        <w:tc>
          <w:tcPr>
            <w:tcW w:w="2880" w:type="dxa"/>
          </w:tcPr>
          <w:p w14:paraId="510D04E6" w14:textId="77777777" w:rsidR="004D342C" w:rsidRDefault="00000000">
            <w:pPr>
              <w:spacing w:before="20" w:after="20"/>
              <w:ind w:firstLine="0"/>
            </w:pPr>
            <w:r>
              <w:rPr>
                <w:sz w:val="16"/>
              </w:rPr>
              <w:t>QA23 EU INTEGRATION FOCUS: DEFENCE POLICY</w:t>
            </w:r>
          </w:p>
        </w:tc>
        <w:tc>
          <w:tcPr>
            <w:tcW w:w="3456" w:type="dxa"/>
          </w:tcPr>
          <w:p w14:paraId="7B81CCE2" w14:textId="77777777" w:rsidR="004D342C" w:rsidRDefault="00000000">
            <w:pPr>
              <w:spacing w:before="20" w:after="20"/>
              <w:ind w:firstLine="0"/>
            </w:pPr>
            <w:r>
              <w:rPr>
                <w:sz w:val="16"/>
              </w:rPr>
              <w:t>0 NOT MENTIONED / 1 Defence policy</w:t>
            </w:r>
          </w:p>
        </w:tc>
        <w:tc>
          <w:tcPr>
            <w:tcW w:w="648" w:type="dxa"/>
          </w:tcPr>
          <w:p w14:paraId="3D9DF86E" w14:textId="77777777" w:rsidR="004D342C" w:rsidRDefault="00000000">
            <w:pPr>
              <w:spacing w:before="20" w:after="20"/>
              <w:ind w:firstLine="0"/>
              <w:jc w:val="right"/>
            </w:pPr>
            <w:r>
              <w:rPr>
                <w:sz w:val="16"/>
              </w:rPr>
              <w:t>11</w:t>
            </w:r>
          </w:p>
        </w:tc>
      </w:tr>
      <w:tr w:rsidR="004D342C" w14:paraId="5089FBF6" w14:textId="77777777">
        <w:trPr>
          <w:cantSplit/>
          <w:jc w:val="center"/>
        </w:trPr>
        <w:tc>
          <w:tcPr>
            <w:tcW w:w="1944" w:type="dxa"/>
          </w:tcPr>
          <w:p w14:paraId="5A011297" w14:textId="77777777" w:rsidR="004D342C" w:rsidRDefault="00000000">
            <w:pPr>
              <w:spacing w:before="20" w:after="20"/>
              <w:ind w:firstLine="0"/>
            </w:pPr>
            <w:r>
              <w:rPr>
                <w:sz w:val="16"/>
              </w:rPr>
              <w:t>priority4education</w:t>
            </w:r>
          </w:p>
        </w:tc>
        <w:tc>
          <w:tcPr>
            <w:tcW w:w="2880" w:type="dxa"/>
          </w:tcPr>
          <w:p w14:paraId="76330DFC" w14:textId="77777777" w:rsidR="004D342C" w:rsidRDefault="00000000">
            <w:pPr>
              <w:spacing w:before="20" w:after="20"/>
              <w:ind w:firstLine="0"/>
            </w:pPr>
            <w:r>
              <w:rPr>
                <w:sz w:val="16"/>
              </w:rPr>
              <w:t>QA23 EU INTEGRATION FOCUS: EDUCATION POLICY</w:t>
            </w:r>
          </w:p>
        </w:tc>
        <w:tc>
          <w:tcPr>
            <w:tcW w:w="3456" w:type="dxa"/>
          </w:tcPr>
          <w:p w14:paraId="1FAC624D" w14:textId="77777777" w:rsidR="004D342C" w:rsidRDefault="00000000">
            <w:pPr>
              <w:spacing w:before="20" w:after="20"/>
              <w:ind w:firstLine="0"/>
            </w:pPr>
            <w:r>
              <w:rPr>
                <w:sz w:val="16"/>
              </w:rPr>
              <w:t>0 NOT MENTIONED / 1 Education policy</w:t>
            </w:r>
          </w:p>
        </w:tc>
        <w:tc>
          <w:tcPr>
            <w:tcW w:w="648" w:type="dxa"/>
          </w:tcPr>
          <w:p w14:paraId="3343F13A" w14:textId="77777777" w:rsidR="004D342C" w:rsidRDefault="00000000">
            <w:pPr>
              <w:spacing w:before="20" w:after="20"/>
              <w:ind w:firstLine="0"/>
              <w:jc w:val="right"/>
            </w:pPr>
            <w:r>
              <w:rPr>
                <w:sz w:val="16"/>
              </w:rPr>
              <w:t>11</w:t>
            </w:r>
          </w:p>
        </w:tc>
      </w:tr>
      <w:tr w:rsidR="004D342C" w14:paraId="4321B79C" w14:textId="77777777">
        <w:trPr>
          <w:cantSplit/>
          <w:jc w:val="center"/>
        </w:trPr>
        <w:tc>
          <w:tcPr>
            <w:tcW w:w="1944" w:type="dxa"/>
          </w:tcPr>
          <w:p w14:paraId="5893E78E" w14:textId="77777777" w:rsidR="004D342C" w:rsidRDefault="00000000">
            <w:pPr>
              <w:spacing w:before="20" w:after="20"/>
              <w:ind w:firstLine="0"/>
            </w:pPr>
            <w:r>
              <w:rPr>
                <w:sz w:val="16"/>
              </w:rPr>
              <w:t>priority4energy</w:t>
            </w:r>
          </w:p>
        </w:tc>
        <w:tc>
          <w:tcPr>
            <w:tcW w:w="2880" w:type="dxa"/>
          </w:tcPr>
          <w:p w14:paraId="3D270E99" w14:textId="77777777" w:rsidR="004D342C" w:rsidRDefault="00000000">
            <w:pPr>
              <w:spacing w:before="20" w:after="20"/>
              <w:ind w:firstLine="0"/>
            </w:pPr>
            <w:r>
              <w:rPr>
                <w:sz w:val="16"/>
              </w:rPr>
              <w:t>QA23 EU INTEGRATION FOCUS: ENERGY POLICY</w:t>
            </w:r>
          </w:p>
        </w:tc>
        <w:tc>
          <w:tcPr>
            <w:tcW w:w="3456" w:type="dxa"/>
          </w:tcPr>
          <w:p w14:paraId="1E67DF85" w14:textId="77777777" w:rsidR="004D342C" w:rsidRDefault="00000000">
            <w:pPr>
              <w:spacing w:before="20" w:after="20"/>
              <w:ind w:firstLine="0"/>
            </w:pPr>
            <w:r>
              <w:rPr>
                <w:sz w:val="16"/>
              </w:rPr>
              <w:t>0 NOT MENTIONED / 1 Energy policy</w:t>
            </w:r>
          </w:p>
        </w:tc>
        <w:tc>
          <w:tcPr>
            <w:tcW w:w="648" w:type="dxa"/>
          </w:tcPr>
          <w:p w14:paraId="11F6C64A" w14:textId="77777777" w:rsidR="004D342C" w:rsidRDefault="00000000">
            <w:pPr>
              <w:spacing w:before="20" w:after="20"/>
              <w:ind w:firstLine="0"/>
              <w:jc w:val="right"/>
            </w:pPr>
            <w:r>
              <w:rPr>
                <w:sz w:val="16"/>
              </w:rPr>
              <w:t>11</w:t>
            </w:r>
          </w:p>
        </w:tc>
      </w:tr>
      <w:tr w:rsidR="004D342C" w14:paraId="0BC9DEE0" w14:textId="77777777">
        <w:trPr>
          <w:cantSplit/>
          <w:jc w:val="center"/>
        </w:trPr>
        <w:tc>
          <w:tcPr>
            <w:tcW w:w="1944" w:type="dxa"/>
          </w:tcPr>
          <w:p w14:paraId="7F8DB462" w14:textId="77777777" w:rsidR="004D342C" w:rsidRDefault="00000000">
            <w:pPr>
              <w:spacing w:before="20" w:after="20"/>
              <w:ind w:firstLine="0"/>
            </w:pPr>
            <w:r>
              <w:rPr>
                <w:sz w:val="16"/>
              </w:rPr>
              <w:t>priority4environment</w:t>
            </w:r>
          </w:p>
        </w:tc>
        <w:tc>
          <w:tcPr>
            <w:tcW w:w="2880" w:type="dxa"/>
          </w:tcPr>
          <w:p w14:paraId="7A4E1633" w14:textId="77777777" w:rsidR="004D342C" w:rsidRDefault="00000000">
            <w:pPr>
              <w:spacing w:before="20" w:after="20"/>
              <w:ind w:firstLine="0"/>
            </w:pPr>
            <w:r>
              <w:rPr>
                <w:sz w:val="16"/>
              </w:rPr>
              <w:t>QA23 EU INTEGRATION FOCUS: ENVIRONMENT POLICY</w:t>
            </w:r>
          </w:p>
        </w:tc>
        <w:tc>
          <w:tcPr>
            <w:tcW w:w="3456" w:type="dxa"/>
          </w:tcPr>
          <w:p w14:paraId="20B69372" w14:textId="77777777" w:rsidR="004D342C" w:rsidRDefault="00000000">
            <w:pPr>
              <w:spacing w:before="20" w:after="20"/>
              <w:ind w:firstLine="0"/>
            </w:pPr>
            <w:r>
              <w:rPr>
                <w:sz w:val="16"/>
              </w:rPr>
              <w:t>0 NOT MENTIONED / 1 Environment policy</w:t>
            </w:r>
          </w:p>
        </w:tc>
        <w:tc>
          <w:tcPr>
            <w:tcW w:w="648" w:type="dxa"/>
          </w:tcPr>
          <w:p w14:paraId="17434C11" w14:textId="77777777" w:rsidR="004D342C" w:rsidRDefault="00000000">
            <w:pPr>
              <w:spacing w:before="20" w:after="20"/>
              <w:ind w:firstLine="0"/>
              <w:jc w:val="right"/>
            </w:pPr>
            <w:r>
              <w:rPr>
                <w:sz w:val="16"/>
              </w:rPr>
              <w:t>11</w:t>
            </w:r>
          </w:p>
        </w:tc>
      </w:tr>
      <w:tr w:rsidR="004D342C" w14:paraId="603A2F96" w14:textId="77777777">
        <w:trPr>
          <w:cantSplit/>
          <w:jc w:val="center"/>
        </w:trPr>
        <w:tc>
          <w:tcPr>
            <w:tcW w:w="1944" w:type="dxa"/>
          </w:tcPr>
          <w:p w14:paraId="5A7801C7" w14:textId="77777777" w:rsidR="004D342C" w:rsidRDefault="00000000">
            <w:pPr>
              <w:spacing w:before="20" w:after="20"/>
              <w:ind w:firstLine="0"/>
            </w:pPr>
            <w:r>
              <w:rPr>
                <w:sz w:val="16"/>
              </w:rPr>
              <w:t>priority4foreignpolicy</w:t>
            </w:r>
          </w:p>
        </w:tc>
        <w:tc>
          <w:tcPr>
            <w:tcW w:w="2880" w:type="dxa"/>
          </w:tcPr>
          <w:p w14:paraId="48E9174B" w14:textId="77777777" w:rsidR="004D342C" w:rsidRDefault="00000000">
            <w:pPr>
              <w:spacing w:before="20" w:after="20"/>
              <w:ind w:firstLine="0"/>
            </w:pPr>
            <w:r>
              <w:rPr>
                <w:sz w:val="16"/>
              </w:rPr>
              <w:t>QA23 EU INTEGRATION FOCUS: FOREIGN POLICY</w:t>
            </w:r>
          </w:p>
        </w:tc>
        <w:tc>
          <w:tcPr>
            <w:tcW w:w="3456" w:type="dxa"/>
          </w:tcPr>
          <w:p w14:paraId="312F7695" w14:textId="77777777" w:rsidR="004D342C" w:rsidRDefault="00000000">
            <w:pPr>
              <w:spacing w:before="20" w:after="20"/>
              <w:ind w:firstLine="0"/>
            </w:pPr>
            <w:r>
              <w:rPr>
                <w:sz w:val="16"/>
              </w:rPr>
              <w:t>0 NOT MENTIONED / 1 Foreign policy</w:t>
            </w:r>
          </w:p>
        </w:tc>
        <w:tc>
          <w:tcPr>
            <w:tcW w:w="648" w:type="dxa"/>
          </w:tcPr>
          <w:p w14:paraId="04E4FFE9" w14:textId="77777777" w:rsidR="004D342C" w:rsidRDefault="00000000">
            <w:pPr>
              <w:spacing w:before="20" w:after="20"/>
              <w:ind w:firstLine="0"/>
              <w:jc w:val="right"/>
            </w:pPr>
            <w:r>
              <w:rPr>
                <w:sz w:val="16"/>
              </w:rPr>
              <w:t>11</w:t>
            </w:r>
          </w:p>
        </w:tc>
      </w:tr>
      <w:tr w:rsidR="004D342C" w14:paraId="2FB5DA99" w14:textId="77777777">
        <w:trPr>
          <w:cantSplit/>
          <w:jc w:val="center"/>
        </w:trPr>
        <w:tc>
          <w:tcPr>
            <w:tcW w:w="1944" w:type="dxa"/>
          </w:tcPr>
          <w:p w14:paraId="33407232" w14:textId="77777777" w:rsidR="004D342C" w:rsidRDefault="00000000">
            <w:pPr>
              <w:spacing w:before="20" w:after="20"/>
              <w:ind w:firstLine="0"/>
            </w:pPr>
            <w:r>
              <w:rPr>
                <w:sz w:val="16"/>
              </w:rPr>
              <w:t>priority4immigration</w:t>
            </w:r>
          </w:p>
        </w:tc>
        <w:tc>
          <w:tcPr>
            <w:tcW w:w="2880" w:type="dxa"/>
          </w:tcPr>
          <w:p w14:paraId="4A69C6CC" w14:textId="77777777" w:rsidR="004D342C" w:rsidRDefault="00000000">
            <w:pPr>
              <w:spacing w:before="20" w:after="20"/>
              <w:ind w:firstLine="0"/>
            </w:pPr>
            <w:r>
              <w:rPr>
                <w:sz w:val="16"/>
              </w:rPr>
              <w:t>QA23 EU INTEGRATION FOCUS: IMMIGRATION POLICY</w:t>
            </w:r>
          </w:p>
        </w:tc>
        <w:tc>
          <w:tcPr>
            <w:tcW w:w="3456" w:type="dxa"/>
          </w:tcPr>
          <w:p w14:paraId="56FC69C2" w14:textId="77777777" w:rsidR="004D342C" w:rsidRDefault="00000000">
            <w:pPr>
              <w:spacing w:before="20" w:after="20"/>
              <w:ind w:firstLine="0"/>
            </w:pPr>
            <w:r>
              <w:rPr>
                <w:sz w:val="16"/>
              </w:rPr>
              <w:t>0 NOT MENTIONED / 1 Immigration policy</w:t>
            </w:r>
          </w:p>
        </w:tc>
        <w:tc>
          <w:tcPr>
            <w:tcW w:w="648" w:type="dxa"/>
          </w:tcPr>
          <w:p w14:paraId="2C7215AA" w14:textId="77777777" w:rsidR="004D342C" w:rsidRDefault="00000000">
            <w:pPr>
              <w:spacing w:before="20" w:after="20"/>
              <w:ind w:firstLine="0"/>
              <w:jc w:val="right"/>
            </w:pPr>
            <w:r>
              <w:rPr>
                <w:sz w:val="16"/>
              </w:rPr>
              <w:t>11</w:t>
            </w:r>
          </w:p>
        </w:tc>
      </w:tr>
      <w:tr w:rsidR="004D342C" w14:paraId="7B5DE5E4" w14:textId="77777777">
        <w:trPr>
          <w:cantSplit/>
          <w:jc w:val="center"/>
        </w:trPr>
        <w:tc>
          <w:tcPr>
            <w:tcW w:w="1944" w:type="dxa"/>
          </w:tcPr>
          <w:p w14:paraId="6E8FF021" w14:textId="77777777" w:rsidR="004D342C" w:rsidRDefault="00000000">
            <w:pPr>
              <w:spacing w:before="20" w:after="20"/>
              <w:ind w:firstLine="0"/>
            </w:pPr>
            <w:r>
              <w:rPr>
                <w:sz w:val="16"/>
              </w:rPr>
              <w:t>priority4market</w:t>
            </w:r>
          </w:p>
        </w:tc>
        <w:tc>
          <w:tcPr>
            <w:tcW w:w="2880" w:type="dxa"/>
          </w:tcPr>
          <w:p w14:paraId="22FC05F2" w14:textId="77777777" w:rsidR="004D342C" w:rsidRDefault="00000000">
            <w:pPr>
              <w:spacing w:before="20" w:after="20"/>
              <w:ind w:firstLine="0"/>
            </w:pPr>
            <w:r>
              <w:rPr>
                <w:sz w:val="16"/>
              </w:rPr>
              <w:t>QA23 EU INTEGRATION FOCUS: SINGLE MARKET</w:t>
            </w:r>
          </w:p>
        </w:tc>
        <w:tc>
          <w:tcPr>
            <w:tcW w:w="3456" w:type="dxa"/>
          </w:tcPr>
          <w:p w14:paraId="397CD461" w14:textId="77777777" w:rsidR="004D342C" w:rsidRDefault="00000000">
            <w:pPr>
              <w:spacing w:before="20" w:after="20"/>
              <w:ind w:firstLine="0"/>
            </w:pPr>
            <w:r>
              <w:rPr>
                <w:sz w:val="16"/>
              </w:rPr>
              <w:t>0 NOT MENTIONED / 1 The Single Market</w:t>
            </w:r>
          </w:p>
        </w:tc>
        <w:tc>
          <w:tcPr>
            <w:tcW w:w="648" w:type="dxa"/>
          </w:tcPr>
          <w:p w14:paraId="04EC6150" w14:textId="77777777" w:rsidR="004D342C" w:rsidRDefault="00000000">
            <w:pPr>
              <w:spacing w:before="20" w:after="20"/>
              <w:ind w:firstLine="0"/>
              <w:jc w:val="right"/>
            </w:pPr>
            <w:r>
              <w:rPr>
                <w:sz w:val="16"/>
              </w:rPr>
              <w:t>11</w:t>
            </w:r>
          </w:p>
        </w:tc>
      </w:tr>
      <w:tr w:rsidR="004D342C" w14:paraId="32CF8D4E" w14:textId="77777777">
        <w:trPr>
          <w:cantSplit/>
          <w:jc w:val="center"/>
        </w:trPr>
        <w:tc>
          <w:tcPr>
            <w:tcW w:w="1944" w:type="dxa"/>
          </w:tcPr>
          <w:p w14:paraId="5C4965FF" w14:textId="77777777" w:rsidR="004D342C" w:rsidRDefault="00000000">
            <w:pPr>
              <w:spacing w:before="20" w:after="20"/>
              <w:ind w:firstLine="0"/>
            </w:pPr>
            <w:r>
              <w:rPr>
                <w:sz w:val="16"/>
              </w:rPr>
              <w:t>priority4none</w:t>
            </w:r>
          </w:p>
        </w:tc>
        <w:tc>
          <w:tcPr>
            <w:tcW w:w="2880" w:type="dxa"/>
          </w:tcPr>
          <w:p w14:paraId="06DABF62" w14:textId="77777777" w:rsidR="004D342C" w:rsidRDefault="00000000">
            <w:pPr>
              <w:spacing w:before="20" w:after="20"/>
              <w:ind w:firstLine="0"/>
            </w:pPr>
            <w:r>
              <w:rPr>
                <w:sz w:val="16"/>
              </w:rPr>
              <w:t>QA23 EU INTEGRATION FOCUS: NONE</w:t>
            </w:r>
          </w:p>
        </w:tc>
        <w:tc>
          <w:tcPr>
            <w:tcW w:w="3456" w:type="dxa"/>
          </w:tcPr>
          <w:p w14:paraId="10ECBA9E" w14:textId="77777777" w:rsidR="004D342C" w:rsidRDefault="00000000">
            <w:pPr>
              <w:spacing w:before="20" w:after="20"/>
              <w:ind w:firstLine="0"/>
            </w:pPr>
            <w:r>
              <w:rPr>
                <w:sz w:val="16"/>
              </w:rPr>
              <w:t>0 NOT MENTIONED / 1 None (SPONTANEOUS)</w:t>
            </w:r>
          </w:p>
        </w:tc>
        <w:tc>
          <w:tcPr>
            <w:tcW w:w="648" w:type="dxa"/>
          </w:tcPr>
          <w:p w14:paraId="64BFF2B9" w14:textId="77777777" w:rsidR="004D342C" w:rsidRDefault="00000000">
            <w:pPr>
              <w:spacing w:before="20" w:after="20"/>
              <w:ind w:firstLine="0"/>
              <w:jc w:val="right"/>
            </w:pPr>
            <w:r>
              <w:rPr>
                <w:sz w:val="16"/>
              </w:rPr>
              <w:t>11</w:t>
            </w:r>
          </w:p>
        </w:tc>
      </w:tr>
      <w:tr w:rsidR="004D342C" w14:paraId="30211FAF" w14:textId="77777777">
        <w:trPr>
          <w:cantSplit/>
          <w:jc w:val="center"/>
        </w:trPr>
        <w:tc>
          <w:tcPr>
            <w:tcW w:w="1944" w:type="dxa"/>
          </w:tcPr>
          <w:p w14:paraId="5F6CCAF7" w14:textId="77777777" w:rsidR="004D342C" w:rsidRDefault="00000000">
            <w:pPr>
              <w:spacing w:before="20" w:after="20"/>
              <w:ind w:firstLine="0"/>
            </w:pPr>
            <w:r>
              <w:rPr>
                <w:sz w:val="16"/>
              </w:rPr>
              <w:t>priority4others</w:t>
            </w:r>
          </w:p>
        </w:tc>
        <w:tc>
          <w:tcPr>
            <w:tcW w:w="2880" w:type="dxa"/>
          </w:tcPr>
          <w:p w14:paraId="6BB35991" w14:textId="77777777" w:rsidR="004D342C" w:rsidRDefault="00000000">
            <w:pPr>
              <w:spacing w:before="20" w:after="20"/>
              <w:ind w:firstLine="0"/>
            </w:pPr>
            <w:r>
              <w:rPr>
                <w:sz w:val="16"/>
              </w:rPr>
              <w:t>QA23 EU INTEGRATION FOCUS: OTHERS</w:t>
            </w:r>
          </w:p>
        </w:tc>
        <w:tc>
          <w:tcPr>
            <w:tcW w:w="3456" w:type="dxa"/>
          </w:tcPr>
          <w:p w14:paraId="5A8008D5" w14:textId="77777777" w:rsidR="004D342C" w:rsidRDefault="00000000">
            <w:pPr>
              <w:spacing w:before="20" w:after="20"/>
              <w:ind w:firstLine="0"/>
            </w:pPr>
            <w:r>
              <w:rPr>
                <w:sz w:val="16"/>
              </w:rPr>
              <w:t>0 NOT MENTIONED / 1 Other (SPONTANEOUS)</w:t>
            </w:r>
          </w:p>
        </w:tc>
        <w:tc>
          <w:tcPr>
            <w:tcW w:w="648" w:type="dxa"/>
          </w:tcPr>
          <w:p w14:paraId="7CDFC8A3" w14:textId="77777777" w:rsidR="004D342C" w:rsidRDefault="00000000">
            <w:pPr>
              <w:spacing w:before="20" w:after="20"/>
              <w:ind w:firstLine="0"/>
              <w:jc w:val="right"/>
            </w:pPr>
            <w:r>
              <w:rPr>
                <w:sz w:val="16"/>
              </w:rPr>
              <w:t>11</w:t>
            </w:r>
          </w:p>
        </w:tc>
      </w:tr>
      <w:tr w:rsidR="004D342C" w14:paraId="339DA38B" w14:textId="77777777">
        <w:trPr>
          <w:cantSplit/>
          <w:jc w:val="center"/>
        </w:trPr>
        <w:tc>
          <w:tcPr>
            <w:tcW w:w="1944" w:type="dxa"/>
          </w:tcPr>
          <w:p w14:paraId="01C949D4" w14:textId="77777777" w:rsidR="004D342C" w:rsidRDefault="00000000">
            <w:pPr>
              <w:spacing w:before="20" w:after="20"/>
              <w:ind w:firstLine="0"/>
            </w:pPr>
            <w:r>
              <w:rPr>
                <w:sz w:val="16"/>
              </w:rPr>
              <w:t>priority4randd</w:t>
            </w:r>
          </w:p>
        </w:tc>
        <w:tc>
          <w:tcPr>
            <w:tcW w:w="2880" w:type="dxa"/>
          </w:tcPr>
          <w:p w14:paraId="222207E9" w14:textId="77777777" w:rsidR="004D342C" w:rsidRDefault="00000000">
            <w:pPr>
              <w:spacing w:before="20" w:after="20"/>
              <w:ind w:firstLine="0"/>
            </w:pPr>
            <w:r>
              <w:rPr>
                <w:sz w:val="16"/>
              </w:rPr>
              <w:t>QA23 EU INTEGRATION FOCUS: SCIENTIF RESEARCH POL</w:t>
            </w:r>
          </w:p>
        </w:tc>
        <w:tc>
          <w:tcPr>
            <w:tcW w:w="3456" w:type="dxa"/>
          </w:tcPr>
          <w:p w14:paraId="0E962A7A" w14:textId="77777777" w:rsidR="004D342C" w:rsidRDefault="00000000">
            <w:pPr>
              <w:spacing w:before="20" w:after="20"/>
              <w:ind w:firstLine="0"/>
            </w:pPr>
            <w:r>
              <w:rPr>
                <w:sz w:val="16"/>
              </w:rPr>
              <w:t>0 NOT MENTIONED / 1 Scientific research policy</w:t>
            </w:r>
          </w:p>
        </w:tc>
        <w:tc>
          <w:tcPr>
            <w:tcW w:w="648" w:type="dxa"/>
          </w:tcPr>
          <w:p w14:paraId="31E8309C" w14:textId="77777777" w:rsidR="004D342C" w:rsidRDefault="00000000">
            <w:pPr>
              <w:spacing w:before="20" w:after="20"/>
              <w:ind w:firstLine="0"/>
              <w:jc w:val="right"/>
            </w:pPr>
            <w:r>
              <w:rPr>
                <w:sz w:val="16"/>
              </w:rPr>
              <w:t>11</w:t>
            </w:r>
          </w:p>
        </w:tc>
      </w:tr>
      <w:tr w:rsidR="004D342C" w14:paraId="4A7195DB" w14:textId="77777777">
        <w:trPr>
          <w:cantSplit/>
          <w:jc w:val="center"/>
        </w:trPr>
        <w:tc>
          <w:tcPr>
            <w:tcW w:w="1944" w:type="dxa"/>
          </w:tcPr>
          <w:p w14:paraId="4197E14A" w14:textId="77777777" w:rsidR="004D342C" w:rsidRDefault="00000000">
            <w:pPr>
              <w:spacing w:before="20" w:after="20"/>
              <w:ind w:firstLine="0"/>
            </w:pPr>
            <w:r>
              <w:rPr>
                <w:sz w:val="16"/>
              </w:rPr>
              <w:t>priority4regions</w:t>
            </w:r>
          </w:p>
        </w:tc>
        <w:tc>
          <w:tcPr>
            <w:tcW w:w="2880" w:type="dxa"/>
          </w:tcPr>
          <w:p w14:paraId="7AAAACE5" w14:textId="77777777" w:rsidR="004D342C" w:rsidRDefault="00000000">
            <w:pPr>
              <w:spacing w:before="20" w:after="20"/>
              <w:ind w:firstLine="0"/>
            </w:pPr>
            <w:r>
              <w:rPr>
                <w:sz w:val="16"/>
              </w:rPr>
              <w:t>QA23 EU INTEGRATION FOCUS: REGIONAL DEVELOPMENT</w:t>
            </w:r>
          </w:p>
        </w:tc>
        <w:tc>
          <w:tcPr>
            <w:tcW w:w="3456" w:type="dxa"/>
          </w:tcPr>
          <w:p w14:paraId="00B7C54E" w14:textId="77777777" w:rsidR="004D342C" w:rsidRDefault="00000000">
            <w:pPr>
              <w:spacing w:before="20" w:after="20"/>
              <w:ind w:firstLine="0"/>
            </w:pPr>
            <w:r>
              <w:rPr>
                <w:sz w:val="16"/>
              </w:rPr>
              <w:t>0 NOT MENTIONED / 1 Regional development policy</w:t>
            </w:r>
          </w:p>
        </w:tc>
        <w:tc>
          <w:tcPr>
            <w:tcW w:w="648" w:type="dxa"/>
          </w:tcPr>
          <w:p w14:paraId="2518FB68" w14:textId="77777777" w:rsidR="004D342C" w:rsidRDefault="00000000">
            <w:pPr>
              <w:spacing w:before="20" w:after="20"/>
              <w:ind w:firstLine="0"/>
              <w:jc w:val="right"/>
            </w:pPr>
            <w:r>
              <w:rPr>
                <w:sz w:val="16"/>
              </w:rPr>
              <w:t>11</w:t>
            </w:r>
          </w:p>
        </w:tc>
      </w:tr>
      <w:tr w:rsidR="004D342C" w14:paraId="0FE7C1B1" w14:textId="77777777">
        <w:trPr>
          <w:cantSplit/>
          <w:jc w:val="center"/>
        </w:trPr>
        <w:tc>
          <w:tcPr>
            <w:tcW w:w="1944" w:type="dxa"/>
          </w:tcPr>
          <w:p w14:paraId="028EC612" w14:textId="77777777" w:rsidR="004D342C" w:rsidRDefault="00000000">
            <w:pPr>
              <w:spacing w:before="20" w:after="20"/>
              <w:ind w:firstLine="0"/>
            </w:pPr>
            <w:r>
              <w:rPr>
                <w:sz w:val="16"/>
              </w:rPr>
              <w:t>proposalHealth</w:t>
            </w:r>
          </w:p>
        </w:tc>
        <w:tc>
          <w:tcPr>
            <w:tcW w:w="2880" w:type="dxa"/>
          </w:tcPr>
          <w:p w14:paraId="3A5151B1" w14:textId="77777777" w:rsidR="004D342C" w:rsidRDefault="00000000">
            <w:pPr>
              <w:spacing w:before="20" w:after="20"/>
              <w:ind w:firstLine="0"/>
            </w:pPr>
            <w:r>
              <w:rPr>
                <w:sz w:val="16"/>
              </w:rPr>
              <w:t>For or against the EU proposal named (1 For / 2 Against / 3 DK; 9 inapplicable, 0 NA preserved)</w:t>
            </w:r>
          </w:p>
        </w:tc>
        <w:tc>
          <w:tcPr>
            <w:tcW w:w="3456" w:type="dxa"/>
          </w:tcPr>
          <w:p w14:paraId="5CB7D323" w14:textId="77777777" w:rsidR="004D342C" w:rsidRDefault="00000000">
            <w:pPr>
              <w:spacing w:before="20" w:after="20"/>
              <w:ind w:firstLine="0"/>
            </w:pPr>
            <w:r>
              <w:rPr>
                <w:sz w:val="16"/>
              </w:rPr>
              <w:t>1 For / 2 Against / 3 Don't know</w:t>
            </w:r>
          </w:p>
        </w:tc>
        <w:tc>
          <w:tcPr>
            <w:tcW w:w="648" w:type="dxa"/>
          </w:tcPr>
          <w:p w14:paraId="132BBC69" w14:textId="77777777" w:rsidR="004D342C" w:rsidRDefault="00000000">
            <w:pPr>
              <w:spacing w:before="20" w:after="20"/>
              <w:ind w:firstLine="0"/>
              <w:jc w:val="right"/>
            </w:pPr>
            <w:r>
              <w:rPr>
                <w:sz w:val="16"/>
              </w:rPr>
              <w:t>10</w:t>
            </w:r>
          </w:p>
        </w:tc>
      </w:tr>
      <w:tr w:rsidR="004D342C" w14:paraId="121A96A1" w14:textId="77777777">
        <w:trPr>
          <w:cantSplit/>
          <w:jc w:val="center"/>
        </w:trPr>
        <w:tc>
          <w:tcPr>
            <w:tcW w:w="1944" w:type="dxa"/>
          </w:tcPr>
          <w:p w14:paraId="48FE69F5" w14:textId="77777777" w:rsidR="004D342C" w:rsidRDefault="00000000">
            <w:pPr>
              <w:spacing w:before="20" w:after="20"/>
              <w:ind w:firstLine="0"/>
            </w:pPr>
            <w:r>
              <w:rPr>
                <w:sz w:val="16"/>
              </w:rPr>
              <w:t>fearcurrency</w:t>
            </w:r>
          </w:p>
        </w:tc>
        <w:tc>
          <w:tcPr>
            <w:tcW w:w="2880" w:type="dxa"/>
          </w:tcPr>
          <w:p w14:paraId="6333C0DB" w14:textId="77777777" w:rsidR="004D342C" w:rsidRDefault="00000000">
            <w:pPr>
              <w:spacing w:before="20" w:after="20"/>
              <w:ind w:firstLine="0"/>
            </w:pPr>
            <w:r>
              <w:rPr>
                <w:sz w:val="16"/>
              </w:rPr>
              <w:t>QA17 EU FEARS - END OF THE NAT CURRENCY</w:t>
            </w:r>
          </w:p>
        </w:tc>
        <w:tc>
          <w:tcPr>
            <w:tcW w:w="3456" w:type="dxa"/>
          </w:tcPr>
          <w:p w14:paraId="537A7E21" w14:textId="77777777" w:rsidR="004D342C" w:rsidRDefault="00000000">
            <w:pPr>
              <w:spacing w:before="20" w:after="20"/>
              <w:ind w:firstLine="0"/>
            </w:pPr>
            <w:r>
              <w:rPr>
                <w:sz w:val="16"/>
              </w:rPr>
              <w:t>1 currently afraid of it / 2 not currently afraid of it / 3 dont know</w:t>
            </w:r>
          </w:p>
        </w:tc>
        <w:tc>
          <w:tcPr>
            <w:tcW w:w="648" w:type="dxa"/>
          </w:tcPr>
          <w:p w14:paraId="1D459966" w14:textId="77777777" w:rsidR="004D342C" w:rsidRDefault="00000000">
            <w:pPr>
              <w:spacing w:before="20" w:after="20"/>
              <w:ind w:firstLine="0"/>
              <w:jc w:val="right"/>
            </w:pPr>
            <w:r>
              <w:rPr>
                <w:sz w:val="16"/>
              </w:rPr>
              <w:t>9</w:t>
            </w:r>
          </w:p>
        </w:tc>
      </w:tr>
      <w:tr w:rsidR="004D342C" w14:paraId="506E558C" w14:textId="77777777">
        <w:trPr>
          <w:cantSplit/>
          <w:jc w:val="center"/>
        </w:trPr>
        <w:tc>
          <w:tcPr>
            <w:tcW w:w="1944" w:type="dxa"/>
          </w:tcPr>
          <w:p w14:paraId="21115749" w14:textId="77777777" w:rsidR="004D342C" w:rsidRDefault="00000000">
            <w:pPr>
              <w:spacing w:before="20" w:after="20"/>
              <w:ind w:firstLine="0"/>
            </w:pPr>
            <w:r>
              <w:rPr>
                <w:sz w:val="16"/>
              </w:rPr>
              <w:t>fearlanguage</w:t>
            </w:r>
          </w:p>
        </w:tc>
        <w:tc>
          <w:tcPr>
            <w:tcW w:w="2880" w:type="dxa"/>
          </w:tcPr>
          <w:p w14:paraId="314E5939" w14:textId="77777777" w:rsidR="004D342C" w:rsidRDefault="00000000">
            <w:pPr>
              <w:spacing w:before="20" w:after="20"/>
              <w:ind w:firstLine="0"/>
            </w:pPr>
            <w:r>
              <w:rPr>
                <w:sz w:val="16"/>
              </w:rPr>
              <w:t>QA18 EU FEARS - OUR LANGUAGE USED LESS</w:t>
            </w:r>
          </w:p>
        </w:tc>
        <w:tc>
          <w:tcPr>
            <w:tcW w:w="3456" w:type="dxa"/>
          </w:tcPr>
          <w:p w14:paraId="25C1A10C" w14:textId="77777777" w:rsidR="004D342C" w:rsidRDefault="00000000">
            <w:pPr>
              <w:spacing w:before="20" w:after="20"/>
              <w:ind w:firstLine="0"/>
            </w:pPr>
            <w:r>
              <w:rPr>
                <w:sz w:val="16"/>
              </w:rPr>
              <w:t>1 currently afraid of it / 2 not currently afraid of it / 3 dont know</w:t>
            </w:r>
          </w:p>
        </w:tc>
        <w:tc>
          <w:tcPr>
            <w:tcW w:w="648" w:type="dxa"/>
          </w:tcPr>
          <w:p w14:paraId="104C0BD3" w14:textId="77777777" w:rsidR="004D342C" w:rsidRDefault="00000000">
            <w:pPr>
              <w:spacing w:before="20" w:after="20"/>
              <w:ind w:firstLine="0"/>
              <w:jc w:val="right"/>
            </w:pPr>
            <w:r>
              <w:rPr>
                <w:sz w:val="16"/>
              </w:rPr>
              <w:t>9</w:t>
            </w:r>
          </w:p>
        </w:tc>
      </w:tr>
      <w:tr w:rsidR="004D342C" w14:paraId="0C10B80A" w14:textId="77777777">
        <w:trPr>
          <w:cantSplit/>
          <w:jc w:val="center"/>
        </w:trPr>
        <w:tc>
          <w:tcPr>
            <w:tcW w:w="1944" w:type="dxa"/>
          </w:tcPr>
          <w:p w14:paraId="33D4C908" w14:textId="77777777" w:rsidR="004D342C" w:rsidRDefault="00000000">
            <w:pPr>
              <w:spacing w:before="20" w:after="20"/>
              <w:ind w:firstLine="0"/>
            </w:pPr>
            <w:r>
              <w:rPr>
                <w:sz w:val="16"/>
              </w:rPr>
              <w:t>issueenergy</w:t>
            </w:r>
          </w:p>
        </w:tc>
        <w:tc>
          <w:tcPr>
            <w:tcW w:w="2880" w:type="dxa"/>
          </w:tcPr>
          <w:p w14:paraId="05310456" w14:textId="77777777" w:rsidR="004D342C" w:rsidRDefault="00000000">
            <w:pPr>
              <w:spacing w:before="20" w:after="20"/>
              <w:ind w:firstLine="0"/>
            </w:pPr>
            <w:r>
              <w:rPr>
                <w:sz w:val="16"/>
              </w:rPr>
              <w:t>QA7A IMPORT ISSUES CTRY: ENERGY</w:t>
            </w:r>
          </w:p>
        </w:tc>
        <w:tc>
          <w:tcPr>
            <w:tcW w:w="3456" w:type="dxa"/>
          </w:tcPr>
          <w:p w14:paraId="44801535" w14:textId="77777777" w:rsidR="004D342C" w:rsidRDefault="00000000">
            <w:pPr>
              <w:spacing w:before="20" w:after="20"/>
              <w:ind w:firstLine="0"/>
            </w:pPr>
            <w:r>
              <w:rPr>
                <w:sz w:val="16"/>
              </w:rPr>
              <w:t>0 NOT MENTIONED / 1 Energy</w:t>
            </w:r>
          </w:p>
        </w:tc>
        <w:tc>
          <w:tcPr>
            <w:tcW w:w="648" w:type="dxa"/>
          </w:tcPr>
          <w:p w14:paraId="00BA746A" w14:textId="77777777" w:rsidR="004D342C" w:rsidRDefault="00000000">
            <w:pPr>
              <w:spacing w:before="20" w:after="20"/>
              <w:ind w:firstLine="0"/>
              <w:jc w:val="right"/>
            </w:pPr>
            <w:r>
              <w:rPr>
                <w:sz w:val="16"/>
              </w:rPr>
              <w:t>9</w:t>
            </w:r>
          </w:p>
        </w:tc>
      </w:tr>
      <w:tr w:rsidR="004D342C" w14:paraId="3BFE1DB2" w14:textId="77777777">
        <w:trPr>
          <w:cantSplit/>
          <w:jc w:val="center"/>
        </w:trPr>
        <w:tc>
          <w:tcPr>
            <w:tcW w:w="1944" w:type="dxa"/>
          </w:tcPr>
          <w:p w14:paraId="78710D94" w14:textId="77777777" w:rsidR="004D342C" w:rsidRDefault="00000000">
            <w:pPr>
              <w:spacing w:before="20" w:after="20"/>
              <w:ind w:firstLine="0"/>
            </w:pPr>
            <w:r>
              <w:rPr>
                <w:sz w:val="16"/>
              </w:rPr>
              <w:lastRenderedPageBreak/>
              <w:t>jurisdcompetition</w:t>
            </w:r>
          </w:p>
        </w:tc>
        <w:tc>
          <w:tcPr>
            <w:tcW w:w="2880" w:type="dxa"/>
          </w:tcPr>
          <w:p w14:paraId="2422EA14" w14:textId="77777777" w:rsidR="004D342C" w:rsidRDefault="00000000">
            <w:pPr>
              <w:spacing w:before="20" w:after="20"/>
              <w:ind w:firstLine="0"/>
            </w:pPr>
            <w:r>
              <w:rPr>
                <w:sz w:val="16"/>
              </w:rPr>
              <w:t>QA23 EU COMMON POLICY: COMPETITION</w:t>
            </w:r>
          </w:p>
        </w:tc>
        <w:tc>
          <w:tcPr>
            <w:tcW w:w="3456" w:type="dxa"/>
          </w:tcPr>
          <w:p w14:paraId="6A7AD482" w14:textId="77777777" w:rsidR="004D342C" w:rsidRDefault="00000000">
            <w:pPr>
              <w:spacing w:before="20" w:after="20"/>
              <w:ind w:firstLine="0"/>
            </w:pPr>
            <w:r>
              <w:rPr>
                <w:sz w:val="16"/>
              </w:rPr>
              <w:t>1 (NATIONALITY) Government / 2 Jointly within European Union / 3 dont know</w:t>
            </w:r>
          </w:p>
        </w:tc>
        <w:tc>
          <w:tcPr>
            <w:tcW w:w="648" w:type="dxa"/>
          </w:tcPr>
          <w:p w14:paraId="053777DD" w14:textId="77777777" w:rsidR="004D342C" w:rsidRDefault="00000000">
            <w:pPr>
              <w:spacing w:before="20" w:after="20"/>
              <w:ind w:firstLine="0"/>
              <w:jc w:val="right"/>
            </w:pPr>
            <w:r>
              <w:rPr>
                <w:sz w:val="16"/>
              </w:rPr>
              <w:t>9</w:t>
            </w:r>
          </w:p>
        </w:tc>
      </w:tr>
      <w:tr w:rsidR="004D342C" w14:paraId="12BE0A64" w14:textId="77777777">
        <w:trPr>
          <w:cantSplit/>
          <w:jc w:val="center"/>
        </w:trPr>
        <w:tc>
          <w:tcPr>
            <w:tcW w:w="1944" w:type="dxa"/>
          </w:tcPr>
          <w:p w14:paraId="1EC60949" w14:textId="77777777" w:rsidR="004D342C" w:rsidRDefault="00000000">
            <w:pPr>
              <w:spacing w:before="20" w:after="20"/>
              <w:ind w:firstLine="0"/>
            </w:pPr>
            <w:r>
              <w:rPr>
                <w:sz w:val="16"/>
              </w:rPr>
              <w:t>jurisdhumantrade</w:t>
            </w:r>
          </w:p>
        </w:tc>
        <w:tc>
          <w:tcPr>
            <w:tcW w:w="2880" w:type="dxa"/>
          </w:tcPr>
          <w:p w14:paraId="2E5F0445" w14:textId="77777777" w:rsidR="004D342C" w:rsidRDefault="00000000">
            <w:pPr>
              <w:spacing w:before="20" w:after="20"/>
              <w:ind w:firstLine="0"/>
            </w:pPr>
            <w:r>
              <w:rPr>
                <w:sz w:val="16"/>
              </w:rPr>
              <w:t>q35 eu common policy: fight exploitation</w:t>
            </w:r>
          </w:p>
        </w:tc>
        <w:tc>
          <w:tcPr>
            <w:tcW w:w="3456" w:type="dxa"/>
          </w:tcPr>
          <w:p w14:paraId="0E33A13D" w14:textId="77777777" w:rsidR="004D342C" w:rsidRDefault="00000000">
            <w:pPr>
              <w:spacing w:before="20" w:after="20"/>
              <w:ind w:firstLine="0"/>
            </w:pPr>
            <w:r>
              <w:rPr>
                <w:sz w:val="16"/>
              </w:rPr>
              <w:t>1 (NATIONALITY) Government / 2 Jointly within European Union / 3 dont know</w:t>
            </w:r>
          </w:p>
        </w:tc>
        <w:tc>
          <w:tcPr>
            <w:tcW w:w="648" w:type="dxa"/>
          </w:tcPr>
          <w:p w14:paraId="6DBD504A" w14:textId="77777777" w:rsidR="004D342C" w:rsidRDefault="00000000">
            <w:pPr>
              <w:spacing w:before="20" w:after="20"/>
              <w:ind w:firstLine="0"/>
              <w:jc w:val="right"/>
            </w:pPr>
            <w:r>
              <w:rPr>
                <w:sz w:val="16"/>
              </w:rPr>
              <w:t>9</w:t>
            </w:r>
          </w:p>
        </w:tc>
      </w:tr>
      <w:tr w:rsidR="004D342C" w14:paraId="32103335" w14:textId="77777777">
        <w:trPr>
          <w:cantSplit/>
          <w:jc w:val="center"/>
        </w:trPr>
        <w:tc>
          <w:tcPr>
            <w:tcW w:w="1944" w:type="dxa"/>
          </w:tcPr>
          <w:p w14:paraId="1FA15A33" w14:textId="77777777" w:rsidR="004D342C" w:rsidRDefault="00000000">
            <w:pPr>
              <w:spacing w:before="20" w:after="20"/>
              <w:ind w:firstLine="0"/>
            </w:pPr>
            <w:r>
              <w:rPr>
                <w:sz w:val="16"/>
              </w:rPr>
              <w:t>jurisdjustice</w:t>
            </w:r>
          </w:p>
        </w:tc>
        <w:tc>
          <w:tcPr>
            <w:tcW w:w="2880" w:type="dxa"/>
          </w:tcPr>
          <w:p w14:paraId="0C0E0F07" w14:textId="77777777" w:rsidR="004D342C" w:rsidRDefault="00000000">
            <w:pPr>
              <w:spacing w:before="20" w:after="20"/>
              <w:ind w:firstLine="0"/>
            </w:pPr>
            <w:r>
              <w:rPr>
                <w:sz w:val="16"/>
              </w:rPr>
              <w:t>q35 eu common policy: justice</w:t>
            </w:r>
          </w:p>
        </w:tc>
        <w:tc>
          <w:tcPr>
            <w:tcW w:w="3456" w:type="dxa"/>
          </w:tcPr>
          <w:p w14:paraId="12633160" w14:textId="77777777" w:rsidR="004D342C" w:rsidRDefault="00000000">
            <w:pPr>
              <w:spacing w:before="20" w:after="20"/>
              <w:ind w:firstLine="0"/>
            </w:pPr>
            <w:r>
              <w:rPr>
                <w:sz w:val="16"/>
              </w:rPr>
              <w:t>1 (NATIONALITY) Government / 2 Jointly within European Union / 3 dont know</w:t>
            </w:r>
          </w:p>
        </w:tc>
        <w:tc>
          <w:tcPr>
            <w:tcW w:w="648" w:type="dxa"/>
          </w:tcPr>
          <w:p w14:paraId="0269DB56" w14:textId="77777777" w:rsidR="004D342C" w:rsidRDefault="00000000">
            <w:pPr>
              <w:spacing w:before="20" w:after="20"/>
              <w:ind w:firstLine="0"/>
              <w:jc w:val="right"/>
            </w:pPr>
            <w:r>
              <w:rPr>
                <w:sz w:val="16"/>
              </w:rPr>
              <w:t>9</w:t>
            </w:r>
          </w:p>
        </w:tc>
      </w:tr>
      <w:tr w:rsidR="004D342C" w14:paraId="497D39E8" w14:textId="77777777">
        <w:trPr>
          <w:cantSplit/>
          <w:jc w:val="center"/>
        </w:trPr>
        <w:tc>
          <w:tcPr>
            <w:tcW w:w="1944" w:type="dxa"/>
          </w:tcPr>
          <w:p w14:paraId="32893E3E" w14:textId="77777777" w:rsidR="004D342C" w:rsidRDefault="00000000">
            <w:pPr>
              <w:spacing w:before="20" w:after="20"/>
              <w:ind w:firstLine="0"/>
            </w:pPr>
            <w:r>
              <w:rPr>
                <w:sz w:val="16"/>
              </w:rPr>
              <w:t>jurisdjuvcrime</w:t>
            </w:r>
          </w:p>
        </w:tc>
        <w:tc>
          <w:tcPr>
            <w:tcW w:w="2880" w:type="dxa"/>
          </w:tcPr>
          <w:p w14:paraId="56258DAA" w14:textId="77777777" w:rsidR="004D342C" w:rsidRDefault="00000000">
            <w:pPr>
              <w:spacing w:before="20" w:after="20"/>
              <w:ind w:firstLine="0"/>
            </w:pPr>
            <w:r>
              <w:rPr>
                <w:sz w:val="16"/>
              </w:rPr>
              <w:t>q35 eu common policy: juvenile crime prev</w:t>
            </w:r>
          </w:p>
        </w:tc>
        <w:tc>
          <w:tcPr>
            <w:tcW w:w="3456" w:type="dxa"/>
          </w:tcPr>
          <w:p w14:paraId="79B894FC" w14:textId="77777777" w:rsidR="004D342C" w:rsidRDefault="00000000">
            <w:pPr>
              <w:spacing w:before="20" w:after="20"/>
              <w:ind w:firstLine="0"/>
            </w:pPr>
            <w:r>
              <w:rPr>
                <w:sz w:val="16"/>
              </w:rPr>
              <w:t>1 (NATIONALITY) Government / 2 Jointly within European Union / 3 dont know</w:t>
            </w:r>
          </w:p>
        </w:tc>
        <w:tc>
          <w:tcPr>
            <w:tcW w:w="648" w:type="dxa"/>
          </w:tcPr>
          <w:p w14:paraId="39388CC5" w14:textId="77777777" w:rsidR="004D342C" w:rsidRDefault="00000000">
            <w:pPr>
              <w:spacing w:before="20" w:after="20"/>
              <w:ind w:firstLine="0"/>
              <w:jc w:val="right"/>
            </w:pPr>
            <w:r>
              <w:rPr>
                <w:sz w:val="16"/>
              </w:rPr>
              <w:t>9</w:t>
            </w:r>
          </w:p>
        </w:tc>
      </w:tr>
      <w:tr w:rsidR="004D342C" w14:paraId="7E9F1A27" w14:textId="77777777">
        <w:trPr>
          <w:cantSplit/>
          <w:jc w:val="center"/>
        </w:trPr>
        <w:tc>
          <w:tcPr>
            <w:tcW w:w="1944" w:type="dxa"/>
          </w:tcPr>
          <w:p w14:paraId="6423590A" w14:textId="77777777" w:rsidR="004D342C" w:rsidRDefault="00000000">
            <w:pPr>
              <w:spacing w:before="20" w:after="20"/>
              <w:ind w:firstLine="0"/>
            </w:pPr>
            <w:r>
              <w:rPr>
                <w:sz w:val="16"/>
              </w:rPr>
              <w:t>jurisdpolice</w:t>
            </w:r>
          </w:p>
        </w:tc>
        <w:tc>
          <w:tcPr>
            <w:tcW w:w="2880" w:type="dxa"/>
          </w:tcPr>
          <w:p w14:paraId="3B1BB3B8" w14:textId="77777777" w:rsidR="004D342C" w:rsidRDefault="00000000">
            <w:pPr>
              <w:spacing w:before="20" w:after="20"/>
              <w:ind w:firstLine="0"/>
            </w:pPr>
            <w:r>
              <w:rPr>
                <w:sz w:val="16"/>
              </w:rPr>
              <w:t>q35 eu common policy: police</w:t>
            </w:r>
          </w:p>
        </w:tc>
        <w:tc>
          <w:tcPr>
            <w:tcW w:w="3456" w:type="dxa"/>
          </w:tcPr>
          <w:p w14:paraId="30CA6094" w14:textId="77777777" w:rsidR="004D342C" w:rsidRDefault="00000000">
            <w:pPr>
              <w:spacing w:before="20" w:after="20"/>
              <w:ind w:firstLine="0"/>
            </w:pPr>
            <w:r>
              <w:rPr>
                <w:sz w:val="16"/>
              </w:rPr>
              <w:t>1 (NATIONALITY) Government / 2 Jointly within European Union / 3 dont know</w:t>
            </w:r>
          </w:p>
        </w:tc>
        <w:tc>
          <w:tcPr>
            <w:tcW w:w="648" w:type="dxa"/>
          </w:tcPr>
          <w:p w14:paraId="5EE7D339" w14:textId="77777777" w:rsidR="004D342C" w:rsidRDefault="00000000">
            <w:pPr>
              <w:spacing w:before="20" w:after="20"/>
              <w:ind w:firstLine="0"/>
              <w:jc w:val="right"/>
            </w:pPr>
            <w:r>
              <w:rPr>
                <w:sz w:val="16"/>
              </w:rPr>
              <w:t>9</w:t>
            </w:r>
          </w:p>
        </w:tc>
      </w:tr>
      <w:tr w:rsidR="004D342C" w14:paraId="716DBC92" w14:textId="77777777">
        <w:trPr>
          <w:cantSplit/>
          <w:jc w:val="center"/>
        </w:trPr>
        <w:tc>
          <w:tcPr>
            <w:tcW w:w="1944" w:type="dxa"/>
          </w:tcPr>
          <w:p w14:paraId="38BB5250" w14:textId="77777777" w:rsidR="004D342C" w:rsidRDefault="00000000">
            <w:pPr>
              <w:spacing w:before="20" w:after="20"/>
              <w:ind w:firstLine="0"/>
            </w:pPr>
            <w:r>
              <w:rPr>
                <w:sz w:val="16"/>
              </w:rPr>
              <w:t>jurisdrefugees</w:t>
            </w:r>
          </w:p>
        </w:tc>
        <w:tc>
          <w:tcPr>
            <w:tcW w:w="2880" w:type="dxa"/>
          </w:tcPr>
          <w:p w14:paraId="0551A28E" w14:textId="77777777" w:rsidR="004D342C" w:rsidRDefault="00000000">
            <w:pPr>
              <w:spacing w:before="20" w:after="20"/>
              <w:ind w:firstLine="0"/>
            </w:pPr>
            <w:r>
              <w:rPr>
                <w:sz w:val="16"/>
              </w:rPr>
              <w:t>q35 eu common policy: accepting refugees</w:t>
            </w:r>
          </w:p>
        </w:tc>
        <w:tc>
          <w:tcPr>
            <w:tcW w:w="3456" w:type="dxa"/>
          </w:tcPr>
          <w:p w14:paraId="27D5CCBF" w14:textId="77777777" w:rsidR="004D342C" w:rsidRDefault="00000000">
            <w:pPr>
              <w:spacing w:before="20" w:after="20"/>
              <w:ind w:firstLine="0"/>
            </w:pPr>
            <w:r>
              <w:rPr>
                <w:sz w:val="16"/>
              </w:rPr>
              <w:t>1 (NATIONALITY) Government / 2 Jointly within European Union / 3 dont know</w:t>
            </w:r>
          </w:p>
        </w:tc>
        <w:tc>
          <w:tcPr>
            <w:tcW w:w="648" w:type="dxa"/>
          </w:tcPr>
          <w:p w14:paraId="501C86D7" w14:textId="77777777" w:rsidR="004D342C" w:rsidRDefault="00000000">
            <w:pPr>
              <w:spacing w:before="20" w:after="20"/>
              <w:ind w:firstLine="0"/>
              <w:jc w:val="right"/>
            </w:pPr>
            <w:r>
              <w:rPr>
                <w:sz w:val="16"/>
              </w:rPr>
              <w:t>9</w:t>
            </w:r>
          </w:p>
        </w:tc>
      </w:tr>
      <w:tr w:rsidR="004D342C" w14:paraId="2ABAED75" w14:textId="77777777">
        <w:trPr>
          <w:cantSplit/>
          <w:jc w:val="center"/>
        </w:trPr>
        <w:tc>
          <w:tcPr>
            <w:tcW w:w="1944" w:type="dxa"/>
          </w:tcPr>
          <w:p w14:paraId="19E81E69" w14:textId="77777777" w:rsidR="004D342C" w:rsidRDefault="00000000">
            <w:pPr>
              <w:spacing w:before="20" w:after="20"/>
              <w:ind w:firstLine="0"/>
            </w:pPr>
            <w:r>
              <w:rPr>
                <w:sz w:val="16"/>
              </w:rPr>
              <w:t>jurisdurbancrime</w:t>
            </w:r>
          </w:p>
        </w:tc>
        <w:tc>
          <w:tcPr>
            <w:tcW w:w="2880" w:type="dxa"/>
          </w:tcPr>
          <w:p w14:paraId="78E34EE0" w14:textId="77777777" w:rsidR="004D342C" w:rsidRDefault="00000000">
            <w:pPr>
              <w:spacing w:before="20" w:after="20"/>
              <w:ind w:firstLine="0"/>
            </w:pPr>
            <w:r>
              <w:rPr>
                <w:sz w:val="16"/>
              </w:rPr>
              <w:t>q35 eu common policy: urban crime prev</w:t>
            </w:r>
          </w:p>
        </w:tc>
        <w:tc>
          <w:tcPr>
            <w:tcW w:w="3456" w:type="dxa"/>
          </w:tcPr>
          <w:p w14:paraId="4355D213" w14:textId="77777777" w:rsidR="004D342C" w:rsidRDefault="00000000">
            <w:pPr>
              <w:spacing w:before="20" w:after="20"/>
              <w:ind w:firstLine="0"/>
            </w:pPr>
            <w:r>
              <w:rPr>
                <w:sz w:val="16"/>
              </w:rPr>
              <w:t>1 (NATIONALITY) Government / 2 Jointly within European Union / 3 dont know</w:t>
            </w:r>
          </w:p>
        </w:tc>
        <w:tc>
          <w:tcPr>
            <w:tcW w:w="648" w:type="dxa"/>
          </w:tcPr>
          <w:p w14:paraId="4E68EF8E" w14:textId="77777777" w:rsidR="004D342C" w:rsidRDefault="00000000">
            <w:pPr>
              <w:spacing w:before="20" w:after="20"/>
              <w:ind w:firstLine="0"/>
              <w:jc w:val="right"/>
            </w:pPr>
            <w:r>
              <w:rPr>
                <w:sz w:val="16"/>
              </w:rPr>
              <w:t>9</w:t>
            </w:r>
          </w:p>
        </w:tc>
      </w:tr>
      <w:tr w:rsidR="004D342C" w14:paraId="39DFFB9E" w14:textId="77777777">
        <w:trPr>
          <w:cantSplit/>
          <w:jc w:val="center"/>
        </w:trPr>
        <w:tc>
          <w:tcPr>
            <w:tcW w:w="1944" w:type="dxa"/>
          </w:tcPr>
          <w:p w14:paraId="6034774C" w14:textId="77777777" w:rsidR="004D342C" w:rsidRDefault="00000000">
            <w:pPr>
              <w:spacing w:before="20" w:after="20"/>
              <w:ind w:firstLine="0"/>
            </w:pPr>
            <w:r>
              <w:rPr>
                <w:sz w:val="16"/>
              </w:rPr>
              <w:t>jurisdworkerhealth</w:t>
            </w:r>
          </w:p>
        </w:tc>
        <w:tc>
          <w:tcPr>
            <w:tcW w:w="2880" w:type="dxa"/>
          </w:tcPr>
          <w:p w14:paraId="57D177A0" w14:textId="77777777" w:rsidR="004D342C" w:rsidRDefault="00000000">
            <w:pPr>
              <w:spacing w:before="20" w:after="20"/>
              <w:ind w:firstLine="0"/>
            </w:pPr>
            <w:r>
              <w:rPr>
                <w:sz w:val="16"/>
              </w:rPr>
              <w:t>q26s: eu common policy workers safety</w:t>
            </w:r>
          </w:p>
        </w:tc>
        <w:tc>
          <w:tcPr>
            <w:tcW w:w="3456" w:type="dxa"/>
          </w:tcPr>
          <w:p w14:paraId="19E706E0" w14:textId="77777777" w:rsidR="004D342C" w:rsidRDefault="00000000">
            <w:pPr>
              <w:spacing w:before="20" w:after="20"/>
              <w:ind w:firstLine="0"/>
            </w:pPr>
            <w:r>
              <w:rPr>
                <w:sz w:val="16"/>
              </w:rPr>
              <w:t>1 (NATIONALITY) Government / 2 Jointly within European Union / 3 dont know</w:t>
            </w:r>
          </w:p>
        </w:tc>
        <w:tc>
          <w:tcPr>
            <w:tcW w:w="648" w:type="dxa"/>
          </w:tcPr>
          <w:p w14:paraId="4EFF795E" w14:textId="77777777" w:rsidR="004D342C" w:rsidRDefault="00000000">
            <w:pPr>
              <w:spacing w:before="20" w:after="20"/>
              <w:ind w:firstLine="0"/>
              <w:jc w:val="right"/>
            </w:pPr>
            <w:r>
              <w:rPr>
                <w:sz w:val="16"/>
              </w:rPr>
              <w:t>9</w:t>
            </w:r>
          </w:p>
        </w:tc>
      </w:tr>
      <w:tr w:rsidR="004D342C" w14:paraId="276B6CB7" w14:textId="77777777">
        <w:trPr>
          <w:cantSplit/>
          <w:jc w:val="center"/>
        </w:trPr>
        <w:tc>
          <w:tcPr>
            <w:tcW w:w="1944" w:type="dxa"/>
          </w:tcPr>
          <w:p w14:paraId="60C4A886" w14:textId="77777777" w:rsidR="004D342C" w:rsidRDefault="00000000">
            <w:pPr>
              <w:spacing w:before="20" w:after="20"/>
              <w:ind w:firstLine="0"/>
            </w:pPr>
            <w:r>
              <w:rPr>
                <w:sz w:val="16"/>
              </w:rPr>
              <w:t>meansfuture</w:t>
            </w:r>
          </w:p>
        </w:tc>
        <w:tc>
          <w:tcPr>
            <w:tcW w:w="2880" w:type="dxa"/>
          </w:tcPr>
          <w:p w14:paraId="73820B7F" w14:textId="77777777" w:rsidR="004D342C" w:rsidRDefault="00000000">
            <w:pPr>
              <w:spacing w:before="20" w:after="20"/>
              <w:ind w:firstLine="0"/>
            </w:pPr>
            <w:r>
              <w:rPr>
                <w:sz w:val="16"/>
              </w:rPr>
              <w:t>EU MEANING: QUALITY OF LIFE FUTURE GENERATIONS</w:t>
            </w:r>
          </w:p>
        </w:tc>
        <w:tc>
          <w:tcPr>
            <w:tcW w:w="3456" w:type="dxa"/>
          </w:tcPr>
          <w:p w14:paraId="5EFFF9C7" w14:textId="77777777" w:rsidR="004D342C" w:rsidRDefault="00000000">
            <w:pPr>
              <w:spacing w:before="20" w:after="20"/>
              <w:ind w:firstLine="0"/>
            </w:pPr>
            <w:r>
              <w:rPr>
                <w:sz w:val="16"/>
              </w:rPr>
              <w:t>0 Not mentioned / 1 Quality of life for future generations</w:t>
            </w:r>
          </w:p>
        </w:tc>
        <w:tc>
          <w:tcPr>
            <w:tcW w:w="648" w:type="dxa"/>
          </w:tcPr>
          <w:p w14:paraId="1D1E1DD6" w14:textId="77777777" w:rsidR="004D342C" w:rsidRDefault="00000000">
            <w:pPr>
              <w:spacing w:before="20" w:after="20"/>
              <w:ind w:firstLine="0"/>
              <w:jc w:val="right"/>
            </w:pPr>
            <w:r>
              <w:rPr>
                <w:sz w:val="16"/>
              </w:rPr>
              <w:t>9</w:t>
            </w:r>
          </w:p>
        </w:tc>
      </w:tr>
      <w:tr w:rsidR="004D342C" w14:paraId="25C8DDC6" w14:textId="77777777">
        <w:trPr>
          <w:cantSplit/>
          <w:jc w:val="center"/>
        </w:trPr>
        <w:tc>
          <w:tcPr>
            <w:tcW w:w="1944" w:type="dxa"/>
          </w:tcPr>
          <w:p w14:paraId="5F367761" w14:textId="77777777" w:rsidR="004D342C" w:rsidRDefault="00000000">
            <w:pPr>
              <w:spacing w:before="20" w:after="20"/>
              <w:ind w:firstLine="0"/>
            </w:pPr>
            <w:r>
              <w:rPr>
                <w:sz w:val="16"/>
              </w:rPr>
              <w:t>proposalAsylum</w:t>
            </w:r>
          </w:p>
        </w:tc>
        <w:tc>
          <w:tcPr>
            <w:tcW w:w="2880" w:type="dxa"/>
          </w:tcPr>
          <w:p w14:paraId="478EA858" w14:textId="77777777" w:rsidR="004D342C" w:rsidRDefault="00000000">
            <w:pPr>
              <w:spacing w:before="20" w:after="20"/>
              <w:ind w:firstLine="0"/>
            </w:pPr>
            <w:r>
              <w:rPr>
                <w:sz w:val="16"/>
              </w:rPr>
              <w:t>For or against the EU proposal named (1 For / 2 Against / 3 DK; 9 inapplicable, 0 NA preserved)</w:t>
            </w:r>
          </w:p>
        </w:tc>
        <w:tc>
          <w:tcPr>
            <w:tcW w:w="3456" w:type="dxa"/>
          </w:tcPr>
          <w:p w14:paraId="46DD0538" w14:textId="77777777" w:rsidR="004D342C" w:rsidRDefault="00000000">
            <w:pPr>
              <w:spacing w:before="20" w:after="20"/>
              <w:ind w:firstLine="0"/>
            </w:pPr>
            <w:r>
              <w:rPr>
                <w:sz w:val="16"/>
              </w:rPr>
              <w:t>1 For / 2 Against / 3 Don't know</w:t>
            </w:r>
          </w:p>
        </w:tc>
        <w:tc>
          <w:tcPr>
            <w:tcW w:w="648" w:type="dxa"/>
          </w:tcPr>
          <w:p w14:paraId="281E1999" w14:textId="77777777" w:rsidR="004D342C" w:rsidRDefault="00000000">
            <w:pPr>
              <w:spacing w:before="20" w:after="20"/>
              <w:ind w:firstLine="0"/>
              <w:jc w:val="right"/>
            </w:pPr>
            <w:r>
              <w:rPr>
                <w:sz w:val="16"/>
              </w:rPr>
              <w:t>9</w:t>
            </w:r>
          </w:p>
        </w:tc>
      </w:tr>
      <w:tr w:rsidR="004D342C" w14:paraId="2EC80962" w14:textId="77777777">
        <w:trPr>
          <w:cantSplit/>
          <w:jc w:val="center"/>
        </w:trPr>
        <w:tc>
          <w:tcPr>
            <w:tcW w:w="1944" w:type="dxa"/>
          </w:tcPr>
          <w:p w14:paraId="25F0AA95" w14:textId="77777777" w:rsidR="004D342C" w:rsidRDefault="00000000">
            <w:pPr>
              <w:spacing w:before="20" w:after="20"/>
              <w:ind w:firstLine="0"/>
            </w:pPr>
            <w:r>
              <w:rPr>
                <w:sz w:val="16"/>
              </w:rPr>
              <w:t>proposalBorders</w:t>
            </w:r>
          </w:p>
        </w:tc>
        <w:tc>
          <w:tcPr>
            <w:tcW w:w="2880" w:type="dxa"/>
          </w:tcPr>
          <w:p w14:paraId="1CCCCBB5" w14:textId="77777777" w:rsidR="004D342C" w:rsidRDefault="00000000">
            <w:pPr>
              <w:spacing w:before="20" w:after="20"/>
              <w:ind w:firstLine="0"/>
            </w:pPr>
            <w:r>
              <w:rPr>
                <w:sz w:val="16"/>
              </w:rPr>
              <w:t>For or against the EU proposal named (1 For / 2 Against / 3 DK; 9 inapplicable, 0 NA preserved)</w:t>
            </w:r>
          </w:p>
        </w:tc>
        <w:tc>
          <w:tcPr>
            <w:tcW w:w="3456" w:type="dxa"/>
          </w:tcPr>
          <w:p w14:paraId="77AF8D5B" w14:textId="77777777" w:rsidR="004D342C" w:rsidRDefault="00000000">
            <w:pPr>
              <w:spacing w:before="20" w:after="20"/>
              <w:ind w:firstLine="0"/>
            </w:pPr>
            <w:r>
              <w:rPr>
                <w:sz w:val="16"/>
              </w:rPr>
              <w:t>1 For / 2 Against / 3 Don't know</w:t>
            </w:r>
          </w:p>
        </w:tc>
        <w:tc>
          <w:tcPr>
            <w:tcW w:w="648" w:type="dxa"/>
          </w:tcPr>
          <w:p w14:paraId="24CEDB83" w14:textId="77777777" w:rsidR="004D342C" w:rsidRDefault="00000000">
            <w:pPr>
              <w:spacing w:before="20" w:after="20"/>
              <w:ind w:firstLine="0"/>
              <w:jc w:val="right"/>
            </w:pPr>
            <w:r>
              <w:rPr>
                <w:sz w:val="16"/>
              </w:rPr>
              <w:t>9</w:t>
            </w:r>
          </w:p>
        </w:tc>
      </w:tr>
      <w:tr w:rsidR="004D342C" w14:paraId="2362BC27" w14:textId="77777777">
        <w:trPr>
          <w:cantSplit/>
          <w:jc w:val="center"/>
        </w:trPr>
        <w:tc>
          <w:tcPr>
            <w:tcW w:w="1944" w:type="dxa"/>
          </w:tcPr>
          <w:p w14:paraId="4B1CB171" w14:textId="77777777" w:rsidR="004D342C" w:rsidRDefault="00000000">
            <w:pPr>
              <w:spacing w:before="20" w:after="20"/>
              <w:ind w:firstLine="0"/>
            </w:pPr>
            <w:r>
              <w:rPr>
                <w:sz w:val="16"/>
              </w:rPr>
              <w:t>feareconcrisis</w:t>
            </w:r>
          </w:p>
        </w:tc>
        <w:tc>
          <w:tcPr>
            <w:tcW w:w="2880" w:type="dxa"/>
          </w:tcPr>
          <w:p w14:paraId="26D028C6" w14:textId="77777777" w:rsidR="004D342C" w:rsidRDefault="00000000">
            <w:pPr>
              <w:spacing w:before="20" w:after="20"/>
              <w:ind w:firstLine="0"/>
            </w:pPr>
            <w:r>
              <w:rPr>
                <w:sz w:val="16"/>
              </w:rPr>
              <w:t>QA17 EU FEARS - ECONOMIC CRISIS</w:t>
            </w:r>
          </w:p>
        </w:tc>
        <w:tc>
          <w:tcPr>
            <w:tcW w:w="3456" w:type="dxa"/>
          </w:tcPr>
          <w:p w14:paraId="1AB8FCEA" w14:textId="77777777" w:rsidR="004D342C" w:rsidRDefault="00000000">
            <w:pPr>
              <w:spacing w:before="20" w:after="20"/>
              <w:ind w:firstLine="0"/>
            </w:pPr>
            <w:r>
              <w:rPr>
                <w:sz w:val="16"/>
              </w:rPr>
              <w:t>1 currently afraid of it / 2 not currently afraid of it / 3 dont know</w:t>
            </w:r>
          </w:p>
        </w:tc>
        <w:tc>
          <w:tcPr>
            <w:tcW w:w="648" w:type="dxa"/>
          </w:tcPr>
          <w:p w14:paraId="45CB4D56" w14:textId="77777777" w:rsidR="004D342C" w:rsidRDefault="00000000">
            <w:pPr>
              <w:spacing w:before="20" w:after="20"/>
              <w:ind w:firstLine="0"/>
              <w:jc w:val="right"/>
            </w:pPr>
            <w:r>
              <w:rPr>
                <w:sz w:val="16"/>
              </w:rPr>
              <w:t>8</w:t>
            </w:r>
          </w:p>
        </w:tc>
      </w:tr>
      <w:tr w:rsidR="004D342C" w14:paraId="1D171DDF" w14:textId="77777777">
        <w:trPr>
          <w:cantSplit/>
          <w:jc w:val="center"/>
        </w:trPr>
        <w:tc>
          <w:tcPr>
            <w:tcW w:w="1944" w:type="dxa"/>
          </w:tcPr>
          <w:p w14:paraId="1DD8EAD4" w14:textId="77777777" w:rsidR="004D342C" w:rsidRDefault="00000000">
            <w:pPr>
              <w:spacing w:before="20" w:after="20"/>
              <w:ind w:firstLine="0"/>
            </w:pPr>
            <w:r>
              <w:rPr>
                <w:sz w:val="16"/>
              </w:rPr>
              <w:t>fearjobloss</w:t>
            </w:r>
          </w:p>
        </w:tc>
        <w:tc>
          <w:tcPr>
            <w:tcW w:w="2880" w:type="dxa"/>
          </w:tcPr>
          <w:p w14:paraId="25B58582" w14:textId="77777777" w:rsidR="004D342C" w:rsidRDefault="00000000">
            <w:pPr>
              <w:spacing w:before="20" w:after="20"/>
              <w:ind w:firstLine="0"/>
            </w:pPr>
            <w:r>
              <w:rPr>
                <w:sz w:val="16"/>
              </w:rPr>
              <w:t>QA17 EU FEARS - TRANSFER OF JOBS</w:t>
            </w:r>
          </w:p>
        </w:tc>
        <w:tc>
          <w:tcPr>
            <w:tcW w:w="3456" w:type="dxa"/>
          </w:tcPr>
          <w:p w14:paraId="3FCF926F" w14:textId="77777777" w:rsidR="004D342C" w:rsidRDefault="00000000">
            <w:pPr>
              <w:spacing w:before="20" w:after="20"/>
              <w:ind w:firstLine="0"/>
            </w:pPr>
            <w:r>
              <w:rPr>
                <w:sz w:val="16"/>
              </w:rPr>
              <w:t>1 currently afraid of it / 2 not currently afraid of it / 3 dont know</w:t>
            </w:r>
          </w:p>
        </w:tc>
        <w:tc>
          <w:tcPr>
            <w:tcW w:w="648" w:type="dxa"/>
          </w:tcPr>
          <w:p w14:paraId="19318DBC" w14:textId="77777777" w:rsidR="004D342C" w:rsidRDefault="00000000">
            <w:pPr>
              <w:spacing w:before="20" w:after="20"/>
              <w:ind w:firstLine="0"/>
              <w:jc w:val="right"/>
            </w:pPr>
            <w:r>
              <w:rPr>
                <w:sz w:val="16"/>
              </w:rPr>
              <w:t>8</w:t>
            </w:r>
          </w:p>
        </w:tc>
      </w:tr>
      <w:tr w:rsidR="004D342C" w14:paraId="19AD11F3" w14:textId="77777777">
        <w:trPr>
          <w:cantSplit/>
          <w:jc w:val="center"/>
        </w:trPr>
        <w:tc>
          <w:tcPr>
            <w:tcW w:w="1944" w:type="dxa"/>
          </w:tcPr>
          <w:p w14:paraId="1AE1ACCF" w14:textId="77777777" w:rsidR="004D342C" w:rsidRDefault="00000000">
            <w:pPr>
              <w:spacing w:before="20" w:after="20"/>
              <w:ind w:firstLine="0"/>
            </w:pPr>
            <w:r>
              <w:rPr>
                <w:sz w:val="16"/>
              </w:rPr>
              <w:t>jurisdcomputer</w:t>
            </w:r>
          </w:p>
        </w:tc>
        <w:tc>
          <w:tcPr>
            <w:tcW w:w="2880" w:type="dxa"/>
          </w:tcPr>
          <w:p w14:paraId="5EAF4EE6" w14:textId="77777777" w:rsidR="004D342C" w:rsidRDefault="00000000">
            <w:pPr>
              <w:spacing w:before="20" w:after="20"/>
              <w:ind w:firstLine="0"/>
            </w:pPr>
            <w:r>
              <w:rPr>
                <w:sz w:val="16"/>
              </w:rPr>
              <w:t>q58a.12 ec/natl policy: computer privacy</w:t>
            </w:r>
          </w:p>
        </w:tc>
        <w:tc>
          <w:tcPr>
            <w:tcW w:w="3456" w:type="dxa"/>
          </w:tcPr>
          <w:p w14:paraId="0672B542" w14:textId="77777777" w:rsidR="004D342C" w:rsidRDefault="00000000">
            <w:pPr>
              <w:spacing w:before="20" w:after="20"/>
              <w:ind w:firstLine="0"/>
            </w:pPr>
            <w:r>
              <w:rPr>
                <w:sz w:val="16"/>
              </w:rPr>
              <w:t>1 (NATIONALITY) Government / 2 Jointly within European Union / 3 dont know</w:t>
            </w:r>
          </w:p>
        </w:tc>
        <w:tc>
          <w:tcPr>
            <w:tcW w:w="648" w:type="dxa"/>
          </w:tcPr>
          <w:p w14:paraId="79A0676F" w14:textId="77777777" w:rsidR="004D342C" w:rsidRDefault="00000000">
            <w:pPr>
              <w:spacing w:before="20" w:after="20"/>
              <w:ind w:firstLine="0"/>
              <w:jc w:val="right"/>
            </w:pPr>
            <w:r>
              <w:rPr>
                <w:sz w:val="16"/>
              </w:rPr>
              <w:t>8</w:t>
            </w:r>
          </w:p>
        </w:tc>
      </w:tr>
      <w:tr w:rsidR="004D342C" w14:paraId="6E15B933" w14:textId="77777777">
        <w:trPr>
          <w:cantSplit/>
          <w:jc w:val="center"/>
        </w:trPr>
        <w:tc>
          <w:tcPr>
            <w:tcW w:w="1944" w:type="dxa"/>
          </w:tcPr>
          <w:p w14:paraId="1F965E3D" w14:textId="77777777" w:rsidR="004D342C" w:rsidRDefault="00000000">
            <w:pPr>
              <w:spacing w:before="20" w:after="20"/>
              <w:ind w:firstLine="0"/>
            </w:pPr>
            <w:r>
              <w:rPr>
                <w:sz w:val="16"/>
              </w:rPr>
              <w:t>priority4dontknow</w:t>
            </w:r>
          </w:p>
        </w:tc>
        <w:tc>
          <w:tcPr>
            <w:tcW w:w="2880" w:type="dxa"/>
          </w:tcPr>
          <w:p w14:paraId="66A9FE29" w14:textId="77777777" w:rsidR="004D342C" w:rsidRDefault="00000000">
            <w:pPr>
              <w:spacing w:before="20" w:after="20"/>
              <w:ind w:firstLine="0"/>
            </w:pPr>
            <w:r>
              <w:rPr>
                <w:sz w:val="16"/>
              </w:rPr>
              <w:t>QA23 EU INTEGRATION FOCUS: DK</w:t>
            </w:r>
          </w:p>
        </w:tc>
        <w:tc>
          <w:tcPr>
            <w:tcW w:w="3456" w:type="dxa"/>
          </w:tcPr>
          <w:p w14:paraId="228846FC" w14:textId="77777777" w:rsidR="004D342C" w:rsidRDefault="00000000">
            <w:pPr>
              <w:spacing w:before="20" w:after="20"/>
              <w:ind w:firstLine="0"/>
            </w:pPr>
            <w:r>
              <w:rPr>
                <w:sz w:val="16"/>
              </w:rPr>
              <w:t>0 NOT MENTIONED / 1 DK</w:t>
            </w:r>
          </w:p>
        </w:tc>
        <w:tc>
          <w:tcPr>
            <w:tcW w:w="648" w:type="dxa"/>
          </w:tcPr>
          <w:p w14:paraId="6117EE16" w14:textId="77777777" w:rsidR="004D342C" w:rsidRDefault="00000000">
            <w:pPr>
              <w:spacing w:before="20" w:after="20"/>
              <w:ind w:firstLine="0"/>
              <w:jc w:val="right"/>
            </w:pPr>
            <w:r>
              <w:rPr>
                <w:sz w:val="16"/>
              </w:rPr>
              <w:t>9</w:t>
            </w:r>
          </w:p>
        </w:tc>
      </w:tr>
      <w:tr w:rsidR="004D342C" w14:paraId="08C2C465" w14:textId="77777777">
        <w:trPr>
          <w:cantSplit/>
          <w:jc w:val="center"/>
        </w:trPr>
        <w:tc>
          <w:tcPr>
            <w:tcW w:w="1944" w:type="dxa"/>
          </w:tcPr>
          <w:p w14:paraId="526ED95B" w14:textId="77777777" w:rsidR="004D342C" w:rsidRDefault="00000000">
            <w:pPr>
              <w:spacing w:before="20" w:after="20"/>
              <w:ind w:firstLine="0"/>
            </w:pPr>
            <w:r>
              <w:rPr>
                <w:sz w:val="16"/>
              </w:rPr>
              <w:t>priority4social</w:t>
            </w:r>
          </w:p>
        </w:tc>
        <w:tc>
          <w:tcPr>
            <w:tcW w:w="2880" w:type="dxa"/>
          </w:tcPr>
          <w:p w14:paraId="01954D68" w14:textId="77777777" w:rsidR="004D342C" w:rsidRDefault="00000000">
            <w:pPr>
              <w:spacing w:before="20" w:after="20"/>
              <w:ind w:firstLine="0"/>
            </w:pPr>
            <w:r>
              <w:rPr>
                <w:sz w:val="16"/>
              </w:rPr>
              <w:t>QA23 EU INTEGRATION FOCUS: SOCIAL POLICY</w:t>
            </w:r>
          </w:p>
        </w:tc>
        <w:tc>
          <w:tcPr>
            <w:tcW w:w="3456" w:type="dxa"/>
          </w:tcPr>
          <w:p w14:paraId="57C73DFC" w14:textId="77777777" w:rsidR="004D342C" w:rsidRDefault="00000000">
            <w:pPr>
              <w:spacing w:before="20" w:after="20"/>
              <w:ind w:firstLine="0"/>
            </w:pPr>
            <w:r>
              <w:rPr>
                <w:sz w:val="16"/>
              </w:rPr>
              <w:t>0 NOT MENTIONED / 1 Social policy</w:t>
            </w:r>
          </w:p>
        </w:tc>
        <w:tc>
          <w:tcPr>
            <w:tcW w:w="648" w:type="dxa"/>
          </w:tcPr>
          <w:p w14:paraId="11A1D706" w14:textId="77777777" w:rsidR="004D342C" w:rsidRDefault="00000000">
            <w:pPr>
              <w:spacing w:before="20" w:after="20"/>
              <w:ind w:firstLine="0"/>
              <w:jc w:val="right"/>
            </w:pPr>
            <w:r>
              <w:rPr>
                <w:sz w:val="16"/>
              </w:rPr>
              <w:t>8</w:t>
            </w:r>
          </w:p>
        </w:tc>
      </w:tr>
      <w:tr w:rsidR="004D342C" w14:paraId="4C6136A1" w14:textId="77777777">
        <w:trPr>
          <w:cantSplit/>
          <w:jc w:val="center"/>
        </w:trPr>
        <w:tc>
          <w:tcPr>
            <w:tcW w:w="1944" w:type="dxa"/>
          </w:tcPr>
          <w:p w14:paraId="32F5078C" w14:textId="77777777" w:rsidR="004D342C" w:rsidRDefault="00000000">
            <w:pPr>
              <w:spacing w:before="20" w:after="20"/>
              <w:ind w:firstLine="0"/>
            </w:pPr>
            <w:r>
              <w:rPr>
                <w:sz w:val="16"/>
              </w:rPr>
              <w:t>worldwarprobability</w:t>
            </w:r>
          </w:p>
        </w:tc>
        <w:tc>
          <w:tcPr>
            <w:tcW w:w="2880" w:type="dxa"/>
          </w:tcPr>
          <w:p w14:paraId="7D2F49D1" w14:textId="77777777" w:rsidR="004D342C" w:rsidRDefault="00000000">
            <w:pPr>
              <w:spacing w:before="20" w:after="20"/>
              <w:ind w:firstLine="0"/>
            </w:pPr>
            <w:r>
              <w:rPr>
                <w:sz w:val="16"/>
              </w:rPr>
              <w:t>Subjective probability of world war within 10 years (0-100)</w:t>
            </w:r>
          </w:p>
        </w:tc>
        <w:tc>
          <w:tcPr>
            <w:tcW w:w="3456" w:type="dxa"/>
          </w:tcPr>
          <w:p w14:paraId="1A2FCD77" w14:textId="77777777" w:rsidR="004D342C" w:rsidRDefault="00000000">
            <w:pPr>
              <w:spacing w:before="20" w:after="20"/>
              <w:ind w:firstLine="0"/>
            </w:pPr>
            <w:r>
              <w:rPr>
                <w:sz w:val="16"/>
              </w:rPr>
              <w:t>0-100 in steps of 10</w:t>
            </w:r>
          </w:p>
        </w:tc>
        <w:tc>
          <w:tcPr>
            <w:tcW w:w="648" w:type="dxa"/>
          </w:tcPr>
          <w:p w14:paraId="36EA0F7E" w14:textId="77777777" w:rsidR="004D342C" w:rsidRDefault="00000000">
            <w:pPr>
              <w:spacing w:before="20" w:after="20"/>
              <w:ind w:firstLine="0"/>
              <w:jc w:val="right"/>
            </w:pPr>
            <w:r>
              <w:rPr>
                <w:sz w:val="16"/>
              </w:rPr>
              <w:t>8</w:t>
            </w:r>
          </w:p>
        </w:tc>
      </w:tr>
      <w:tr w:rsidR="004D342C" w14:paraId="40063F36" w14:textId="77777777">
        <w:trPr>
          <w:cantSplit/>
          <w:jc w:val="center"/>
        </w:trPr>
        <w:tc>
          <w:tcPr>
            <w:tcW w:w="1944" w:type="dxa"/>
          </w:tcPr>
          <w:p w14:paraId="4879A0DE" w14:textId="77777777" w:rsidR="004D342C" w:rsidRDefault="00000000">
            <w:pPr>
              <w:spacing w:before="20" w:after="20"/>
              <w:ind w:firstLine="0"/>
            </w:pPr>
            <w:r>
              <w:rPr>
                <w:sz w:val="16"/>
              </w:rPr>
              <w:t>expectpeace</w:t>
            </w:r>
          </w:p>
        </w:tc>
        <w:tc>
          <w:tcPr>
            <w:tcW w:w="2880" w:type="dxa"/>
          </w:tcPr>
          <w:p w14:paraId="7D1D5171" w14:textId="77777777" w:rsidR="004D342C" w:rsidRDefault="00000000">
            <w:pPr>
              <w:spacing w:before="20" w:after="20"/>
              <w:ind w:firstLine="0"/>
            </w:pPr>
            <w:r>
              <w:rPr>
                <w:sz w:val="16"/>
              </w:rPr>
              <w:t>Expect peaceful or troubled year internationally</w:t>
            </w:r>
          </w:p>
        </w:tc>
        <w:tc>
          <w:tcPr>
            <w:tcW w:w="3456" w:type="dxa"/>
          </w:tcPr>
          <w:p w14:paraId="68CA525C" w14:textId="77777777" w:rsidR="004D342C" w:rsidRDefault="00000000">
            <w:pPr>
              <w:spacing w:before="20" w:after="20"/>
              <w:ind w:firstLine="0"/>
            </w:pPr>
            <w:r>
              <w:rPr>
                <w:sz w:val="16"/>
              </w:rPr>
              <w:t>1 peaceful year / 2 remain the same / 3 troubled year</w:t>
            </w:r>
          </w:p>
        </w:tc>
        <w:tc>
          <w:tcPr>
            <w:tcW w:w="648" w:type="dxa"/>
          </w:tcPr>
          <w:p w14:paraId="34C68C6F" w14:textId="77777777" w:rsidR="004D342C" w:rsidRDefault="00000000">
            <w:pPr>
              <w:spacing w:before="20" w:after="20"/>
              <w:ind w:firstLine="0"/>
              <w:jc w:val="right"/>
            </w:pPr>
            <w:r>
              <w:rPr>
                <w:sz w:val="16"/>
              </w:rPr>
              <w:t>7</w:t>
            </w:r>
          </w:p>
        </w:tc>
      </w:tr>
      <w:tr w:rsidR="004D342C" w14:paraId="358443EA" w14:textId="77777777">
        <w:trPr>
          <w:cantSplit/>
          <w:jc w:val="center"/>
        </w:trPr>
        <w:tc>
          <w:tcPr>
            <w:tcW w:w="1944" w:type="dxa"/>
          </w:tcPr>
          <w:p w14:paraId="4AB3DFFF" w14:textId="77777777" w:rsidR="004D342C" w:rsidRDefault="00000000">
            <w:pPr>
              <w:spacing w:before="20" w:after="20"/>
              <w:ind w:firstLine="0"/>
            </w:pPr>
            <w:r>
              <w:rPr>
                <w:sz w:val="16"/>
              </w:rPr>
              <w:t>fearfarmers</w:t>
            </w:r>
          </w:p>
        </w:tc>
        <w:tc>
          <w:tcPr>
            <w:tcW w:w="2880" w:type="dxa"/>
          </w:tcPr>
          <w:p w14:paraId="71A50A42" w14:textId="77777777" w:rsidR="004D342C" w:rsidRDefault="00000000">
            <w:pPr>
              <w:spacing w:before="20" w:after="20"/>
              <w:ind w:firstLine="0"/>
            </w:pPr>
            <w:r>
              <w:rPr>
                <w:sz w:val="16"/>
              </w:rPr>
              <w:t>QA17 EU FEARS - DIFFICULTIES FOR FARMERS</w:t>
            </w:r>
          </w:p>
        </w:tc>
        <w:tc>
          <w:tcPr>
            <w:tcW w:w="3456" w:type="dxa"/>
          </w:tcPr>
          <w:p w14:paraId="638770E6" w14:textId="77777777" w:rsidR="004D342C" w:rsidRDefault="00000000">
            <w:pPr>
              <w:spacing w:before="20" w:after="20"/>
              <w:ind w:firstLine="0"/>
            </w:pPr>
            <w:r>
              <w:rPr>
                <w:sz w:val="16"/>
              </w:rPr>
              <w:t>1 currently afraid of it / 2 not currently afraid of it / 3 dont know</w:t>
            </w:r>
          </w:p>
        </w:tc>
        <w:tc>
          <w:tcPr>
            <w:tcW w:w="648" w:type="dxa"/>
          </w:tcPr>
          <w:p w14:paraId="5E03092F" w14:textId="77777777" w:rsidR="004D342C" w:rsidRDefault="00000000">
            <w:pPr>
              <w:spacing w:before="20" w:after="20"/>
              <w:ind w:firstLine="0"/>
              <w:jc w:val="right"/>
            </w:pPr>
            <w:r>
              <w:rPr>
                <w:sz w:val="16"/>
              </w:rPr>
              <w:t>7</w:t>
            </w:r>
          </w:p>
        </w:tc>
      </w:tr>
      <w:tr w:rsidR="004D342C" w14:paraId="01274B2D" w14:textId="77777777">
        <w:trPr>
          <w:cantSplit/>
          <w:jc w:val="center"/>
        </w:trPr>
        <w:tc>
          <w:tcPr>
            <w:tcW w:w="1944" w:type="dxa"/>
          </w:tcPr>
          <w:p w14:paraId="2E2E3ACE" w14:textId="77777777" w:rsidR="004D342C" w:rsidRDefault="00000000">
            <w:pPr>
              <w:spacing w:before="20" w:after="20"/>
              <w:ind w:firstLine="0"/>
            </w:pPr>
            <w:r>
              <w:rPr>
                <w:sz w:val="16"/>
              </w:rPr>
              <w:t>issueimpenvironment</w:t>
            </w:r>
          </w:p>
        </w:tc>
        <w:tc>
          <w:tcPr>
            <w:tcW w:w="2880" w:type="dxa"/>
          </w:tcPr>
          <w:p w14:paraId="3E92BFA9" w14:textId="77777777" w:rsidR="004D342C" w:rsidRDefault="00000000">
            <w:pPr>
              <w:spacing w:before="20" w:after="20"/>
              <w:ind w:firstLine="0"/>
            </w:pPr>
            <w:r>
              <w:rPr>
                <w:sz w:val="16"/>
              </w:rPr>
              <w:t>Importance of issue: environment</w:t>
            </w:r>
          </w:p>
        </w:tc>
        <w:tc>
          <w:tcPr>
            <w:tcW w:w="3456" w:type="dxa"/>
          </w:tcPr>
          <w:p w14:paraId="1ECF9388" w14:textId="77777777" w:rsidR="004D342C" w:rsidRDefault="00000000">
            <w:pPr>
              <w:spacing w:before="20" w:after="20"/>
              <w:ind w:firstLine="0"/>
            </w:pPr>
            <w:r>
              <w:rPr>
                <w:sz w:val="16"/>
              </w:rPr>
              <w:t>1 very important / 2 important / 3 of little importance / 4 not at all important</w:t>
            </w:r>
          </w:p>
        </w:tc>
        <w:tc>
          <w:tcPr>
            <w:tcW w:w="648" w:type="dxa"/>
          </w:tcPr>
          <w:p w14:paraId="1C5B99C8" w14:textId="77777777" w:rsidR="004D342C" w:rsidRDefault="00000000">
            <w:pPr>
              <w:spacing w:before="20" w:after="20"/>
              <w:ind w:firstLine="0"/>
              <w:jc w:val="right"/>
            </w:pPr>
            <w:r>
              <w:rPr>
                <w:sz w:val="16"/>
              </w:rPr>
              <w:t>7</w:t>
            </w:r>
          </w:p>
        </w:tc>
      </w:tr>
      <w:tr w:rsidR="004D342C" w14:paraId="77408836" w14:textId="77777777">
        <w:trPr>
          <w:cantSplit/>
          <w:jc w:val="center"/>
        </w:trPr>
        <w:tc>
          <w:tcPr>
            <w:tcW w:w="1944" w:type="dxa"/>
          </w:tcPr>
          <w:p w14:paraId="5B7BB5B1" w14:textId="77777777" w:rsidR="004D342C" w:rsidRDefault="00000000">
            <w:pPr>
              <w:spacing w:before="20" w:after="20"/>
              <w:ind w:firstLine="0"/>
            </w:pPr>
            <w:r>
              <w:rPr>
                <w:sz w:val="16"/>
              </w:rPr>
              <w:t>issueimpregions</w:t>
            </w:r>
          </w:p>
        </w:tc>
        <w:tc>
          <w:tcPr>
            <w:tcW w:w="2880" w:type="dxa"/>
          </w:tcPr>
          <w:p w14:paraId="33F637EC" w14:textId="77777777" w:rsidR="004D342C" w:rsidRDefault="00000000">
            <w:pPr>
              <w:spacing w:before="20" w:after="20"/>
              <w:ind w:firstLine="0"/>
            </w:pPr>
            <w:r>
              <w:rPr>
                <w:sz w:val="16"/>
              </w:rPr>
              <w:t>Importance of issue: regional differences</w:t>
            </w:r>
          </w:p>
        </w:tc>
        <w:tc>
          <w:tcPr>
            <w:tcW w:w="3456" w:type="dxa"/>
          </w:tcPr>
          <w:p w14:paraId="07CC17E7" w14:textId="77777777" w:rsidR="004D342C" w:rsidRDefault="00000000">
            <w:pPr>
              <w:spacing w:before="20" w:after="20"/>
              <w:ind w:firstLine="0"/>
            </w:pPr>
            <w:r>
              <w:rPr>
                <w:sz w:val="16"/>
              </w:rPr>
              <w:t>1 very important / 2 important / 3 of little importance / 4 not at all important</w:t>
            </w:r>
          </w:p>
        </w:tc>
        <w:tc>
          <w:tcPr>
            <w:tcW w:w="648" w:type="dxa"/>
          </w:tcPr>
          <w:p w14:paraId="3BBDB11D" w14:textId="77777777" w:rsidR="004D342C" w:rsidRDefault="00000000">
            <w:pPr>
              <w:spacing w:before="20" w:after="20"/>
              <w:ind w:firstLine="0"/>
              <w:jc w:val="right"/>
            </w:pPr>
            <w:r>
              <w:rPr>
                <w:sz w:val="16"/>
              </w:rPr>
              <w:t>7</w:t>
            </w:r>
          </w:p>
        </w:tc>
      </w:tr>
      <w:tr w:rsidR="004D342C" w14:paraId="7771B022" w14:textId="77777777">
        <w:trPr>
          <w:cantSplit/>
          <w:jc w:val="center"/>
        </w:trPr>
        <w:tc>
          <w:tcPr>
            <w:tcW w:w="1944" w:type="dxa"/>
          </w:tcPr>
          <w:p w14:paraId="01B6884A" w14:textId="77777777" w:rsidR="004D342C" w:rsidRDefault="00000000">
            <w:pPr>
              <w:spacing w:before="20" w:after="20"/>
              <w:ind w:firstLine="0"/>
            </w:pPr>
            <w:r>
              <w:rPr>
                <w:sz w:val="16"/>
              </w:rPr>
              <w:t>issueimpsuperpowers</w:t>
            </w:r>
          </w:p>
        </w:tc>
        <w:tc>
          <w:tcPr>
            <w:tcW w:w="2880" w:type="dxa"/>
          </w:tcPr>
          <w:p w14:paraId="52973E59" w14:textId="77777777" w:rsidR="004D342C" w:rsidRDefault="00000000">
            <w:pPr>
              <w:spacing w:before="20" w:after="20"/>
              <w:ind w:firstLine="0"/>
            </w:pPr>
            <w:r>
              <w:rPr>
                <w:sz w:val="16"/>
              </w:rPr>
              <w:t>Importance of issue: relations with the superpowers</w:t>
            </w:r>
          </w:p>
        </w:tc>
        <w:tc>
          <w:tcPr>
            <w:tcW w:w="3456" w:type="dxa"/>
          </w:tcPr>
          <w:p w14:paraId="0F3FB068" w14:textId="77777777" w:rsidR="004D342C" w:rsidRDefault="00000000">
            <w:pPr>
              <w:spacing w:before="20" w:after="20"/>
              <w:ind w:firstLine="0"/>
            </w:pPr>
            <w:r>
              <w:rPr>
                <w:sz w:val="16"/>
              </w:rPr>
              <w:t>1 very important / 2 important / 3 of little importance / 4 not at all important</w:t>
            </w:r>
          </w:p>
        </w:tc>
        <w:tc>
          <w:tcPr>
            <w:tcW w:w="648" w:type="dxa"/>
          </w:tcPr>
          <w:p w14:paraId="195F489F" w14:textId="77777777" w:rsidR="004D342C" w:rsidRDefault="00000000">
            <w:pPr>
              <w:spacing w:before="20" w:after="20"/>
              <w:ind w:firstLine="0"/>
              <w:jc w:val="right"/>
            </w:pPr>
            <w:r>
              <w:rPr>
                <w:sz w:val="16"/>
              </w:rPr>
              <w:t>7</w:t>
            </w:r>
          </w:p>
        </w:tc>
      </w:tr>
      <w:tr w:rsidR="004D342C" w14:paraId="7225BFD5" w14:textId="77777777">
        <w:trPr>
          <w:cantSplit/>
          <w:jc w:val="center"/>
        </w:trPr>
        <w:tc>
          <w:tcPr>
            <w:tcW w:w="1944" w:type="dxa"/>
          </w:tcPr>
          <w:p w14:paraId="5F7F0747" w14:textId="77777777" w:rsidR="004D342C" w:rsidRDefault="00000000">
            <w:pPr>
              <w:spacing w:before="20" w:after="20"/>
              <w:ind w:firstLine="0"/>
            </w:pPr>
            <w:r>
              <w:rPr>
                <w:sz w:val="16"/>
              </w:rPr>
              <w:t>issuetransport</w:t>
            </w:r>
          </w:p>
        </w:tc>
        <w:tc>
          <w:tcPr>
            <w:tcW w:w="2880" w:type="dxa"/>
          </w:tcPr>
          <w:p w14:paraId="2747239C" w14:textId="77777777" w:rsidR="004D342C" w:rsidRDefault="00000000">
            <w:pPr>
              <w:spacing w:before="20" w:after="20"/>
              <w:ind w:firstLine="0"/>
            </w:pPr>
            <w:r>
              <w:rPr>
                <w:sz w:val="16"/>
              </w:rPr>
              <w:t>QA28A IMPORTANT ISSUES: PUBLIC TRANSPORT</w:t>
            </w:r>
          </w:p>
        </w:tc>
        <w:tc>
          <w:tcPr>
            <w:tcW w:w="3456" w:type="dxa"/>
          </w:tcPr>
          <w:p w14:paraId="6F2DD1F7" w14:textId="77777777" w:rsidR="004D342C" w:rsidRDefault="00000000">
            <w:pPr>
              <w:spacing w:before="20" w:after="20"/>
              <w:ind w:firstLine="0"/>
            </w:pPr>
            <w:r>
              <w:rPr>
                <w:sz w:val="16"/>
              </w:rPr>
              <w:t>0 not mentioned / 1 mentioned</w:t>
            </w:r>
          </w:p>
        </w:tc>
        <w:tc>
          <w:tcPr>
            <w:tcW w:w="648" w:type="dxa"/>
          </w:tcPr>
          <w:p w14:paraId="4BDCD6B5" w14:textId="77777777" w:rsidR="004D342C" w:rsidRDefault="00000000">
            <w:pPr>
              <w:spacing w:before="20" w:after="20"/>
              <w:ind w:firstLine="0"/>
              <w:jc w:val="right"/>
            </w:pPr>
            <w:r>
              <w:rPr>
                <w:sz w:val="16"/>
              </w:rPr>
              <w:t>7</w:t>
            </w:r>
          </w:p>
        </w:tc>
      </w:tr>
      <w:tr w:rsidR="004D342C" w14:paraId="3A5B4C6F" w14:textId="77777777">
        <w:trPr>
          <w:cantSplit/>
          <w:jc w:val="center"/>
        </w:trPr>
        <w:tc>
          <w:tcPr>
            <w:tcW w:w="1944" w:type="dxa"/>
          </w:tcPr>
          <w:p w14:paraId="2D3D45AB" w14:textId="77777777" w:rsidR="004D342C" w:rsidRDefault="00000000">
            <w:pPr>
              <w:spacing w:before="20" w:after="20"/>
              <w:ind w:firstLine="0"/>
            </w:pPr>
            <w:r>
              <w:rPr>
                <w:sz w:val="16"/>
              </w:rPr>
              <w:t>jurisdindustrial</w:t>
            </w:r>
          </w:p>
        </w:tc>
        <w:tc>
          <w:tcPr>
            <w:tcW w:w="2880" w:type="dxa"/>
          </w:tcPr>
          <w:p w14:paraId="22A66B31" w14:textId="77777777" w:rsidR="004D342C" w:rsidRDefault="00000000">
            <w:pPr>
              <w:spacing w:before="20" w:after="20"/>
              <w:ind w:firstLine="0"/>
            </w:pPr>
            <w:r>
              <w:rPr>
                <w:sz w:val="16"/>
              </w:rPr>
              <w:t>q28 decision:industr pol</w:t>
            </w:r>
          </w:p>
        </w:tc>
        <w:tc>
          <w:tcPr>
            <w:tcW w:w="3456" w:type="dxa"/>
          </w:tcPr>
          <w:p w14:paraId="656B07DF" w14:textId="77777777" w:rsidR="004D342C" w:rsidRDefault="00000000">
            <w:pPr>
              <w:spacing w:before="20" w:after="20"/>
              <w:ind w:firstLine="0"/>
            </w:pPr>
            <w:r>
              <w:rPr>
                <w:sz w:val="16"/>
              </w:rPr>
              <w:t>1 (NATIONALITY) Government / 2 Jointly within European Union / 3 dont know</w:t>
            </w:r>
          </w:p>
        </w:tc>
        <w:tc>
          <w:tcPr>
            <w:tcW w:w="648" w:type="dxa"/>
          </w:tcPr>
          <w:p w14:paraId="5619E461" w14:textId="77777777" w:rsidR="004D342C" w:rsidRDefault="00000000">
            <w:pPr>
              <w:spacing w:before="20" w:after="20"/>
              <w:ind w:firstLine="0"/>
              <w:jc w:val="right"/>
            </w:pPr>
            <w:r>
              <w:rPr>
                <w:sz w:val="16"/>
              </w:rPr>
              <w:t>7</w:t>
            </w:r>
          </w:p>
        </w:tc>
      </w:tr>
      <w:tr w:rsidR="004D342C" w14:paraId="7DB11EDA" w14:textId="77777777">
        <w:trPr>
          <w:cantSplit/>
          <w:jc w:val="center"/>
        </w:trPr>
        <w:tc>
          <w:tcPr>
            <w:tcW w:w="1944" w:type="dxa"/>
          </w:tcPr>
          <w:p w14:paraId="5B900714" w14:textId="77777777" w:rsidR="004D342C" w:rsidRDefault="00000000">
            <w:pPr>
              <w:spacing w:before="20" w:after="20"/>
              <w:ind w:firstLine="0"/>
            </w:pPr>
            <w:r>
              <w:rPr>
                <w:sz w:val="16"/>
              </w:rPr>
              <w:t>priorityfoodquality</w:t>
            </w:r>
          </w:p>
        </w:tc>
        <w:tc>
          <w:tcPr>
            <w:tcW w:w="2880" w:type="dxa"/>
          </w:tcPr>
          <w:p w14:paraId="3F6C726B" w14:textId="77777777" w:rsidR="004D342C" w:rsidRDefault="00000000">
            <w:pPr>
              <w:spacing w:before="20" w:after="20"/>
              <w:ind w:firstLine="0"/>
            </w:pPr>
            <w:r>
              <w:rPr>
                <w:sz w:val="16"/>
              </w:rPr>
              <w:t>q.30.6. - i am going to read out a list</w:t>
            </w:r>
          </w:p>
        </w:tc>
        <w:tc>
          <w:tcPr>
            <w:tcW w:w="3456" w:type="dxa"/>
          </w:tcPr>
          <w:p w14:paraId="3E6E38C8" w14:textId="77777777" w:rsidR="004D342C" w:rsidRDefault="00000000">
            <w:pPr>
              <w:spacing w:before="20" w:after="20"/>
              <w:ind w:firstLine="0"/>
            </w:pPr>
            <w:r>
              <w:rPr>
                <w:sz w:val="16"/>
              </w:rPr>
              <w:t>1 priority / 2 not a priority / 3 dont know</w:t>
            </w:r>
          </w:p>
        </w:tc>
        <w:tc>
          <w:tcPr>
            <w:tcW w:w="648" w:type="dxa"/>
          </w:tcPr>
          <w:p w14:paraId="25851631" w14:textId="77777777" w:rsidR="004D342C" w:rsidRDefault="00000000">
            <w:pPr>
              <w:spacing w:before="20" w:after="20"/>
              <w:ind w:firstLine="0"/>
              <w:jc w:val="right"/>
            </w:pPr>
            <w:r>
              <w:rPr>
                <w:sz w:val="16"/>
              </w:rPr>
              <w:t>7</w:t>
            </w:r>
          </w:p>
        </w:tc>
      </w:tr>
      <w:tr w:rsidR="004D342C" w14:paraId="0BF79533" w14:textId="77777777">
        <w:trPr>
          <w:cantSplit/>
          <w:jc w:val="center"/>
        </w:trPr>
        <w:tc>
          <w:tcPr>
            <w:tcW w:w="1944" w:type="dxa"/>
          </w:tcPr>
          <w:p w14:paraId="0EF99539" w14:textId="77777777" w:rsidR="004D342C" w:rsidRDefault="00000000">
            <w:pPr>
              <w:spacing w:before="20" w:after="20"/>
              <w:ind w:firstLine="0"/>
            </w:pPr>
            <w:r>
              <w:rPr>
                <w:sz w:val="16"/>
              </w:rPr>
              <w:t>issueimpconsumer</w:t>
            </w:r>
          </w:p>
        </w:tc>
        <w:tc>
          <w:tcPr>
            <w:tcW w:w="2880" w:type="dxa"/>
          </w:tcPr>
          <w:p w14:paraId="17DE6149" w14:textId="77777777" w:rsidR="004D342C" w:rsidRDefault="00000000">
            <w:pPr>
              <w:spacing w:before="20" w:after="20"/>
              <w:ind w:firstLine="0"/>
            </w:pPr>
            <w:r>
              <w:rPr>
                <w:sz w:val="16"/>
              </w:rPr>
              <w:t>Importance of issue: consumer protection</w:t>
            </w:r>
          </w:p>
        </w:tc>
        <w:tc>
          <w:tcPr>
            <w:tcW w:w="3456" w:type="dxa"/>
          </w:tcPr>
          <w:p w14:paraId="4946DC20" w14:textId="77777777" w:rsidR="004D342C" w:rsidRDefault="00000000">
            <w:pPr>
              <w:spacing w:before="20" w:after="20"/>
              <w:ind w:firstLine="0"/>
            </w:pPr>
            <w:r>
              <w:rPr>
                <w:sz w:val="16"/>
              </w:rPr>
              <w:t>1 very important / 2 important / 3 of little importance / 4 not at all important</w:t>
            </w:r>
          </w:p>
        </w:tc>
        <w:tc>
          <w:tcPr>
            <w:tcW w:w="648" w:type="dxa"/>
          </w:tcPr>
          <w:p w14:paraId="3E7790B7" w14:textId="77777777" w:rsidR="004D342C" w:rsidRDefault="00000000">
            <w:pPr>
              <w:spacing w:before="20" w:after="20"/>
              <w:ind w:firstLine="0"/>
              <w:jc w:val="right"/>
            </w:pPr>
            <w:r>
              <w:rPr>
                <w:sz w:val="16"/>
              </w:rPr>
              <w:t>6</w:t>
            </w:r>
          </w:p>
        </w:tc>
      </w:tr>
      <w:tr w:rsidR="004D342C" w14:paraId="03B46B53" w14:textId="77777777">
        <w:trPr>
          <w:cantSplit/>
          <w:jc w:val="center"/>
        </w:trPr>
        <w:tc>
          <w:tcPr>
            <w:tcW w:w="1944" w:type="dxa"/>
          </w:tcPr>
          <w:p w14:paraId="34237B67" w14:textId="77777777" w:rsidR="004D342C" w:rsidRDefault="00000000">
            <w:pPr>
              <w:spacing w:before="20" w:after="20"/>
              <w:ind w:firstLine="0"/>
            </w:pPr>
            <w:r>
              <w:rPr>
                <w:sz w:val="16"/>
              </w:rPr>
              <w:lastRenderedPageBreak/>
              <w:t>issueimpprices</w:t>
            </w:r>
          </w:p>
        </w:tc>
        <w:tc>
          <w:tcPr>
            <w:tcW w:w="2880" w:type="dxa"/>
          </w:tcPr>
          <w:p w14:paraId="5041E8E5" w14:textId="77777777" w:rsidR="004D342C" w:rsidRDefault="00000000">
            <w:pPr>
              <w:spacing w:before="20" w:after="20"/>
              <w:ind w:firstLine="0"/>
            </w:pPr>
            <w:r>
              <w:rPr>
                <w:sz w:val="16"/>
              </w:rPr>
              <w:t>Importance of issue: rising prices</w:t>
            </w:r>
          </w:p>
        </w:tc>
        <w:tc>
          <w:tcPr>
            <w:tcW w:w="3456" w:type="dxa"/>
          </w:tcPr>
          <w:p w14:paraId="0B90882A" w14:textId="77777777" w:rsidR="004D342C" w:rsidRDefault="00000000">
            <w:pPr>
              <w:spacing w:before="20" w:after="20"/>
              <w:ind w:firstLine="0"/>
            </w:pPr>
            <w:r>
              <w:rPr>
                <w:sz w:val="16"/>
              </w:rPr>
              <w:t>1 very important / 2 important / 3 of little importance / 4 not at all important</w:t>
            </w:r>
          </w:p>
        </w:tc>
        <w:tc>
          <w:tcPr>
            <w:tcW w:w="648" w:type="dxa"/>
          </w:tcPr>
          <w:p w14:paraId="42C4671C" w14:textId="77777777" w:rsidR="004D342C" w:rsidRDefault="00000000">
            <w:pPr>
              <w:spacing w:before="20" w:after="20"/>
              <w:ind w:firstLine="0"/>
              <w:jc w:val="right"/>
            </w:pPr>
            <w:r>
              <w:rPr>
                <w:sz w:val="16"/>
              </w:rPr>
              <w:t>6</w:t>
            </w:r>
          </w:p>
        </w:tc>
      </w:tr>
      <w:tr w:rsidR="004D342C" w14:paraId="5B8D9160" w14:textId="77777777">
        <w:trPr>
          <w:cantSplit/>
          <w:jc w:val="center"/>
        </w:trPr>
        <w:tc>
          <w:tcPr>
            <w:tcW w:w="1944" w:type="dxa"/>
          </w:tcPr>
          <w:p w14:paraId="3B8613F0" w14:textId="77777777" w:rsidR="004D342C" w:rsidRDefault="00000000">
            <w:pPr>
              <w:spacing w:before="20" w:after="20"/>
              <w:ind w:firstLine="0"/>
            </w:pPr>
            <w:r>
              <w:rPr>
                <w:sz w:val="16"/>
              </w:rPr>
              <w:t>issueinternational</w:t>
            </w:r>
          </w:p>
        </w:tc>
        <w:tc>
          <w:tcPr>
            <w:tcW w:w="2880" w:type="dxa"/>
          </w:tcPr>
          <w:p w14:paraId="21B7AE4A" w14:textId="77777777" w:rsidR="004D342C" w:rsidRDefault="00000000">
            <w:pPr>
              <w:spacing w:before="20" w:after="20"/>
              <w:ind w:firstLine="0"/>
            </w:pPr>
            <w:r>
              <w:rPr>
                <w:sz w:val="16"/>
              </w:rPr>
              <w:t>IMPORTANT ISSUES CNTRY: INTERNATIONAL SITUATION</w:t>
            </w:r>
          </w:p>
        </w:tc>
        <w:tc>
          <w:tcPr>
            <w:tcW w:w="3456" w:type="dxa"/>
          </w:tcPr>
          <w:p w14:paraId="1EA60708" w14:textId="77777777" w:rsidR="004D342C" w:rsidRDefault="00000000">
            <w:pPr>
              <w:spacing w:before="20" w:after="20"/>
              <w:ind w:firstLine="0"/>
            </w:pPr>
            <w:r>
              <w:rPr>
                <w:sz w:val="16"/>
              </w:rPr>
              <w:t>0 Not mentioned / 1 The international situation</w:t>
            </w:r>
          </w:p>
        </w:tc>
        <w:tc>
          <w:tcPr>
            <w:tcW w:w="648" w:type="dxa"/>
          </w:tcPr>
          <w:p w14:paraId="62686F95" w14:textId="77777777" w:rsidR="004D342C" w:rsidRDefault="00000000">
            <w:pPr>
              <w:spacing w:before="20" w:after="20"/>
              <w:ind w:firstLine="0"/>
              <w:jc w:val="right"/>
            </w:pPr>
            <w:r>
              <w:rPr>
                <w:sz w:val="16"/>
              </w:rPr>
              <w:t>6</w:t>
            </w:r>
          </w:p>
        </w:tc>
      </w:tr>
      <w:tr w:rsidR="004D342C" w14:paraId="1A1DB743" w14:textId="77777777">
        <w:trPr>
          <w:cantSplit/>
          <w:jc w:val="center"/>
        </w:trPr>
        <w:tc>
          <w:tcPr>
            <w:tcW w:w="1944" w:type="dxa"/>
          </w:tcPr>
          <w:p w14:paraId="610EFF71" w14:textId="77777777" w:rsidR="004D342C" w:rsidRDefault="00000000">
            <w:pPr>
              <w:spacing w:before="20" w:after="20"/>
              <w:ind w:firstLine="0"/>
            </w:pPr>
            <w:r>
              <w:rPr>
                <w:sz w:val="16"/>
              </w:rPr>
              <w:t>jurisdhealth</w:t>
            </w:r>
          </w:p>
        </w:tc>
        <w:tc>
          <w:tcPr>
            <w:tcW w:w="2880" w:type="dxa"/>
          </w:tcPr>
          <w:p w14:paraId="176A7DA7" w14:textId="77777777" w:rsidR="004D342C" w:rsidRDefault="00000000">
            <w:pPr>
              <w:spacing w:before="20" w:after="20"/>
              <w:ind w:firstLine="0"/>
            </w:pPr>
            <w:r>
              <w:rPr>
                <w:sz w:val="16"/>
              </w:rPr>
              <w:t>QA23 EU COMMON POLICY: HEALTH</w:t>
            </w:r>
          </w:p>
        </w:tc>
        <w:tc>
          <w:tcPr>
            <w:tcW w:w="3456" w:type="dxa"/>
          </w:tcPr>
          <w:p w14:paraId="6B631CD9" w14:textId="77777777" w:rsidR="004D342C" w:rsidRDefault="00000000">
            <w:pPr>
              <w:spacing w:before="20" w:after="20"/>
              <w:ind w:firstLine="0"/>
            </w:pPr>
            <w:r>
              <w:rPr>
                <w:sz w:val="16"/>
              </w:rPr>
              <w:t>1 (NATIONALITY) Government / 2 Jointly within the EU / 3 DK</w:t>
            </w:r>
          </w:p>
        </w:tc>
        <w:tc>
          <w:tcPr>
            <w:tcW w:w="648" w:type="dxa"/>
          </w:tcPr>
          <w:p w14:paraId="54569EFA" w14:textId="77777777" w:rsidR="004D342C" w:rsidRDefault="00000000">
            <w:pPr>
              <w:spacing w:before="20" w:after="20"/>
              <w:ind w:firstLine="0"/>
              <w:jc w:val="right"/>
            </w:pPr>
            <w:r>
              <w:rPr>
                <w:sz w:val="16"/>
              </w:rPr>
              <w:t>6</w:t>
            </w:r>
          </w:p>
        </w:tc>
      </w:tr>
      <w:tr w:rsidR="004D342C" w14:paraId="31CA0EED" w14:textId="77777777">
        <w:trPr>
          <w:cantSplit/>
          <w:jc w:val="center"/>
        </w:trPr>
        <w:tc>
          <w:tcPr>
            <w:tcW w:w="1944" w:type="dxa"/>
          </w:tcPr>
          <w:p w14:paraId="010C4209" w14:textId="77777777" w:rsidR="004D342C" w:rsidRDefault="00000000">
            <w:pPr>
              <w:spacing w:before="20" w:after="20"/>
              <w:ind w:firstLine="0"/>
            </w:pPr>
            <w:r>
              <w:rPr>
                <w:sz w:val="16"/>
              </w:rPr>
              <w:t>jurisdtransport</w:t>
            </w:r>
          </w:p>
        </w:tc>
        <w:tc>
          <w:tcPr>
            <w:tcW w:w="2880" w:type="dxa"/>
          </w:tcPr>
          <w:p w14:paraId="4E4E0BB1" w14:textId="77777777" w:rsidR="004D342C" w:rsidRDefault="00000000">
            <w:pPr>
              <w:spacing w:before="20" w:after="20"/>
              <w:ind w:firstLine="0"/>
            </w:pPr>
            <w:r>
              <w:rPr>
                <w:sz w:val="16"/>
              </w:rPr>
              <w:t>QA23 EU COMMON POLICY: TRANSPORT</w:t>
            </w:r>
          </w:p>
        </w:tc>
        <w:tc>
          <w:tcPr>
            <w:tcW w:w="3456" w:type="dxa"/>
          </w:tcPr>
          <w:p w14:paraId="23235687" w14:textId="77777777" w:rsidR="004D342C" w:rsidRDefault="00000000">
            <w:pPr>
              <w:spacing w:before="20" w:after="20"/>
              <w:ind w:firstLine="0"/>
            </w:pPr>
            <w:r>
              <w:rPr>
                <w:sz w:val="16"/>
              </w:rPr>
              <w:t>1 (NATIONALITY) Government / 2 Jointly within the EU / 3 DK</w:t>
            </w:r>
          </w:p>
        </w:tc>
        <w:tc>
          <w:tcPr>
            <w:tcW w:w="648" w:type="dxa"/>
          </w:tcPr>
          <w:p w14:paraId="1DBB3417" w14:textId="77777777" w:rsidR="004D342C" w:rsidRDefault="00000000">
            <w:pPr>
              <w:spacing w:before="20" w:after="20"/>
              <w:ind w:firstLine="0"/>
              <w:jc w:val="right"/>
            </w:pPr>
            <w:r>
              <w:rPr>
                <w:sz w:val="16"/>
              </w:rPr>
              <w:t>6</w:t>
            </w:r>
          </w:p>
        </w:tc>
      </w:tr>
      <w:tr w:rsidR="004D342C" w14:paraId="538F40D5" w14:textId="77777777">
        <w:trPr>
          <w:cantSplit/>
          <w:jc w:val="center"/>
        </w:trPr>
        <w:tc>
          <w:tcPr>
            <w:tcW w:w="1944" w:type="dxa"/>
          </w:tcPr>
          <w:p w14:paraId="2FAB7942" w14:textId="77777777" w:rsidR="004D342C" w:rsidRDefault="00000000">
            <w:pPr>
              <w:spacing w:before="20" w:after="20"/>
              <w:ind w:firstLine="0"/>
            </w:pPr>
            <w:r>
              <w:rPr>
                <w:sz w:val="16"/>
              </w:rPr>
              <w:t>jurisdwelfare2</w:t>
            </w:r>
          </w:p>
        </w:tc>
        <w:tc>
          <w:tcPr>
            <w:tcW w:w="2880" w:type="dxa"/>
          </w:tcPr>
          <w:p w14:paraId="6057A6AD" w14:textId="77777777" w:rsidR="004D342C" w:rsidRDefault="00000000">
            <w:pPr>
              <w:spacing w:before="20" w:after="20"/>
              <w:ind w:firstLine="0"/>
            </w:pPr>
            <w:r>
              <w:rPr>
                <w:sz w:val="16"/>
              </w:rPr>
              <w:t>QA20 EU COMMON POLICY: SOCIAL WELFARE</w:t>
            </w:r>
          </w:p>
        </w:tc>
        <w:tc>
          <w:tcPr>
            <w:tcW w:w="3456" w:type="dxa"/>
          </w:tcPr>
          <w:p w14:paraId="1DA2228D" w14:textId="77777777" w:rsidR="004D342C" w:rsidRDefault="00000000">
            <w:pPr>
              <w:spacing w:before="20" w:after="20"/>
              <w:ind w:firstLine="0"/>
            </w:pPr>
            <w:r>
              <w:rPr>
                <w:sz w:val="16"/>
              </w:rPr>
              <w:t>1 (NATIONALITY) Government / 2 Jointly within the EU / 3 DK</w:t>
            </w:r>
          </w:p>
        </w:tc>
        <w:tc>
          <w:tcPr>
            <w:tcW w:w="648" w:type="dxa"/>
          </w:tcPr>
          <w:p w14:paraId="70143DAE" w14:textId="77777777" w:rsidR="004D342C" w:rsidRDefault="00000000">
            <w:pPr>
              <w:spacing w:before="20" w:after="20"/>
              <w:ind w:firstLine="0"/>
              <w:jc w:val="right"/>
            </w:pPr>
            <w:r>
              <w:rPr>
                <w:sz w:val="16"/>
              </w:rPr>
              <w:t>6</w:t>
            </w:r>
          </w:p>
        </w:tc>
      </w:tr>
      <w:tr w:rsidR="004D342C" w14:paraId="2033D55C" w14:textId="77777777">
        <w:trPr>
          <w:cantSplit/>
          <w:jc w:val="center"/>
        </w:trPr>
        <w:tc>
          <w:tcPr>
            <w:tcW w:w="1944" w:type="dxa"/>
          </w:tcPr>
          <w:p w14:paraId="39B718B3" w14:textId="77777777" w:rsidR="004D342C" w:rsidRDefault="00000000">
            <w:pPr>
              <w:spacing w:before="20" w:after="20"/>
              <w:ind w:firstLine="0"/>
            </w:pPr>
            <w:r>
              <w:rPr>
                <w:sz w:val="16"/>
              </w:rPr>
              <w:t>priority4climate</w:t>
            </w:r>
          </w:p>
        </w:tc>
        <w:tc>
          <w:tcPr>
            <w:tcW w:w="2880" w:type="dxa"/>
          </w:tcPr>
          <w:p w14:paraId="403B6564" w14:textId="77777777" w:rsidR="004D342C" w:rsidRDefault="00000000">
            <w:pPr>
              <w:spacing w:before="20" w:after="20"/>
              <w:ind w:firstLine="0"/>
            </w:pPr>
            <w:r>
              <w:rPr>
                <w:sz w:val="16"/>
              </w:rPr>
              <w:t>QA23 EU INTEGRATION FOCUS: CLIMATE CHANGE</w:t>
            </w:r>
          </w:p>
        </w:tc>
        <w:tc>
          <w:tcPr>
            <w:tcW w:w="3456" w:type="dxa"/>
          </w:tcPr>
          <w:p w14:paraId="41AD896A" w14:textId="77777777" w:rsidR="004D342C" w:rsidRDefault="00000000">
            <w:pPr>
              <w:spacing w:before="20" w:after="20"/>
              <w:ind w:firstLine="0"/>
            </w:pPr>
            <w:r>
              <w:rPr>
                <w:sz w:val="16"/>
              </w:rPr>
              <w:t>0 NOT MENTIONED / 1 The fight against climate change</w:t>
            </w:r>
          </w:p>
        </w:tc>
        <w:tc>
          <w:tcPr>
            <w:tcW w:w="648" w:type="dxa"/>
          </w:tcPr>
          <w:p w14:paraId="397D8A6A" w14:textId="77777777" w:rsidR="004D342C" w:rsidRDefault="00000000">
            <w:pPr>
              <w:spacing w:before="20" w:after="20"/>
              <w:ind w:firstLine="0"/>
              <w:jc w:val="right"/>
            </w:pPr>
            <w:r>
              <w:rPr>
                <w:sz w:val="16"/>
              </w:rPr>
              <w:t>7</w:t>
            </w:r>
          </w:p>
        </w:tc>
      </w:tr>
      <w:tr w:rsidR="004D342C" w14:paraId="7C7F3683" w14:textId="77777777">
        <w:trPr>
          <w:cantSplit/>
          <w:jc w:val="center"/>
        </w:trPr>
        <w:tc>
          <w:tcPr>
            <w:tcW w:w="1944" w:type="dxa"/>
          </w:tcPr>
          <w:p w14:paraId="7F8CDD85" w14:textId="77777777" w:rsidR="004D342C" w:rsidRDefault="00000000">
            <w:pPr>
              <w:spacing w:before="20" w:after="20"/>
              <w:ind w:firstLine="0"/>
            </w:pPr>
            <w:r>
              <w:rPr>
                <w:sz w:val="16"/>
              </w:rPr>
              <w:t>priority4econ</w:t>
            </w:r>
          </w:p>
        </w:tc>
        <w:tc>
          <w:tcPr>
            <w:tcW w:w="2880" w:type="dxa"/>
          </w:tcPr>
          <w:p w14:paraId="5A1B32DF" w14:textId="77777777" w:rsidR="004D342C" w:rsidRDefault="00000000">
            <w:pPr>
              <w:spacing w:before="20" w:after="20"/>
              <w:ind w:firstLine="0"/>
            </w:pPr>
            <w:r>
              <w:rPr>
                <w:sz w:val="16"/>
              </w:rPr>
              <w:t>QA23 EU INTEGRATION FOCUS: ECONOMIC&amp;MONETARY POL</w:t>
            </w:r>
          </w:p>
        </w:tc>
        <w:tc>
          <w:tcPr>
            <w:tcW w:w="3456" w:type="dxa"/>
          </w:tcPr>
          <w:p w14:paraId="607B8314" w14:textId="77777777" w:rsidR="004D342C" w:rsidRDefault="00000000">
            <w:pPr>
              <w:spacing w:before="20" w:after="20"/>
              <w:ind w:firstLine="0"/>
            </w:pPr>
            <w:r>
              <w:rPr>
                <w:sz w:val="16"/>
              </w:rPr>
              <w:t>0 NOT MENTIONED / 1 Economic and monetary policy</w:t>
            </w:r>
          </w:p>
        </w:tc>
        <w:tc>
          <w:tcPr>
            <w:tcW w:w="648" w:type="dxa"/>
          </w:tcPr>
          <w:p w14:paraId="7D608FF2" w14:textId="77777777" w:rsidR="004D342C" w:rsidRDefault="00000000">
            <w:pPr>
              <w:spacing w:before="20" w:after="20"/>
              <w:ind w:firstLine="0"/>
              <w:jc w:val="right"/>
            </w:pPr>
            <w:r>
              <w:rPr>
                <w:sz w:val="16"/>
              </w:rPr>
              <w:t>7</w:t>
            </w:r>
          </w:p>
        </w:tc>
      </w:tr>
      <w:tr w:rsidR="004D342C" w14:paraId="66BB1419" w14:textId="77777777">
        <w:trPr>
          <w:cantSplit/>
          <w:jc w:val="center"/>
        </w:trPr>
        <w:tc>
          <w:tcPr>
            <w:tcW w:w="1944" w:type="dxa"/>
          </w:tcPr>
          <w:p w14:paraId="375B4CAE" w14:textId="77777777" w:rsidR="004D342C" w:rsidRDefault="00000000">
            <w:pPr>
              <w:spacing w:before="20" w:after="20"/>
              <w:ind w:firstLine="0"/>
            </w:pPr>
            <w:r>
              <w:rPr>
                <w:sz w:val="16"/>
              </w:rPr>
              <w:t>priority4transport</w:t>
            </w:r>
          </w:p>
        </w:tc>
        <w:tc>
          <w:tcPr>
            <w:tcW w:w="2880" w:type="dxa"/>
          </w:tcPr>
          <w:p w14:paraId="44998A40" w14:textId="77777777" w:rsidR="004D342C" w:rsidRDefault="00000000">
            <w:pPr>
              <w:spacing w:before="20" w:after="20"/>
              <w:ind w:firstLine="0"/>
            </w:pPr>
            <w:r>
              <w:rPr>
                <w:sz w:val="16"/>
              </w:rPr>
              <w:t>QA23 EU INTEGRATION FOCUS: TRANSPORT POLICY</w:t>
            </w:r>
          </w:p>
        </w:tc>
        <w:tc>
          <w:tcPr>
            <w:tcW w:w="3456" w:type="dxa"/>
          </w:tcPr>
          <w:p w14:paraId="51598753" w14:textId="77777777" w:rsidR="004D342C" w:rsidRDefault="00000000">
            <w:pPr>
              <w:spacing w:before="20" w:after="20"/>
              <w:ind w:firstLine="0"/>
            </w:pPr>
            <w:r>
              <w:rPr>
                <w:sz w:val="16"/>
              </w:rPr>
              <w:t>0 NOT MENTIONED / 1 Transport policy</w:t>
            </w:r>
          </w:p>
        </w:tc>
        <w:tc>
          <w:tcPr>
            <w:tcW w:w="648" w:type="dxa"/>
          </w:tcPr>
          <w:p w14:paraId="72A95F54" w14:textId="77777777" w:rsidR="004D342C" w:rsidRDefault="00000000">
            <w:pPr>
              <w:spacing w:before="20" w:after="20"/>
              <w:ind w:firstLine="0"/>
              <w:jc w:val="right"/>
            </w:pPr>
            <w:r>
              <w:rPr>
                <w:sz w:val="16"/>
              </w:rPr>
              <w:t>7</w:t>
            </w:r>
          </w:p>
        </w:tc>
      </w:tr>
      <w:tr w:rsidR="004D342C" w14:paraId="5C904A5D" w14:textId="77777777">
        <w:trPr>
          <w:cantSplit/>
          <w:jc w:val="center"/>
        </w:trPr>
        <w:tc>
          <w:tcPr>
            <w:tcW w:w="1944" w:type="dxa"/>
          </w:tcPr>
          <w:p w14:paraId="31FEE337" w14:textId="77777777" w:rsidR="004D342C" w:rsidRDefault="00000000">
            <w:pPr>
              <w:spacing w:before="20" w:after="20"/>
              <w:ind w:firstLine="0"/>
            </w:pPr>
            <w:r>
              <w:rPr>
                <w:sz w:val="16"/>
              </w:rPr>
              <w:t>proposalGenderEquality</w:t>
            </w:r>
          </w:p>
        </w:tc>
        <w:tc>
          <w:tcPr>
            <w:tcW w:w="2880" w:type="dxa"/>
          </w:tcPr>
          <w:p w14:paraId="1A5F908C" w14:textId="77777777" w:rsidR="004D342C" w:rsidRDefault="00000000">
            <w:pPr>
              <w:spacing w:before="20" w:after="20"/>
              <w:ind w:firstLine="0"/>
            </w:pPr>
            <w:r>
              <w:rPr>
                <w:sz w:val="16"/>
              </w:rPr>
              <w:t>For or against the EU proposal named (1 For / 2 Against / 3 DK; 9 inapplicable, 0 NA preserved)</w:t>
            </w:r>
          </w:p>
        </w:tc>
        <w:tc>
          <w:tcPr>
            <w:tcW w:w="3456" w:type="dxa"/>
          </w:tcPr>
          <w:p w14:paraId="5F38FCFC" w14:textId="77777777" w:rsidR="004D342C" w:rsidRDefault="00000000">
            <w:pPr>
              <w:spacing w:before="20" w:after="20"/>
              <w:ind w:firstLine="0"/>
            </w:pPr>
            <w:r>
              <w:rPr>
                <w:sz w:val="16"/>
              </w:rPr>
              <w:t>1 For / 2 Against / 3 Don't know</w:t>
            </w:r>
          </w:p>
        </w:tc>
        <w:tc>
          <w:tcPr>
            <w:tcW w:w="648" w:type="dxa"/>
          </w:tcPr>
          <w:p w14:paraId="284E3D3E" w14:textId="77777777" w:rsidR="004D342C" w:rsidRDefault="00000000">
            <w:pPr>
              <w:spacing w:before="20" w:after="20"/>
              <w:ind w:firstLine="0"/>
              <w:jc w:val="right"/>
            </w:pPr>
            <w:r>
              <w:rPr>
                <w:sz w:val="16"/>
              </w:rPr>
              <w:t>6</w:t>
            </w:r>
          </w:p>
        </w:tc>
      </w:tr>
      <w:tr w:rsidR="004D342C" w14:paraId="69FF6BEB" w14:textId="77777777">
        <w:trPr>
          <w:cantSplit/>
          <w:jc w:val="center"/>
        </w:trPr>
        <w:tc>
          <w:tcPr>
            <w:tcW w:w="1944" w:type="dxa"/>
          </w:tcPr>
          <w:p w14:paraId="2681BFA2" w14:textId="77777777" w:rsidR="004D342C" w:rsidRDefault="00000000">
            <w:pPr>
              <w:spacing w:before="20" w:after="20"/>
              <w:ind w:firstLine="0"/>
            </w:pPr>
            <w:r>
              <w:rPr>
                <w:sz w:val="16"/>
              </w:rPr>
              <w:t>proposalSMEfunding</w:t>
            </w:r>
          </w:p>
        </w:tc>
        <w:tc>
          <w:tcPr>
            <w:tcW w:w="2880" w:type="dxa"/>
          </w:tcPr>
          <w:p w14:paraId="5AA16844" w14:textId="77777777" w:rsidR="004D342C" w:rsidRDefault="00000000">
            <w:pPr>
              <w:spacing w:before="20" w:after="20"/>
              <w:ind w:firstLine="0"/>
            </w:pPr>
            <w:r>
              <w:rPr>
                <w:sz w:val="16"/>
              </w:rPr>
              <w:t>For or against the EU proposal named (1 For / 2 Against / 3 DK; 9 inapplicable, 0 NA preserved)</w:t>
            </w:r>
          </w:p>
        </w:tc>
        <w:tc>
          <w:tcPr>
            <w:tcW w:w="3456" w:type="dxa"/>
          </w:tcPr>
          <w:p w14:paraId="7D29DE4D" w14:textId="77777777" w:rsidR="004D342C" w:rsidRDefault="00000000">
            <w:pPr>
              <w:spacing w:before="20" w:after="20"/>
              <w:ind w:firstLine="0"/>
            </w:pPr>
            <w:r>
              <w:rPr>
                <w:sz w:val="16"/>
              </w:rPr>
              <w:t>1 For / 2 Against / 3 Don't know</w:t>
            </w:r>
          </w:p>
        </w:tc>
        <w:tc>
          <w:tcPr>
            <w:tcW w:w="648" w:type="dxa"/>
          </w:tcPr>
          <w:p w14:paraId="4A423BDD" w14:textId="77777777" w:rsidR="004D342C" w:rsidRDefault="00000000">
            <w:pPr>
              <w:spacing w:before="20" w:after="20"/>
              <w:ind w:firstLine="0"/>
              <w:jc w:val="right"/>
            </w:pPr>
            <w:r>
              <w:rPr>
                <w:sz w:val="16"/>
              </w:rPr>
              <w:t>6</w:t>
            </w:r>
          </w:p>
        </w:tc>
      </w:tr>
      <w:tr w:rsidR="004D342C" w14:paraId="5FDAA7A4" w14:textId="77777777">
        <w:trPr>
          <w:cantSplit/>
          <w:jc w:val="center"/>
        </w:trPr>
        <w:tc>
          <w:tcPr>
            <w:tcW w:w="1944" w:type="dxa"/>
          </w:tcPr>
          <w:p w14:paraId="06DC0006" w14:textId="77777777" w:rsidR="004D342C" w:rsidRDefault="00000000">
            <w:pPr>
              <w:spacing w:before="20" w:after="20"/>
              <w:ind w:firstLine="0"/>
            </w:pPr>
            <w:r>
              <w:rPr>
                <w:sz w:val="16"/>
              </w:rPr>
              <w:t>fear3WMDs</w:t>
            </w:r>
          </w:p>
        </w:tc>
        <w:tc>
          <w:tcPr>
            <w:tcW w:w="2880" w:type="dxa"/>
          </w:tcPr>
          <w:p w14:paraId="40F99E00" w14:textId="77777777" w:rsidR="004D342C" w:rsidRDefault="00000000">
            <w:pPr>
              <w:spacing w:before="20" w:after="20"/>
              <w:ind w:firstLine="0"/>
            </w:pPr>
            <w:r>
              <w:rPr>
                <w:sz w:val="16"/>
              </w:rPr>
              <w:t>q.6.6. - here is a list of things that some people say they are afraid of. for e</w:t>
            </w:r>
          </w:p>
        </w:tc>
        <w:tc>
          <w:tcPr>
            <w:tcW w:w="3456" w:type="dxa"/>
          </w:tcPr>
          <w:p w14:paraId="432F4C34" w14:textId="77777777" w:rsidR="004D342C" w:rsidRDefault="00000000">
            <w:pPr>
              <w:spacing w:before="20" w:after="20"/>
              <w:ind w:firstLine="0"/>
            </w:pPr>
            <w:r>
              <w:rPr>
                <w:sz w:val="16"/>
              </w:rPr>
              <w:t>1 afraid / 2 not afraid / 3 dont know</w:t>
            </w:r>
          </w:p>
        </w:tc>
        <w:tc>
          <w:tcPr>
            <w:tcW w:w="648" w:type="dxa"/>
          </w:tcPr>
          <w:p w14:paraId="088B3771" w14:textId="77777777" w:rsidR="004D342C" w:rsidRDefault="00000000">
            <w:pPr>
              <w:spacing w:before="20" w:after="20"/>
              <w:ind w:firstLine="0"/>
              <w:jc w:val="right"/>
            </w:pPr>
            <w:r>
              <w:rPr>
                <w:sz w:val="16"/>
              </w:rPr>
              <w:t>5</w:t>
            </w:r>
          </w:p>
        </w:tc>
      </w:tr>
      <w:tr w:rsidR="004D342C" w14:paraId="2D1E375B" w14:textId="77777777">
        <w:trPr>
          <w:cantSplit/>
          <w:jc w:val="center"/>
        </w:trPr>
        <w:tc>
          <w:tcPr>
            <w:tcW w:w="1944" w:type="dxa"/>
          </w:tcPr>
          <w:p w14:paraId="625E2441" w14:textId="77777777" w:rsidR="004D342C" w:rsidRDefault="00000000">
            <w:pPr>
              <w:spacing w:before="20" w:after="20"/>
              <w:ind w:firstLine="0"/>
            </w:pPr>
            <w:r>
              <w:rPr>
                <w:sz w:val="16"/>
              </w:rPr>
              <w:t>fear3accidentallaunch</w:t>
            </w:r>
          </w:p>
        </w:tc>
        <w:tc>
          <w:tcPr>
            <w:tcW w:w="2880" w:type="dxa"/>
          </w:tcPr>
          <w:p w14:paraId="50A1BE1C" w14:textId="77777777" w:rsidR="004D342C" w:rsidRDefault="00000000">
            <w:pPr>
              <w:spacing w:before="20" w:after="20"/>
              <w:ind w:firstLine="0"/>
            </w:pPr>
            <w:r>
              <w:rPr>
                <w:sz w:val="16"/>
              </w:rPr>
              <w:t>q.6.4. - here is a list of things that some people say they are afraid of. for e</w:t>
            </w:r>
          </w:p>
        </w:tc>
        <w:tc>
          <w:tcPr>
            <w:tcW w:w="3456" w:type="dxa"/>
          </w:tcPr>
          <w:p w14:paraId="6807129C" w14:textId="77777777" w:rsidR="004D342C" w:rsidRDefault="00000000">
            <w:pPr>
              <w:spacing w:before="20" w:after="20"/>
              <w:ind w:firstLine="0"/>
            </w:pPr>
            <w:r>
              <w:rPr>
                <w:sz w:val="16"/>
              </w:rPr>
              <w:t>1 afraid / 2 not afraid / 3 dont know</w:t>
            </w:r>
          </w:p>
        </w:tc>
        <w:tc>
          <w:tcPr>
            <w:tcW w:w="648" w:type="dxa"/>
          </w:tcPr>
          <w:p w14:paraId="7261CDB9" w14:textId="77777777" w:rsidR="004D342C" w:rsidRDefault="00000000">
            <w:pPr>
              <w:spacing w:before="20" w:after="20"/>
              <w:ind w:firstLine="0"/>
              <w:jc w:val="right"/>
            </w:pPr>
            <w:r>
              <w:rPr>
                <w:sz w:val="16"/>
              </w:rPr>
              <w:t>5</w:t>
            </w:r>
          </w:p>
        </w:tc>
      </w:tr>
      <w:tr w:rsidR="004D342C" w14:paraId="6CB1D367" w14:textId="77777777">
        <w:trPr>
          <w:cantSplit/>
          <w:jc w:val="center"/>
        </w:trPr>
        <w:tc>
          <w:tcPr>
            <w:tcW w:w="1944" w:type="dxa"/>
          </w:tcPr>
          <w:p w14:paraId="7B3E6F5A" w14:textId="77777777" w:rsidR="004D342C" w:rsidRDefault="00000000">
            <w:pPr>
              <w:spacing w:before="20" w:after="20"/>
              <w:ind w:firstLine="0"/>
            </w:pPr>
            <w:r>
              <w:rPr>
                <w:sz w:val="16"/>
              </w:rPr>
              <w:t>fear3conventionalwar</w:t>
            </w:r>
          </w:p>
        </w:tc>
        <w:tc>
          <w:tcPr>
            <w:tcW w:w="2880" w:type="dxa"/>
          </w:tcPr>
          <w:p w14:paraId="2542D2F9" w14:textId="77777777" w:rsidR="004D342C" w:rsidRDefault="00000000">
            <w:pPr>
              <w:spacing w:before="20" w:after="20"/>
              <w:ind w:firstLine="0"/>
            </w:pPr>
            <w:r>
              <w:rPr>
                <w:sz w:val="16"/>
              </w:rPr>
              <w:t>q.6.3 - here is a list of things that some people say they are afraid of. for ea</w:t>
            </w:r>
          </w:p>
        </w:tc>
        <w:tc>
          <w:tcPr>
            <w:tcW w:w="3456" w:type="dxa"/>
          </w:tcPr>
          <w:p w14:paraId="0FA456ED" w14:textId="77777777" w:rsidR="004D342C" w:rsidRDefault="00000000">
            <w:pPr>
              <w:spacing w:before="20" w:after="20"/>
              <w:ind w:firstLine="0"/>
            </w:pPr>
            <w:r>
              <w:rPr>
                <w:sz w:val="16"/>
              </w:rPr>
              <w:t>1 afraid / 2 not afraid / 3 dont know</w:t>
            </w:r>
          </w:p>
        </w:tc>
        <w:tc>
          <w:tcPr>
            <w:tcW w:w="648" w:type="dxa"/>
          </w:tcPr>
          <w:p w14:paraId="2EA78BFA" w14:textId="77777777" w:rsidR="004D342C" w:rsidRDefault="00000000">
            <w:pPr>
              <w:spacing w:before="20" w:after="20"/>
              <w:ind w:firstLine="0"/>
              <w:jc w:val="right"/>
            </w:pPr>
            <w:r>
              <w:rPr>
                <w:sz w:val="16"/>
              </w:rPr>
              <w:t>5</w:t>
            </w:r>
          </w:p>
        </w:tc>
      </w:tr>
      <w:tr w:rsidR="004D342C" w14:paraId="3296CBAD" w14:textId="77777777">
        <w:trPr>
          <w:cantSplit/>
          <w:jc w:val="center"/>
        </w:trPr>
        <w:tc>
          <w:tcPr>
            <w:tcW w:w="1944" w:type="dxa"/>
          </w:tcPr>
          <w:p w14:paraId="7D081199" w14:textId="77777777" w:rsidR="004D342C" w:rsidRDefault="00000000">
            <w:pPr>
              <w:spacing w:before="20" w:after="20"/>
              <w:ind w:firstLine="0"/>
            </w:pPr>
            <w:r>
              <w:rPr>
                <w:sz w:val="16"/>
              </w:rPr>
              <w:t>fear3epidemics</w:t>
            </w:r>
          </w:p>
        </w:tc>
        <w:tc>
          <w:tcPr>
            <w:tcW w:w="2880" w:type="dxa"/>
          </w:tcPr>
          <w:p w14:paraId="39980C19" w14:textId="77777777" w:rsidR="004D342C" w:rsidRDefault="00000000">
            <w:pPr>
              <w:spacing w:before="20" w:after="20"/>
              <w:ind w:firstLine="0"/>
            </w:pPr>
            <w:r>
              <w:rPr>
                <w:sz w:val="16"/>
              </w:rPr>
              <w:t>q.6.10. - here is a list of things that some people say they are afraid of. for</w:t>
            </w:r>
          </w:p>
        </w:tc>
        <w:tc>
          <w:tcPr>
            <w:tcW w:w="3456" w:type="dxa"/>
          </w:tcPr>
          <w:p w14:paraId="1914FC1E" w14:textId="77777777" w:rsidR="004D342C" w:rsidRDefault="00000000">
            <w:pPr>
              <w:spacing w:before="20" w:after="20"/>
              <w:ind w:firstLine="0"/>
            </w:pPr>
            <w:r>
              <w:rPr>
                <w:sz w:val="16"/>
              </w:rPr>
              <w:t>1 afraid / 2 not afraid / 3 dont know</w:t>
            </w:r>
          </w:p>
        </w:tc>
        <w:tc>
          <w:tcPr>
            <w:tcW w:w="648" w:type="dxa"/>
          </w:tcPr>
          <w:p w14:paraId="5518C6FD" w14:textId="77777777" w:rsidR="004D342C" w:rsidRDefault="00000000">
            <w:pPr>
              <w:spacing w:before="20" w:after="20"/>
              <w:ind w:firstLine="0"/>
              <w:jc w:val="right"/>
            </w:pPr>
            <w:r>
              <w:rPr>
                <w:sz w:val="16"/>
              </w:rPr>
              <w:t>5</w:t>
            </w:r>
          </w:p>
        </w:tc>
      </w:tr>
      <w:tr w:rsidR="004D342C" w14:paraId="481DF162" w14:textId="77777777">
        <w:trPr>
          <w:cantSplit/>
          <w:jc w:val="center"/>
        </w:trPr>
        <w:tc>
          <w:tcPr>
            <w:tcW w:w="1944" w:type="dxa"/>
          </w:tcPr>
          <w:p w14:paraId="5E1077AC" w14:textId="77777777" w:rsidR="004D342C" w:rsidRDefault="00000000">
            <w:pPr>
              <w:spacing w:before="20" w:after="20"/>
              <w:ind w:firstLine="0"/>
            </w:pPr>
            <w:r>
              <w:rPr>
                <w:sz w:val="16"/>
              </w:rPr>
              <w:t>fear3ethnicconflicts</w:t>
            </w:r>
          </w:p>
        </w:tc>
        <w:tc>
          <w:tcPr>
            <w:tcW w:w="2880" w:type="dxa"/>
          </w:tcPr>
          <w:p w14:paraId="38CBFACB" w14:textId="77777777" w:rsidR="004D342C" w:rsidRDefault="00000000">
            <w:pPr>
              <w:spacing w:before="20" w:after="20"/>
              <w:ind w:firstLine="0"/>
            </w:pPr>
            <w:r>
              <w:rPr>
                <w:sz w:val="16"/>
              </w:rPr>
              <w:t>q.6.7. - here is a list of things that some people say they are afraid of. for e</w:t>
            </w:r>
          </w:p>
        </w:tc>
        <w:tc>
          <w:tcPr>
            <w:tcW w:w="3456" w:type="dxa"/>
          </w:tcPr>
          <w:p w14:paraId="04611A83" w14:textId="77777777" w:rsidR="004D342C" w:rsidRDefault="00000000">
            <w:pPr>
              <w:spacing w:before="20" w:after="20"/>
              <w:ind w:firstLine="0"/>
            </w:pPr>
            <w:r>
              <w:rPr>
                <w:sz w:val="16"/>
              </w:rPr>
              <w:t>1 afraid / 2 not afraid / 3 dont know</w:t>
            </w:r>
          </w:p>
        </w:tc>
        <w:tc>
          <w:tcPr>
            <w:tcW w:w="648" w:type="dxa"/>
          </w:tcPr>
          <w:p w14:paraId="1C42C21F" w14:textId="77777777" w:rsidR="004D342C" w:rsidRDefault="00000000">
            <w:pPr>
              <w:spacing w:before="20" w:after="20"/>
              <w:ind w:firstLine="0"/>
              <w:jc w:val="right"/>
            </w:pPr>
            <w:r>
              <w:rPr>
                <w:sz w:val="16"/>
              </w:rPr>
              <w:t>5</w:t>
            </w:r>
          </w:p>
        </w:tc>
      </w:tr>
      <w:tr w:rsidR="004D342C" w14:paraId="6C91BEB6" w14:textId="77777777">
        <w:trPr>
          <w:cantSplit/>
          <w:jc w:val="center"/>
        </w:trPr>
        <w:tc>
          <w:tcPr>
            <w:tcW w:w="1944" w:type="dxa"/>
          </w:tcPr>
          <w:p w14:paraId="3FC21970" w14:textId="77777777" w:rsidR="004D342C" w:rsidRDefault="00000000">
            <w:pPr>
              <w:spacing w:before="20" w:after="20"/>
              <w:ind w:firstLine="0"/>
            </w:pPr>
            <w:r>
              <w:rPr>
                <w:sz w:val="16"/>
              </w:rPr>
              <w:t>fear3internationalterrorism</w:t>
            </w:r>
          </w:p>
        </w:tc>
        <w:tc>
          <w:tcPr>
            <w:tcW w:w="2880" w:type="dxa"/>
          </w:tcPr>
          <w:p w14:paraId="1456B98D" w14:textId="77777777" w:rsidR="004D342C" w:rsidRDefault="00000000">
            <w:pPr>
              <w:spacing w:before="20" w:after="20"/>
              <w:ind w:firstLine="0"/>
            </w:pPr>
            <w:r>
              <w:rPr>
                <w:sz w:val="16"/>
              </w:rPr>
              <w:t>q.6.8. - here is a list of things that some people say they are afraid of. for e</w:t>
            </w:r>
          </w:p>
        </w:tc>
        <w:tc>
          <w:tcPr>
            <w:tcW w:w="3456" w:type="dxa"/>
          </w:tcPr>
          <w:p w14:paraId="5E192439" w14:textId="77777777" w:rsidR="004D342C" w:rsidRDefault="00000000">
            <w:pPr>
              <w:spacing w:before="20" w:after="20"/>
              <w:ind w:firstLine="0"/>
            </w:pPr>
            <w:r>
              <w:rPr>
                <w:sz w:val="16"/>
              </w:rPr>
              <w:t>1 afraid / 2 not afraid / 3 dont know</w:t>
            </w:r>
          </w:p>
        </w:tc>
        <w:tc>
          <w:tcPr>
            <w:tcW w:w="648" w:type="dxa"/>
          </w:tcPr>
          <w:p w14:paraId="058F7BEC" w14:textId="77777777" w:rsidR="004D342C" w:rsidRDefault="00000000">
            <w:pPr>
              <w:spacing w:before="20" w:after="20"/>
              <w:ind w:firstLine="0"/>
              <w:jc w:val="right"/>
            </w:pPr>
            <w:r>
              <w:rPr>
                <w:sz w:val="16"/>
              </w:rPr>
              <w:t>5</w:t>
            </w:r>
          </w:p>
        </w:tc>
      </w:tr>
      <w:tr w:rsidR="004D342C" w14:paraId="22C1F547" w14:textId="77777777">
        <w:trPr>
          <w:cantSplit/>
          <w:jc w:val="center"/>
        </w:trPr>
        <w:tc>
          <w:tcPr>
            <w:tcW w:w="1944" w:type="dxa"/>
          </w:tcPr>
          <w:p w14:paraId="2E4E2BE1" w14:textId="77777777" w:rsidR="004D342C" w:rsidRDefault="00000000">
            <w:pPr>
              <w:spacing w:before="20" w:after="20"/>
              <w:ind w:firstLine="0"/>
            </w:pPr>
            <w:r>
              <w:rPr>
                <w:sz w:val="16"/>
              </w:rPr>
              <w:t>fear3nuclearaccident</w:t>
            </w:r>
          </w:p>
        </w:tc>
        <w:tc>
          <w:tcPr>
            <w:tcW w:w="2880" w:type="dxa"/>
          </w:tcPr>
          <w:p w14:paraId="07F60F9D" w14:textId="77777777" w:rsidR="004D342C" w:rsidRDefault="00000000">
            <w:pPr>
              <w:spacing w:before="20" w:after="20"/>
              <w:ind w:firstLine="0"/>
            </w:pPr>
            <w:r>
              <w:rPr>
                <w:sz w:val="16"/>
              </w:rPr>
              <w:t>q.6.5. - here is a list of things that some people say they are afraid of. for e</w:t>
            </w:r>
          </w:p>
        </w:tc>
        <w:tc>
          <w:tcPr>
            <w:tcW w:w="3456" w:type="dxa"/>
          </w:tcPr>
          <w:p w14:paraId="05C1A858" w14:textId="77777777" w:rsidR="004D342C" w:rsidRDefault="00000000">
            <w:pPr>
              <w:spacing w:before="20" w:after="20"/>
              <w:ind w:firstLine="0"/>
            </w:pPr>
            <w:r>
              <w:rPr>
                <w:sz w:val="16"/>
              </w:rPr>
              <w:t>1 afraid / 2 not afraid / 3 dont know</w:t>
            </w:r>
          </w:p>
        </w:tc>
        <w:tc>
          <w:tcPr>
            <w:tcW w:w="648" w:type="dxa"/>
          </w:tcPr>
          <w:p w14:paraId="7163F52F" w14:textId="77777777" w:rsidR="004D342C" w:rsidRDefault="00000000">
            <w:pPr>
              <w:spacing w:before="20" w:after="20"/>
              <w:ind w:firstLine="0"/>
              <w:jc w:val="right"/>
            </w:pPr>
            <w:r>
              <w:rPr>
                <w:sz w:val="16"/>
              </w:rPr>
              <w:t>5</w:t>
            </w:r>
          </w:p>
        </w:tc>
      </w:tr>
      <w:tr w:rsidR="004D342C" w14:paraId="18A53A76" w14:textId="77777777">
        <w:trPr>
          <w:cantSplit/>
          <w:jc w:val="center"/>
        </w:trPr>
        <w:tc>
          <w:tcPr>
            <w:tcW w:w="1944" w:type="dxa"/>
          </w:tcPr>
          <w:p w14:paraId="05EB592C" w14:textId="77777777" w:rsidR="004D342C" w:rsidRDefault="00000000">
            <w:pPr>
              <w:spacing w:before="20" w:after="20"/>
              <w:ind w:firstLine="0"/>
            </w:pPr>
            <w:r>
              <w:rPr>
                <w:sz w:val="16"/>
              </w:rPr>
              <w:t>fear3nuclearconflict</w:t>
            </w:r>
          </w:p>
        </w:tc>
        <w:tc>
          <w:tcPr>
            <w:tcW w:w="2880" w:type="dxa"/>
          </w:tcPr>
          <w:p w14:paraId="30C89F30" w14:textId="77777777" w:rsidR="004D342C" w:rsidRDefault="00000000">
            <w:pPr>
              <w:spacing w:before="20" w:after="20"/>
              <w:ind w:firstLine="0"/>
            </w:pPr>
            <w:r>
              <w:rPr>
                <w:sz w:val="16"/>
              </w:rPr>
              <w:t>q.6.2. - here is a list of things that some people say they are afraid of. for e</w:t>
            </w:r>
          </w:p>
        </w:tc>
        <w:tc>
          <w:tcPr>
            <w:tcW w:w="3456" w:type="dxa"/>
          </w:tcPr>
          <w:p w14:paraId="1B8FC2BD" w14:textId="77777777" w:rsidR="004D342C" w:rsidRDefault="00000000">
            <w:pPr>
              <w:spacing w:before="20" w:after="20"/>
              <w:ind w:firstLine="0"/>
            </w:pPr>
            <w:r>
              <w:rPr>
                <w:sz w:val="16"/>
              </w:rPr>
              <w:t>1 afraid / 2 not afraid / 3 dont know</w:t>
            </w:r>
          </w:p>
        </w:tc>
        <w:tc>
          <w:tcPr>
            <w:tcW w:w="648" w:type="dxa"/>
          </w:tcPr>
          <w:p w14:paraId="752E9F61" w14:textId="77777777" w:rsidR="004D342C" w:rsidRDefault="00000000">
            <w:pPr>
              <w:spacing w:before="20" w:after="20"/>
              <w:ind w:firstLine="0"/>
              <w:jc w:val="right"/>
            </w:pPr>
            <w:r>
              <w:rPr>
                <w:sz w:val="16"/>
              </w:rPr>
              <w:t>5</w:t>
            </w:r>
          </w:p>
        </w:tc>
      </w:tr>
      <w:tr w:rsidR="004D342C" w14:paraId="5F16D371" w14:textId="77777777">
        <w:trPr>
          <w:cantSplit/>
          <w:jc w:val="center"/>
        </w:trPr>
        <w:tc>
          <w:tcPr>
            <w:tcW w:w="1944" w:type="dxa"/>
          </w:tcPr>
          <w:p w14:paraId="15C07BD7" w14:textId="77777777" w:rsidR="004D342C" w:rsidRDefault="00000000">
            <w:pPr>
              <w:spacing w:before="20" w:after="20"/>
              <w:ind w:firstLine="0"/>
            </w:pPr>
            <w:r>
              <w:rPr>
                <w:sz w:val="16"/>
              </w:rPr>
              <w:t>fear3organisedcrime</w:t>
            </w:r>
          </w:p>
        </w:tc>
        <w:tc>
          <w:tcPr>
            <w:tcW w:w="2880" w:type="dxa"/>
          </w:tcPr>
          <w:p w14:paraId="145B98B6" w14:textId="77777777" w:rsidR="004D342C" w:rsidRDefault="00000000">
            <w:pPr>
              <w:spacing w:before="20" w:after="20"/>
              <w:ind w:firstLine="0"/>
            </w:pPr>
            <w:r>
              <w:rPr>
                <w:sz w:val="16"/>
              </w:rPr>
              <w:t>q.6.9. - here is a list of things that some people say they are afraid of. for e</w:t>
            </w:r>
          </w:p>
        </w:tc>
        <w:tc>
          <w:tcPr>
            <w:tcW w:w="3456" w:type="dxa"/>
          </w:tcPr>
          <w:p w14:paraId="18FE3B09" w14:textId="77777777" w:rsidR="004D342C" w:rsidRDefault="00000000">
            <w:pPr>
              <w:spacing w:before="20" w:after="20"/>
              <w:ind w:firstLine="0"/>
            </w:pPr>
            <w:r>
              <w:rPr>
                <w:sz w:val="16"/>
              </w:rPr>
              <w:t>1 afraid / 2 not afraid / 3 dont know</w:t>
            </w:r>
          </w:p>
        </w:tc>
        <w:tc>
          <w:tcPr>
            <w:tcW w:w="648" w:type="dxa"/>
          </w:tcPr>
          <w:p w14:paraId="6C2B9598" w14:textId="77777777" w:rsidR="004D342C" w:rsidRDefault="00000000">
            <w:pPr>
              <w:spacing w:before="20" w:after="20"/>
              <w:ind w:firstLine="0"/>
              <w:jc w:val="right"/>
            </w:pPr>
            <w:r>
              <w:rPr>
                <w:sz w:val="16"/>
              </w:rPr>
              <w:t>5</w:t>
            </w:r>
          </w:p>
        </w:tc>
      </w:tr>
      <w:tr w:rsidR="004D342C" w14:paraId="74701A8D" w14:textId="77777777">
        <w:trPr>
          <w:cantSplit/>
          <w:jc w:val="center"/>
        </w:trPr>
        <w:tc>
          <w:tcPr>
            <w:tcW w:w="1944" w:type="dxa"/>
          </w:tcPr>
          <w:p w14:paraId="09BA6D32" w14:textId="77777777" w:rsidR="004D342C" w:rsidRDefault="00000000">
            <w:pPr>
              <w:spacing w:before="20" w:after="20"/>
              <w:ind w:firstLine="0"/>
            </w:pPr>
            <w:r>
              <w:rPr>
                <w:sz w:val="16"/>
              </w:rPr>
              <w:t>fear3worldwar</w:t>
            </w:r>
          </w:p>
        </w:tc>
        <w:tc>
          <w:tcPr>
            <w:tcW w:w="2880" w:type="dxa"/>
          </w:tcPr>
          <w:p w14:paraId="4FFBD428" w14:textId="77777777" w:rsidR="004D342C" w:rsidRDefault="00000000">
            <w:pPr>
              <w:spacing w:before="20" w:after="20"/>
              <w:ind w:firstLine="0"/>
            </w:pPr>
            <w:r>
              <w:rPr>
                <w:sz w:val="16"/>
              </w:rPr>
              <w:t>q.6.1. - here is a list of things that some people say they are afraid of. for e</w:t>
            </w:r>
          </w:p>
        </w:tc>
        <w:tc>
          <w:tcPr>
            <w:tcW w:w="3456" w:type="dxa"/>
          </w:tcPr>
          <w:p w14:paraId="0B06D6D4" w14:textId="77777777" w:rsidR="004D342C" w:rsidRDefault="00000000">
            <w:pPr>
              <w:spacing w:before="20" w:after="20"/>
              <w:ind w:firstLine="0"/>
            </w:pPr>
            <w:r>
              <w:rPr>
                <w:sz w:val="16"/>
              </w:rPr>
              <w:t>1 afraid / 2 not afraid / 3 dont know</w:t>
            </w:r>
          </w:p>
        </w:tc>
        <w:tc>
          <w:tcPr>
            <w:tcW w:w="648" w:type="dxa"/>
          </w:tcPr>
          <w:p w14:paraId="206C43C2" w14:textId="77777777" w:rsidR="004D342C" w:rsidRDefault="00000000">
            <w:pPr>
              <w:spacing w:before="20" w:after="20"/>
              <w:ind w:firstLine="0"/>
              <w:jc w:val="right"/>
            </w:pPr>
            <w:r>
              <w:rPr>
                <w:sz w:val="16"/>
              </w:rPr>
              <w:t>5</w:t>
            </w:r>
          </w:p>
        </w:tc>
      </w:tr>
      <w:tr w:rsidR="004D342C" w14:paraId="1A12364C" w14:textId="77777777">
        <w:trPr>
          <w:cantSplit/>
          <w:jc w:val="center"/>
        </w:trPr>
        <w:tc>
          <w:tcPr>
            <w:tcW w:w="1944" w:type="dxa"/>
          </w:tcPr>
          <w:p w14:paraId="0BB79274" w14:textId="77777777" w:rsidR="004D342C" w:rsidRDefault="00000000">
            <w:pPr>
              <w:spacing w:before="20" w:after="20"/>
              <w:ind w:firstLine="0"/>
            </w:pPr>
            <w:r>
              <w:rPr>
                <w:sz w:val="16"/>
              </w:rPr>
              <w:t>fearpayments</w:t>
            </w:r>
          </w:p>
        </w:tc>
        <w:tc>
          <w:tcPr>
            <w:tcW w:w="2880" w:type="dxa"/>
          </w:tcPr>
          <w:p w14:paraId="1C7A301A" w14:textId="77777777" w:rsidR="004D342C" w:rsidRDefault="00000000">
            <w:pPr>
              <w:spacing w:before="20" w:after="20"/>
              <w:ind w:firstLine="0"/>
            </w:pPr>
            <w:r>
              <w:rPr>
                <w:sz w:val="16"/>
              </w:rPr>
              <w:t>QA17 EU FEARS - R'S CTRY PAYING MORE</w:t>
            </w:r>
          </w:p>
        </w:tc>
        <w:tc>
          <w:tcPr>
            <w:tcW w:w="3456" w:type="dxa"/>
          </w:tcPr>
          <w:p w14:paraId="1694259F" w14:textId="77777777" w:rsidR="004D342C" w:rsidRDefault="00000000">
            <w:pPr>
              <w:spacing w:before="20" w:after="20"/>
              <w:ind w:firstLine="0"/>
            </w:pPr>
            <w:r>
              <w:rPr>
                <w:sz w:val="16"/>
              </w:rPr>
              <w:t>1 currently afraid of it / 2 not currently afraid of it / 3 dont know</w:t>
            </w:r>
          </w:p>
        </w:tc>
        <w:tc>
          <w:tcPr>
            <w:tcW w:w="648" w:type="dxa"/>
          </w:tcPr>
          <w:p w14:paraId="4C7405E0" w14:textId="77777777" w:rsidR="004D342C" w:rsidRDefault="00000000">
            <w:pPr>
              <w:spacing w:before="20" w:after="20"/>
              <w:ind w:firstLine="0"/>
              <w:jc w:val="right"/>
            </w:pPr>
            <w:r>
              <w:rPr>
                <w:sz w:val="16"/>
              </w:rPr>
              <w:t>5</w:t>
            </w:r>
          </w:p>
        </w:tc>
      </w:tr>
      <w:tr w:rsidR="004D342C" w14:paraId="71497250" w14:textId="77777777">
        <w:trPr>
          <w:cantSplit/>
          <w:jc w:val="center"/>
        </w:trPr>
        <w:tc>
          <w:tcPr>
            <w:tcW w:w="1944" w:type="dxa"/>
          </w:tcPr>
          <w:p w14:paraId="47B9C5DE" w14:textId="77777777" w:rsidR="004D342C" w:rsidRDefault="00000000">
            <w:pPr>
              <w:spacing w:before="20" w:after="20"/>
              <w:ind w:firstLine="0"/>
            </w:pPr>
            <w:r>
              <w:rPr>
                <w:sz w:val="16"/>
              </w:rPr>
              <w:t>fearrichstates</w:t>
            </w:r>
          </w:p>
        </w:tc>
        <w:tc>
          <w:tcPr>
            <w:tcW w:w="2880" w:type="dxa"/>
          </w:tcPr>
          <w:p w14:paraId="3CE8C1B2" w14:textId="77777777" w:rsidR="004D342C" w:rsidRDefault="00000000">
            <w:pPr>
              <w:spacing w:before="20" w:after="20"/>
              <w:ind w:firstLine="0"/>
            </w:pPr>
            <w:r>
              <w:rPr>
                <w:sz w:val="16"/>
              </w:rPr>
              <w:t>Q23A FEARS: RICH MEMBER COUNTRIES PAY</w:t>
            </w:r>
          </w:p>
        </w:tc>
        <w:tc>
          <w:tcPr>
            <w:tcW w:w="3456" w:type="dxa"/>
          </w:tcPr>
          <w:p w14:paraId="485BA0A8" w14:textId="77777777" w:rsidR="004D342C" w:rsidRDefault="00000000">
            <w:pPr>
              <w:spacing w:before="20" w:after="20"/>
              <w:ind w:firstLine="0"/>
            </w:pPr>
            <w:r>
              <w:rPr>
                <w:sz w:val="16"/>
              </w:rPr>
              <w:t>1 currently afraid of it / 2 not currently afraid of it / 3 dont know</w:t>
            </w:r>
          </w:p>
        </w:tc>
        <w:tc>
          <w:tcPr>
            <w:tcW w:w="648" w:type="dxa"/>
          </w:tcPr>
          <w:p w14:paraId="7E2F2272" w14:textId="77777777" w:rsidR="004D342C" w:rsidRDefault="00000000">
            <w:pPr>
              <w:spacing w:before="20" w:after="20"/>
              <w:ind w:firstLine="0"/>
              <w:jc w:val="right"/>
            </w:pPr>
            <w:r>
              <w:rPr>
                <w:sz w:val="16"/>
              </w:rPr>
              <w:t>5</w:t>
            </w:r>
          </w:p>
        </w:tc>
      </w:tr>
      <w:tr w:rsidR="004D342C" w14:paraId="6002E27B" w14:textId="77777777">
        <w:trPr>
          <w:cantSplit/>
          <w:jc w:val="center"/>
        </w:trPr>
        <w:tc>
          <w:tcPr>
            <w:tcW w:w="1944" w:type="dxa"/>
          </w:tcPr>
          <w:p w14:paraId="29B34D7E" w14:textId="77777777" w:rsidR="004D342C" w:rsidRDefault="00000000">
            <w:pPr>
              <w:spacing w:before="20" w:after="20"/>
              <w:ind w:firstLine="0"/>
            </w:pPr>
            <w:r>
              <w:rPr>
                <w:sz w:val="16"/>
              </w:rPr>
              <w:t>issueimpthirdworld</w:t>
            </w:r>
          </w:p>
        </w:tc>
        <w:tc>
          <w:tcPr>
            <w:tcW w:w="2880" w:type="dxa"/>
          </w:tcPr>
          <w:p w14:paraId="5EB099F0" w14:textId="77777777" w:rsidR="004D342C" w:rsidRDefault="00000000">
            <w:pPr>
              <w:spacing w:before="20" w:after="20"/>
              <w:ind w:firstLine="0"/>
            </w:pPr>
            <w:r>
              <w:rPr>
                <w:sz w:val="16"/>
              </w:rPr>
              <w:t>Importance of issue: aid to the third world</w:t>
            </w:r>
          </w:p>
        </w:tc>
        <w:tc>
          <w:tcPr>
            <w:tcW w:w="3456" w:type="dxa"/>
          </w:tcPr>
          <w:p w14:paraId="380E6ABF" w14:textId="77777777" w:rsidR="004D342C" w:rsidRDefault="00000000">
            <w:pPr>
              <w:spacing w:before="20" w:after="20"/>
              <w:ind w:firstLine="0"/>
            </w:pPr>
            <w:r>
              <w:rPr>
                <w:sz w:val="16"/>
              </w:rPr>
              <w:t>1 very important / 2 important / 3 of little importance / 4 not at all important</w:t>
            </w:r>
          </w:p>
        </w:tc>
        <w:tc>
          <w:tcPr>
            <w:tcW w:w="648" w:type="dxa"/>
          </w:tcPr>
          <w:p w14:paraId="1C220412" w14:textId="77777777" w:rsidR="004D342C" w:rsidRDefault="00000000">
            <w:pPr>
              <w:spacing w:before="20" w:after="20"/>
              <w:ind w:firstLine="0"/>
              <w:jc w:val="right"/>
            </w:pPr>
            <w:r>
              <w:rPr>
                <w:sz w:val="16"/>
              </w:rPr>
              <w:t>5</w:t>
            </w:r>
          </w:p>
        </w:tc>
      </w:tr>
      <w:tr w:rsidR="004D342C" w14:paraId="7FF64322" w14:textId="77777777">
        <w:trPr>
          <w:cantSplit/>
          <w:jc w:val="center"/>
        </w:trPr>
        <w:tc>
          <w:tcPr>
            <w:tcW w:w="1944" w:type="dxa"/>
          </w:tcPr>
          <w:p w14:paraId="69B76E82" w14:textId="77777777" w:rsidR="004D342C" w:rsidRDefault="00000000">
            <w:pPr>
              <w:spacing w:before="20" w:after="20"/>
              <w:ind w:firstLine="0"/>
            </w:pPr>
            <w:r>
              <w:rPr>
                <w:sz w:val="16"/>
              </w:rPr>
              <w:t>jurisdageing</w:t>
            </w:r>
          </w:p>
        </w:tc>
        <w:tc>
          <w:tcPr>
            <w:tcW w:w="2880" w:type="dxa"/>
          </w:tcPr>
          <w:p w14:paraId="3D176BA9" w14:textId="77777777" w:rsidR="004D342C" w:rsidRDefault="00000000">
            <w:pPr>
              <w:spacing w:before="20" w:after="20"/>
              <w:ind w:firstLine="0"/>
            </w:pPr>
            <w:r>
              <w:rPr>
                <w:sz w:val="16"/>
              </w:rPr>
              <w:t>q35 eu common policy: ageing population</w:t>
            </w:r>
          </w:p>
        </w:tc>
        <w:tc>
          <w:tcPr>
            <w:tcW w:w="3456" w:type="dxa"/>
          </w:tcPr>
          <w:p w14:paraId="468A0497" w14:textId="77777777" w:rsidR="004D342C" w:rsidRDefault="00000000">
            <w:pPr>
              <w:spacing w:before="20" w:after="20"/>
              <w:ind w:firstLine="0"/>
            </w:pPr>
            <w:r>
              <w:rPr>
                <w:sz w:val="16"/>
              </w:rPr>
              <w:t>1 (NATIONALITY) Government / 2 Jointly within European Union / 3 dont know</w:t>
            </w:r>
          </w:p>
        </w:tc>
        <w:tc>
          <w:tcPr>
            <w:tcW w:w="648" w:type="dxa"/>
          </w:tcPr>
          <w:p w14:paraId="37DEF8A9" w14:textId="77777777" w:rsidR="004D342C" w:rsidRDefault="00000000">
            <w:pPr>
              <w:spacing w:before="20" w:after="20"/>
              <w:ind w:firstLine="0"/>
              <w:jc w:val="right"/>
            </w:pPr>
            <w:r>
              <w:rPr>
                <w:sz w:val="16"/>
              </w:rPr>
              <w:t>5</w:t>
            </w:r>
          </w:p>
        </w:tc>
      </w:tr>
      <w:tr w:rsidR="004D342C" w14:paraId="15636C94" w14:textId="77777777">
        <w:trPr>
          <w:cantSplit/>
          <w:jc w:val="center"/>
        </w:trPr>
        <w:tc>
          <w:tcPr>
            <w:tcW w:w="1944" w:type="dxa"/>
          </w:tcPr>
          <w:p w14:paraId="257A6418" w14:textId="77777777" w:rsidR="004D342C" w:rsidRDefault="00000000">
            <w:pPr>
              <w:spacing w:before="20" w:after="20"/>
              <w:ind w:firstLine="0"/>
            </w:pPr>
            <w:r>
              <w:rPr>
                <w:sz w:val="16"/>
              </w:rPr>
              <w:t>jurisdworkersrights</w:t>
            </w:r>
          </w:p>
        </w:tc>
        <w:tc>
          <w:tcPr>
            <w:tcW w:w="2880" w:type="dxa"/>
          </w:tcPr>
          <w:p w14:paraId="635EA031" w14:textId="77777777" w:rsidR="004D342C" w:rsidRDefault="00000000">
            <w:pPr>
              <w:spacing w:before="20" w:after="20"/>
              <w:ind w:firstLine="0"/>
            </w:pPr>
            <w:r>
              <w:rPr>
                <w:sz w:val="16"/>
              </w:rPr>
              <w:t>q26 eu common policy: workers rights</w:t>
            </w:r>
          </w:p>
        </w:tc>
        <w:tc>
          <w:tcPr>
            <w:tcW w:w="3456" w:type="dxa"/>
          </w:tcPr>
          <w:p w14:paraId="40346FD6" w14:textId="77777777" w:rsidR="004D342C" w:rsidRDefault="00000000">
            <w:pPr>
              <w:spacing w:before="20" w:after="20"/>
              <w:ind w:firstLine="0"/>
            </w:pPr>
            <w:r>
              <w:rPr>
                <w:sz w:val="16"/>
              </w:rPr>
              <w:t>1 (NATIONALITY) Government / 2 Jointly within European Union / 3 dont know</w:t>
            </w:r>
          </w:p>
        </w:tc>
        <w:tc>
          <w:tcPr>
            <w:tcW w:w="648" w:type="dxa"/>
          </w:tcPr>
          <w:p w14:paraId="36B33E22" w14:textId="77777777" w:rsidR="004D342C" w:rsidRDefault="00000000">
            <w:pPr>
              <w:spacing w:before="20" w:after="20"/>
              <w:ind w:firstLine="0"/>
              <w:jc w:val="right"/>
            </w:pPr>
            <w:r>
              <w:rPr>
                <w:sz w:val="16"/>
              </w:rPr>
              <w:t>5</w:t>
            </w:r>
          </w:p>
        </w:tc>
      </w:tr>
      <w:tr w:rsidR="004D342C" w14:paraId="031C93BF" w14:textId="77777777">
        <w:trPr>
          <w:cantSplit/>
          <w:jc w:val="center"/>
        </w:trPr>
        <w:tc>
          <w:tcPr>
            <w:tcW w:w="1944" w:type="dxa"/>
          </w:tcPr>
          <w:p w14:paraId="22493585" w14:textId="77777777" w:rsidR="004D342C" w:rsidRDefault="00000000">
            <w:pPr>
              <w:spacing w:before="20" w:after="20"/>
              <w:ind w:firstLine="0"/>
            </w:pPr>
            <w:r>
              <w:rPr>
                <w:sz w:val="16"/>
              </w:rPr>
              <w:lastRenderedPageBreak/>
              <w:t>priority2citizens</w:t>
            </w:r>
          </w:p>
        </w:tc>
        <w:tc>
          <w:tcPr>
            <w:tcW w:w="2880" w:type="dxa"/>
          </w:tcPr>
          <w:p w14:paraId="6D96FB4B" w14:textId="77777777" w:rsidR="004D342C" w:rsidRDefault="00000000">
            <w:pPr>
              <w:spacing w:before="20" w:after="20"/>
              <w:ind w:firstLine="0"/>
            </w:pPr>
            <w:r>
              <w:rPr>
                <w:sz w:val="16"/>
              </w:rPr>
              <w:t>QA26 EU PRIORITIES: CLOSER TO CITIZENS</w:t>
            </w:r>
          </w:p>
        </w:tc>
        <w:tc>
          <w:tcPr>
            <w:tcW w:w="3456" w:type="dxa"/>
          </w:tcPr>
          <w:p w14:paraId="54334D21" w14:textId="77777777" w:rsidR="004D342C" w:rsidRDefault="00000000">
            <w:pPr>
              <w:spacing w:before="20" w:after="20"/>
              <w:ind w:firstLine="0"/>
            </w:pPr>
            <w:r>
              <w:rPr>
                <w:sz w:val="16"/>
              </w:rPr>
              <w:t>0 not mentioned / 1 mentioned</w:t>
            </w:r>
          </w:p>
        </w:tc>
        <w:tc>
          <w:tcPr>
            <w:tcW w:w="648" w:type="dxa"/>
          </w:tcPr>
          <w:p w14:paraId="4F22BF95" w14:textId="77777777" w:rsidR="004D342C" w:rsidRDefault="00000000">
            <w:pPr>
              <w:spacing w:before="20" w:after="20"/>
              <w:ind w:firstLine="0"/>
              <w:jc w:val="right"/>
            </w:pPr>
            <w:r>
              <w:rPr>
                <w:sz w:val="16"/>
              </w:rPr>
              <w:t>5</w:t>
            </w:r>
          </w:p>
        </w:tc>
      </w:tr>
      <w:tr w:rsidR="004D342C" w14:paraId="5D535C76" w14:textId="77777777">
        <w:trPr>
          <w:cantSplit/>
          <w:jc w:val="center"/>
        </w:trPr>
        <w:tc>
          <w:tcPr>
            <w:tcW w:w="1944" w:type="dxa"/>
          </w:tcPr>
          <w:p w14:paraId="7A5CA6FA" w14:textId="77777777" w:rsidR="004D342C" w:rsidRDefault="00000000">
            <w:pPr>
              <w:spacing w:before="20" w:after="20"/>
              <w:ind w:firstLine="0"/>
            </w:pPr>
            <w:r>
              <w:rPr>
                <w:sz w:val="16"/>
              </w:rPr>
              <w:t>priority2civilrights</w:t>
            </w:r>
          </w:p>
        </w:tc>
        <w:tc>
          <w:tcPr>
            <w:tcW w:w="2880" w:type="dxa"/>
          </w:tcPr>
          <w:p w14:paraId="4F7EC58D" w14:textId="77777777" w:rsidR="004D342C" w:rsidRDefault="00000000">
            <w:pPr>
              <w:spacing w:before="20" w:after="20"/>
              <w:ind w:firstLine="0"/>
            </w:pPr>
            <w:r>
              <w:rPr>
                <w:sz w:val="16"/>
              </w:rPr>
              <w:t>QA26 EU PRIORITIES: GUARANTEE RIGHTS</w:t>
            </w:r>
          </w:p>
        </w:tc>
        <w:tc>
          <w:tcPr>
            <w:tcW w:w="3456" w:type="dxa"/>
          </w:tcPr>
          <w:p w14:paraId="4D6D7F06" w14:textId="77777777" w:rsidR="004D342C" w:rsidRDefault="00000000">
            <w:pPr>
              <w:spacing w:before="20" w:after="20"/>
              <w:ind w:firstLine="0"/>
            </w:pPr>
            <w:r>
              <w:rPr>
                <w:sz w:val="16"/>
              </w:rPr>
              <w:t>0 not mentioned / 1 mentioned</w:t>
            </w:r>
          </w:p>
        </w:tc>
        <w:tc>
          <w:tcPr>
            <w:tcW w:w="648" w:type="dxa"/>
          </w:tcPr>
          <w:p w14:paraId="7CAEE9FC" w14:textId="77777777" w:rsidR="004D342C" w:rsidRDefault="00000000">
            <w:pPr>
              <w:spacing w:before="20" w:after="20"/>
              <w:ind w:firstLine="0"/>
              <w:jc w:val="right"/>
            </w:pPr>
            <w:r>
              <w:rPr>
                <w:sz w:val="16"/>
              </w:rPr>
              <w:t>5</w:t>
            </w:r>
          </w:p>
        </w:tc>
      </w:tr>
      <w:tr w:rsidR="004D342C" w14:paraId="1C21C96A" w14:textId="77777777">
        <w:trPr>
          <w:cantSplit/>
          <w:jc w:val="center"/>
        </w:trPr>
        <w:tc>
          <w:tcPr>
            <w:tcW w:w="1944" w:type="dxa"/>
          </w:tcPr>
          <w:p w14:paraId="620EF4B4" w14:textId="77777777" w:rsidR="004D342C" w:rsidRDefault="00000000">
            <w:pPr>
              <w:spacing w:before="20" w:after="20"/>
              <w:ind w:firstLine="0"/>
            </w:pPr>
            <w:r>
              <w:rPr>
                <w:sz w:val="16"/>
              </w:rPr>
              <w:t>priority2consumers</w:t>
            </w:r>
          </w:p>
        </w:tc>
        <w:tc>
          <w:tcPr>
            <w:tcW w:w="2880" w:type="dxa"/>
          </w:tcPr>
          <w:p w14:paraId="72CE956C" w14:textId="77777777" w:rsidR="004D342C" w:rsidRDefault="00000000">
            <w:pPr>
              <w:spacing w:before="20" w:after="20"/>
              <w:ind w:firstLine="0"/>
            </w:pPr>
            <w:r>
              <w:rPr>
                <w:sz w:val="16"/>
              </w:rPr>
              <w:t>QA26 EU PRIORITIES: PROT CONSUMER PROD QUAL</w:t>
            </w:r>
          </w:p>
        </w:tc>
        <w:tc>
          <w:tcPr>
            <w:tcW w:w="3456" w:type="dxa"/>
          </w:tcPr>
          <w:p w14:paraId="7A474FFC" w14:textId="77777777" w:rsidR="004D342C" w:rsidRDefault="00000000">
            <w:pPr>
              <w:spacing w:before="20" w:after="20"/>
              <w:ind w:firstLine="0"/>
            </w:pPr>
            <w:r>
              <w:rPr>
                <w:sz w:val="16"/>
              </w:rPr>
              <w:t>0 not mentioned / 1 mentioned</w:t>
            </w:r>
          </w:p>
        </w:tc>
        <w:tc>
          <w:tcPr>
            <w:tcW w:w="648" w:type="dxa"/>
          </w:tcPr>
          <w:p w14:paraId="1CD46B36" w14:textId="77777777" w:rsidR="004D342C" w:rsidRDefault="00000000">
            <w:pPr>
              <w:spacing w:before="20" w:after="20"/>
              <w:ind w:firstLine="0"/>
              <w:jc w:val="right"/>
            </w:pPr>
            <w:r>
              <w:rPr>
                <w:sz w:val="16"/>
              </w:rPr>
              <w:t>5</w:t>
            </w:r>
          </w:p>
        </w:tc>
      </w:tr>
      <w:tr w:rsidR="004D342C" w14:paraId="0CB94C1E" w14:textId="77777777">
        <w:trPr>
          <w:cantSplit/>
          <w:jc w:val="center"/>
        </w:trPr>
        <w:tc>
          <w:tcPr>
            <w:tcW w:w="1944" w:type="dxa"/>
          </w:tcPr>
          <w:p w14:paraId="5738B655" w14:textId="77777777" w:rsidR="004D342C" w:rsidRDefault="00000000">
            <w:pPr>
              <w:spacing w:before="20" w:after="20"/>
              <w:ind w:firstLine="0"/>
            </w:pPr>
            <w:r>
              <w:rPr>
                <w:sz w:val="16"/>
              </w:rPr>
              <w:t>priority2crime</w:t>
            </w:r>
          </w:p>
        </w:tc>
        <w:tc>
          <w:tcPr>
            <w:tcW w:w="2880" w:type="dxa"/>
          </w:tcPr>
          <w:p w14:paraId="35B7B804" w14:textId="77777777" w:rsidR="004D342C" w:rsidRDefault="00000000">
            <w:pPr>
              <w:spacing w:before="20" w:after="20"/>
              <w:ind w:firstLine="0"/>
            </w:pPr>
            <w:r>
              <w:rPr>
                <w:sz w:val="16"/>
              </w:rPr>
              <w:t>QA26 EU PRIORITIES: FIGHT ORG CRIME DRUG TR</w:t>
            </w:r>
          </w:p>
        </w:tc>
        <w:tc>
          <w:tcPr>
            <w:tcW w:w="3456" w:type="dxa"/>
          </w:tcPr>
          <w:p w14:paraId="641B42D3" w14:textId="77777777" w:rsidR="004D342C" w:rsidRDefault="00000000">
            <w:pPr>
              <w:spacing w:before="20" w:after="20"/>
              <w:ind w:firstLine="0"/>
            </w:pPr>
            <w:r>
              <w:rPr>
                <w:sz w:val="16"/>
              </w:rPr>
              <w:t>0 not mentioned / 1 mentioned</w:t>
            </w:r>
          </w:p>
        </w:tc>
        <w:tc>
          <w:tcPr>
            <w:tcW w:w="648" w:type="dxa"/>
          </w:tcPr>
          <w:p w14:paraId="04DF7C89" w14:textId="77777777" w:rsidR="004D342C" w:rsidRDefault="00000000">
            <w:pPr>
              <w:spacing w:before="20" w:after="20"/>
              <w:ind w:firstLine="0"/>
              <w:jc w:val="right"/>
            </w:pPr>
            <w:r>
              <w:rPr>
                <w:sz w:val="16"/>
              </w:rPr>
              <w:t>5</w:t>
            </w:r>
          </w:p>
        </w:tc>
      </w:tr>
      <w:tr w:rsidR="004D342C" w14:paraId="03010B1F" w14:textId="77777777">
        <w:trPr>
          <w:cantSplit/>
          <w:jc w:val="center"/>
        </w:trPr>
        <w:tc>
          <w:tcPr>
            <w:tcW w:w="1944" w:type="dxa"/>
          </w:tcPr>
          <w:p w14:paraId="3BA9E527" w14:textId="77777777" w:rsidR="004D342C" w:rsidRDefault="00000000">
            <w:pPr>
              <w:spacing w:before="20" w:after="20"/>
              <w:ind w:firstLine="0"/>
            </w:pPr>
            <w:r>
              <w:rPr>
                <w:sz w:val="16"/>
              </w:rPr>
              <w:t>priority2diplomacy</w:t>
            </w:r>
          </w:p>
        </w:tc>
        <w:tc>
          <w:tcPr>
            <w:tcW w:w="2880" w:type="dxa"/>
          </w:tcPr>
          <w:p w14:paraId="7FC8E33A" w14:textId="77777777" w:rsidR="004D342C" w:rsidRDefault="00000000">
            <w:pPr>
              <w:spacing w:before="20" w:after="20"/>
              <w:ind w:firstLine="0"/>
            </w:pPr>
            <w:r>
              <w:rPr>
                <w:sz w:val="16"/>
              </w:rPr>
              <w:t>QA26 EU PRIORITIES: WORLDWIDE IMPORTANCE</w:t>
            </w:r>
          </w:p>
        </w:tc>
        <w:tc>
          <w:tcPr>
            <w:tcW w:w="3456" w:type="dxa"/>
          </w:tcPr>
          <w:p w14:paraId="58C23502" w14:textId="77777777" w:rsidR="004D342C" w:rsidRDefault="00000000">
            <w:pPr>
              <w:spacing w:before="20" w:after="20"/>
              <w:ind w:firstLine="0"/>
            </w:pPr>
            <w:r>
              <w:rPr>
                <w:sz w:val="16"/>
              </w:rPr>
              <w:t>0 not mentioned / 1 mentioned</w:t>
            </w:r>
          </w:p>
        </w:tc>
        <w:tc>
          <w:tcPr>
            <w:tcW w:w="648" w:type="dxa"/>
          </w:tcPr>
          <w:p w14:paraId="2D788131" w14:textId="77777777" w:rsidR="004D342C" w:rsidRDefault="00000000">
            <w:pPr>
              <w:spacing w:before="20" w:after="20"/>
              <w:ind w:firstLine="0"/>
              <w:jc w:val="right"/>
            </w:pPr>
            <w:r>
              <w:rPr>
                <w:sz w:val="16"/>
              </w:rPr>
              <w:t>5</w:t>
            </w:r>
          </w:p>
        </w:tc>
      </w:tr>
      <w:tr w:rsidR="004D342C" w14:paraId="7739A6A9" w14:textId="77777777">
        <w:trPr>
          <w:cantSplit/>
          <w:jc w:val="center"/>
        </w:trPr>
        <w:tc>
          <w:tcPr>
            <w:tcW w:w="1944" w:type="dxa"/>
          </w:tcPr>
          <w:p w14:paraId="5A146154" w14:textId="77777777" w:rsidR="004D342C" w:rsidRDefault="00000000">
            <w:pPr>
              <w:spacing w:before="20" w:after="20"/>
              <w:ind w:firstLine="0"/>
            </w:pPr>
            <w:r>
              <w:rPr>
                <w:sz w:val="16"/>
              </w:rPr>
              <w:t>priority2dontknow</w:t>
            </w:r>
          </w:p>
        </w:tc>
        <w:tc>
          <w:tcPr>
            <w:tcW w:w="2880" w:type="dxa"/>
          </w:tcPr>
          <w:p w14:paraId="5AE6AEC8" w14:textId="77777777" w:rsidR="004D342C" w:rsidRDefault="00000000">
            <w:pPr>
              <w:spacing w:before="20" w:after="20"/>
              <w:ind w:firstLine="0"/>
            </w:pPr>
            <w:r>
              <w:rPr>
                <w:sz w:val="16"/>
              </w:rPr>
              <w:t>QA26 EU PRIORITIES: DK</w:t>
            </w:r>
          </w:p>
        </w:tc>
        <w:tc>
          <w:tcPr>
            <w:tcW w:w="3456" w:type="dxa"/>
          </w:tcPr>
          <w:p w14:paraId="5ECC0246" w14:textId="77777777" w:rsidR="004D342C" w:rsidRDefault="00000000">
            <w:pPr>
              <w:spacing w:before="20" w:after="20"/>
              <w:ind w:firstLine="0"/>
            </w:pPr>
            <w:r>
              <w:rPr>
                <w:sz w:val="16"/>
              </w:rPr>
              <w:t>0 not mentioned / 1 mentioned</w:t>
            </w:r>
          </w:p>
        </w:tc>
        <w:tc>
          <w:tcPr>
            <w:tcW w:w="648" w:type="dxa"/>
          </w:tcPr>
          <w:p w14:paraId="53802C8B" w14:textId="77777777" w:rsidR="004D342C" w:rsidRDefault="00000000">
            <w:pPr>
              <w:spacing w:before="20" w:after="20"/>
              <w:ind w:firstLine="0"/>
              <w:jc w:val="right"/>
            </w:pPr>
            <w:r>
              <w:rPr>
                <w:sz w:val="16"/>
              </w:rPr>
              <w:t>5</w:t>
            </w:r>
          </w:p>
        </w:tc>
      </w:tr>
      <w:tr w:rsidR="004D342C" w14:paraId="4949BA4D" w14:textId="77777777">
        <w:trPr>
          <w:cantSplit/>
          <w:jc w:val="center"/>
        </w:trPr>
        <w:tc>
          <w:tcPr>
            <w:tcW w:w="1944" w:type="dxa"/>
          </w:tcPr>
          <w:p w14:paraId="79BB9D3F" w14:textId="77777777" w:rsidR="004D342C" w:rsidRDefault="00000000">
            <w:pPr>
              <w:spacing w:before="20" w:after="20"/>
              <w:ind w:firstLine="0"/>
            </w:pPr>
            <w:r>
              <w:rPr>
                <w:sz w:val="16"/>
              </w:rPr>
              <w:t>priority2enlarg</w:t>
            </w:r>
          </w:p>
        </w:tc>
        <w:tc>
          <w:tcPr>
            <w:tcW w:w="2880" w:type="dxa"/>
          </w:tcPr>
          <w:p w14:paraId="2D8C83D5" w14:textId="77777777" w:rsidR="004D342C" w:rsidRDefault="00000000">
            <w:pPr>
              <w:spacing w:before="20" w:after="20"/>
              <w:ind w:firstLine="0"/>
            </w:pPr>
            <w:r>
              <w:rPr>
                <w:sz w:val="16"/>
              </w:rPr>
              <w:t>QA26 EU PRIORITIES: WELCOME NEW MEMBERS</w:t>
            </w:r>
          </w:p>
        </w:tc>
        <w:tc>
          <w:tcPr>
            <w:tcW w:w="3456" w:type="dxa"/>
          </w:tcPr>
          <w:p w14:paraId="02AA454B" w14:textId="77777777" w:rsidR="004D342C" w:rsidRDefault="00000000">
            <w:pPr>
              <w:spacing w:before="20" w:after="20"/>
              <w:ind w:firstLine="0"/>
            </w:pPr>
            <w:r>
              <w:rPr>
                <w:sz w:val="16"/>
              </w:rPr>
              <w:t>0 not mentioned / 1 mentioned</w:t>
            </w:r>
          </w:p>
        </w:tc>
        <w:tc>
          <w:tcPr>
            <w:tcW w:w="648" w:type="dxa"/>
          </w:tcPr>
          <w:p w14:paraId="59310997" w14:textId="77777777" w:rsidR="004D342C" w:rsidRDefault="00000000">
            <w:pPr>
              <w:spacing w:before="20" w:after="20"/>
              <w:ind w:firstLine="0"/>
              <w:jc w:val="right"/>
            </w:pPr>
            <w:r>
              <w:rPr>
                <w:sz w:val="16"/>
              </w:rPr>
              <w:t>5</w:t>
            </w:r>
          </w:p>
        </w:tc>
      </w:tr>
      <w:tr w:rsidR="004D342C" w14:paraId="728499CF" w14:textId="77777777">
        <w:trPr>
          <w:cantSplit/>
          <w:jc w:val="center"/>
        </w:trPr>
        <w:tc>
          <w:tcPr>
            <w:tcW w:w="1944" w:type="dxa"/>
          </w:tcPr>
          <w:p w14:paraId="2C7D01A7" w14:textId="77777777" w:rsidR="004D342C" w:rsidRDefault="00000000">
            <w:pPr>
              <w:spacing w:before="20" w:after="20"/>
              <w:ind w:firstLine="0"/>
            </w:pPr>
            <w:r>
              <w:rPr>
                <w:sz w:val="16"/>
              </w:rPr>
              <w:t>priority2environment</w:t>
            </w:r>
          </w:p>
        </w:tc>
        <w:tc>
          <w:tcPr>
            <w:tcW w:w="2880" w:type="dxa"/>
          </w:tcPr>
          <w:p w14:paraId="52B529CD" w14:textId="77777777" w:rsidR="004D342C" w:rsidRDefault="00000000">
            <w:pPr>
              <w:spacing w:before="20" w:after="20"/>
              <w:ind w:firstLine="0"/>
            </w:pPr>
            <w:r>
              <w:rPr>
                <w:sz w:val="16"/>
              </w:rPr>
              <w:t>QA26 EU PRIORITIES: PROTECT ENVIRONMENT</w:t>
            </w:r>
          </w:p>
        </w:tc>
        <w:tc>
          <w:tcPr>
            <w:tcW w:w="3456" w:type="dxa"/>
          </w:tcPr>
          <w:p w14:paraId="0B1177EA" w14:textId="77777777" w:rsidR="004D342C" w:rsidRDefault="00000000">
            <w:pPr>
              <w:spacing w:before="20" w:after="20"/>
              <w:ind w:firstLine="0"/>
            </w:pPr>
            <w:r>
              <w:rPr>
                <w:sz w:val="16"/>
              </w:rPr>
              <w:t>0 not mentioned / 1 mentioned</w:t>
            </w:r>
          </w:p>
        </w:tc>
        <w:tc>
          <w:tcPr>
            <w:tcW w:w="648" w:type="dxa"/>
          </w:tcPr>
          <w:p w14:paraId="383208B3" w14:textId="77777777" w:rsidR="004D342C" w:rsidRDefault="00000000">
            <w:pPr>
              <w:spacing w:before="20" w:after="20"/>
              <w:ind w:firstLine="0"/>
              <w:jc w:val="right"/>
            </w:pPr>
            <w:r>
              <w:rPr>
                <w:sz w:val="16"/>
              </w:rPr>
              <w:t>5</w:t>
            </w:r>
          </w:p>
        </w:tc>
      </w:tr>
      <w:tr w:rsidR="004D342C" w14:paraId="76B3CE17" w14:textId="77777777">
        <w:trPr>
          <w:cantSplit/>
          <w:jc w:val="center"/>
        </w:trPr>
        <w:tc>
          <w:tcPr>
            <w:tcW w:w="1944" w:type="dxa"/>
          </w:tcPr>
          <w:p w14:paraId="640D91C8" w14:textId="77777777" w:rsidR="004D342C" w:rsidRDefault="00000000">
            <w:pPr>
              <w:spacing w:before="20" w:after="20"/>
              <w:ind w:firstLine="0"/>
            </w:pPr>
            <w:r>
              <w:rPr>
                <w:sz w:val="16"/>
              </w:rPr>
              <w:t>priority2euro</w:t>
            </w:r>
          </w:p>
        </w:tc>
        <w:tc>
          <w:tcPr>
            <w:tcW w:w="2880" w:type="dxa"/>
          </w:tcPr>
          <w:p w14:paraId="779EA1F6" w14:textId="77777777" w:rsidR="004D342C" w:rsidRDefault="00000000">
            <w:pPr>
              <w:spacing w:before="20" w:after="20"/>
              <w:ind w:firstLine="0"/>
            </w:pPr>
            <w:r>
              <w:rPr>
                <w:sz w:val="16"/>
              </w:rPr>
              <w:t>QA26 EU PRIORITIES: SINGLE EUROP CURRENCY</w:t>
            </w:r>
          </w:p>
        </w:tc>
        <w:tc>
          <w:tcPr>
            <w:tcW w:w="3456" w:type="dxa"/>
          </w:tcPr>
          <w:p w14:paraId="1BB84152" w14:textId="77777777" w:rsidR="004D342C" w:rsidRDefault="00000000">
            <w:pPr>
              <w:spacing w:before="20" w:after="20"/>
              <w:ind w:firstLine="0"/>
            </w:pPr>
            <w:r>
              <w:rPr>
                <w:sz w:val="16"/>
              </w:rPr>
              <w:t>0 not mentioned / 1 mentioned</w:t>
            </w:r>
          </w:p>
        </w:tc>
        <w:tc>
          <w:tcPr>
            <w:tcW w:w="648" w:type="dxa"/>
          </w:tcPr>
          <w:p w14:paraId="06AEB073" w14:textId="77777777" w:rsidR="004D342C" w:rsidRDefault="00000000">
            <w:pPr>
              <w:spacing w:before="20" w:after="20"/>
              <w:ind w:firstLine="0"/>
              <w:jc w:val="right"/>
            </w:pPr>
            <w:r>
              <w:rPr>
                <w:sz w:val="16"/>
              </w:rPr>
              <w:t>5</w:t>
            </w:r>
          </w:p>
        </w:tc>
      </w:tr>
      <w:tr w:rsidR="004D342C" w14:paraId="471C40B3" w14:textId="77777777">
        <w:trPr>
          <w:cantSplit/>
          <w:jc w:val="center"/>
        </w:trPr>
        <w:tc>
          <w:tcPr>
            <w:tcW w:w="1944" w:type="dxa"/>
          </w:tcPr>
          <w:p w14:paraId="6AF64FE6" w14:textId="77777777" w:rsidR="004D342C" w:rsidRDefault="00000000">
            <w:pPr>
              <w:spacing w:before="20" w:after="20"/>
              <w:ind w:firstLine="0"/>
            </w:pPr>
            <w:r>
              <w:rPr>
                <w:sz w:val="16"/>
              </w:rPr>
              <w:t>priority2instreforms</w:t>
            </w:r>
          </w:p>
        </w:tc>
        <w:tc>
          <w:tcPr>
            <w:tcW w:w="2880" w:type="dxa"/>
          </w:tcPr>
          <w:p w14:paraId="06641B07" w14:textId="77777777" w:rsidR="004D342C" w:rsidRDefault="00000000">
            <w:pPr>
              <w:spacing w:before="20" w:after="20"/>
              <w:ind w:firstLine="0"/>
            </w:pPr>
            <w:r>
              <w:rPr>
                <w:sz w:val="16"/>
              </w:rPr>
              <w:t>QA26 EU PRIORITIES: REFORM INSTITUTIONS</w:t>
            </w:r>
          </w:p>
        </w:tc>
        <w:tc>
          <w:tcPr>
            <w:tcW w:w="3456" w:type="dxa"/>
          </w:tcPr>
          <w:p w14:paraId="496D8162" w14:textId="77777777" w:rsidR="004D342C" w:rsidRDefault="00000000">
            <w:pPr>
              <w:spacing w:before="20" w:after="20"/>
              <w:ind w:firstLine="0"/>
            </w:pPr>
            <w:r>
              <w:rPr>
                <w:sz w:val="16"/>
              </w:rPr>
              <w:t>0 not mentioned / 1 mentioned</w:t>
            </w:r>
          </w:p>
        </w:tc>
        <w:tc>
          <w:tcPr>
            <w:tcW w:w="648" w:type="dxa"/>
          </w:tcPr>
          <w:p w14:paraId="09095C07" w14:textId="77777777" w:rsidR="004D342C" w:rsidRDefault="00000000">
            <w:pPr>
              <w:spacing w:before="20" w:after="20"/>
              <w:ind w:firstLine="0"/>
              <w:jc w:val="right"/>
            </w:pPr>
            <w:r>
              <w:rPr>
                <w:sz w:val="16"/>
              </w:rPr>
              <w:t>5</w:t>
            </w:r>
          </w:p>
        </w:tc>
      </w:tr>
      <w:tr w:rsidR="004D342C" w14:paraId="216A83D0" w14:textId="77777777">
        <w:trPr>
          <w:cantSplit/>
          <w:jc w:val="center"/>
        </w:trPr>
        <w:tc>
          <w:tcPr>
            <w:tcW w:w="1944" w:type="dxa"/>
          </w:tcPr>
          <w:p w14:paraId="21EAE9CC" w14:textId="77777777" w:rsidR="004D342C" w:rsidRDefault="00000000">
            <w:pPr>
              <w:spacing w:before="20" w:after="20"/>
              <w:ind w:firstLine="0"/>
            </w:pPr>
            <w:r>
              <w:rPr>
                <w:sz w:val="16"/>
              </w:rPr>
              <w:t>priority2jobs</w:t>
            </w:r>
          </w:p>
        </w:tc>
        <w:tc>
          <w:tcPr>
            <w:tcW w:w="2880" w:type="dxa"/>
          </w:tcPr>
          <w:p w14:paraId="4C17F79F" w14:textId="77777777" w:rsidR="004D342C" w:rsidRDefault="00000000">
            <w:pPr>
              <w:spacing w:before="20" w:after="20"/>
              <w:ind w:firstLine="0"/>
            </w:pPr>
            <w:r>
              <w:rPr>
                <w:sz w:val="16"/>
              </w:rPr>
              <w:t>QA26 EU PRIORITIES: FIGHT UNEMPLOYMENT</w:t>
            </w:r>
          </w:p>
        </w:tc>
        <w:tc>
          <w:tcPr>
            <w:tcW w:w="3456" w:type="dxa"/>
          </w:tcPr>
          <w:p w14:paraId="4E8377A9" w14:textId="77777777" w:rsidR="004D342C" w:rsidRDefault="00000000">
            <w:pPr>
              <w:spacing w:before="20" w:after="20"/>
              <w:ind w:firstLine="0"/>
            </w:pPr>
            <w:r>
              <w:rPr>
                <w:sz w:val="16"/>
              </w:rPr>
              <w:t>0 not mentioned / 1 mentioned</w:t>
            </w:r>
          </w:p>
        </w:tc>
        <w:tc>
          <w:tcPr>
            <w:tcW w:w="648" w:type="dxa"/>
          </w:tcPr>
          <w:p w14:paraId="249273A0" w14:textId="77777777" w:rsidR="004D342C" w:rsidRDefault="00000000">
            <w:pPr>
              <w:spacing w:before="20" w:after="20"/>
              <w:ind w:firstLine="0"/>
              <w:jc w:val="right"/>
            </w:pPr>
            <w:r>
              <w:rPr>
                <w:sz w:val="16"/>
              </w:rPr>
              <w:t>5</w:t>
            </w:r>
          </w:p>
        </w:tc>
      </w:tr>
      <w:tr w:rsidR="004D342C" w14:paraId="3E4E0D95" w14:textId="77777777">
        <w:trPr>
          <w:cantSplit/>
          <w:jc w:val="center"/>
        </w:trPr>
        <w:tc>
          <w:tcPr>
            <w:tcW w:w="1944" w:type="dxa"/>
          </w:tcPr>
          <w:p w14:paraId="0E4F8F5E" w14:textId="77777777" w:rsidR="004D342C" w:rsidRDefault="00000000">
            <w:pPr>
              <w:spacing w:before="20" w:after="20"/>
              <w:ind w:firstLine="0"/>
            </w:pPr>
            <w:r>
              <w:rPr>
                <w:sz w:val="16"/>
              </w:rPr>
              <w:t>priority2others</w:t>
            </w:r>
          </w:p>
        </w:tc>
        <w:tc>
          <w:tcPr>
            <w:tcW w:w="2880" w:type="dxa"/>
          </w:tcPr>
          <w:p w14:paraId="1D3BC398" w14:textId="77777777" w:rsidR="004D342C" w:rsidRDefault="00000000">
            <w:pPr>
              <w:spacing w:before="20" w:after="20"/>
              <w:ind w:firstLine="0"/>
            </w:pPr>
            <w:r>
              <w:rPr>
                <w:sz w:val="16"/>
              </w:rPr>
              <w:t>QA26 EU PRIORITIES: OTHERS</w:t>
            </w:r>
          </w:p>
        </w:tc>
        <w:tc>
          <w:tcPr>
            <w:tcW w:w="3456" w:type="dxa"/>
          </w:tcPr>
          <w:p w14:paraId="18CB6BC6" w14:textId="77777777" w:rsidR="004D342C" w:rsidRDefault="00000000">
            <w:pPr>
              <w:spacing w:before="20" w:after="20"/>
              <w:ind w:firstLine="0"/>
            </w:pPr>
            <w:r>
              <w:rPr>
                <w:sz w:val="16"/>
              </w:rPr>
              <w:t>0 not mentioned / 1 mentioned</w:t>
            </w:r>
          </w:p>
        </w:tc>
        <w:tc>
          <w:tcPr>
            <w:tcW w:w="648" w:type="dxa"/>
          </w:tcPr>
          <w:p w14:paraId="4EF23E54" w14:textId="77777777" w:rsidR="004D342C" w:rsidRDefault="00000000">
            <w:pPr>
              <w:spacing w:before="20" w:after="20"/>
              <w:ind w:firstLine="0"/>
              <w:jc w:val="right"/>
            </w:pPr>
            <w:r>
              <w:rPr>
                <w:sz w:val="16"/>
              </w:rPr>
              <w:t>5</w:t>
            </w:r>
          </w:p>
        </w:tc>
      </w:tr>
      <w:tr w:rsidR="004D342C" w14:paraId="05289FFE" w14:textId="77777777">
        <w:trPr>
          <w:cantSplit/>
          <w:jc w:val="center"/>
        </w:trPr>
        <w:tc>
          <w:tcPr>
            <w:tcW w:w="1944" w:type="dxa"/>
          </w:tcPr>
          <w:p w14:paraId="536BEAA3" w14:textId="77777777" w:rsidR="004D342C" w:rsidRDefault="00000000">
            <w:pPr>
              <w:spacing w:before="20" w:after="20"/>
              <w:ind w:firstLine="0"/>
            </w:pPr>
            <w:r>
              <w:rPr>
                <w:sz w:val="16"/>
              </w:rPr>
              <w:t>priority2peace</w:t>
            </w:r>
          </w:p>
        </w:tc>
        <w:tc>
          <w:tcPr>
            <w:tcW w:w="2880" w:type="dxa"/>
          </w:tcPr>
          <w:p w14:paraId="6E15636D" w14:textId="77777777" w:rsidR="004D342C" w:rsidRDefault="00000000">
            <w:pPr>
              <w:spacing w:before="20" w:after="20"/>
              <w:ind w:firstLine="0"/>
            </w:pPr>
            <w:r>
              <w:rPr>
                <w:sz w:val="16"/>
              </w:rPr>
              <w:t>QA26 EU PRIORITIES: MAINTAIN PEACE</w:t>
            </w:r>
          </w:p>
        </w:tc>
        <w:tc>
          <w:tcPr>
            <w:tcW w:w="3456" w:type="dxa"/>
          </w:tcPr>
          <w:p w14:paraId="4594423C" w14:textId="77777777" w:rsidR="004D342C" w:rsidRDefault="00000000">
            <w:pPr>
              <w:spacing w:before="20" w:after="20"/>
              <w:ind w:firstLine="0"/>
            </w:pPr>
            <w:r>
              <w:rPr>
                <w:sz w:val="16"/>
              </w:rPr>
              <w:t>0 not mentioned / 1 mentioned</w:t>
            </w:r>
          </w:p>
        </w:tc>
        <w:tc>
          <w:tcPr>
            <w:tcW w:w="648" w:type="dxa"/>
          </w:tcPr>
          <w:p w14:paraId="63BDD887" w14:textId="77777777" w:rsidR="004D342C" w:rsidRDefault="00000000">
            <w:pPr>
              <w:spacing w:before="20" w:after="20"/>
              <w:ind w:firstLine="0"/>
              <w:jc w:val="right"/>
            </w:pPr>
            <w:r>
              <w:rPr>
                <w:sz w:val="16"/>
              </w:rPr>
              <w:t>5</w:t>
            </w:r>
          </w:p>
        </w:tc>
      </w:tr>
      <w:tr w:rsidR="004D342C" w14:paraId="304777AC" w14:textId="77777777">
        <w:trPr>
          <w:cantSplit/>
          <w:jc w:val="center"/>
        </w:trPr>
        <w:tc>
          <w:tcPr>
            <w:tcW w:w="1944" w:type="dxa"/>
          </w:tcPr>
          <w:p w14:paraId="028E8ACD" w14:textId="77777777" w:rsidR="004D342C" w:rsidRDefault="00000000">
            <w:pPr>
              <w:spacing w:before="20" w:after="20"/>
              <w:ind w:firstLine="0"/>
            </w:pPr>
            <w:r>
              <w:rPr>
                <w:sz w:val="16"/>
              </w:rPr>
              <w:t>priority2poverty</w:t>
            </w:r>
          </w:p>
        </w:tc>
        <w:tc>
          <w:tcPr>
            <w:tcW w:w="2880" w:type="dxa"/>
          </w:tcPr>
          <w:p w14:paraId="316F7E71" w14:textId="77777777" w:rsidR="004D342C" w:rsidRDefault="00000000">
            <w:pPr>
              <w:spacing w:before="20" w:after="20"/>
              <w:ind w:firstLine="0"/>
            </w:pPr>
            <w:r>
              <w:rPr>
                <w:sz w:val="16"/>
              </w:rPr>
              <w:t>QA26 EU PRIORITIES: FIGHT POVERTY</w:t>
            </w:r>
          </w:p>
        </w:tc>
        <w:tc>
          <w:tcPr>
            <w:tcW w:w="3456" w:type="dxa"/>
          </w:tcPr>
          <w:p w14:paraId="1D526FB9" w14:textId="77777777" w:rsidR="004D342C" w:rsidRDefault="00000000">
            <w:pPr>
              <w:spacing w:before="20" w:after="20"/>
              <w:ind w:firstLine="0"/>
            </w:pPr>
            <w:r>
              <w:rPr>
                <w:sz w:val="16"/>
              </w:rPr>
              <w:t>0 not mentioned / 1 mentioned</w:t>
            </w:r>
          </w:p>
        </w:tc>
        <w:tc>
          <w:tcPr>
            <w:tcW w:w="648" w:type="dxa"/>
          </w:tcPr>
          <w:p w14:paraId="7E94DF4D" w14:textId="77777777" w:rsidR="004D342C" w:rsidRDefault="00000000">
            <w:pPr>
              <w:spacing w:before="20" w:after="20"/>
              <w:ind w:firstLine="0"/>
              <w:jc w:val="right"/>
            </w:pPr>
            <w:r>
              <w:rPr>
                <w:sz w:val="16"/>
              </w:rPr>
              <w:t>5</w:t>
            </w:r>
          </w:p>
        </w:tc>
      </w:tr>
      <w:tr w:rsidR="004D342C" w14:paraId="5237B184" w14:textId="77777777">
        <w:trPr>
          <w:cantSplit/>
          <w:jc w:val="center"/>
        </w:trPr>
        <w:tc>
          <w:tcPr>
            <w:tcW w:w="1944" w:type="dxa"/>
          </w:tcPr>
          <w:p w14:paraId="40C6CE23" w14:textId="77777777" w:rsidR="004D342C" w:rsidRDefault="00000000">
            <w:pPr>
              <w:spacing w:before="20" w:after="20"/>
              <w:ind w:firstLine="0"/>
            </w:pPr>
            <w:r>
              <w:rPr>
                <w:sz w:val="16"/>
              </w:rPr>
              <w:t>priority2terrorism</w:t>
            </w:r>
          </w:p>
        </w:tc>
        <w:tc>
          <w:tcPr>
            <w:tcW w:w="2880" w:type="dxa"/>
          </w:tcPr>
          <w:p w14:paraId="25DEE796" w14:textId="77777777" w:rsidR="004D342C" w:rsidRDefault="00000000">
            <w:pPr>
              <w:spacing w:before="20" w:after="20"/>
              <w:ind w:firstLine="0"/>
            </w:pPr>
            <w:r>
              <w:rPr>
                <w:sz w:val="16"/>
              </w:rPr>
              <w:t>QA26 EU PRIORITIES: FIGHT TERRORISM</w:t>
            </w:r>
          </w:p>
        </w:tc>
        <w:tc>
          <w:tcPr>
            <w:tcW w:w="3456" w:type="dxa"/>
          </w:tcPr>
          <w:p w14:paraId="73673B48" w14:textId="77777777" w:rsidR="004D342C" w:rsidRDefault="00000000">
            <w:pPr>
              <w:spacing w:before="20" w:after="20"/>
              <w:ind w:firstLine="0"/>
            </w:pPr>
            <w:r>
              <w:rPr>
                <w:sz w:val="16"/>
              </w:rPr>
              <w:t>0 not mentioned / 1 mentioned</w:t>
            </w:r>
          </w:p>
        </w:tc>
        <w:tc>
          <w:tcPr>
            <w:tcW w:w="648" w:type="dxa"/>
          </w:tcPr>
          <w:p w14:paraId="5A5A3888" w14:textId="77777777" w:rsidR="004D342C" w:rsidRDefault="00000000">
            <w:pPr>
              <w:spacing w:before="20" w:after="20"/>
              <w:ind w:firstLine="0"/>
              <w:jc w:val="right"/>
            </w:pPr>
            <w:r>
              <w:rPr>
                <w:sz w:val="16"/>
              </w:rPr>
              <w:t>5</w:t>
            </w:r>
          </w:p>
        </w:tc>
      </w:tr>
      <w:tr w:rsidR="004D342C" w14:paraId="20252088" w14:textId="77777777">
        <w:trPr>
          <w:cantSplit/>
          <w:jc w:val="center"/>
        </w:trPr>
        <w:tc>
          <w:tcPr>
            <w:tcW w:w="1944" w:type="dxa"/>
          </w:tcPr>
          <w:p w14:paraId="3DA1F550" w14:textId="77777777" w:rsidR="004D342C" w:rsidRDefault="00000000">
            <w:pPr>
              <w:spacing w:before="20" w:after="20"/>
              <w:ind w:firstLine="0"/>
            </w:pPr>
            <w:r>
              <w:rPr>
                <w:sz w:val="16"/>
              </w:rPr>
              <w:t>fearcountryend</w:t>
            </w:r>
          </w:p>
        </w:tc>
        <w:tc>
          <w:tcPr>
            <w:tcW w:w="2880" w:type="dxa"/>
          </w:tcPr>
          <w:p w14:paraId="094CC82C" w14:textId="77777777" w:rsidR="004D342C" w:rsidRDefault="00000000">
            <w:pPr>
              <w:spacing w:before="20" w:after="20"/>
              <w:ind w:firstLine="0"/>
            </w:pPr>
            <w:r>
              <w:rPr>
                <w:sz w:val="16"/>
              </w:rPr>
              <w:t>q.31.7. - some people may have fears abo</w:t>
            </w:r>
          </w:p>
        </w:tc>
        <w:tc>
          <w:tcPr>
            <w:tcW w:w="3456" w:type="dxa"/>
          </w:tcPr>
          <w:p w14:paraId="61A7E5BF" w14:textId="77777777" w:rsidR="004D342C" w:rsidRDefault="00000000">
            <w:pPr>
              <w:spacing w:before="20" w:after="20"/>
              <w:ind w:firstLine="0"/>
            </w:pPr>
            <w:r>
              <w:rPr>
                <w:sz w:val="16"/>
              </w:rPr>
              <w:t>1 currently afraid of it / 2 not currently afraid of it / 3 dont know</w:t>
            </w:r>
          </w:p>
        </w:tc>
        <w:tc>
          <w:tcPr>
            <w:tcW w:w="648" w:type="dxa"/>
          </w:tcPr>
          <w:p w14:paraId="0125BF36" w14:textId="77777777" w:rsidR="004D342C" w:rsidRDefault="00000000">
            <w:pPr>
              <w:spacing w:before="20" w:after="20"/>
              <w:ind w:firstLine="0"/>
              <w:jc w:val="right"/>
            </w:pPr>
            <w:r>
              <w:rPr>
                <w:sz w:val="16"/>
              </w:rPr>
              <w:t>4</w:t>
            </w:r>
          </w:p>
        </w:tc>
      </w:tr>
      <w:tr w:rsidR="004D342C" w14:paraId="2CC2D557" w14:textId="77777777">
        <w:trPr>
          <w:cantSplit/>
          <w:jc w:val="center"/>
        </w:trPr>
        <w:tc>
          <w:tcPr>
            <w:tcW w:w="1944" w:type="dxa"/>
          </w:tcPr>
          <w:p w14:paraId="4B5DD7CD" w14:textId="77777777" w:rsidR="004D342C" w:rsidRDefault="00000000">
            <w:pPr>
              <w:spacing w:before="20" w:after="20"/>
              <w:ind w:firstLine="0"/>
            </w:pPr>
            <w:r>
              <w:rPr>
                <w:sz w:val="16"/>
              </w:rPr>
              <w:t>fearenlarg</w:t>
            </w:r>
          </w:p>
        </w:tc>
        <w:tc>
          <w:tcPr>
            <w:tcW w:w="2880" w:type="dxa"/>
          </w:tcPr>
          <w:p w14:paraId="6A2CA302" w14:textId="77777777" w:rsidR="004D342C" w:rsidRDefault="00000000">
            <w:pPr>
              <w:spacing w:before="20" w:after="20"/>
              <w:ind w:firstLine="0"/>
            </w:pPr>
            <w:r>
              <w:rPr>
                <w:sz w:val="16"/>
              </w:rPr>
              <w:t>Q33 EU FEARS: EXPAND COST TOO MUCH</w:t>
            </w:r>
          </w:p>
        </w:tc>
        <w:tc>
          <w:tcPr>
            <w:tcW w:w="3456" w:type="dxa"/>
          </w:tcPr>
          <w:p w14:paraId="4D76697B" w14:textId="77777777" w:rsidR="004D342C" w:rsidRDefault="00000000">
            <w:pPr>
              <w:spacing w:before="20" w:after="20"/>
              <w:ind w:firstLine="0"/>
            </w:pPr>
            <w:r>
              <w:rPr>
                <w:sz w:val="16"/>
              </w:rPr>
              <w:t>1 currently afraid of it / 2 not currently afraid of it / 3 dont know</w:t>
            </w:r>
          </w:p>
        </w:tc>
        <w:tc>
          <w:tcPr>
            <w:tcW w:w="648" w:type="dxa"/>
          </w:tcPr>
          <w:p w14:paraId="52B960C9" w14:textId="77777777" w:rsidR="004D342C" w:rsidRDefault="00000000">
            <w:pPr>
              <w:spacing w:before="20" w:after="20"/>
              <w:ind w:firstLine="0"/>
              <w:jc w:val="right"/>
            </w:pPr>
            <w:r>
              <w:rPr>
                <w:sz w:val="16"/>
              </w:rPr>
              <w:t>4</w:t>
            </w:r>
          </w:p>
        </w:tc>
      </w:tr>
      <w:tr w:rsidR="004D342C" w14:paraId="5BC20013" w14:textId="77777777">
        <w:trPr>
          <w:cantSplit/>
          <w:jc w:val="center"/>
        </w:trPr>
        <w:tc>
          <w:tcPr>
            <w:tcW w:w="1944" w:type="dxa"/>
          </w:tcPr>
          <w:p w14:paraId="497F27AC" w14:textId="77777777" w:rsidR="004D342C" w:rsidRDefault="00000000">
            <w:pPr>
              <w:spacing w:before="20" w:after="20"/>
              <w:ind w:firstLine="0"/>
            </w:pPr>
            <w:r>
              <w:rPr>
                <w:sz w:val="16"/>
              </w:rPr>
              <w:t>issueimpdefence</w:t>
            </w:r>
          </w:p>
        </w:tc>
        <w:tc>
          <w:tcPr>
            <w:tcW w:w="2880" w:type="dxa"/>
          </w:tcPr>
          <w:p w14:paraId="2E21CCC0" w14:textId="77777777" w:rsidR="004D342C" w:rsidRDefault="00000000">
            <w:pPr>
              <w:spacing w:before="20" w:after="20"/>
              <w:ind w:firstLine="0"/>
            </w:pPr>
            <w:r>
              <w:rPr>
                <w:sz w:val="16"/>
              </w:rPr>
              <w:t>NAT PROBL IMPORTANCE MILITARY DEFENCE</w:t>
            </w:r>
          </w:p>
        </w:tc>
        <w:tc>
          <w:tcPr>
            <w:tcW w:w="3456" w:type="dxa"/>
          </w:tcPr>
          <w:p w14:paraId="61B89E5E" w14:textId="77777777" w:rsidR="004D342C" w:rsidRDefault="00000000">
            <w:pPr>
              <w:spacing w:before="20" w:after="20"/>
              <w:ind w:firstLine="0"/>
            </w:pPr>
            <w:r>
              <w:rPr>
                <w:sz w:val="16"/>
              </w:rPr>
              <w:t>1 very important / 2 important / 3 of little importance / 4 not at all important</w:t>
            </w:r>
          </w:p>
        </w:tc>
        <w:tc>
          <w:tcPr>
            <w:tcW w:w="648" w:type="dxa"/>
          </w:tcPr>
          <w:p w14:paraId="02A053F8" w14:textId="77777777" w:rsidR="004D342C" w:rsidRDefault="00000000">
            <w:pPr>
              <w:spacing w:before="20" w:after="20"/>
              <w:ind w:firstLine="0"/>
              <w:jc w:val="right"/>
            </w:pPr>
            <w:r>
              <w:rPr>
                <w:sz w:val="16"/>
              </w:rPr>
              <w:t>4</w:t>
            </w:r>
          </w:p>
        </w:tc>
      </w:tr>
      <w:tr w:rsidR="004D342C" w14:paraId="751DE807" w14:textId="77777777">
        <w:trPr>
          <w:cantSplit/>
          <w:jc w:val="center"/>
        </w:trPr>
        <w:tc>
          <w:tcPr>
            <w:tcW w:w="1944" w:type="dxa"/>
          </w:tcPr>
          <w:p w14:paraId="3C89AE79" w14:textId="77777777" w:rsidR="004D342C" w:rsidRDefault="00000000">
            <w:pPr>
              <w:spacing w:before="20" w:after="20"/>
              <w:ind w:firstLine="0"/>
            </w:pPr>
            <w:r>
              <w:rPr>
                <w:sz w:val="16"/>
              </w:rPr>
              <w:t>issueimpeducation</w:t>
            </w:r>
          </w:p>
        </w:tc>
        <w:tc>
          <w:tcPr>
            <w:tcW w:w="2880" w:type="dxa"/>
          </w:tcPr>
          <w:p w14:paraId="08F73313" w14:textId="77777777" w:rsidR="004D342C" w:rsidRDefault="00000000">
            <w:pPr>
              <w:spacing w:before="20" w:after="20"/>
              <w:ind w:firstLine="0"/>
            </w:pPr>
            <w:r>
              <w:rPr>
                <w:sz w:val="16"/>
              </w:rPr>
              <w:t>EC PROBLEM: EDUCATION</w:t>
            </w:r>
          </w:p>
        </w:tc>
        <w:tc>
          <w:tcPr>
            <w:tcW w:w="3456" w:type="dxa"/>
          </w:tcPr>
          <w:p w14:paraId="0E6F0E96" w14:textId="77777777" w:rsidR="004D342C" w:rsidRDefault="00000000">
            <w:pPr>
              <w:spacing w:before="20" w:after="20"/>
              <w:ind w:firstLine="0"/>
            </w:pPr>
            <w:r>
              <w:rPr>
                <w:sz w:val="16"/>
              </w:rPr>
              <w:t>1 very important / 2 important / 3 of little importance / 4 not at all important</w:t>
            </w:r>
          </w:p>
        </w:tc>
        <w:tc>
          <w:tcPr>
            <w:tcW w:w="648" w:type="dxa"/>
          </w:tcPr>
          <w:p w14:paraId="558F4A30" w14:textId="77777777" w:rsidR="004D342C" w:rsidRDefault="00000000">
            <w:pPr>
              <w:spacing w:before="20" w:after="20"/>
              <w:ind w:firstLine="0"/>
              <w:jc w:val="right"/>
            </w:pPr>
            <w:r>
              <w:rPr>
                <w:sz w:val="16"/>
              </w:rPr>
              <w:t>4</w:t>
            </w:r>
          </w:p>
        </w:tc>
      </w:tr>
      <w:tr w:rsidR="004D342C" w14:paraId="459C785C" w14:textId="77777777">
        <w:trPr>
          <w:cantSplit/>
          <w:jc w:val="center"/>
        </w:trPr>
        <w:tc>
          <w:tcPr>
            <w:tcW w:w="1944" w:type="dxa"/>
          </w:tcPr>
          <w:p w14:paraId="175B5785" w14:textId="77777777" w:rsidR="004D342C" w:rsidRDefault="00000000">
            <w:pPr>
              <w:spacing w:before="20" w:after="20"/>
              <w:ind w:firstLine="0"/>
            </w:pPr>
            <w:r>
              <w:rPr>
                <w:sz w:val="16"/>
              </w:rPr>
              <w:t>issueimpenergy</w:t>
            </w:r>
          </w:p>
        </w:tc>
        <w:tc>
          <w:tcPr>
            <w:tcW w:w="2880" w:type="dxa"/>
          </w:tcPr>
          <w:p w14:paraId="26395047" w14:textId="77777777" w:rsidR="004D342C" w:rsidRDefault="00000000">
            <w:pPr>
              <w:spacing w:before="20" w:after="20"/>
              <w:ind w:firstLine="0"/>
            </w:pPr>
            <w:r>
              <w:rPr>
                <w:sz w:val="16"/>
              </w:rPr>
              <w:t>EC PROBLEM: ENERGY SUPPLIES</w:t>
            </w:r>
          </w:p>
        </w:tc>
        <w:tc>
          <w:tcPr>
            <w:tcW w:w="3456" w:type="dxa"/>
          </w:tcPr>
          <w:p w14:paraId="7FC967CA" w14:textId="77777777" w:rsidR="004D342C" w:rsidRDefault="00000000">
            <w:pPr>
              <w:spacing w:before="20" w:after="20"/>
              <w:ind w:firstLine="0"/>
            </w:pPr>
            <w:r>
              <w:rPr>
                <w:sz w:val="16"/>
              </w:rPr>
              <w:t>1 very important / 2 important / 3 of little importance / 4 not at all important</w:t>
            </w:r>
          </w:p>
        </w:tc>
        <w:tc>
          <w:tcPr>
            <w:tcW w:w="648" w:type="dxa"/>
          </w:tcPr>
          <w:p w14:paraId="6C9FB2D5" w14:textId="77777777" w:rsidR="004D342C" w:rsidRDefault="00000000">
            <w:pPr>
              <w:spacing w:before="20" w:after="20"/>
              <w:ind w:firstLine="0"/>
              <w:jc w:val="right"/>
            </w:pPr>
            <w:r>
              <w:rPr>
                <w:sz w:val="16"/>
              </w:rPr>
              <w:t>4</w:t>
            </w:r>
          </w:p>
        </w:tc>
      </w:tr>
      <w:tr w:rsidR="004D342C" w14:paraId="0848C5CF" w14:textId="77777777">
        <w:trPr>
          <w:cantSplit/>
          <w:jc w:val="center"/>
        </w:trPr>
        <w:tc>
          <w:tcPr>
            <w:tcW w:w="1944" w:type="dxa"/>
          </w:tcPr>
          <w:p w14:paraId="1EC23951" w14:textId="77777777" w:rsidR="004D342C" w:rsidRDefault="00000000">
            <w:pPr>
              <w:spacing w:before="20" w:after="20"/>
              <w:ind w:firstLine="0"/>
            </w:pPr>
            <w:r>
              <w:rPr>
                <w:sz w:val="16"/>
              </w:rPr>
              <w:t>issueimpinequality</w:t>
            </w:r>
          </w:p>
        </w:tc>
        <w:tc>
          <w:tcPr>
            <w:tcW w:w="2880" w:type="dxa"/>
          </w:tcPr>
          <w:p w14:paraId="1C1D8E60" w14:textId="77777777" w:rsidR="004D342C" w:rsidRDefault="00000000">
            <w:pPr>
              <w:spacing w:before="20" w:after="20"/>
              <w:ind w:firstLine="0"/>
            </w:pPr>
            <w:r>
              <w:rPr>
                <w:sz w:val="16"/>
              </w:rPr>
              <w:t>NAT PROBL IMPORTANCE REDUCE INEQUALITY</w:t>
            </w:r>
          </w:p>
        </w:tc>
        <w:tc>
          <w:tcPr>
            <w:tcW w:w="3456" w:type="dxa"/>
          </w:tcPr>
          <w:p w14:paraId="34EBCA53" w14:textId="77777777" w:rsidR="004D342C" w:rsidRDefault="00000000">
            <w:pPr>
              <w:spacing w:before="20" w:after="20"/>
              <w:ind w:firstLine="0"/>
            </w:pPr>
            <w:r>
              <w:rPr>
                <w:sz w:val="16"/>
              </w:rPr>
              <w:t>1 very important / 2 important / 3 of little importance / 4 not at all important</w:t>
            </w:r>
          </w:p>
        </w:tc>
        <w:tc>
          <w:tcPr>
            <w:tcW w:w="648" w:type="dxa"/>
          </w:tcPr>
          <w:p w14:paraId="54BD96A3" w14:textId="77777777" w:rsidR="004D342C" w:rsidRDefault="00000000">
            <w:pPr>
              <w:spacing w:before="20" w:after="20"/>
              <w:ind w:firstLine="0"/>
              <w:jc w:val="right"/>
            </w:pPr>
            <w:r>
              <w:rPr>
                <w:sz w:val="16"/>
              </w:rPr>
              <w:t>4</w:t>
            </w:r>
          </w:p>
        </w:tc>
      </w:tr>
      <w:tr w:rsidR="004D342C" w14:paraId="3939B1EC" w14:textId="77777777">
        <w:trPr>
          <w:cantSplit/>
          <w:jc w:val="center"/>
        </w:trPr>
        <w:tc>
          <w:tcPr>
            <w:tcW w:w="1944" w:type="dxa"/>
          </w:tcPr>
          <w:p w14:paraId="6AD93A76" w14:textId="77777777" w:rsidR="004D342C" w:rsidRDefault="00000000">
            <w:pPr>
              <w:spacing w:before="20" w:after="20"/>
              <w:ind w:firstLine="0"/>
            </w:pPr>
            <w:r>
              <w:rPr>
                <w:sz w:val="16"/>
              </w:rPr>
              <w:t>issueimpunemployment</w:t>
            </w:r>
          </w:p>
        </w:tc>
        <w:tc>
          <w:tcPr>
            <w:tcW w:w="2880" w:type="dxa"/>
          </w:tcPr>
          <w:p w14:paraId="2AA4BDC6" w14:textId="77777777" w:rsidR="004D342C" w:rsidRDefault="00000000">
            <w:pPr>
              <w:spacing w:before="20" w:after="20"/>
              <w:ind w:firstLine="0"/>
            </w:pPr>
            <w:r>
              <w:rPr>
                <w:sz w:val="16"/>
              </w:rPr>
              <w:t>NAT PROBL IMPORTANCE FIGHT UNEMPLOYMENT</w:t>
            </w:r>
          </w:p>
        </w:tc>
        <w:tc>
          <w:tcPr>
            <w:tcW w:w="3456" w:type="dxa"/>
          </w:tcPr>
          <w:p w14:paraId="0D1126FB" w14:textId="77777777" w:rsidR="004D342C" w:rsidRDefault="00000000">
            <w:pPr>
              <w:spacing w:before="20" w:after="20"/>
              <w:ind w:firstLine="0"/>
            </w:pPr>
            <w:r>
              <w:rPr>
                <w:sz w:val="16"/>
              </w:rPr>
              <w:t>1 very important / 2 important / 3 of little importance / 4 not at all important</w:t>
            </w:r>
          </w:p>
        </w:tc>
        <w:tc>
          <w:tcPr>
            <w:tcW w:w="648" w:type="dxa"/>
          </w:tcPr>
          <w:p w14:paraId="66111AB0" w14:textId="77777777" w:rsidR="004D342C" w:rsidRDefault="00000000">
            <w:pPr>
              <w:spacing w:before="20" w:after="20"/>
              <w:ind w:firstLine="0"/>
              <w:jc w:val="right"/>
            </w:pPr>
            <w:r>
              <w:rPr>
                <w:sz w:val="16"/>
              </w:rPr>
              <w:t>4</w:t>
            </w:r>
          </w:p>
        </w:tc>
      </w:tr>
      <w:tr w:rsidR="004D342C" w14:paraId="192FF89B" w14:textId="77777777">
        <w:trPr>
          <w:cantSplit/>
          <w:jc w:val="center"/>
        </w:trPr>
        <w:tc>
          <w:tcPr>
            <w:tcW w:w="1944" w:type="dxa"/>
          </w:tcPr>
          <w:p w14:paraId="756B785B" w14:textId="77777777" w:rsidR="004D342C" w:rsidRDefault="00000000">
            <w:pPr>
              <w:spacing w:before="20" w:after="20"/>
              <w:ind w:firstLine="0"/>
            </w:pPr>
            <w:r>
              <w:rPr>
                <w:sz w:val="16"/>
              </w:rPr>
              <w:t>jurisdecon2</w:t>
            </w:r>
          </w:p>
        </w:tc>
        <w:tc>
          <w:tcPr>
            <w:tcW w:w="2880" w:type="dxa"/>
          </w:tcPr>
          <w:p w14:paraId="36F54228" w14:textId="77777777" w:rsidR="004D342C" w:rsidRDefault="00000000">
            <w:pPr>
              <w:spacing w:before="20" w:after="20"/>
              <w:ind w:firstLine="0"/>
            </w:pPr>
            <w:r>
              <w:rPr>
                <w:sz w:val="16"/>
              </w:rPr>
              <w:t>QA23 EU COMMON POLICY: ECONOMY</w:t>
            </w:r>
          </w:p>
        </w:tc>
        <w:tc>
          <w:tcPr>
            <w:tcW w:w="3456" w:type="dxa"/>
          </w:tcPr>
          <w:p w14:paraId="79F7BF2F" w14:textId="77777777" w:rsidR="004D342C" w:rsidRDefault="00000000">
            <w:pPr>
              <w:spacing w:before="20" w:after="20"/>
              <w:ind w:firstLine="0"/>
            </w:pPr>
            <w:r>
              <w:rPr>
                <w:sz w:val="16"/>
              </w:rPr>
              <w:t>1 (NATIONALITY) Government / 2 Jointly within the EU / 3 DK</w:t>
            </w:r>
          </w:p>
        </w:tc>
        <w:tc>
          <w:tcPr>
            <w:tcW w:w="648" w:type="dxa"/>
          </w:tcPr>
          <w:p w14:paraId="306E794B" w14:textId="77777777" w:rsidR="004D342C" w:rsidRDefault="00000000">
            <w:pPr>
              <w:spacing w:before="20" w:after="20"/>
              <w:ind w:firstLine="0"/>
              <w:jc w:val="right"/>
            </w:pPr>
            <w:r>
              <w:rPr>
                <w:sz w:val="16"/>
              </w:rPr>
              <w:t>4</w:t>
            </w:r>
          </w:p>
        </w:tc>
      </w:tr>
      <w:tr w:rsidR="004D342C" w14:paraId="3CCF59B3" w14:textId="77777777">
        <w:trPr>
          <w:cantSplit/>
          <w:jc w:val="center"/>
        </w:trPr>
        <w:tc>
          <w:tcPr>
            <w:tcW w:w="1944" w:type="dxa"/>
          </w:tcPr>
          <w:p w14:paraId="60611B49" w14:textId="77777777" w:rsidR="004D342C" w:rsidRDefault="00000000">
            <w:pPr>
              <w:spacing w:before="20" w:after="20"/>
              <w:ind w:firstLine="0"/>
            </w:pPr>
            <w:r>
              <w:rPr>
                <w:sz w:val="16"/>
              </w:rPr>
              <w:t>knowledgebudgetperceived2</w:t>
            </w:r>
            <w:r>
              <w:rPr>
                <w:sz w:val="16"/>
              </w:rPr>
              <w:br/>
              <w:t>(infoperceivedbudget2)</w:t>
            </w:r>
          </w:p>
        </w:tc>
        <w:tc>
          <w:tcPr>
            <w:tcW w:w="2880" w:type="dxa"/>
          </w:tcPr>
          <w:p w14:paraId="0860BC94" w14:textId="77777777" w:rsidR="004D342C" w:rsidRDefault="00000000">
            <w:pPr>
              <w:spacing w:before="20" w:after="20"/>
              <w:ind w:firstLine="0"/>
            </w:pPr>
            <w:r>
              <w:rPr>
                <w:sz w:val="16"/>
              </w:rPr>
              <w:t>QA28 EU BUDGET - MOSTLY SPENT ON</w:t>
            </w:r>
          </w:p>
        </w:tc>
        <w:tc>
          <w:tcPr>
            <w:tcW w:w="3456" w:type="dxa"/>
          </w:tcPr>
          <w:p w14:paraId="022F3351" w14:textId="77777777" w:rsidR="004D342C" w:rsidRDefault="00000000">
            <w:pPr>
              <w:spacing w:before="20" w:after="20"/>
              <w:ind w:firstLine="0"/>
            </w:pPr>
            <w:r>
              <w:rPr>
                <w:sz w:val="16"/>
              </w:rPr>
              <w:t>1 Employment and social affairs / 2 Agriculture / 3 Scientific research / 4 Regional aid / 5 Foreign policy and aid to countries outside the EU / 6 Ad</w:t>
            </w:r>
          </w:p>
        </w:tc>
        <w:tc>
          <w:tcPr>
            <w:tcW w:w="648" w:type="dxa"/>
          </w:tcPr>
          <w:p w14:paraId="67D04AB8" w14:textId="77777777" w:rsidR="004D342C" w:rsidRDefault="00000000">
            <w:pPr>
              <w:spacing w:before="20" w:after="20"/>
              <w:ind w:firstLine="0"/>
              <w:jc w:val="right"/>
            </w:pPr>
            <w:r>
              <w:rPr>
                <w:sz w:val="16"/>
              </w:rPr>
              <w:t>4</w:t>
            </w:r>
          </w:p>
        </w:tc>
      </w:tr>
      <w:tr w:rsidR="004D342C" w14:paraId="44E36C6F" w14:textId="77777777">
        <w:trPr>
          <w:cantSplit/>
          <w:jc w:val="center"/>
        </w:trPr>
        <w:tc>
          <w:tcPr>
            <w:tcW w:w="1944" w:type="dxa"/>
          </w:tcPr>
          <w:p w14:paraId="79B1053C" w14:textId="77777777" w:rsidR="004D342C" w:rsidRDefault="00000000">
            <w:pPr>
              <w:spacing w:before="20" w:after="20"/>
              <w:ind w:firstLine="0"/>
            </w:pPr>
            <w:r>
              <w:rPr>
                <w:sz w:val="16"/>
              </w:rPr>
              <w:t>knowledgebudgetperceived3</w:t>
            </w:r>
            <w:r>
              <w:rPr>
                <w:sz w:val="16"/>
              </w:rPr>
              <w:br/>
              <w:t>(infoperceivedbudget3)</w:t>
            </w:r>
          </w:p>
        </w:tc>
        <w:tc>
          <w:tcPr>
            <w:tcW w:w="2880" w:type="dxa"/>
          </w:tcPr>
          <w:p w14:paraId="1722CD81" w14:textId="77777777" w:rsidR="004D342C" w:rsidRDefault="00000000">
            <w:pPr>
              <w:spacing w:before="20" w:after="20"/>
              <w:ind w:firstLine="0"/>
            </w:pPr>
            <w:r>
              <w:rPr>
                <w:sz w:val="16"/>
              </w:rPr>
              <w:t>q.15. - on which of the following do you</w:t>
            </w:r>
          </w:p>
        </w:tc>
        <w:tc>
          <w:tcPr>
            <w:tcW w:w="3456" w:type="dxa"/>
          </w:tcPr>
          <w:p w14:paraId="2D328756" w14:textId="77777777" w:rsidR="004D342C" w:rsidRDefault="00000000">
            <w:pPr>
              <w:spacing w:before="20" w:after="20"/>
              <w:ind w:firstLine="0"/>
            </w:pPr>
            <w:r>
              <w:rPr>
                <w:sz w:val="16"/>
              </w:rPr>
              <w:t>1 Regional and cohesion funds / 2 Common Agricultural Policy funds / 3 Paying for officials, meetings, buildings / 4 Supporting eastern Europe / 5 Eur</w:t>
            </w:r>
          </w:p>
        </w:tc>
        <w:tc>
          <w:tcPr>
            <w:tcW w:w="648" w:type="dxa"/>
          </w:tcPr>
          <w:p w14:paraId="067EADEF" w14:textId="77777777" w:rsidR="004D342C" w:rsidRDefault="00000000">
            <w:pPr>
              <w:spacing w:before="20" w:after="20"/>
              <w:ind w:firstLine="0"/>
              <w:jc w:val="right"/>
            </w:pPr>
            <w:r>
              <w:rPr>
                <w:sz w:val="16"/>
              </w:rPr>
              <w:t>4</w:t>
            </w:r>
          </w:p>
        </w:tc>
      </w:tr>
      <w:tr w:rsidR="004D342C" w14:paraId="3464AC77" w14:textId="77777777">
        <w:trPr>
          <w:cantSplit/>
          <w:jc w:val="center"/>
        </w:trPr>
        <w:tc>
          <w:tcPr>
            <w:tcW w:w="1944" w:type="dxa"/>
          </w:tcPr>
          <w:p w14:paraId="63C3CA85" w14:textId="77777777" w:rsidR="004D342C" w:rsidRDefault="00000000">
            <w:pPr>
              <w:spacing w:before="20" w:after="20"/>
              <w:ind w:firstLine="0"/>
            </w:pPr>
            <w:r>
              <w:rPr>
                <w:sz w:val="16"/>
              </w:rPr>
              <w:lastRenderedPageBreak/>
              <w:t>levelimpact</w:t>
            </w:r>
          </w:p>
        </w:tc>
        <w:tc>
          <w:tcPr>
            <w:tcW w:w="2880" w:type="dxa"/>
          </w:tcPr>
          <w:p w14:paraId="693D353E" w14:textId="77777777" w:rsidR="004D342C" w:rsidRDefault="00000000">
            <w:pPr>
              <w:spacing w:before="20" w:after="20"/>
              <w:ind w:firstLine="0"/>
            </w:pPr>
            <w:r>
              <w:rPr>
                <w:sz w:val="16"/>
              </w:rPr>
              <w:t>QD14 PUBL AUTHORITY LEVELS - MOST IMPACT LIV COND</w:t>
            </w:r>
          </w:p>
        </w:tc>
        <w:tc>
          <w:tcPr>
            <w:tcW w:w="3456" w:type="dxa"/>
          </w:tcPr>
          <w:p w14:paraId="6C307F0F" w14:textId="77777777" w:rsidR="004D342C" w:rsidRDefault="00000000">
            <w:pPr>
              <w:spacing w:before="20" w:after="20"/>
              <w:ind w:firstLine="0"/>
            </w:pPr>
            <w:r>
              <w:rPr>
                <w:sz w:val="16"/>
              </w:rPr>
              <w:t>1 The European level / 2 The national level / 3 The regional or local level / 4 DK</w:t>
            </w:r>
          </w:p>
        </w:tc>
        <w:tc>
          <w:tcPr>
            <w:tcW w:w="648" w:type="dxa"/>
          </w:tcPr>
          <w:p w14:paraId="1B87661A" w14:textId="77777777" w:rsidR="004D342C" w:rsidRDefault="00000000">
            <w:pPr>
              <w:spacing w:before="20" w:after="20"/>
              <w:ind w:firstLine="0"/>
              <w:jc w:val="right"/>
            </w:pPr>
            <w:r>
              <w:rPr>
                <w:sz w:val="16"/>
              </w:rPr>
              <w:t>4</w:t>
            </w:r>
          </w:p>
        </w:tc>
      </w:tr>
      <w:tr w:rsidR="004D342C" w14:paraId="17172492" w14:textId="77777777">
        <w:trPr>
          <w:cantSplit/>
          <w:jc w:val="center"/>
        </w:trPr>
        <w:tc>
          <w:tcPr>
            <w:tcW w:w="1944" w:type="dxa"/>
          </w:tcPr>
          <w:p w14:paraId="153933D7" w14:textId="77777777" w:rsidR="004D342C" w:rsidRDefault="00000000">
            <w:pPr>
              <w:spacing w:before="20" w:after="20"/>
              <w:ind w:firstLine="0"/>
            </w:pPr>
            <w:r>
              <w:rPr>
                <w:sz w:val="16"/>
              </w:rPr>
              <w:t>priority2foodquality</w:t>
            </w:r>
          </w:p>
        </w:tc>
        <w:tc>
          <w:tcPr>
            <w:tcW w:w="2880" w:type="dxa"/>
          </w:tcPr>
          <w:p w14:paraId="4E867414" w14:textId="77777777" w:rsidR="004D342C" w:rsidRDefault="00000000">
            <w:pPr>
              <w:spacing w:before="20" w:after="20"/>
              <w:ind w:firstLine="0"/>
            </w:pPr>
            <w:r>
              <w:rPr>
                <w:sz w:val="16"/>
              </w:rPr>
              <w:t>QA31 EU PRIORITIES: GUARANTEE FOOD QUALITY</w:t>
            </w:r>
          </w:p>
        </w:tc>
        <w:tc>
          <w:tcPr>
            <w:tcW w:w="3456" w:type="dxa"/>
          </w:tcPr>
          <w:p w14:paraId="17200D38" w14:textId="77777777" w:rsidR="004D342C" w:rsidRDefault="00000000">
            <w:pPr>
              <w:spacing w:before="20" w:after="20"/>
              <w:ind w:firstLine="0"/>
            </w:pPr>
            <w:r>
              <w:rPr>
                <w:sz w:val="16"/>
              </w:rPr>
              <w:t>0 not mentioned / 1 mentioned</w:t>
            </w:r>
          </w:p>
        </w:tc>
        <w:tc>
          <w:tcPr>
            <w:tcW w:w="648" w:type="dxa"/>
          </w:tcPr>
          <w:p w14:paraId="43A7CAAD" w14:textId="77777777" w:rsidR="004D342C" w:rsidRDefault="00000000">
            <w:pPr>
              <w:spacing w:before="20" w:after="20"/>
              <w:ind w:firstLine="0"/>
              <w:jc w:val="right"/>
            </w:pPr>
            <w:r>
              <w:rPr>
                <w:sz w:val="16"/>
              </w:rPr>
              <w:t>4</w:t>
            </w:r>
          </w:p>
        </w:tc>
      </w:tr>
      <w:tr w:rsidR="004D342C" w14:paraId="65E25404" w14:textId="77777777">
        <w:trPr>
          <w:cantSplit/>
          <w:jc w:val="center"/>
        </w:trPr>
        <w:tc>
          <w:tcPr>
            <w:tcW w:w="1944" w:type="dxa"/>
          </w:tcPr>
          <w:p w14:paraId="6DE2A0B8" w14:textId="77777777" w:rsidR="004D342C" w:rsidRDefault="00000000">
            <w:pPr>
              <w:spacing w:before="20" w:after="20"/>
              <w:ind w:firstLine="0"/>
            </w:pPr>
            <w:r>
              <w:rPr>
                <w:sz w:val="16"/>
              </w:rPr>
              <w:t>priority2none</w:t>
            </w:r>
          </w:p>
        </w:tc>
        <w:tc>
          <w:tcPr>
            <w:tcW w:w="2880" w:type="dxa"/>
          </w:tcPr>
          <w:p w14:paraId="2A3CAF14" w14:textId="77777777" w:rsidR="004D342C" w:rsidRDefault="00000000">
            <w:pPr>
              <w:spacing w:before="20" w:after="20"/>
              <w:ind w:firstLine="0"/>
            </w:pPr>
            <w:r>
              <w:rPr>
                <w:sz w:val="16"/>
              </w:rPr>
              <w:t>QA31 EU PRIORITIES: NONE OF THEM</w:t>
            </w:r>
          </w:p>
        </w:tc>
        <w:tc>
          <w:tcPr>
            <w:tcW w:w="3456" w:type="dxa"/>
          </w:tcPr>
          <w:p w14:paraId="75154C08" w14:textId="77777777" w:rsidR="004D342C" w:rsidRDefault="00000000">
            <w:pPr>
              <w:spacing w:before="20" w:after="20"/>
              <w:ind w:firstLine="0"/>
            </w:pPr>
            <w:r>
              <w:rPr>
                <w:sz w:val="16"/>
              </w:rPr>
              <w:t>0 not mentioned / 1 mentioned</w:t>
            </w:r>
          </w:p>
        </w:tc>
        <w:tc>
          <w:tcPr>
            <w:tcW w:w="648" w:type="dxa"/>
          </w:tcPr>
          <w:p w14:paraId="4D12D0D5" w14:textId="77777777" w:rsidR="004D342C" w:rsidRDefault="00000000">
            <w:pPr>
              <w:spacing w:before="20" w:after="20"/>
              <w:ind w:firstLine="0"/>
              <w:jc w:val="right"/>
            </w:pPr>
            <w:r>
              <w:rPr>
                <w:sz w:val="16"/>
              </w:rPr>
              <w:t>4</w:t>
            </w:r>
          </w:p>
        </w:tc>
      </w:tr>
      <w:tr w:rsidR="004D342C" w14:paraId="0425CB59" w14:textId="77777777">
        <w:trPr>
          <w:cantSplit/>
          <w:jc w:val="center"/>
        </w:trPr>
        <w:tc>
          <w:tcPr>
            <w:tcW w:w="1944" w:type="dxa"/>
          </w:tcPr>
          <w:p w14:paraId="36BE1916" w14:textId="77777777" w:rsidR="004D342C" w:rsidRDefault="00000000">
            <w:pPr>
              <w:spacing w:before="20" w:after="20"/>
              <w:ind w:firstLine="0"/>
            </w:pPr>
            <w:r>
              <w:rPr>
                <w:sz w:val="16"/>
              </w:rPr>
              <w:t>priority3poorregions</w:t>
            </w:r>
          </w:p>
        </w:tc>
        <w:tc>
          <w:tcPr>
            <w:tcW w:w="2880" w:type="dxa"/>
          </w:tcPr>
          <w:p w14:paraId="35D52F98" w14:textId="77777777" w:rsidR="004D342C" w:rsidRDefault="00000000">
            <w:pPr>
              <w:spacing w:before="20" w:after="20"/>
              <w:ind w:firstLine="0"/>
            </w:pPr>
            <w:r>
              <w:rPr>
                <w:sz w:val="16"/>
              </w:rPr>
              <w:t>q53 eu priority: help poor regions</w:t>
            </w:r>
          </w:p>
        </w:tc>
        <w:tc>
          <w:tcPr>
            <w:tcW w:w="3456" w:type="dxa"/>
          </w:tcPr>
          <w:p w14:paraId="4E8FA273" w14:textId="77777777" w:rsidR="004D342C" w:rsidRDefault="00000000">
            <w:pPr>
              <w:spacing w:before="20" w:after="20"/>
              <w:ind w:firstLine="0"/>
            </w:pPr>
            <w:r>
              <w:rPr>
                <w:sz w:val="16"/>
              </w:rPr>
              <w:t>1 Key Priority / 2 Not Key Priority / 3 dont know</w:t>
            </w:r>
          </w:p>
        </w:tc>
        <w:tc>
          <w:tcPr>
            <w:tcW w:w="648" w:type="dxa"/>
          </w:tcPr>
          <w:p w14:paraId="7757F382" w14:textId="77777777" w:rsidR="004D342C" w:rsidRDefault="00000000">
            <w:pPr>
              <w:spacing w:before="20" w:after="20"/>
              <w:ind w:firstLine="0"/>
              <w:jc w:val="right"/>
            </w:pPr>
            <w:r>
              <w:rPr>
                <w:sz w:val="16"/>
              </w:rPr>
              <w:t>4</w:t>
            </w:r>
          </w:p>
        </w:tc>
      </w:tr>
      <w:tr w:rsidR="004D342C" w14:paraId="38AB6551" w14:textId="77777777">
        <w:trPr>
          <w:cantSplit/>
          <w:jc w:val="center"/>
        </w:trPr>
        <w:tc>
          <w:tcPr>
            <w:tcW w:w="1944" w:type="dxa"/>
          </w:tcPr>
          <w:p w14:paraId="38F6D865" w14:textId="77777777" w:rsidR="004D342C" w:rsidRDefault="00000000">
            <w:pPr>
              <w:spacing w:before="20" w:after="20"/>
              <w:ind w:firstLine="0"/>
            </w:pPr>
            <w:r>
              <w:rPr>
                <w:sz w:val="16"/>
              </w:rPr>
              <w:t>priority4citizenrights</w:t>
            </w:r>
          </w:p>
        </w:tc>
        <w:tc>
          <w:tcPr>
            <w:tcW w:w="2880" w:type="dxa"/>
          </w:tcPr>
          <w:p w14:paraId="70D863F8" w14:textId="77777777" w:rsidR="004D342C" w:rsidRDefault="00000000">
            <w:pPr>
              <w:spacing w:before="20" w:after="20"/>
              <w:ind w:firstLine="0"/>
            </w:pPr>
            <w:r>
              <w:rPr>
                <w:sz w:val="16"/>
              </w:rPr>
              <w:t>QA23 EU INTEGRATION FOCUS: CITIZENS' RIGHTS</w:t>
            </w:r>
          </w:p>
        </w:tc>
        <w:tc>
          <w:tcPr>
            <w:tcW w:w="3456" w:type="dxa"/>
          </w:tcPr>
          <w:p w14:paraId="388013A9" w14:textId="77777777" w:rsidR="004D342C" w:rsidRDefault="00000000">
            <w:pPr>
              <w:spacing w:before="20" w:after="20"/>
              <w:ind w:firstLine="0"/>
            </w:pPr>
            <w:r>
              <w:rPr>
                <w:sz w:val="16"/>
              </w:rPr>
              <w:t>0 NOT MENTIONED / 1 Fundamental rights of EU's citizens</w:t>
            </w:r>
          </w:p>
        </w:tc>
        <w:tc>
          <w:tcPr>
            <w:tcW w:w="648" w:type="dxa"/>
          </w:tcPr>
          <w:p w14:paraId="247F09E5" w14:textId="77777777" w:rsidR="004D342C" w:rsidRDefault="00000000">
            <w:pPr>
              <w:spacing w:before="20" w:after="20"/>
              <w:ind w:firstLine="0"/>
              <w:jc w:val="right"/>
            </w:pPr>
            <w:r>
              <w:rPr>
                <w:sz w:val="16"/>
              </w:rPr>
              <w:t>4</w:t>
            </w:r>
          </w:p>
        </w:tc>
      </w:tr>
      <w:tr w:rsidR="004D342C" w14:paraId="76A92CC9" w14:textId="77777777">
        <w:trPr>
          <w:cantSplit/>
          <w:jc w:val="center"/>
        </w:trPr>
        <w:tc>
          <w:tcPr>
            <w:tcW w:w="1944" w:type="dxa"/>
          </w:tcPr>
          <w:p w14:paraId="225AA713" w14:textId="77777777" w:rsidR="004D342C" w:rsidRDefault="00000000">
            <w:pPr>
              <w:spacing w:before="20" w:after="20"/>
              <w:ind w:firstLine="0"/>
            </w:pPr>
            <w:r>
              <w:rPr>
                <w:sz w:val="16"/>
              </w:rPr>
              <w:t>priority4consumer</w:t>
            </w:r>
          </w:p>
        </w:tc>
        <w:tc>
          <w:tcPr>
            <w:tcW w:w="2880" w:type="dxa"/>
          </w:tcPr>
          <w:p w14:paraId="0AC844CB" w14:textId="77777777" w:rsidR="004D342C" w:rsidRDefault="00000000">
            <w:pPr>
              <w:spacing w:before="20" w:after="20"/>
              <w:ind w:firstLine="0"/>
            </w:pPr>
            <w:r>
              <w:rPr>
                <w:sz w:val="16"/>
              </w:rPr>
              <w:t>QA23 EU INTEGRATION FOCUS: CONSUMER PROTECTION</w:t>
            </w:r>
          </w:p>
        </w:tc>
        <w:tc>
          <w:tcPr>
            <w:tcW w:w="3456" w:type="dxa"/>
          </w:tcPr>
          <w:p w14:paraId="4003DEC3" w14:textId="77777777" w:rsidR="004D342C" w:rsidRDefault="00000000">
            <w:pPr>
              <w:spacing w:before="20" w:after="20"/>
              <w:ind w:firstLine="0"/>
            </w:pPr>
            <w:r>
              <w:rPr>
                <w:sz w:val="16"/>
              </w:rPr>
              <w:t>0 NOT MENTIONED / 1 Consumer protection</w:t>
            </w:r>
          </w:p>
        </w:tc>
        <w:tc>
          <w:tcPr>
            <w:tcW w:w="648" w:type="dxa"/>
          </w:tcPr>
          <w:p w14:paraId="6F85AF76" w14:textId="77777777" w:rsidR="004D342C" w:rsidRDefault="00000000">
            <w:pPr>
              <w:spacing w:before="20" w:after="20"/>
              <w:ind w:firstLine="0"/>
              <w:jc w:val="right"/>
            </w:pPr>
            <w:r>
              <w:rPr>
                <w:sz w:val="16"/>
              </w:rPr>
              <w:t>4</w:t>
            </w:r>
          </w:p>
        </w:tc>
      </w:tr>
      <w:tr w:rsidR="004D342C" w14:paraId="374A45E3" w14:textId="77777777">
        <w:trPr>
          <w:cantSplit/>
          <w:jc w:val="center"/>
        </w:trPr>
        <w:tc>
          <w:tcPr>
            <w:tcW w:w="1944" w:type="dxa"/>
          </w:tcPr>
          <w:p w14:paraId="53282303" w14:textId="77777777" w:rsidR="004D342C" w:rsidRDefault="00000000">
            <w:pPr>
              <w:spacing w:before="20" w:after="20"/>
              <w:ind w:firstLine="0"/>
            </w:pPr>
            <w:r>
              <w:rPr>
                <w:sz w:val="16"/>
              </w:rPr>
              <w:t>priority4health</w:t>
            </w:r>
          </w:p>
        </w:tc>
        <w:tc>
          <w:tcPr>
            <w:tcW w:w="2880" w:type="dxa"/>
          </w:tcPr>
          <w:p w14:paraId="45D41E01" w14:textId="77777777" w:rsidR="004D342C" w:rsidRDefault="00000000">
            <w:pPr>
              <w:spacing w:before="20" w:after="20"/>
              <w:ind w:firstLine="0"/>
            </w:pPr>
            <w:r>
              <w:rPr>
                <w:sz w:val="16"/>
              </w:rPr>
              <w:t>QA23 EU INTEGRATION FOCUS: HEALTH POLICY</w:t>
            </w:r>
          </w:p>
        </w:tc>
        <w:tc>
          <w:tcPr>
            <w:tcW w:w="3456" w:type="dxa"/>
          </w:tcPr>
          <w:p w14:paraId="758FE620" w14:textId="77777777" w:rsidR="004D342C" w:rsidRDefault="00000000">
            <w:pPr>
              <w:spacing w:before="20" w:after="20"/>
              <w:ind w:firstLine="0"/>
            </w:pPr>
            <w:r>
              <w:rPr>
                <w:sz w:val="16"/>
              </w:rPr>
              <w:t>0 NOT MENTIONED / 1 Health policy</w:t>
            </w:r>
          </w:p>
        </w:tc>
        <w:tc>
          <w:tcPr>
            <w:tcW w:w="648" w:type="dxa"/>
          </w:tcPr>
          <w:p w14:paraId="2C7C4AB1" w14:textId="77777777" w:rsidR="004D342C" w:rsidRDefault="00000000">
            <w:pPr>
              <w:spacing w:before="20" w:after="20"/>
              <w:ind w:firstLine="0"/>
              <w:jc w:val="right"/>
            </w:pPr>
            <w:r>
              <w:rPr>
                <w:sz w:val="16"/>
              </w:rPr>
              <w:t>4</w:t>
            </w:r>
          </w:p>
        </w:tc>
      </w:tr>
      <w:tr w:rsidR="004D342C" w14:paraId="521EB1A7" w14:textId="77777777">
        <w:trPr>
          <w:cantSplit/>
          <w:jc w:val="center"/>
        </w:trPr>
        <w:tc>
          <w:tcPr>
            <w:tcW w:w="1944" w:type="dxa"/>
          </w:tcPr>
          <w:p w14:paraId="3767EA49" w14:textId="77777777" w:rsidR="004D342C" w:rsidRDefault="00000000">
            <w:pPr>
              <w:spacing w:before="20" w:after="20"/>
              <w:ind w:firstLine="0"/>
            </w:pPr>
            <w:r>
              <w:rPr>
                <w:sz w:val="16"/>
              </w:rPr>
              <w:t>priorityterrorism</w:t>
            </w:r>
          </w:p>
        </w:tc>
        <w:tc>
          <w:tcPr>
            <w:tcW w:w="2880" w:type="dxa"/>
          </w:tcPr>
          <w:p w14:paraId="2893BDAD" w14:textId="77777777" w:rsidR="004D342C" w:rsidRDefault="00000000">
            <w:pPr>
              <w:spacing w:before="20" w:after="20"/>
              <w:ind w:firstLine="0"/>
            </w:pPr>
            <w:r>
              <w:rPr>
                <w:sz w:val="16"/>
              </w:rPr>
              <w:t>q.30.14. - i am going to read out a list</w:t>
            </w:r>
          </w:p>
        </w:tc>
        <w:tc>
          <w:tcPr>
            <w:tcW w:w="3456" w:type="dxa"/>
          </w:tcPr>
          <w:p w14:paraId="46E05071" w14:textId="77777777" w:rsidR="004D342C" w:rsidRDefault="00000000">
            <w:pPr>
              <w:spacing w:before="20" w:after="20"/>
              <w:ind w:firstLine="0"/>
            </w:pPr>
            <w:r>
              <w:rPr>
                <w:sz w:val="16"/>
              </w:rPr>
              <w:t>1 priority / 2 not a priority / 3 dont know</w:t>
            </w:r>
          </w:p>
        </w:tc>
        <w:tc>
          <w:tcPr>
            <w:tcW w:w="648" w:type="dxa"/>
          </w:tcPr>
          <w:p w14:paraId="267ADA8A" w14:textId="77777777" w:rsidR="004D342C" w:rsidRDefault="00000000">
            <w:pPr>
              <w:spacing w:before="20" w:after="20"/>
              <w:ind w:firstLine="0"/>
              <w:jc w:val="right"/>
            </w:pPr>
            <w:r>
              <w:rPr>
                <w:sz w:val="16"/>
              </w:rPr>
              <w:t>4</w:t>
            </w:r>
          </w:p>
        </w:tc>
      </w:tr>
      <w:tr w:rsidR="004D342C" w14:paraId="0CD4CDD8" w14:textId="77777777">
        <w:trPr>
          <w:cantSplit/>
          <w:jc w:val="center"/>
        </w:trPr>
        <w:tc>
          <w:tcPr>
            <w:tcW w:w="1944" w:type="dxa"/>
          </w:tcPr>
          <w:p w14:paraId="7E92457B" w14:textId="77777777" w:rsidR="004D342C" w:rsidRDefault="00000000">
            <w:pPr>
              <w:spacing w:before="20" w:after="20"/>
              <w:ind w:firstLine="0"/>
            </w:pPr>
            <w:r>
              <w:rPr>
                <w:sz w:val="16"/>
              </w:rPr>
              <w:t>International_situation</w:t>
            </w:r>
          </w:p>
        </w:tc>
        <w:tc>
          <w:tcPr>
            <w:tcW w:w="2880" w:type="dxa"/>
          </w:tcPr>
          <w:p w14:paraId="4C807C84" w14:textId="77777777" w:rsidR="004D342C" w:rsidRDefault="00000000">
            <w:pPr>
              <w:spacing w:before="20" w:after="20"/>
              <w:ind w:firstLine="0"/>
            </w:pPr>
            <w:r>
              <w:rPr>
                <w:sz w:val="16"/>
              </w:rPr>
              <w:t>IMPORTANT ISSUES CNTRY: INTERNATIONAL SITUATION</w:t>
            </w:r>
          </w:p>
        </w:tc>
        <w:tc>
          <w:tcPr>
            <w:tcW w:w="3456" w:type="dxa"/>
          </w:tcPr>
          <w:p w14:paraId="78359F1A" w14:textId="77777777" w:rsidR="004D342C" w:rsidRDefault="00000000">
            <w:pPr>
              <w:spacing w:before="20" w:after="20"/>
              <w:ind w:firstLine="0"/>
            </w:pPr>
            <w:r>
              <w:rPr>
                <w:sz w:val="16"/>
              </w:rPr>
              <w:t>0 Not mentioned / 1 The international situation</w:t>
            </w:r>
          </w:p>
        </w:tc>
        <w:tc>
          <w:tcPr>
            <w:tcW w:w="648" w:type="dxa"/>
          </w:tcPr>
          <w:p w14:paraId="3C25AFC4" w14:textId="77777777" w:rsidR="004D342C" w:rsidRDefault="00000000">
            <w:pPr>
              <w:spacing w:before="20" w:after="20"/>
              <w:ind w:firstLine="0"/>
              <w:jc w:val="right"/>
            </w:pPr>
            <w:r>
              <w:rPr>
                <w:sz w:val="16"/>
              </w:rPr>
              <w:t>3</w:t>
            </w:r>
          </w:p>
        </w:tc>
      </w:tr>
      <w:tr w:rsidR="004D342C" w14:paraId="484534F1" w14:textId="77777777">
        <w:trPr>
          <w:cantSplit/>
          <w:jc w:val="center"/>
        </w:trPr>
        <w:tc>
          <w:tcPr>
            <w:tcW w:w="1944" w:type="dxa"/>
          </w:tcPr>
          <w:p w14:paraId="5AE99090" w14:textId="77777777" w:rsidR="004D342C" w:rsidRDefault="00000000">
            <w:pPr>
              <w:spacing w:before="20" w:after="20"/>
              <w:ind w:firstLine="0"/>
            </w:pPr>
            <w:r>
              <w:rPr>
                <w:sz w:val="16"/>
              </w:rPr>
              <w:t>Ukraine</w:t>
            </w:r>
          </w:p>
        </w:tc>
        <w:tc>
          <w:tcPr>
            <w:tcW w:w="2880" w:type="dxa"/>
          </w:tcPr>
          <w:p w14:paraId="4D5BCDE3" w14:textId="77777777" w:rsidR="004D342C" w:rsidRDefault="00000000">
            <w:pPr>
              <w:spacing w:before="20" w:after="20"/>
              <w:ind w:firstLine="0"/>
            </w:pPr>
            <w:r>
              <w:rPr>
                <w:sz w:val="16"/>
              </w:rPr>
              <w:t>IMPORTANT ISSUES CNTRY: RUSSIAS INVASION OF UKRAINE</w:t>
            </w:r>
          </w:p>
        </w:tc>
        <w:tc>
          <w:tcPr>
            <w:tcW w:w="3456" w:type="dxa"/>
          </w:tcPr>
          <w:p w14:paraId="55F654AE" w14:textId="77777777" w:rsidR="004D342C" w:rsidRDefault="00000000">
            <w:pPr>
              <w:spacing w:before="20" w:after="20"/>
              <w:ind w:firstLine="0"/>
            </w:pPr>
            <w:r>
              <w:rPr>
                <w:sz w:val="16"/>
              </w:rPr>
              <w:t>0 Not mentioned / 1 Russiaâs invasion of Ukraine</w:t>
            </w:r>
          </w:p>
        </w:tc>
        <w:tc>
          <w:tcPr>
            <w:tcW w:w="648" w:type="dxa"/>
          </w:tcPr>
          <w:p w14:paraId="661B8188" w14:textId="77777777" w:rsidR="004D342C" w:rsidRDefault="00000000">
            <w:pPr>
              <w:spacing w:before="20" w:after="20"/>
              <w:ind w:firstLine="0"/>
              <w:jc w:val="right"/>
            </w:pPr>
            <w:r>
              <w:rPr>
                <w:sz w:val="16"/>
              </w:rPr>
              <w:t>3</w:t>
            </w:r>
          </w:p>
        </w:tc>
      </w:tr>
      <w:tr w:rsidR="004D342C" w14:paraId="7100001B" w14:textId="77777777">
        <w:trPr>
          <w:cantSplit/>
          <w:jc w:val="center"/>
        </w:trPr>
        <w:tc>
          <w:tcPr>
            <w:tcW w:w="1944" w:type="dxa"/>
          </w:tcPr>
          <w:p w14:paraId="7100001C" w14:textId="77777777" w:rsidR="004D342C" w:rsidRDefault="00000000">
            <w:pPr>
              <w:spacing w:before="20" w:after="20"/>
              <w:ind w:firstLine="0"/>
            </w:pPr>
            <w:r>
              <w:rPr>
                <w:sz w:val="16"/>
              </w:rPr>
              <w:t>defencepolicypref</w:t>
            </w:r>
          </w:p>
        </w:tc>
        <w:tc>
          <w:tcPr>
            <w:tcW w:w="2880" w:type="dxa"/>
          </w:tcPr>
          <w:p w14:paraId="7100001D" w14:textId="77777777" w:rsidR="004D342C" w:rsidRDefault="00000000">
            <w:pPr>
              <w:spacing w:before="20" w:after="20"/>
              <w:ind w:firstLine="0"/>
            </w:pPr>
            <w:r>
              <w:rPr>
                <w:sz w:val="16"/>
              </w:rPr>
              <w:t>DEFENCE POLICY - PREFERRED ARRANGEMENT</w:t>
            </w:r>
          </w:p>
        </w:tc>
        <w:tc>
          <w:tcPr>
            <w:tcW w:w="3456" w:type="dxa"/>
          </w:tcPr>
          <w:p w14:paraId="7100001E" w14:textId="77777777" w:rsidR="004D342C" w:rsidRDefault="00000000">
            <w:pPr>
              <w:spacing w:before="20" w:after="20"/>
              <w:ind w:firstLine="0"/>
            </w:pPr>
            <w:r>
              <w:rPr>
                <w:sz w:val="16"/>
              </w:rPr>
              <w:t>1 NATO alliance with the USA / 2 Western European force allied with the USA / 3 Western European force independent of the USA / 4 own national defence or neutrality / 5 other option offered in this wave only</w:t>
            </w:r>
          </w:p>
        </w:tc>
        <w:tc>
          <w:tcPr>
            <w:tcW w:w="648" w:type="dxa"/>
          </w:tcPr>
          <w:p w14:paraId="7100001F" w14:textId="77777777" w:rsidR="004D342C" w:rsidRDefault="00000000">
            <w:pPr>
              <w:spacing w:before="20" w:after="20"/>
              <w:ind w:firstLine="0"/>
              <w:jc w:val="right"/>
            </w:pPr>
            <w:r>
              <w:rPr>
                <w:sz w:val="16"/>
              </w:rPr>
              <w:t>3</w:t>
            </w:r>
          </w:p>
        </w:tc>
      </w:tr>
      <w:tr w:rsidR="004D342C" w14:paraId="4DF1C47F" w14:textId="77777777">
        <w:trPr>
          <w:cantSplit/>
          <w:jc w:val="center"/>
        </w:trPr>
        <w:tc>
          <w:tcPr>
            <w:tcW w:w="1944" w:type="dxa"/>
          </w:tcPr>
          <w:p w14:paraId="220CE907" w14:textId="77777777" w:rsidR="004D342C" w:rsidRDefault="00000000">
            <w:pPr>
              <w:spacing w:before="20" w:after="20"/>
              <w:ind w:firstLine="0"/>
            </w:pPr>
            <w:r>
              <w:rPr>
                <w:sz w:val="16"/>
              </w:rPr>
              <w:t>effectonReu</w:t>
            </w:r>
            <w:r>
              <w:rPr>
                <w:sz w:val="16"/>
              </w:rPr>
              <w:br/>
              <w:t>(eueffectonR)</w:t>
            </w:r>
          </w:p>
        </w:tc>
        <w:tc>
          <w:tcPr>
            <w:tcW w:w="2880" w:type="dxa"/>
          </w:tcPr>
          <w:p w14:paraId="64548576" w14:textId="77777777" w:rsidR="004D342C" w:rsidRDefault="00000000">
            <w:pPr>
              <w:spacing w:before="20" w:after="20"/>
              <w:ind w:firstLine="0"/>
            </w:pPr>
            <w:r>
              <w:rPr>
                <w:sz w:val="16"/>
              </w:rPr>
              <w:t>q.45. - 3. please consider each of the f</w:t>
            </w:r>
          </w:p>
        </w:tc>
        <w:tc>
          <w:tcPr>
            <w:tcW w:w="3456" w:type="dxa"/>
          </w:tcPr>
          <w:p w14:paraId="1990EA7E" w14:textId="77777777" w:rsidR="004D342C" w:rsidRDefault="00000000">
            <w:pPr>
              <w:spacing w:before="20" w:after="20"/>
              <w:ind w:firstLine="0"/>
            </w:pPr>
            <w:r>
              <w:rPr>
                <w:sz w:val="16"/>
              </w:rPr>
              <w:t>1 great effect / 2 some effect / 3 no effect / 4 dont know</w:t>
            </w:r>
          </w:p>
        </w:tc>
        <w:tc>
          <w:tcPr>
            <w:tcW w:w="648" w:type="dxa"/>
          </w:tcPr>
          <w:p w14:paraId="6780A974" w14:textId="77777777" w:rsidR="004D342C" w:rsidRDefault="00000000">
            <w:pPr>
              <w:spacing w:before="20" w:after="20"/>
              <w:ind w:firstLine="0"/>
              <w:jc w:val="right"/>
            </w:pPr>
            <w:r>
              <w:rPr>
                <w:sz w:val="16"/>
              </w:rPr>
              <w:t>3</w:t>
            </w:r>
          </w:p>
        </w:tc>
      </w:tr>
      <w:tr w:rsidR="004D342C" w14:paraId="2B383308" w14:textId="77777777">
        <w:trPr>
          <w:cantSplit/>
          <w:jc w:val="center"/>
        </w:trPr>
        <w:tc>
          <w:tcPr>
            <w:tcW w:w="1944" w:type="dxa"/>
          </w:tcPr>
          <w:p w14:paraId="4F0C118E" w14:textId="77777777" w:rsidR="004D342C" w:rsidRDefault="00000000">
            <w:pPr>
              <w:spacing w:before="20" w:after="20"/>
              <w:ind w:firstLine="0"/>
            </w:pPr>
            <w:r>
              <w:rPr>
                <w:sz w:val="16"/>
              </w:rPr>
              <w:t>fearbigmembers</w:t>
            </w:r>
          </w:p>
        </w:tc>
        <w:tc>
          <w:tcPr>
            <w:tcW w:w="2880" w:type="dxa"/>
          </w:tcPr>
          <w:p w14:paraId="1D0A5120" w14:textId="77777777" w:rsidR="004D342C" w:rsidRDefault="00000000">
            <w:pPr>
              <w:spacing w:before="20" w:after="20"/>
              <w:ind w:firstLine="0"/>
            </w:pPr>
            <w:r>
              <w:rPr>
                <w:sz w:val="16"/>
              </w:rPr>
              <w:t>q.31.6. - some people may have fears abo</w:t>
            </w:r>
          </w:p>
        </w:tc>
        <w:tc>
          <w:tcPr>
            <w:tcW w:w="3456" w:type="dxa"/>
          </w:tcPr>
          <w:p w14:paraId="2FD6F89D" w14:textId="77777777" w:rsidR="004D342C" w:rsidRDefault="00000000">
            <w:pPr>
              <w:spacing w:before="20" w:after="20"/>
              <w:ind w:firstLine="0"/>
            </w:pPr>
            <w:r>
              <w:rPr>
                <w:sz w:val="16"/>
              </w:rPr>
              <w:t>1 currently afraid of it / 2 not currently afraid of it / 3 dont know</w:t>
            </w:r>
          </w:p>
        </w:tc>
        <w:tc>
          <w:tcPr>
            <w:tcW w:w="648" w:type="dxa"/>
          </w:tcPr>
          <w:p w14:paraId="650C7D85" w14:textId="77777777" w:rsidR="004D342C" w:rsidRDefault="00000000">
            <w:pPr>
              <w:spacing w:before="20" w:after="20"/>
              <w:ind w:firstLine="0"/>
              <w:jc w:val="right"/>
            </w:pPr>
            <w:r>
              <w:rPr>
                <w:sz w:val="16"/>
              </w:rPr>
              <w:t>3</w:t>
            </w:r>
          </w:p>
        </w:tc>
      </w:tr>
      <w:tr w:rsidR="004D342C" w14:paraId="71000020" w14:textId="77777777">
        <w:trPr>
          <w:cantSplit/>
          <w:jc w:val="center"/>
        </w:trPr>
        <w:tc>
          <w:tcPr>
            <w:tcW w:w="1944" w:type="dxa"/>
          </w:tcPr>
          <w:p w14:paraId="71000021" w14:textId="77777777" w:rsidR="004D342C" w:rsidRDefault="00000000">
            <w:pPr>
              <w:spacing w:before="20" w:after="20"/>
              <w:ind w:firstLine="0"/>
            </w:pPr>
            <w:r>
              <w:rPr>
                <w:sz w:val="16"/>
              </w:rPr>
              <w:t>foreignpolicypref</w:t>
            </w:r>
          </w:p>
        </w:tc>
        <w:tc>
          <w:tcPr>
            <w:tcW w:w="2880" w:type="dxa"/>
          </w:tcPr>
          <w:p w14:paraId="71000022" w14:textId="77777777" w:rsidR="004D342C" w:rsidRDefault="00000000">
            <w:pPr>
              <w:spacing w:before="20" w:after="20"/>
              <w:ind w:firstLine="0"/>
            </w:pPr>
            <w:r>
              <w:rPr>
                <w:sz w:val="16"/>
              </w:rPr>
              <w:t>FOREIGN POLICY - PREFERRED ARRANGEMENT</w:t>
            </w:r>
          </w:p>
        </w:tc>
        <w:tc>
          <w:tcPr>
            <w:tcW w:w="3456" w:type="dxa"/>
          </w:tcPr>
          <w:p w14:paraId="71000023" w14:textId="77777777" w:rsidR="004D342C" w:rsidRDefault="00000000">
            <w:pPr>
              <w:spacing w:before="20" w:after="20"/>
              <w:ind w:firstLine="0"/>
            </w:pPr>
            <w:r>
              <w:rPr>
                <w:sz w:val="16"/>
              </w:rPr>
              <w:t>1 own independent foreign policy / 2 common Western European policy with EC partners / 3 common Atlantic policy with the USA / 4 all-European policy including Eastern Europe and the USSR</w:t>
            </w:r>
          </w:p>
        </w:tc>
        <w:tc>
          <w:tcPr>
            <w:tcW w:w="648" w:type="dxa"/>
          </w:tcPr>
          <w:p w14:paraId="71000024" w14:textId="77777777" w:rsidR="004D342C" w:rsidRDefault="00000000">
            <w:pPr>
              <w:spacing w:before="20" w:after="20"/>
              <w:ind w:firstLine="0"/>
              <w:jc w:val="right"/>
            </w:pPr>
            <w:r>
              <w:rPr>
                <w:sz w:val="16"/>
              </w:rPr>
              <w:t>3</w:t>
            </w:r>
          </w:p>
        </w:tc>
      </w:tr>
      <w:tr w:rsidR="004D342C" w14:paraId="47AA3F91" w14:textId="77777777">
        <w:trPr>
          <w:cantSplit/>
          <w:jc w:val="center"/>
        </w:trPr>
        <w:tc>
          <w:tcPr>
            <w:tcW w:w="1944" w:type="dxa"/>
          </w:tcPr>
          <w:p w14:paraId="260A79F9" w14:textId="77777777" w:rsidR="004D342C" w:rsidRDefault="00000000">
            <w:pPr>
              <w:spacing w:before="20" w:after="20"/>
              <w:ind w:firstLine="0"/>
            </w:pPr>
            <w:r>
              <w:rPr>
                <w:sz w:val="16"/>
              </w:rPr>
              <w:t>implicationEUausterity</w:t>
            </w:r>
          </w:p>
        </w:tc>
        <w:tc>
          <w:tcPr>
            <w:tcW w:w="2880" w:type="dxa"/>
          </w:tcPr>
          <w:p w14:paraId="7AF6048B" w14:textId="77777777" w:rsidR="004D342C" w:rsidRDefault="00000000">
            <w:pPr>
              <w:spacing w:before="20" w:after="20"/>
              <w:ind w:firstLine="0"/>
            </w:pPr>
            <w:r>
              <w:rPr>
                <w:sz w:val="16"/>
              </w:rPr>
              <w:t>EU STATEMENTS: RESPONSIBLE FOR AUSTERITY</w:t>
            </w:r>
          </w:p>
        </w:tc>
        <w:tc>
          <w:tcPr>
            <w:tcW w:w="3456" w:type="dxa"/>
          </w:tcPr>
          <w:p w14:paraId="4B194673" w14:textId="77777777" w:rsidR="004D342C" w:rsidRDefault="00000000">
            <w:pPr>
              <w:spacing w:before="20" w:after="20"/>
              <w:ind w:firstLine="0"/>
            </w:pPr>
            <w:r>
              <w:rPr>
                <w:sz w:val="16"/>
              </w:rPr>
              <w:t>1 Totally agree / 2 Tend to agree / 3 Tend to disagree / 4 Totally disagree / 5 DK</w:t>
            </w:r>
          </w:p>
        </w:tc>
        <w:tc>
          <w:tcPr>
            <w:tcW w:w="648" w:type="dxa"/>
          </w:tcPr>
          <w:p w14:paraId="23B090A8" w14:textId="77777777" w:rsidR="004D342C" w:rsidRDefault="00000000">
            <w:pPr>
              <w:spacing w:before="20" w:after="20"/>
              <w:ind w:firstLine="0"/>
              <w:jc w:val="right"/>
            </w:pPr>
            <w:r>
              <w:rPr>
                <w:sz w:val="16"/>
              </w:rPr>
              <w:t>3</w:t>
            </w:r>
          </w:p>
        </w:tc>
      </w:tr>
      <w:tr w:rsidR="004D342C" w14:paraId="0430DD8E" w14:textId="77777777">
        <w:trPr>
          <w:cantSplit/>
          <w:jc w:val="center"/>
        </w:trPr>
        <w:tc>
          <w:tcPr>
            <w:tcW w:w="1944" w:type="dxa"/>
          </w:tcPr>
          <w:p w14:paraId="695582E7" w14:textId="77777777" w:rsidR="004D342C" w:rsidRDefault="00000000">
            <w:pPr>
              <w:spacing w:before="20" w:after="20"/>
              <w:ind w:firstLine="0"/>
            </w:pPr>
            <w:r>
              <w:rPr>
                <w:sz w:val="16"/>
              </w:rPr>
              <w:t>implicationEUbusinesseasier</w:t>
            </w:r>
          </w:p>
        </w:tc>
        <w:tc>
          <w:tcPr>
            <w:tcW w:w="2880" w:type="dxa"/>
          </w:tcPr>
          <w:p w14:paraId="108BC0F8" w14:textId="77777777" w:rsidR="004D342C" w:rsidRDefault="00000000">
            <w:pPr>
              <w:spacing w:before="20" w:after="20"/>
              <w:ind w:firstLine="0"/>
            </w:pPr>
            <w:r>
              <w:rPr>
                <w:sz w:val="16"/>
              </w:rPr>
              <w:t>EU STATEMENTS: MAKES DOING BUSINESS EASIER</w:t>
            </w:r>
          </w:p>
        </w:tc>
        <w:tc>
          <w:tcPr>
            <w:tcW w:w="3456" w:type="dxa"/>
          </w:tcPr>
          <w:p w14:paraId="5C76B6E5" w14:textId="77777777" w:rsidR="004D342C" w:rsidRDefault="00000000">
            <w:pPr>
              <w:spacing w:before="20" w:after="20"/>
              <w:ind w:firstLine="0"/>
            </w:pPr>
            <w:r>
              <w:rPr>
                <w:sz w:val="16"/>
              </w:rPr>
              <w:t>1 Totally agree / 2 Tend to agree / 3 Tend to disagree / 4 Totally disagree / 5 DK</w:t>
            </w:r>
          </w:p>
        </w:tc>
        <w:tc>
          <w:tcPr>
            <w:tcW w:w="648" w:type="dxa"/>
          </w:tcPr>
          <w:p w14:paraId="51534FFF" w14:textId="77777777" w:rsidR="004D342C" w:rsidRDefault="00000000">
            <w:pPr>
              <w:spacing w:before="20" w:after="20"/>
              <w:ind w:firstLine="0"/>
              <w:jc w:val="right"/>
            </w:pPr>
            <w:r>
              <w:rPr>
                <w:sz w:val="16"/>
              </w:rPr>
              <w:t>3</w:t>
            </w:r>
          </w:p>
        </w:tc>
      </w:tr>
      <w:tr w:rsidR="004D342C" w14:paraId="4FFD7864" w14:textId="77777777">
        <w:trPr>
          <w:cantSplit/>
          <w:jc w:val="center"/>
        </w:trPr>
        <w:tc>
          <w:tcPr>
            <w:tcW w:w="1944" w:type="dxa"/>
          </w:tcPr>
          <w:p w14:paraId="61B043FC" w14:textId="77777777" w:rsidR="004D342C" w:rsidRDefault="00000000">
            <w:pPr>
              <w:spacing w:before="20" w:after="20"/>
              <w:ind w:firstLine="0"/>
            </w:pPr>
            <w:r>
              <w:rPr>
                <w:sz w:val="16"/>
              </w:rPr>
              <w:t>implicationEUcostoflivingcheaper</w:t>
            </w:r>
          </w:p>
        </w:tc>
        <w:tc>
          <w:tcPr>
            <w:tcW w:w="2880" w:type="dxa"/>
          </w:tcPr>
          <w:p w14:paraId="422D0B9D" w14:textId="77777777" w:rsidR="004D342C" w:rsidRDefault="00000000">
            <w:pPr>
              <w:spacing w:before="20" w:after="20"/>
              <w:ind w:firstLine="0"/>
            </w:pPr>
            <w:r>
              <w:rPr>
                <w:sz w:val="16"/>
              </w:rPr>
              <w:t>EU STATEMENTS: MAKES COST OF LIVING CHEAPER</w:t>
            </w:r>
          </w:p>
        </w:tc>
        <w:tc>
          <w:tcPr>
            <w:tcW w:w="3456" w:type="dxa"/>
          </w:tcPr>
          <w:p w14:paraId="5523638B" w14:textId="77777777" w:rsidR="004D342C" w:rsidRDefault="00000000">
            <w:pPr>
              <w:spacing w:before="20" w:after="20"/>
              <w:ind w:firstLine="0"/>
            </w:pPr>
            <w:r>
              <w:rPr>
                <w:sz w:val="16"/>
              </w:rPr>
              <w:t>1 Totally agree / 2 Tend to agree / 3 Tend to disagree / 4 Totally disagree / 5 DK</w:t>
            </w:r>
          </w:p>
        </w:tc>
        <w:tc>
          <w:tcPr>
            <w:tcW w:w="648" w:type="dxa"/>
          </w:tcPr>
          <w:p w14:paraId="49AEBFB6" w14:textId="77777777" w:rsidR="004D342C" w:rsidRDefault="00000000">
            <w:pPr>
              <w:spacing w:before="20" w:after="20"/>
              <w:ind w:firstLine="0"/>
              <w:jc w:val="right"/>
            </w:pPr>
            <w:r>
              <w:rPr>
                <w:sz w:val="16"/>
              </w:rPr>
              <w:t>3</w:t>
            </w:r>
          </w:p>
        </w:tc>
      </w:tr>
      <w:tr w:rsidR="004D342C" w14:paraId="6E6D4403" w14:textId="77777777">
        <w:trPr>
          <w:cantSplit/>
          <w:jc w:val="center"/>
        </w:trPr>
        <w:tc>
          <w:tcPr>
            <w:tcW w:w="1944" w:type="dxa"/>
          </w:tcPr>
          <w:p w14:paraId="4A0074E9" w14:textId="77777777" w:rsidR="004D342C" w:rsidRDefault="00000000">
            <w:pPr>
              <w:spacing w:before="20" w:after="20"/>
              <w:ind w:firstLine="0"/>
            </w:pPr>
            <w:r>
              <w:rPr>
                <w:sz w:val="16"/>
              </w:rPr>
              <w:t>implicationEUcreatesjobs</w:t>
            </w:r>
          </w:p>
        </w:tc>
        <w:tc>
          <w:tcPr>
            <w:tcW w:w="2880" w:type="dxa"/>
          </w:tcPr>
          <w:p w14:paraId="0E91EDA8" w14:textId="77777777" w:rsidR="004D342C" w:rsidRDefault="00000000">
            <w:pPr>
              <w:spacing w:before="20" w:after="20"/>
              <w:ind w:firstLine="0"/>
            </w:pPr>
            <w:r>
              <w:rPr>
                <w:sz w:val="16"/>
              </w:rPr>
              <w:t>EU STATEMENTS: CONDITIONS FOR MORE JOBS</w:t>
            </w:r>
          </w:p>
        </w:tc>
        <w:tc>
          <w:tcPr>
            <w:tcW w:w="3456" w:type="dxa"/>
          </w:tcPr>
          <w:p w14:paraId="0F5705CC" w14:textId="77777777" w:rsidR="004D342C" w:rsidRDefault="00000000">
            <w:pPr>
              <w:spacing w:before="20" w:after="20"/>
              <w:ind w:firstLine="0"/>
            </w:pPr>
            <w:r>
              <w:rPr>
                <w:sz w:val="16"/>
              </w:rPr>
              <w:t>1 Totally agree / 2 Tend to agree / 3 Tend to disagree / 4 Totally disagree / 5 DK</w:t>
            </w:r>
          </w:p>
        </w:tc>
        <w:tc>
          <w:tcPr>
            <w:tcW w:w="648" w:type="dxa"/>
          </w:tcPr>
          <w:p w14:paraId="18862CB1" w14:textId="77777777" w:rsidR="004D342C" w:rsidRDefault="00000000">
            <w:pPr>
              <w:spacing w:before="20" w:after="20"/>
              <w:ind w:firstLine="0"/>
              <w:jc w:val="right"/>
            </w:pPr>
            <w:r>
              <w:rPr>
                <w:sz w:val="16"/>
              </w:rPr>
              <w:t>3</w:t>
            </w:r>
          </w:p>
        </w:tc>
      </w:tr>
      <w:tr w:rsidR="004D342C" w14:paraId="0A62F45A" w14:textId="77777777">
        <w:trPr>
          <w:cantSplit/>
          <w:jc w:val="center"/>
        </w:trPr>
        <w:tc>
          <w:tcPr>
            <w:tcW w:w="1944" w:type="dxa"/>
          </w:tcPr>
          <w:p w14:paraId="70D70C64" w14:textId="77777777" w:rsidR="004D342C" w:rsidRDefault="00000000">
            <w:pPr>
              <w:spacing w:before="20" w:after="20"/>
              <w:ind w:firstLine="0"/>
            </w:pPr>
            <w:r>
              <w:rPr>
                <w:sz w:val="16"/>
              </w:rPr>
              <w:t>implicationEUfairercrisis</w:t>
            </w:r>
          </w:p>
        </w:tc>
        <w:tc>
          <w:tcPr>
            <w:tcW w:w="2880" w:type="dxa"/>
          </w:tcPr>
          <w:p w14:paraId="0503485A" w14:textId="77777777" w:rsidR="004D342C" w:rsidRDefault="00000000">
            <w:pPr>
              <w:spacing w:before="20" w:after="20"/>
              <w:ind w:firstLine="0"/>
            </w:pPr>
            <w:r>
              <w:rPr>
                <w:sz w:val="16"/>
              </w:rPr>
              <w:t>EU STATEMENTS: EMERGE FAIRER FROM THE CRISIS</w:t>
            </w:r>
          </w:p>
        </w:tc>
        <w:tc>
          <w:tcPr>
            <w:tcW w:w="3456" w:type="dxa"/>
          </w:tcPr>
          <w:p w14:paraId="69FB4716" w14:textId="77777777" w:rsidR="004D342C" w:rsidRDefault="00000000">
            <w:pPr>
              <w:spacing w:before="20" w:after="20"/>
              <w:ind w:firstLine="0"/>
            </w:pPr>
            <w:r>
              <w:rPr>
                <w:sz w:val="16"/>
              </w:rPr>
              <w:t>1 Totally agree / 2 Tend to agree / 3 Tend to disagree / 4 Totally disagree / 5 DK</w:t>
            </w:r>
          </w:p>
        </w:tc>
        <w:tc>
          <w:tcPr>
            <w:tcW w:w="648" w:type="dxa"/>
          </w:tcPr>
          <w:p w14:paraId="67E2FF24" w14:textId="77777777" w:rsidR="004D342C" w:rsidRDefault="00000000">
            <w:pPr>
              <w:spacing w:before="20" w:after="20"/>
              <w:ind w:firstLine="0"/>
              <w:jc w:val="right"/>
            </w:pPr>
            <w:r>
              <w:rPr>
                <w:sz w:val="16"/>
              </w:rPr>
              <w:t>3</w:t>
            </w:r>
          </w:p>
        </w:tc>
      </w:tr>
      <w:tr w:rsidR="004D342C" w14:paraId="63CDFA8C" w14:textId="77777777">
        <w:trPr>
          <w:cantSplit/>
          <w:jc w:val="center"/>
        </w:trPr>
        <w:tc>
          <w:tcPr>
            <w:tcW w:w="1944" w:type="dxa"/>
          </w:tcPr>
          <w:p w14:paraId="1144E63B" w14:textId="77777777" w:rsidR="004D342C" w:rsidRDefault="00000000">
            <w:pPr>
              <w:spacing w:before="20" w:after="20"/>
              <w:ind w:firstLine="0"/>
            </w:pPr>
            <w:r>
              <w:rPr>
                <w:sz w:val="16"/>
              </w:rPr>
              <w:t>implicationEUfinancialsectorpay</w:t>
            </w:r>
          </w:p>
        </w:tc>
        <w:tc>
          <w:tcPr>
            <w:tcW w:w="2880" w:type="dxa"/>
          </w:tcPr>
          <w:p w14:paraId="1B412E7E" w14:textId="77777777" w:rsidR="004D342C" w:rsidRDefault="00000000">
            <w:pPr>
              <w:spacing w:before="20" w:after="20"/>
              <w:ind w:firstLine="0"/>
            </w:pPr>
            <w:r>
              <w:rPr>
                <w:sz w:val="16"/>
              </w:rPr>
              <w:t>EU STATEMENTS: MAKING FINANCIAL SECTOR PAY</w:t>
            </w:r>
          </w:p>
        </w:tc>
        <w:tc>
          <w:tcPr>
            <w:tcW w:w="3456" w:type="dxa"/>
          </w:tcPr>
          <w:p w14:paraId="2EA14F12" w14:textId="77777777" w:rsidR="004D342C" w:rsidRDefault="00000000">
            <w:pPr>
              <w:spacing w:before="20" w:after="20"/>
              <w:ind w:firstLine="0"/>
            </w:pPr>
            <w:r>
              <w:rPr>
                <w:sz w:val="16"/>
              </w:rPr>
              <w:t>1 Totally agree / 2 Tend to agree / 3 Tend to disagree / 4 Totally disagree / 5 DK</w:t>
            </w:r>
          </w:p>
        </w:tc>
        <w:tc>
          <w:tcPr>
            <w:tcW w:w="648" w:type="dxa"/>
          </w:tcPr>
          <w:p w14:paraId="7D634153" w14:textId="77777777" w:rsidR="004D342C" w:rsidRDefault="00000000">
            <w:pPr>
              <w:spacing w:before="20" w:after="20"/>
              <w:ind w:firstLine="0"/>
              <w:jc w:val="right"/>
            </w:pPr>
            <w:r>
              <w:rPr>
                <w:sz w:val="16"/>
              </w:rPr>
              <w:t>3</w:t>
            </w:r>
          </w:p>
        </w:tc>
      </w:tr>
      <w:tr w:rsidR="004D342C" w14:paraId="24134063" w14:textId="77777777">
        <w:trPr>
          <w:cantSplit/>
          <w:jc w:val="center"/>
        </w:trPr>
        <w:tc>
          <w:tcPr>
            <w:tcW w:w="1944" w:type="dxa"/>
          </w:tcPr>
          <w:p w14:paraId="7011AE30" w14:textId="77777777" w:rsidR="004D342C" w:rsidRDefault="00000000">
            <w:pPr>
              <w:spacing w:before="20" w:after="20"/>
              <w:ind w:firstLine="0"/>
            </w:pPr>
            <w:r>
              <w:rPr>
                <w:sz w:val="16"/>
              </w:rPr>
              <w:t>implicationEUneedsclearermessage</w:t>
            </w:r>
          </w:p>
        </w:tc>
        <w:tc>
          <w:tcPr>
            <w:tcW w:w="2880" w:type="dxa"/>
          </w:tcPr>
          <w:p w14:paraId="715465C4" w14:textId="77777777" w:rsidR="004D342C" w:rsidRDefault="00000000">
            <w:pPr>
              <w:spacing w:before="20" w:after="20"/>
              <w:ind w:firstLine="0"/>
            </w:pPr>
            <w:r>
              <w:rPr>
                <w:sz w:val="16"/>
              </w:rPr>
              <w:t>EU STATEMENTS: NEEDS A CLEARER MESSAGE</w:t>
            </w:r>
          </w:p>
        </w:tc>
        <w:tc>
          <w:tcPr>
            <w:tcW w:w="3456" w:type="dxa"/>
          </w:tcPr>
          <w:p w14:paraId="4DD0F3A2" w14:textId="77777777" w:rsidR="004D342C" w:rsidRDefault="00000000">
            <w:pPr>
              <w:spacing w:before="20" w:after="20"/>
              <w:ind w:firstLine="0"/>
            </w:pPr>
            <w:r>
              <w:rPr>
                <w:sz w:val="16"/>
              </w:rPr>
              <w:t>1 Totally agree / 2 Tend to agree / 3 Tend to disagree / 4 Totally disagree / 5 DK</w:t>
            </w:r>
          </w:p>
        </w:tc>
        <w:tc>
          <w:tcPr>
            <w:tcW w:w="648" w:type="dxa"/>
          </w:tcPr>
          <w:p w14:paraId="641F6930" w14:textId="77777777" w:rsidR="004D342C" w:rsidRDefault="00000000">
            <w:pPr>
              <w:spacing w:before="20" w:after="20"/>
              <w:ind w:firstLine="0"/>
              <w:jc w:val="right"/>
            </w:pPr>
            <w:r>
              <w:rPr>
                <w:sz w:val="16"/>
              </w:rPr>
              <w:t>3</w:t>
            </w:r>
          </w:p>
        </w:tc>
      </w:tr>
      <w:tr w:rsidR="004D342C" w14:paraId="7FB7FBC4" w14:textId="77777777">
        <w:trPr>
          <w:cantSplit/>
          <w:jc w:val="center"/>
        </w:trPr>
        <w:tc>
          <w:tcPr>
            <w:tcW w:w="1944" w:type="dxa"/>
          </w:tcPr>
          <w:p w14:paraId="1199E9AA" w14:textId="77777777" w:rsidR="004D342C" w:rsidRDefault="00000000">
            <w:pPr>
              <w:spacing w:before="20" w:after="20"/>
              <w:ind w:firstLine="0"/>
            </w:pPr>
            <w:r>
              <w:rPr>
                <w:sz w:val="16"/>
              </w:rPr>
              <w:t>implicationEUprotectscitizens</w:t>
            </w:r>
          </w:p>
        </w:tc>
        <w:tc>
          <w:tcPr>
            <w:tcW w:w="2880" w:type="dxa"/>
          </w:tcPr>
          <w:p w14:paraId="58A5CE1C" w14:textId="77777777" w:rsidR="004D342C" w:rsidRDefault="00000000">
            <w:pPr>
              <w:spacing w:before="20" w:after="20"/>
              <w:ind w:firstLine="0"/>
            </w:pPr>
            <w:r>
              <w:rPr>
                <w:sz w:val="16"/>
              </w:rPr>
              <w:t>EU STATEMENTS: HELPS PROTECT ITS CITIZENS</w:t>
            </w:r>
          </w:p>
        </w:tc>
        <w:tc>
          <w:tcPr>
            <w:tcW w:w="3456" w:type="dxa"/>
          </w:tcPr>
          <w:p w14:paraId="6BE10094" w14:textId="77777777" w:rsidR="004D342C" w:rsidRDefault="00000000">
            <w:pPr>
              <w:spacing w:before="20" w:after="20"/>
              <w:ind w:firstLine="0"/>
            </w:pPr>
            <w:r>
              <w:rPr>
                <w:sz w:val="16"/>
              </w:rPr>
              <w:t>1 Totally agree / 2 Tend to agree / 3 Tend to disagree / 4 Totally disagree / 5 DK</w:t>
            </w:r>
          </w:p>
        </w:tc>
        <w:tc>
          <w:tcPr>
            <w:tcW w:w="648" w:type="dxa"/>
          </w:tcPr>
          <w:p w14:paraId="31E029FF" w14:textId="77777777" w:rsidR="004D342C" w:rsidRDefault="00000000">
            <w:pPr>
              <w:spacing w:before="20" w:after="20"/>
              <w:ind w:firstLine="0"/>
              <w:jc w:val="right"/>
            </w:pPr>
            <w:r>
              <w:rPr>
                <w:sz w:val="16"/>
              </w:rPr>
              <w:t>3</w:t>
            </w:r>
          </w:p>
        </w:tc>
      </w:tr>
      <w:tr w:rsidR="004D342C" w14:paraId="4E02637F" w14:textId="77777777">
        <w:trPr>
          <w:cantSplit/>
          <w:jc w:val="center"/>
        </w:trPr>
        <w:tc>
          <w:tcPr>
            <w:tcW w:w="1944" w:type="dxa"/>
          </w:tcPr>
          <w:p w14:paraId="50429021" w14:textId="77777777" w:rsidR="004D342C" w:rsidRDefault="00000000">
            <w:pPr>
              <w:spacing w:before="20" w:after="20"/>
              <w:ind w:firstLine="0"/>
            </w:pPr>
            <w:r>
              <w:rPr>
                <w:sz w:val="16"/>
              </w:rPr>
              <w:t>implicationEUqualityoflifebetter</w:t>
            </w:r>
          </w:p>
        </w:tc>
        <w:tc>
          <w:tcPr>
            <w:tcW w:w="2880" w:type="dxa"/>
          </w:tcPr>
          <w:p w14:paraId="24A01AA1" w14:textId="77777777" w:rsidR="004D342C" w:rsidRDefault="00000000">
            <w:pPr>
              <w:spacing w:before="20" w:after="20"/>
              <w:ind w:firstLine="0"/>
            </w:pPr>
            <w:r>
              <w:rPr>
                <w:sz w:val="16"/>
              </w:rPr>
              <w:t>EU STATEMENTS: MAKES QUALITY OF LIFE BETTER</w:t>
            </w:r>
          </w:p>
        </w:tc>
        <w:tc>
          <w:tcPr>
            <w:tcW w:w="3456" w:type="dxa"/>
          </w:tcPr>
          <w:p w14:paraId="2D2A67C2" w14:textId="77777777" w:rsidR="004D342C" w:rsidRDefault="00000000">
            <w:pPr>
              <w:spacing w:before="20" w:after="20"/>
              <w:ind w:firstLine="0"/>
            </w:pPr>
            <w:r>
              <w:rPr>
                <w:sz w:val="16"/>
              </w:rPr>
              <w:t>1 Totally agree / 2 Tend to agree / 3 Tend to disagree / 4 Totally disagree / 5 DK</w:t>
            </w:r>
          </w:p>
        </w:tc>
        <w:tc>
          <w:tcPr>
            <w:tcW w:w="648" w:type="dxa"/>
          </w:tcPr>
          <w:p w14:paraId="4EDB4C13" w14:textId="77777777" w:rsidR="004D342C" w:rsidRDefault="00000000">
            <w:pPr>
              <w:spacing w:before="20" w:after="20"/>
              <w:ind w:firstLine="0"/>
              <w:jc w:val="right"/>
            </w:pPr>
            <w:r>
              <w:rPr>
                <w:sz w:val="16"/>
              </w:rPr>
              <w:t>3</w:t>
            </w:r>
          </w:p>
        </w:tc>
      </w:tr>
      <w:tr w:rsidR="004D342C" w14:paraId="611CC7FC" w14:textId="77777777">
        <w:trPr>
          <w:cantSplit/>
          <w:jc w:val="center"/>
        </w:trPr>
        <w:tc>
          <w:tcPr>
            <w:tcW w:w="1944" w:type="dxa"/>
          </w:tcPr>
          <w:p w14:paraId="4CAFDCDF" w14:textId="77777777" w:rsidR="004D342C" w:rsidRDefault="00000000">
            <w:pPr>
              <w:spacing w:before="20" w:after="20"/>
              <w:ind w:firstLine="0"/>
            </w:pPr>
            <w:r>
              <w:rPr>
                <w:sz w:val="16"/>
              </w:rPr>
              <w:t>implicationEUredtape</w:t>
            </w:r>
          </w:p>
        </w:tc>
        <w:tc>
          <w:tcPr>
            <w:tcW w:w="2880" w:type="dxa"/>
          </w:tcPr>
          <w:p w14:paraId="11B939C5" w14:textId="77777777" w:rsidR="004D342C" w:rsidRDefault="00000000">
            <w:pPr>
              <w:spacing w:before="20" w:after="20"/>
              <w:ind w:firstLine="0"/>
            </w:pPr>
            <w:r>
              <w:rPr>
                <w:sz w:val="16"/>
              </w:rPr>
              <w:t>EU STATEMENTS: GENERATES TOO MUCH RED TAPE</w:t>
            </w:r>
          </w:p>
        </w:tc>
        <w:tc>
          <w:tcPr>
            <w:tcW w:w="3456" w:type="dxa"/>
          </w:tcPr>
          <w:p w14:paraId="09E9FD7B" w14:textId="77777777" w:rsidR="004D342C" w:rsidRDefault="00000000">
            <w:pPr>
              <w:spacing w:before="20" w:after="20"/>
              <w:ind w:firstLine="0"/>
            </w:pPr>
            <w:r>
              <w:rPr>
                <w:sz w:val="16"/>
              </w:rPr>
              <w:t>1 Totally agree / 2 Tend to agree / 3 Tend to disagree / 4 Totally disagree / 5 DK</w:t>
            </w:r>
          </w:p>
        </w:tc>
        <w:tc>
          <w:tcPr>
            <w:tcW w:w="648" w:type="dxa"/>
          </w:tcPr>
          <w:p w14:paraId="70AE1306" w14:textId="77777777" w:rsidR="004D342C" w:rsidRDefault="00000000">
            <w:pPr>
              <w:spacing w:before="20" w:after="20"/>
              <w:ind w:firstLine="0"/>
              <w:jc w:val="right"/>
            </w:pPr>
            <w:r>
              <w:rPr>
                <w:sz w:val="16"/>
              </w:rPr>
              <w:t>3</w:t>
            </w:r>
          </w:p>
        </w:tc>
      </w:tr>
      <w:tr w:rsidR="004D342C" w14:paraId="1056F6B6" w14:textId="77777777">
        <w:trPr>
          <w:cantSplit/>
          <w:jc w:val="center"/>
        </w:trPr>
        <w:tc>
          <w:tcPr>
            <w:tcW w:w="1944" w:type="dxa"/>
          </w:tcPr>
          <w:p w14:paraId="283103A9" w14:textId="77777777" w:rsidR="004D342C" w:rsidRDefault="00000000">
            <w:pPr>
              <w:spacing w:before="20" w:after="20"/>
              <w:ind w:firstLine="0"/>
            </w:pPr>
            <w:r>
              <w:rPr>
                <w:sz w:val="16"/>
              </w:rPr>
              <w:t>implicationEUtackleglobalthreats</w:t>
            </w:r>
          </w:p>
        </w:tc>
        <w:tc>
          <w:tcPr>
            <w:tcW w:w="2880" w:type="dxa"/>
          </w:tcPr>
          <w:p w14:paraId="7B66408F" w14:textId="77777777" w:rsidR="004D342C" w:rsidRDefault="00000000">
            <w:pPr>
              <w:spacing w:before="20" w:after="20"/>
              <w:ind w:firstLine="0"/>
            </w:pPr>
            <w:r>
              <w:rPr>
                <w:sz w:val="16"/>
              </w:rPr>
              <w:t>EU STATEMENTS: HELPS TACKLE GLOBAL THREATS</w:t>
            </w:r>
          </w:p>
        </w:tc>
        <w:tc>
          <w:tcPr>
            <w:tcW w:w="3456" w:type="dxa"/>
          </w:tcPr>
          <w:p w14:paraId="1CC7A9CF" w14:textId="77777777" w:rsidR="004D342C" w:rsidRDefault="00000000">
            <w:pPr>
              <w:spacing w:before="20" w:after="20"/>
              <w:ind w:firstLine="0"/>
            </w:pPr>
            <w:r>
              <w:rPr>
                <w:sz w:val="16"/>
              </w:rPr>
              <w:t>1 Totally agree / 2 Tend to agree / 3 Tend to disagree / 4 Totally disagree / 5 DK</w:t>
            </w:r>
          </w:p>
        </w:tc>
        <w:tc>
          <w:tcPr>
            <w:tcW w:w="648" w:type="dxa"/>
          </w:tcPr>
          <w:p w14:paraId="32CA276B" w14:textId="77777777" w:rsidR="004D342C" w:rsidRDefault="00000000">
            <w:pPr>
              <w:spacing w:before="20" w:after="20"/>
              <w:ind w:firstLine="0"/>
              <w:jc w:val="right"/>
            </w:pPr>
            <w:r>
              <w:rPr>
                <w:sz w:val="16"/>
              </w:rPr>
              <w:t>3</w:t>
            </w:r>
          </w:p>
        </w:tc>
      </w:tr>
      <w:tr w:rsidR="004D342C" w14:paraId="7DA6C5DE" w14:textId="77777777">
        <w:trPr>
          <w:cantSplit/>
          <w:jc w:val="center"/>
        </w:trPr>
        <w:tc>
          <w:tcPr>
            <w:tcW w:w="1944" w:type="dxa"/>
          </w:tcPr>
          <w:p w14:paraId="7343587D" w14:textId="77777777" w:rsidR="004D342C" w:rsidRDefault="00000000">
            <w:pPr>
              <w:spacing w:before="20" w:after="20"/>
              <w:ind w:firstLine="0"/>
            </w:pPr>
            <w:r>
              <w:rPr>
                <w:sz w:val="16"/>
              </w:rPr>
              <w:t>issueclimate</w:t>
            </w:r>
          </w:p>
        </w:tc>
        <w:tc>
          <w:tcPr>
            <w:tcW w:w="2880" w:type="dxa"/>
          </w:tcPr>
          <w:p w14:paraId="79A6B256" w14:textId="77777777" w:rsidR="004D342C" w:rsidRDefault="00000000">
            <w:pPr>
              <w:spacing w:before="20" w:after="20"/>
              <w:ind w:firstLine="0"/>
            </w:pPr>
            <w:r>
              <w:rPr>
                <w:sz w:val="16"/>
              </w:rPr>
              <w:t>QA6A2 IMPORT ISSUES CTRY: CLIMATE CHANGE</w:t>
            </w:r>
          </w:p>
        </w:tc>
        <w:tc>
          <w:tcPr>
            <w:tcW w:w="3456" w:type="dxa"/>
          </w:tcPr>
          <w:p w14:paraId="0B14820F" w14:textId="77777777" w:rsidR="004D342C" w:rsidRDefault="00000000">
            <w:pPr>
              <w:spacing w:before="20" w:after="20"/>
              <w:ind w:firstLine="0"/>
            </w:pPr>
            <w:r>
              <w:rPr>
                <w:sz w:val="16"/>
              </w:rPr>
              <w:t>0 NOT MENTIONED / 1 Climate change</w:t>
            </w:r>
          </w:p>
        </w:tc>
        <w:tc>
          <w:tcPr>
            <w:tcW w:w="648" w:type="dxa"/>
          </w:tcPr>
          <w:p w14:paraId="2CCE33D2" w14:textId="77777777" w:rsidR="004D342C" w:rsidRDefault="00000000">
            <w:pPr>
              <w:spacing w:before="20" w:after="20"/>
              <w:ind w:firstLine="0"/>
              <w:jc w:val="right"/>
            </w:pPr>
            <w:r>
              <w:rPr>
                <w:sz w:val="16"/>
              </w:rPr>
              <w:t>3</w:t>
            </w:r>
          </w:p>
        </w:tc>
      </w:tr>
      <w:tr w:rsidR="004D342C" w14:paraId="05CAD21B" w14:textId="77777777">
        <w:trPr>
          <w:cantSplit/>
          <w:jc w:val="center"/>
        </w:trPr>
        <w:tc>
          <w:tcPr>
            <w:tcW w:w="1944" w:type="dxa"/>
          </w:tcPr>
          <w:p w14:paraId="0201D9E7" w14:textId="77777777" w:rsidR="004D342C" w:rsidRDefault="00000000">
            <w:pPr>
              <w:spacing w:before="20" w:after="20"/>
              <w:ind w:firstLine="0"/>
            </w:pPr>
            <w:r>
              <w:rPr>
                <w:sz w:val="16"/>
              </w:rPr>
              <w:t>issuedemocracy</w:t>
            </w:r>
          </w:p>
        </w:tc>
        <w:tc>
          <w:tcPr>
            <w:tcW w:w="2880" w:type="dxa"/>
          </w:tcPr>
          <w:p w14:paraId="1C1116F6" w14:textId="77777777" w:rsidR="004D342C" w:rsidRDefault="00000000">
            <w:pPr>
              <w:spacing w:before="20" w:after="20"/>
              <w:ind w:firstLine="0"/>
            </w:pPr>
            <w:r>
              <w:rPr>
                <w:sz w:val="16"/>
              </w:rPr>
              <w:t>IMPORTANT ISSUES CNTRY: THREATS TO DEMOCRACY</w:t>
            </w:r>
          </w:p>
        </w:tc>
        <w:tc>
          <w:tcPr>
            <w:tcW w:w="3456" w:type="dxa"/>
          </w:tcPr>
          <w:p w14:paraId="56AA9D01" w14:textId="77777777" w:rsidR="004D342C" w:rsidRDefault="00000000">
            <w:pPr>
              <w:spacing w:before="20" w:after="20"/>
              <w:ind w:firstLine="0"/>
            </w:pPr>
            <w:r>
              <w:rPr>
                <w:sz w:val="16"/>
              </w:rPr>
              <w:t>0 Not mentioned / 1 Threats to democracy (for example through information manipulation)</w:t>
            </w:r>
          </w:p>
        </w:tc>
        <w:tc>
          <w:tcPr>
            <w:tcW w:w="648" w:type="dxa"/>
          </w:tcPr>
          <w:p w14:paraId="6A5624B3" w14:textId="77777777" w:rsidR="004D342C" w:rsidRDefault="00000000">
            <w:pPr>
              <w:spacing w:before="20" w:after="20"/>
              <w:ind w:firstLine="0"/>
              <w:jc w:val="right"/>
            </w:pPr>
            <w:r>
              <w:rPr>
                <w:sz w:val="16"/>
              </w:rPr>
              <w:t>3</w:t>
            </w:r>
          </w:p>
        </w:tc>
      </w:tr>
      <w:tr w:rsidR="004D342C" w14:paraId="2077A703" w14:textId="77777777">
        <w:trPr>
          <w:cantSplit/>
          <w:jc w:val="center"/>
        </w:trPr>
        <w:tc>
          <w:tcPr>
            <w:tcW w:w="1944" w:type="dxa"/>
          </w:tcPr>
          <w:p w14:paraId="50EAF893" w14:textId="77777777" w:rsidR="004D342C" w:rsidRDefault="00000000">
            <w:pPr>
              <w:spacing w:before="20" w:after="20"/>
              <w:ind w:firstLine="0"/>
            </w:pPr>
            <w:r>
              <w:rPr>
                <w:sz w:val="16"/>
              </w:rPr>
              <w:t>issueenergy2</w:t>
            </w:r>
          </w:p>
        </w:tc>
        <w:tc>
          <w:tcPr>
            <w:tcW w:w="2880" w:type="dxa"/>
          </w:tcPr>
          <w:p w14:paraId="614F0408" w14:textId="77777777" w:rsidR="004D342C" w:rsidRDefault="00000000">
            <w:pPr>
              <w:spacing w:before="20" w:after="20"/>
              <w:ind w:firstLine="0"/>
            </w:pPr>
            <w:r>
              <w:rPr>
                <w:sz w:val="16"/>
              </w:rPr>
              <w:t>QA6A2 IMPORT ISSUES CTRY: ENERGY SUPPLY</w:t>
            </w:r>
          </w:p>
        </w:tc>
        <w:tc>
          <w:tcPr>
            <w:tcW w:w="3456" w:type="dxa"/>
          </w:tcPr>
          <w:p w14:paraId="2F5A7E93" w14:textId="77777777" w:rsidR="004D342C" w:rsidRDefault="00000000">
            <w:pPr>
              <w:spacing w:before="20" w:after="20"/>
              <w:ind w:firstLine="0"/>
            </w:pPr>
            <w:r>
              <w:rPr>
                <w:sz w:val="16"/>
              </w:rPr>
              <w:t>0 NOT MENTIONED / 1 Energy supply</w:t>
            </w:r>
          </w:p>
        </w:tc>
        <w:tc>
          <w:tcPr>
            <w:tcW w:w="648" w:type="dxa"/>
          </w:tcPr>
          <w:p w14:paraId="3DB694CF" w14:textId="77777777" w:rsidR="004D342C" w:rsidRDefault="00000000">
            <w:pPr>
              <w:spacing w:before="20" w:after="20"/>
              <w:ind w:firstLine="0"/>
              <w:jc w:val="right"/>
            </w:pPr>
            <w:r>
              <w:rPr>
                <w:sz w:val="16"/>
              </w:rPr>
              <w:t>3</w:t>
            </w:r>
          </w:p>
        </w:tc>
      </w:tr>
      <w:tr w:rsidR="004D342C" w14:paraId="1FD1174E" w14:textId="77777777">
        <w:trPr>
          <w:cantSplit/>
          <w:jc w:val="center"/>
        </w:trPr>
        <w:tc>
          <w:tcPr>
            <w:tcW w:w="1944" w:type="dxa"/>
          </w:tcPr>
          <w:p w14:paraId="294EE174" w14:textId="77777777" w:rsidR="004D342C" w:rsidRDefault="00000000">
            <w:pPr>
              <w:spacing w:before="20" w:after="20"/>
              <w:ind w:firstLine="0"/>
            </w:pPr>
            <w:r>
              <w:rPr>
                <w:sz w:val="16"/>
              </w:rPr>
              <w:lastRenderedPageBreak/>
              <w:t>issueexternal</w:t>
            </w:r>
          </w:p>
        </w:tc>
        <w:tc>
          <w:tcPr>
            <w:tcW w:w="2880" w:type="dxa"/>
          </w:tcPr>
          <w:p w14:paraId="522BDDEE" w14:textId="77777777" w:rsidR="004D342C" w:rsidRDefault="00000000">
            <w:pPr>
              <w:spacing w:before="20" w:after="20"/>
              <w:ind w:firstLine="0"/>
            </w:pPr>
            <w:r>
              <w:rPr>
                <w:sz w:val="16"/>
              </w:rPr>
              <w:t>QA6A2 IMPORT ISSUES CTRY: CNTRY EXT INFLUENCE</w:t>
            </w:r>
          </w:p>
        </w:tc>
        <w:tc>
          <w:tcPr>
            <w:tcW w:w="3456" w:type="dxa"/>
          </w:tcPr>
          <w:p w14:paraId="77EDD58A" w14:textId="77777777" w:rsidR="004D342C" w:rsidRDefault="00000000">
            <w:pPr>
              <w:spacing w:before="20" w:after="20"/>
              <w:ind w:firstLine="0"/>
            </w:pPr>
            <w:r>
              <w:rPr>
                <w:sz w:val="16"/>
              </w:rPr>
              <w:t>0 NOT MENTIONED / 1 (OUR COUNTRY)'s external influence</w:t>
            </w:r>
          </w:p>
        </w:tc>
        <w:tc>
          <w:tcPr>
            <w:tcW w:w="648" w:type="dxa"/>
          </w:tcPr>
          <w:p w14:paraId="7A26066A" w14:textId="77777777" w:rsidR="004D342C" w:rsidRDefault="00000000">
            <w:pPr>
              <w:spacing w:before="20" w:after="20"/>
              <w:ind w:firstLine="0"/>
              <w:jc w:val="right"/>
            </w:pPr>
            <w:r>
              <w:rPr>
                <w:sz w:val="16"/>
              </w:rPr>
              <w:t>3</w:t>
            </w:r>
          </w:p>
        </w:tc>
      </w:tr>
      <w:tr w:rsidR="004D342C" w14:paraId="55A9ECA2" w14:textId="77777777">
        <w:trPr>
          <w:cantSplit/>
          <w:jc w:val="center"/>
        </w:trPr>
        <w:tc>
          <w:tcPr>
            <w:tcW w:w="1944" w:type="dxa"/>
          </w:tcPr>
          <w:p w14:paraId="3377DC7C" w14:textId="77777777" w:rsidR="004D342C" w:rsidRDefault="00000000">
            <w:pPr>
              <w:spacing w:before="20" w:after="20"/>
              <w:ind w:firstLine="0"/>
            </w:pPr>
            <w:r>
              <w:rPr>
                <w:sz w:val="16"/>
              </w:rPr>
              <w:t>issueimpagriculture</w:t>
            </w:r>
          </w:p>
        </w:tc>
        <w:tc>
          <w:tcPr>
            <w:tcW w:w="2880" w:type="dxa"/>
          </w:tcPr>
          <w:p w14:paraId="18525006" w14:textId="77777777" w:rsidR="004D342C" w:rsidRDefault="00000000">
            <w:pPr>
              <w:spacing w:before="20" w:after="20"/>
              <w:ind w:firstLine="0"/>
            </w:pPr>
            <w:r>
              <w:rPr>
                <w:sz w:val="16"/>
              </w:rPr>
              <w:t>EC PROBLEM: AGRICULTURAL MODERNIZATION</w:t>
            </w:r>
          </w:p>
        </w:tc>
        <w:tc>
          <w:tcPr>
            <w:tcW w:w="3456" w:type="dxa"/>
          </w:tcPr>
          <w:p w14:paraId="28D4BAE4" w14:textId="77777777" w:rsidR="004D342C" w:rsidRDefault="00000000">
            <w:pPr>
              <w:spacing w:before="20" w:after="20"/>
              <w:ind w:firstLine="0"/>
            </w:pPr>
            <w:r>
              <w:rPr>
                <w:sz w:val="16"/>
              </w:rPr>
              <w:t>1 very important / 2 important / 3 of little importance / 4 not at all important</w:t>
            </w:r>
          </w:p>
        </w:tc>
        <w:tc>
          <w:tcPr>
            <w:tcW w:w="648" w:type="dxa"/>
          </w:tcPr>
          <w:p w14:paraId="041285F6" w14:textId="77777777" w:rsidR="004D342C" w:rsidRDefault="00000000">
            <w:pPr>
              <w:spacing w:before="20" w:after="20"/>
              <w:ind w:firstLine="0"/>
              <w:jc w:val="right"/>
            </w:pPr>
            <w:r>
              <w:rPr>
                <w:sz w:val="16"/>
              </w:rPr>
              <w:t>3</w:t>
            </w:r>
          </w:p>
        </w:tc>
      </w:tr>
      <w:tr w:rsidR="004D342C" w14:paraId="6E18B664" w14:textId="77777777">
        <w:trPr>
          <w:cantSplit/>
          <w:jc w:val="center"/>
        </w:trPr>
        <w:tc>
          <w:tcPr>
            <w:tcW w:w="1944" w:type="dxa"/>
          </w:tcPr>
          <w:p w14:paraId="72E7DA84" w14:textId="77777777" w:rsidR="004D342C" w:rsidRDefault="00000000">
            <w:pPr>
              <w:spacing w:before="20" w:after="20"/>
              <w:ind w:firstLine="0"/>
            </w:pPr>
            <w:r>
              <w:rPr>
                <w:sz w:val="16"/>
              </w:rPr>
              <w:t>issueimpcurrency</w:t>
            </w:r>
          </w:p>
        </w:tc>
        <w:tc>
          <w:tcPr>
            <w:tcW w:w="2880" w:type="dxa"/>
          </w:tcPr>
          <w:p w14:paraId="43B6E7B9" w14:textId="77777777" w:rsidR="004D342C" w:rsidRDefault="00000000">
            <w:pPr>
              <w:spacing w:before="20" w:after="20"/>
              <w:ind w:firstLine="0"/>
            </w:pPr>
            <w:r>
              <w:rPr>
                <w:sz w:val="16"/>
              </w:rPr>
              <w:t>EC PROBLEM: SINGLE CURRENCY</w:t>
            </w:r>
          </w:p>
        </w:tc>
        <w:tc>
          <w:tcPr>
            <w:tcW w:w="3456" w:type="dxa"/>
          </w:tcPr>
          <w:p w14:paraId="5AE48217" w14:textId="77777777" w:rsidR="004D342C" w:rsidRDefault="00000000">
            <w:pPr>
              <w:spacing w:before="20" w:after="20"/>
              <w:ind w:firstLine="0"/>
            </w:pPr>
            <w:r>
              <w:rPr>
                <w:sz w:val="16"/>
              </w:rPr>
              <w:t>1 very important / 2 important / 3 of little importance / 4 not at all important</w:t>
            </w:r>
          </w:p>
        </w:tc>
        <w:tc>
          <w:tcPr>
            <w:tcW w:w="648" w:type="dxa"/>
          </w:tcPr>
          <w:p w14:paraId="0B5F9D0D" w14:textId="77777777" w:rsidR="004D342C" w:rsidRDefault="00000000">
            <w:pPr>
              <w:spacing w:before="20" w:after="20"/>
              <w:ind w:firstLine="0"/>
              <w:jc w:val="right"/>
            </w:pPr>
            <w:r>
              <w:rPr>
                <w:sz w:val="16"/>
              </w:rPr>
              <w:t>3</w:t>
            </w:r>
          </w:p>
        </w:tc>
      </w:tr>
      <w:tr w:rsidR="004D342C" w14:paraId="1F7B52A5" w14:textId="77777777">
        <w:trPr>
          <w:cantSplit/>
          <w:jc w:val="center"/>
        </w:trPr>
        <w:tc>
          <w:tcPr>
            <w:tcW w:w="1944" w:type="dxa"/>
          </w:tcPr>
          <w:p w14:paraId="4519FCC9" w14:textId="77777777" w:rsidR="004D342C" w:rsidRDefault="00000000">
            <w:pPr>
              <w:spacing w:before="20" w:after="20"/>
              <w:ind w:firstLine="0"/>
            </w:pPr>
            <w:r>
              <w:rPr>
                <w:sz w:val="16"/>
              </w:rPr>
              <w:t>issueimpemploymenttraining</w:t>
            </w:r>
          </w:p>
        </w:tc>
        <w:tc>
          <w:tcPr>
            <w:tcW w:w="2880" w:type="dxa"/>
          </w:tcPr>
          <w:p w14:paraId="11037893" w14:textId="77777777" w:rsidR="004D342C" w:rsidRDefault="00000000">
            <w:pPr>
              <w:spacing w:before="20" w:after="20"/>
              <w:ind w:firstLine="0"/>
            </w:pPr>
            <w:r>
              <w:rPr>
                <w:sz w:val="16"/>
              </w:rPr>
              <w:t>EC PROBLEM: EMPLOYMENT TRAINING</w:t>
            </w:r>
          </w:p>
        </w:tc>
        <w:tc>
          <w:tcPr>
            <w:tcW w:w="3456" w:type="dxa"/>
          </w:tcPr>
          <w:p w14:paraId="4D3552CD" w14:textId="77777777" w:rsidR="004D342C" w:rsidRDefault="00000000">
            <w:pPr>
              <w:spacing w:before="20" w:after="20"/>
              <w:ind w:firstLine="0"/>
            </w:pPr>
            <w:r>
              <w:rPr>
                <w:sz w:val="16"/>
              </w:rPr>
              <w:t>1 very important / 2 important / 3 of little importance / 4 not at all important</w:t>
            </w:r>
          </w:p>
        </w:tc>
        <w:tc>
          <w:tcPr>
            <w:tcW w:w="648" w:type="dxa"/>
          </w:tcPr>
          <w:p w14:paraId="11B6738B" w14:textId="77777777" w:rsidR="004D342C" w:rsidRDefault="00000000">
            <w:pPr>
              <w:spacing w:before="20" w:after="20"/>
              <w:ind w:firstLine="0"/>
              <w:jc w:val="right"/>
            </w:pPr>
            <w:r>
              <w:rPr>
                <w:sz w:val="16"/>
              </w:rPr>
              <w:t>3</w:t>
            </w:r>
          </w:p>
        </w:tc>
      </w:tr>
      <w:tr w:rsidR="004D342C" w14:paraId="52569BCF" w14:textId="77777777">
        <w:trPr>
          <w:cantSplit/>
          <w:jc w:val="center"/>
        </w:trPr>
        <w:tc>
          <w:tcPr>
            <w:tcW w:w="1944" w:type="dxa"/>
          </w:tcPr>
          <w:p w14:paraId="591E51CA" w14:textId="77777777" w:rsidR="004D342C" w:rsidRDefault="00000000">
            <w:pPr>
              <w:spacing w:before="20" w:after="20"/>
              <w:ind w:firstLine="0"/>
            </w:pPr>
            <w:r>
              <w:rPr>
                <w:sz w:val="16"/>
              </w:rPr>
              <w:t>issueimpmultinationals</w:t>
            </w:r>
          </w:p>
        </w:tc>
        <w:tc>
          <w:tcPr>
            <w:tcW w:w="2880" w:type="dxa"/>
          </w:tcPr>
          <w:p w14:paraId="7B34A804" w14:textId="77777777" w:rsidR="004D342C" w:rsidRDefault="00000000">
            <w:pPr>
              <w:spacing w:before="20" w:after="20"/>
              <w:ind w:firstLine="0"/>
            </w:pPr>
            <w:r>
              <w:rPr>
                <w:sz w:val="16"/>
              </w:rPr>
              <w:t>NAT PROBL IMPORTANCE MULTINATIONAL COMP</w:t>
            </w:r>
          </w:p>
        </w:tc>
        <w:tc>
          <w:tcPr>
            <w:tcW w:w="3456" w:type="dxa"/>
          </w:tcPr>
          <w:p w14:paraId="2E1EA867" w14:textId="77777777" w:rsidR="004D342C" w:rsidRDefault="00000000">
            <w:pPr>
              <w:spacing w:before="20" w:after="20"/>
              <w:ind w:firstLine="0"/>
            </w:pPr>
            <w:r>
              <w:rPr>
                <w:sz w:val="16"/>
              </w:rPr>
              <w:t>1 very important / 2 important / 3 of little importance / 4 not at all important</w:t>
            </w:r>
          </w:p>
        </w:tc>
        <w:tc>
          <w:tcPr>
            <w:tcW w:w="648" w:type="dxa"/>
          </w:tcPr>
          <w:p w14:paraId="692F3023" w14:textId="77777777" w:rsidR="004D342C" w:rsidRDefault="00000000">
            <w:pPr>
              <w:spacing w:before="20" w:after="20"/>
              <w:ind w:firstLine="0"/>
              <w:jc w:val="right"/>
            </w:pPr>
            <w:r>
              <w:rPr>
                <w:sz w:val="16"/>
              </w:rPr>
              <w:t>3</w:t>
            </w:r>
          </w:p>
        </w:tc>
      </w:tr>
      <w:tr w:rsidR="004D342C" w14:paraId="30EDD36C" w14:textId="77777777">
        <w:trPr>
          <w:cantSplit/>
          <w:jc w:val="center"/>
        </w:trPr>
        <w:tc>
          <w:tcPr>
            <w:tcW w:w="1944" w:type="dxa"/>
          </w:tcPr>
          <w:p w14:paraId="5FA44005" w14:textId="77777777" w:rsidR="004D342C" w:rsidRDefault="00000000">
            <w:pPr>
              <w:spacing w:before="20" w:after="20"/>
              <w:ind w:firstLine="0"/>
            </w:pPr>
            <w:r>
              <w:rPr>
                <w:sz w:val="16"/>
              </w:rPr>
              <w:t>issueimpregionalselfgovt</w:t>
            </w:r>
          </w:p>
        </w:tc>
        <w:tc>
          <w:tcPr>
            <w:tcW w:w="2880" w:type="dxa"/>
          </w:tcPr>
          <w:p w14:paraId="3B38E844" w14:textId="77777777" w:rsidR="004D342C" w:rsidRDefault="00000000">
            <w:pPr>
              <w:spacing w:before="20" w:after="20"/>
              <w:ind w:firstLine="0"/>
            </w:pPr>
            <w:r>
              <w:rPr>
                <w:sz w:val="16"/>
              </w:rPr>
              <w:t>NAT PROBL IMPORTANCE REG SELF-GOVERNMENT</w:t>
            </w:r>
          </w:p>
        </w:tc>
        <w:tc>
          <w:tcPr>
            <w:tcW w:w="3456" w:type="dxa"/>
          </w:tcPr>
          <w:p w14:paraId="11335A7D" w14:textId="77777777" w:rsidR="004D342C" w:rsidRDefault="00000000">
            <w:pPr>
              <w:spacing w:before="20" w:after="20"/>
              <w:ind w:firstLine="0"/>
            </w:pPr>
            <w:r>
              <w:rPr>
                <w:sz w:val="16"/>
              </w:rPr>
              <w:t>1 very important / 2 important / 3 of little importance / 4 not at all important</w:t>
            </w:r>
          </w:p>
        </w:tc>
        <w:tc>
          <w:tcPr>
            <w:tcW w:w="648" w:type="dxa"/>
          </w:tcPr>
          <w:p w14:paraId="7A232275" w14:textId="77777777" w:rsidR="004D342C" w:rsidRDefault="00000000">
            <w:pPr>
              <w:spacing w:before="20" w:after="20"/>
              <w:ind w:firstLine="0"/>
              <w:jc w:val="right"/>
            </w:pPr>
            <w:r>
              <w:rPr>
                <w:sz w:val="16"/>
              </w:rPr>
              <w:t>3</w:t>
            </w:r>
          </w:p>
        </w:tc>
      </w:tr>
      <w:tr w:rsidR="004D342C" w14:paraId="3D3D4907" w14:textId="77777777">
        <w:trPr>
          <w:cantSplit/>
          <w:jc w:val="center"/>
        </w:trPr>
        <w:tc>
          <w:tcPr>
            <w:tcW w:w="1944" w:type="dxa"/>
          </w:tcPr>
          <w:p w14:paraId="2ED4A5E2" w14:textId="77777777" w:rsidR="004D342C" w:rsidRDefault="00000000">
            <w:pPr>
              <w:spacing w:before="20" w:after="20"/>
              <w:ind w:firstLine="0"/>
            </w:pPr>
            <w:r>
              <w:rPr>
                <w:sz w:val="16"/>
              </w:rPr>
              <w:t>jurisdconsumer2</w:t>
            </w:r>
          </w:p>
        </w:tc>
        <w:tc>
          <w:tcPr>
            <w:tcW w:w="2880" w:type="dxa"/>
          </w:tcPr>
          <w:p w14:paraId="2EECAC2A" w14:textId="77777777" w:rsidR="004D342C" w:rsidRDefault="00000000">
            <w:pPr>
              <w:spacing w:before="20" w:after="20"/>
              <w:ind w:firstLine="0"/>
            </w:pPr>
            <w:r>
              <w:rPr>
                <w:sz w:val="16"/>
              </w:rPr>
              <w:t>q26k: eu common policy consumer policy</w:t>
            </w:r>
          </w:p>
        </w:tc>
        <w:tc>
          <w:tcPr>
            <w:tcW w:w="3456" w:type="dxa"/>
          </w:tcPr>
          <w:p w14:paraId="489591A9" w14:textId="77777777" w:rsidR="004D342C" w:rsidRDefault="00000000">
            <w:pPr>
              <w:spacing w:before="20" w:after="20"/>
              <w:ind w:firstLine="0"/>
            </w:pPr>
            <w:r>
              <w:rPr>
                <w:sz w:val="16"/>
              </w:rPr>
              <w:t>1 (NATIONALITY) Government / 2 Jointly within European Union / 3 dont know</w:t>
            </w:r>
          </w:p>
        </w:tc>
        <w:tc>
          <w:tcPr>
            <w:tcW w:w="648" w:type="dxa"/>
          </w:tcPr>
          <w:p w14:paraId="2D01E865" w14:textId="77777777" w:rsidR="004D342C" w:rsidRDefault="00000000">
            <w:pPr>
              <w:spacing w:before="20" w:after="20"/>
              <w:ind w:firstLine="0"/>
              <w:jc w:val="right"/>
            </w:pPr>
            <w:r>
              <w:rPr>
                <w:sz w:val="16"/>
              </w:rPr>
              <w:t>3</w:t>
            </w:r>
          </w:p>
        </w:tc>
      </w:tr>
      <w:tr w:rsidR="004D342C" w14:paraId="10165F31" w14:textId="77777777">
        <w:trPr>
          <w:cantSplit/>
          <w:jc w:val="center"/>
        </w:trPr>
        <w:tc>
          <w:tcPr>
            <w:tcW w:w="1944" w:type="dxa"/>
          </w:tcPr>
          <w:p w14:paraId="73275F51" w14:textId="77777777" w:rsidR="004D342C" w:rsidRDefault="00000000">
            <w:pPr>
              <w:spacing w:before="20" w:after="20"/>
              <w:ind w:firstLine="0"/>
            </w:pPr>
            <w:r>
              <w:rPr>
                <w:sz w:val="16"/>
              </w:rPr>
              <w:t>jurisdecon</w:t>
            </w:r>
          </w:p>
        </w:tc>
        <w:tc>
          <w:tcPr>
            <w:tcW w:w="2880" w:type="dxa"/>
          </w:tcPr>
          <w:p w14:paraId="48809518" w14:textId="77777777" w:rsidR="004D342C" w:rsidRDefault="00000000">
            <w:pPr>
              <w:spacing w:before="20" w:after="20"/>
              <w:ind w:firstLine="0"/>
            </w:pPr>
            <w:r>
              <w:rPr>
                <w:sz w:val="16"/>
              </w:rPr>
              <w:t>QA20A EU COMMON POLICY: ECONOMY</w:t>
            </w:r>
          </w:p>
        </w:tc>
        <w:tc>
          <w:tcPr>
            <w:tcW w:w="3456" w:type="dxa"/>
          </w:tcPr>
          <w:p w14:paraId="07E49E80" w14:textId="77777777" w:rsidR="004D342C" w:rsidRDefault="00000000">
            <w:pPr>
              <w:spacing w:before="20" w:after="20"/>
              <w:ind w:firstLine="0"/>
            </w:pPr>
            <w:r>
              <w:rPr>
                <w:sz w:val="16"/>
              </w:rPr>
              <w:t>1 (NATIONALITY) Government / 2 Jointly within European Union / 3 dont know</w:t>
            </w:r>
          </w:p>
        </w:tc>
        <w:tc>
          <w:tcPr>
            <w:tcW w:w="648" w:type="dxa"/>
          </w:tcPr>
          <w:p w14:paraId="68A153BD" w14:textId="77777777" w:rsidR="004D342C" w:rsidRDefault="00000000">
            <w:pPr>
              <w:spacing w:before="20" w:after="20"/>
              <w:ind w:firstLine="0"/>
              <w:jc w:val="right"/>
            </w:pPr>
            <w:r>
              <w:rPr>
                <w:sz w:val="16"/>
              </w:rPr>
              <w:t>3</w:t>
            </w:r>
          </w:p>
        </w:tc>
      </w:tr>
      <w:tr w:rsidR="004D342C" w14:paraId="06AA07FD" w14:textId="77777777">
        <w:trPr>
          <w:cantSplit/>
          <w:jc w:val="center"/>
        </w:trPr>
        <w:tc>
          <w:tcPr>
            <w:tcW w:w="1944" w:type="dxa"/>
          </w:tcPr>
          <w:p w14:paraId="454E92FF" w14:textId="77777777" w:rsidR="004D342C" w:rsidRDefault="00000000">
            <w:pPr>
              <w:spacing w:before="20" w:after="20"/>
              <w:ind w:firstLine="0"/>
            </w:pPr>
            <w:r>
              <w:rPr>
                <w:sz w:val="16"/>
              </w:rPr>
              <w:t>jurisdequality</w:t>
            </w:r>
          </w:p>
        </w:tc>
        <w:tc>
          <w:tcPr>
            <w:tcW w:w="2880" w:type="dxa"/>
          </w:tcPr>
          <w:p w14:paraId="726A2351" w14:textId="77777777" w:rsidR="004D342C" w:rsidRDefault="00000000">
            <w:pPr>
              <w:spacing w:before="20" w:after="20"/>
              <w:ind w:firstLine="0"/>
            </w:pPr>
            <w:r>
              <w:rPr>
                <w:sz w:val="16"/>
              </w:rPr>
              <w:t>q26u: eu common policy men/women equal</w:t>
            </w:r>
          </w:p>
        </w:tc>
        <w:tc>
          <w:tcPr>
            <w:tcW w:w="3456" w:type="dxa"/>
          </w:tcPr>
          <w:p w14:paraId="6CD9BCBB" w14:textId="77777777" w:rsidR="004D342C" w:rsidRDefault="00000000">
            <w:pPr>
              <w:spacing w:before="20" w:after="20"/>
              <w:ind w:firstLine="0"/>
            </w:pPr>
            <w:r>
              <w:rPr>
                <w:sz w:val="16"/>
              </w:rPr>
              <w:t>1 (NATIONALITY) Government / 2 Jointly within European Union / 3 dont know</w:t>
            </w:r>
          </w:p>
        </w:tc>
        <w:tc>
          <w:tcPr>
            <w:tcW w:w="648" w:type="dxa"/>
          </w:tcPr>
          <w:p w14:paraId="782A37C2" w14:textId="77777777" w:rsidR="004D342C" w:rsidRDefault="00000000">
            <w:pPr>
              <w:spacing w:before="20" w:after="20"/>
              <w:ind w:firstLine="0"/>
              <w:jc w:val="right"/>
            </w:pPr>
            <w:r>
              <w:rPr>
                <w:sz w:val="16"/>
              </w:rPr>
              <w:t>3</w:t>
            </w:r>
          </w:p>
        </w:tc>
      </w:tr>
      <w:tr w:rsidR="004D342C" w14:paraId="6D624170" w14:textId="77777777">
        <w:trPr>
          <w:cantSplit/>
          <w:jc w:val="center"/>
        </w:trPr>
        <w:tc>
          <w:tcPr>
            <w:tcW w:w="1944" w:type="dxa"/>
          </w:tcPr>
          <w:p w14:paraId="440127C9" w14:textId="77777777" w:rsidR="004D342C" w:rsidRDefault="00000000">
            <w:pPr>
              <w:spacing w:before="20" w:after="20"/>
              <w:ind w:firstLine="0"/>
            </w:pPr>
            <w:r>
              <w:rPr>
                <w:sz w:val="16"/>
              </w:rPr>
              <w:t>knowledgebudgetdesired(infodesiredbudget)</w:t>
            </w:r>
            <w:r>
              <w:rPr>
                <w:sz w:val="16"/>
              </w:rPr>
              <w:br/>
              <w:t/>
            </w:r>
          </w:p>
        </w:tc>
        <w:tc>
          <w:tcPr>
            <w:tcW w:w="2880" w:type="dxa"/>
          </w:tcPr>
          <w:p w14:paraId="7B6030AB" w14:textId="77777777" w:rsidR="004D342C" w:rsidRDefault="00000000">
            <w:pPr>
              <w:spacing w:before="20" w:after="20"/>
              <w:ind w:firstLine="0"/>
            </w:pPr>
            <w:r>
              <w:rPr>
                <w:sz w:val="16"/>
              </w:rPr>
              <w:t>EU BUDGET - PREFERENCE 1ST</w:t>
            </w:r>
          </w:p>
        </w:tc>
        <w:tc>
          <w:tcPr>
            <w:tcW w:w="3456" w:type="dxa"/>
          </w:tcPr>
          <w:p w14:paraId="34380A7B" w14:textId="77777777" w:rsidR="004D342C" w:rsidRDefault="00000000">
            <w:pPr>
              <w:spacing w:before="20" w:after="20"/>
              <w:ind w:firstLine="0"/>
            </w:pPr>
            <w:r>
              <w:rPr>
                <w:sz w:val="16"/>
              </w:rPr>
              <w:t>1-15 EU spending areas (15 = Administrative and personnel costs, buildings) / 16 Other (SPONTANEOUS) / 17 None (SPONTANEOUS)</w:t>
            </w:r>
          </w:p>
        </w:tc>
        <w:tc>
          <w:tcPr>
            <w:tcW w:w="648" w:type="dxa"/>
          </w:tcPr>
          <w:p w14:paraId="64F6DBFC" w14:textId="77777777" w:rsidR="004D342C" w:rsidRDefault="00000000">
            <w:pPr>
              <w:spacing w:before="20" w:after="20"/>
              <w:ind w:firstLine="0"/>
              <w:jc w:val="right"/>
            </w:pPr>
            <w:r>
              <w:rPr>
                <w:sz w:val="16"/>
              </w:rPr>
              <w:t>3</w:t>
            </w:r>
          </w:p>
        </w:tc>
      </w:tr>
      <w:tr w:rsidR="004D342C" w14:paraId="71F3EB75" w14:textId="77777777">
        <w:trPr>
          <w:cantSplit/>
          <w:jc w:val="center"/>
        </w:trPr>
        <w:tc>
          <w:tcPr>
            <w:tcW w:w="1944" w:type="dxa"/>
          </w:tcPr>
          <w:p w14:paraId="6D755F4B" w14:textId="77777777" w:rsidR="004D342C" w:rsidRDefault="00000000">
            <w:pPr>
              <w:spacing w:before="20" w:after="20"/>
              <w:ind w:firstLine="0"/>
            </w:pPr>
            <w:r>
              <w:rPr>
                <w:sz w:val="16"/>
              </w:rPr>
              <w:t>knowledgebudgetperceived(infoperceivedbudget)</w:t>
            </w:r>
            <w:r>
              <w:rPr>
                <w:sz w:val="16"/>
              </w:rPr>
              <w:br/>
              <w:t/>
            </w:r>
          </w:p>
        </w:tc>
        <w:tc>
          <w:tcPr>
            <w:tcW w:w="2880" w:type="dxa"/>
          </w:tcPr>
          <w:p w14:paraId="4AD5B8F5" w14:textId="77777777" w:rsidR="004D342C" w:rsidRDefault="00000000">
            <w:pPr>
              <w:spacing w:before="20" w:after="20"/>
              <w:ind w:firstLine="0"/>
            </w:pPr>
            <w:r>
              <w:rPr>
                <w:sz w:val="16"/>
              </w:rPr>
              <w:t>EU BUDGET - MOSTLY SPENT ON 1ST</w:t>
            </w:r>
          </w:p>
        </w:tc>
        <w:tc>
          <w:tcPr>
            <w:tcW w:w="3456" w:type="dxa"/>
          </w:tcPr>
          <w:p w14:paraId="04255A76" w14:textId="77777777" w:rsidR="004D342C" w:rsidRDefault="00000000">
            <w:pPr>
              <w:spacing w:before="20" w:after="20"/>
              <w:ind w:firstLine="0"/>
            </w:pPr>
            <w:r>
              <w:rPr>
                <w:sz w:val="16"/>
              </w:rPr>
              <w:t>1-15 EU spending areas (15 = Administrative and personnel costs, buildings) / 16 Other (SPONTANEOUS) / 17 None (SPONTANEOUS)</w:t>
            </w:r>
          </w:p>
        </w:tc>
        <w:tc>
          <w:tcPr>
            <w:tcW w:w="648" w:type="dxa"/>
          </w:tcPr>
          <w:p w14:paraId="280C10F9" w14:textId="77777777" w:rsidR="004D342C" w:rsidRDefault="00000000">
            <w:pPr>
              <w:spacing w:before="20" w:after="20"/>
              <w:ind w:firstLine="0"/>
              <w:jc w:val="right"/>
            </w:pPr>
            <w:r>
              <w:rPr>
                <w:sz w:val="16"/>
              </w:rPr>
              <w:t>3</w:t>
            </w:r>
          </w:p>
        </w:tc>
      </w:tr>
      <w:tr w:rsidR="004D342C" w14:paraId="749ABDF6" w14:textId="77777777">
        <w:trPr>
          <w:cantSplit/>
          <w:jc w:val="center"/>
        </w:trPr>
        <w:tc>
          <w:tcPr>
            <w:tcW w:w="1944" w:type="dxa"/>
          </w:tcPr>
          <w:p w14:paraId="359CE0E4" w14:textId="77777777" w:rsidR="004D342C" w:rsidRDefault="00000000">
            <w:pPr>
              <w:spacing w:before="20" w:after="20"/>
              <w:ind w:firstLine="0"/>
            </w:pPr>
            <w:r>
              <w:rPr>
                <w:sz w:val="16"/>
              </w:rPr>
              <w:t>priority3agriculture</w:t>
            </w:r>
          </w:p>
        </w:tc>
        <w:tc>
          <w:tcPr>
            <w:tcW w:w="2880" w:type="dxa"/>
          </w:tcPr>
          <w:p w14:paraId="5E6C4831" w14:textId="77777777" w:rsidR="004D342C" w:rsidRDefault="00000000">
            <w:pPr>
              <w:spacing w:before="20" w:after="20"/>
              <w:ind w:firstLine="0"/>
            </w:pPr>
            <w:r>
              <w:rPr>
                <w:sz w:val="16"/>
              </w:rPr>
              <w:t>q53 eu priority: agriculture/fishing</w:t>
            </w:r>
          </w:p>
        </w:tc>
        <w:tc>
          <w:tcPr>
            <w:tcW w:w="3456" w:type="dxa"/>
          </w:tcPr>
          <w:p w14:paraId="7B1A76EF" w14:textId="77777777" w:rsidR="004D342C" w:rsidRDefault="00000000">
            <w:pPr>
              <w:spacing w:before="20" w:after="20"/>
              <w:ind w:firstLine="0"/>
            </w:pPr>
            <w:r>
              <w:rPr>
                <w:sz w:val="16"/>
              </w:rPr>
              <w:t>1 Key Priority / 2 Not Key Priority / 3 dont know</w:t>
            </w:r>
          </w:p>
        </w:tc>
        <w:tc>
          <w:tcPr>
            <w:tcW w:w="648" w:type="dxa"/>
          </w:tcPr>
          <w:p w14:paraId="4151A7AF" w14:textId="77777777" w:rsidR="004D342C" w:rsidRDefault="00000000">
            <w:pPr>
              <w:spacing w:before="20" w:after="20"/>
              <w:ind w:firstLine="0"/>
              <w:jc w:val="right"/>
            </w:pPr>
            <w:r>
              <w:rPr>
                <w:sz w:val="16"/>
              </w:rPr>
              <w:t>3</w:t>
            </w:r>
          </w:p>
        </w:tc>
      </w:tr>
      <w:tr w:rsidR="004D342C" w14:paraId="0660ED98" w14:textId="77777777">
        <w:trPr>
          <w:cantSplit/>
          <w:jc w:val="center"/>
        </w:trPr>
        <w:tc>
          <w:tcPr>
            <w:tcW w:w="1944" w:type="dxa"/>
          </w:tcPr>
          <w:p w14:paraId="6F767AF4" w14:textId="77777777" w:rsidR="004D342C" w:rsidRDefault="00000000">
            <w:pPr>
              <w:spacing w:before="20" w:after="20"/>
              <w:ind w:firstLine="0"/>
            </w:pPr>
            <w:r>
              <w:rPr>
                <w:sz w:val="16"/>
              </w:rPr>
              <w:t>priority3defence</w:t>
            </w:r>
          </w:p>
        </w:tc>
        <w:tc>
          <w:tcPr>
            <w:tcW w:w="2880" w:type="dxa"/>
          </w:tcPr>
          <w:p w14:paraId="2F57D4C2" w14:textId="77777777" w:rsidR="004D342C" w:rsidRDefault="00000000">
            <w:pPr>
              <w:spacing w:before="20" w:after="20"/>
              <w:ind w:firstLine="0"/>
            </w:pPr>
            <w:r>
              <w:rPr>
                <w:sz w:val="16"/>
              </w:rPr>
              <w:t>q23e: key eu priority: common defence</w:t>
            </w:r>
          </w:p>
        </w:tc>
        <w:tc>
          <w:tcPr>
            <w:tcW w:w="3456" w:type="dxa"/>
          </w:tcPr>
          <w:p w14:paraId="5789E287" w14:textId="77777777" w:rsidR="004D342C" w:rsidRDefault="00000000">
            <w:pPr>
              <w:spacing w:before="20" w:after="20"/>
              <w:ind w:firstLine="0"/>
            </w:pPr>
            <w:r>
              <w:rPr>
                <w:sz w:val="16"/>
              </w:rPr>
              <w:t>1 Key Priority / 2 Not Key Priority / 3 dont know</w:t>
            </w:r>
          </w:p>
        </w:tc>
        <w:tc>
          <w:tcPr>
            <w:tcW w:w="648" w:type="dxa"/>
          </w:tcPr>
          <w:p w14:paraId="5FC43CE4" w14:textId="77777777" w:rsidR="004D342C" w:rsidRDefault="00000000">
            <w:pPr>
              <w:spacing w:before="20" w:after="20"/>
              <w:ind w:firstLine="0"/>
              <w:jc w:val="right"/>
            </w:pPr>
            <w:r>
              <w:rPr>
                <w:sz w:val="16"/>
              </w:rPr>
              <w:t>3</w:t>
            </w:r>
          </w:p>
        </w:tc>
      </w:tr>
      <w:tr w:rsidR="004D342C" w14:paraId="47A59933" w14:textId="77777777">
        <w:trPr>
          <w:cantSplit/>
          <w:jc w:val="center"/>
        </w:trPr>
        <w:tc>
          <w:tcPr>
            <w:tcW w:w="1944" w:type="dxa"/>
          </w:tcPr>
          <w:p w14:paraId="4F878FDF" w14:textId="77777777" w:rsidR="004D342C" w:rsidRDefault="00000000">
            <w:pPr>
              <w:spacing w:before="20" w:after="20"/>
              <w:ind w:firstLine="0"/>
            </w:pPr>
            <w:r>
              <w:rPr>
                <w:sz w:val="16"/>
              </w:rPr>
              <w:t>priority3environment</w:t>
            </w:r>
          </w:p>
        </w:tc>
        <w:tc>
          <w:tcPr>
            <w:tcW w:w="2880" w:type="dxa"/>
          </w:tcPr>
          <w:p w14:paraId="1EA74BEF" w14:textId="77777777" w:rsidR="004D342C" w:rsidRDefault="00000000">
            <w:pPr>
              <w:spacing w:before="20" w:after="20"/>
              <w:ind w:firstLine="0"/>
            </w:pPr>
            <w:r>
              <w:rPr>
                <w:sz w:val="16"/>
              </w:rPr>
              <w:t>q53 eu priority: environment protection</w:t>
            </w:r>
          </w:p>
        </w:tc>
        <w:tc>
          <w:tcPr>
            <w:tcW w:w="3456" w:type="dxa"/>
          </w:tcPr>
          <w:p w14:paraId="1318D536" w14:textId="77777777" w:rsidR="004D342C" w:rsidRDefault="00000000">
            <w:pPr>
              <w:spacing w:before="20" w:after="20"/>
              <w:ind w:firstLine="0"/>
            </w:pPr>
            <w:r>
              <w:rPr>
                <w:sz w:val="16"/>
              </w:rPr>
              <w:t>1 Key Priority / 2 Not Key Priority / 3 dont know</w:t>
            </w:r>
          </w:p>
        </w:tc>
        <w:tc>
          <w:tcPr>
            <w:tcW w:w="648" w:type="dxa"/>
          </w:tcPr>
          <w:p w14:paraId="3AB833BC" w14:textId="77777777" w:rsidR="004D342C" w:rsidRDefault="00000000">
            <w:pPr>
              <w:spacing w:before="20" w:after="20"/>
              <w:ind w:firstLine="0"/>
              <w:jc w:val="right"/>
            </w:pPr>
            <w:r>
              <w:rPr>
                <w:sz w:val="16"/>
              </w:rPr>
              <w:t>3</w:t>
            </w:r>
          </w:p>
        </w:tc>
      </w:tr>
      <w:tr w:rsidR="004D342C" w14:paraId="1E5F6659" w14:textId="77777777">
        <w:trPr>
          <w:cantSplit/>
          <w:jc w:val="center"/>
        </w:trPr>
        <w:tc>
          <w:tcPr>
            <w:tcW w:w="1944" w:type="dxa"/>
          </w:tcPr>
          <w:p w14:paraId="36F31491" w14:textId="77777777" w:rsidR="004D342C" w:rsidRDefault="00000000">
            <w:pPr>
              <w:spacing w:before="20" w:after="20"/>
              <w:ind w:firstLine="0"/>
            </w:pPr>
            <w:r>
              <w:rPr>
                <w:sz w:val="16"/>
              </w:rPr>
              <w:t>priority3jobs</w:t>
            </w:r>
          </w:p>
        </w:tc>
        <w:tc>
          <w:tcPr>
            <w:tcW w:w="2880" w:type="dxa"/>
          </w:tcPr>
          <w:p w14:paraId="2668CCC1" w14:textId="77777777" w:rsidR="004D342C" w:rsidRDefault="00000000">
            <w:pPr>
              <w:spacing w:before="20" w:after="20"/>
              <w:ind w:firstLine="0"/>
            </w:pPr>
            <w:r>
              <w:rPr>
                <w:sz w:val="16"/>
              </w:rPr>
              <w:t>q53 eu priority: more job opportunities</w:t>
            </w:r>
          </w:p>
        </w:tc>
        <w:tc>
          <w:tcPr>
            <w:tcW w:w="3456" w:type="dxa"/>
          </w:tcPr>
          <w:p w14:paraId="1D83C5EE" w14:textId="77777777" w:rsidR="004D342C" w:rsidRDefault="00000000">
            <w:pPr>
              <w:spacing w:before="20" w:after="20"/>
              <w:ind w:firstLine="0"/>
            </w:pPr>
            <w:r>
              <w:rPr>
                <w:sz w:val="16"/>
              </w:rPr>
              <w:t>1 Key Priority / 2 Not Key Priority / 3 dont know</w:t>
            </w:r>
          </w:p>
        </w:tc>
        <w:tc>
          <w:tcPr>
            <w:tcW w:w="648" w:type="dxa"/>
          </w:tcPr>
          <w:p w14:paraId="634D0FAE" w14:textId="77777777" w:rsidR="004D342C" w:rsidRDefault="00000000">
            <w:pPr>
              <w:spacing w:before="20" w:after="20"/>
              <w:ind w:firstLine="0"/>
              <w:jc w:val="right"/>
            </w:pPr>
            <w:r>
              <w:rPr>
                <w:sz w:val="16"/>
              </w:rPr>
              <w:t>3</w:t>
            </w:r>
          </w:p>
        </w:tc>
      </w:tr>
      <w:tr w:rsidR="004D342C" w14:paraId="5D95612E" w14:textId="77777777">
        <w:trPr>
          <w:cantSplit/>
          <w:jc w:val="center"/>
        </w:trPr>
        <w:tc>
          <w:tcPr>
            <w:tcW w:w="1944" w:type="dxa"/>
          </w:tcPr>
          <w:p w14:paraId="4CE61988" w14:textId="77777777" w:rsidR="004D342C" w:rsidRDefault="00000000">
            <w:pPr>
              <w:spacing w:before="20" w:after="20"/>
              <w:ind w:firstLine="0"/>
            </w:pPr>
            <w:r>
              <w:rPr>
                <w:sz w:val="16"/>
              </w:rPr>
              <w:t>priority3randd</w:t>
            </w:r>
          </w:p>
        </w:tc>
        <w:tc>
          <w:tcPr>
            <w:tcW w:w="2880" w:type="dxa"/>
          </w:tcPr>
          <w:p w14:paraId="326E4EE6" w14:textId="77777777" w:rsidR="004D342C" w:rsidRDefault="00000000">
            <w:pPr>
              <w:spacing w:before="20" w:after="20"/>
              <w:ind w:firstLine="0"/>
            </w:pPr>
            <w:r>
              <w:rPr>
                <w:sz w:val="16"/>
              </w:rPr>
              <w:t>q53 eu priority: pooling research</w:t>
            </w:r>
          </w:p>
        </w:tc>
        <w:tc>
          <w:tcPr>
            <w:tcW w:w="3456" w:type="dxa"/>
          </w:tcPr>
          <w:p w14:paraId="4CD594E3" w14:textId="77777777" w:rsidR="004D342C" w:rsidRDefault="00000000">
            <w:pPr>
              <w:spacing w:before="20" w:after="20"/>
              <w:ind w:firstLine="0"/>
            </w:pPr>
            <w:r>
              <w:rPr>
                <w:sz w:val="16"/>
              </w:rPr>
              <w:t>1 Key Priority / 2 Not Key Priority / 3 dont know</w:t>
            </w:r>
          </w:p>
        </w:tc>
        <w:tc>
          <w:tcPr>
            <w:tcW w:w="648" w:type="dxa"/>
          </w:tcPr>
          <w:p w14:paraId="38BD9F4F" w14:textId="77777777" w:rsidR="004D342C" w:rsidRDefault="00000000">
            <w:pPr>
              <w:spacing w:before="20" w:after="20"/>
              <w:ind w:firstLine="0"/>
              <w:jc w:val="right"/>
            </w:pPr>
            <w:r>
              <w:rPr>
                <w:sz w:val="16"/>
              </w:rPr>
              <w:t>3</w:t>
            </w:r>
          </w:p>
        </w:tc>
      </w:tr>
      <w:tr w:rsidR="004D342C" w14:paraId="097F52C4" w14:textId="77777777">
        <w:trPr>
          <w:cantSplit/>
          <w:jc w:val="center"/>
        </w:trPr>
        <w:tc>
          <w:tcPr>
            <w:tcW w:w="1944" w:type="dxa"/>
          </w:tcPr>
          <w:p w14:paraId="46BE067D" w14:textId="77777777" w:rsidR="004D342C" w:rsidRDefault="00000000">
            <w:pPr>
              <w:spacing w:before="20" w:after="20"/>
              <w:ind w:firstLine="0"/>
            </w:pPr>
            <w:r>
              <w:rPr>
                <w:sz w:val="16"/>
              </w:rPr>
              <w:t>priority3thirdworld</w:t>
            </w:r>
          </w:p>
        </w:tc>
        <w:tc>
          <w:tcPr>
            <w:tcW w:w="2880" w:type="dxa"/>
          </w:tcPr>
          <w:p w14:paraId="030BCF04" w14:textId="77777777" w:rsidR="004D342C" w:rsidRDefault="00000000">
            <w:pPr>
              <w:spacing w:before="20" w:after="20"/>
              <w:ind w:firstLine="0"/>
            </w:pPr>
            <w:r>
              <w:rPr>
                <w:sz w:val="16"/>
              </w:rPr>
              <w:t>q23ff: key eu priority: more hlp 3d wrld</w:t>
            </w:r>
          </w:p>
        </w:tc>
        <w:tc>
          <w:tcPr>
            <w:tcW w:w="3456" w:type="dxa"/>
          </w:tcPr>
          <w:p w14:paraId="77118B9D" w14:textId="77777777" w:rsidR="004D342C" w:rsidRDefault="00000000">
            <w:pPr>
              <w:spacing w:before="20" w:after="20"/>
              <w:ind w:firstLine="0"/>
            </w:pPr>
            <w:r>
              <w:rPr>
                <w:sz w:val="16"/>
              </w:rPr>
              <w:t>1 Key Priority / 2 Not Key Priority / 3 dont know</w:t>
            </w:r>
          </w:p>
        </w:tc>
        <w:tc>
          <w:tcPr>
            <w:tcW w:w="648" w:type="dxa"/>
          </w:tcPr>
          <w:p w14:paraId="77260AF5" w14:textId="77777777" w:rsidR="004D342C" w:rsidRDefault="00000000">
            <w:pPr>
              <w:spacing w:before="20" w:after="20"/>
              <w:ind w:firstLine="0"/>
              <w:jc w:val="right"/>
            </w:pPr>
            <w:r>
              <w:rPr>
                <w:sz w:val="16"/>
              </w:rPr>
              <w:t>3</w:t>
            </w:r>
          </w:p>
        </w:tc>
      </w:tr>
      <w:tr w:rsidR="004D342C" w14:paraId="7910D47C" w14:textId="77777777">
        <w:trPr>
          <w:cantSplit/>
          <w:jc w:val="center"/>
        </w:trPr>
        <w:tc>
          <w:tcPr>
            <w:tcW w:w="1944" w:type="dxa"/>
          </w:tcPr>
          <w:p w14:paraId="7496E31F" w14:textId="77777777" w:rsidR="004D342C" w:rsidRDefault="00000000">
            <w:pPr>
              <w:spacing w:before="20" w:after="20"/>
              <w:ind w:firstLine="0"/>
            </w:pPr>
            <w:r>
              <w:rPr>
                <w:sz w:val="16"/>
              </w:rPr>
              <w:t>priority3unemployment</w:t>
            </w:r>
          </w:p>
        </w:tc>
        <w:tc>
          <w:tcPr>
            <w:tcW w:w="2880" w:type="dxa"/>
          </w:tcPr>
          <w:p w14:paraId="5B9405C2" w14:textId="77777777" w:rsidR="004D342C" w:rsidRDefault="00000000">
            <w:pPr>
              <w:spacing w:before="20" w:after="20"/>
              <w:ind w:firstLine="0"/>
            </w:pPr>
            <w:r>
              <w:rPr>
                <w:sz w:val="16"/>
              </w:rPr>
              <w:t>q53 eu priority: fight unemployment</w:t>
            </w:r>
          </w:p>
        </w:tc>
        <w:tc>
          <w:tcPr>
            <w:tcW w:w="3456" w:type="dxa"/>
          </w:tcPr>
          <w:p w14:paraId="58ADDA16" w14:textId="77777777" w:rsidR="004D342C" w:rsidRDefault="00000000">
            <w:pPr>
              <w:spacing w:before="20" w:after="20"/>
              <w:ind w:firstLine="0"/>
            </w:pPr>
            <w:r>
              <w:rPr>
                <w:sz w:val="16"/>
              </w:rPr>
              <w:t>1 Key Priority / 2 Not Key Priority / 3 dont know</w:t>
            </w:r>
          </w:p>
        </w:tc>
        <w:tc>
          <w:tcPr>
            <w:tcW w:w="648" w:type="dxa"/>
          </w:tcPr>
          <w:p w14:paraId="20946C70" w14:textId="77777777" w:rsidR="004D342C" w:rsidRDefault="00000000">
            <w:pPr>
              <w:spacing w:before="20" w:after="20"/>
              <w:ind w:firstLine="0"/>
              <w:jc w:val="right"/>
            </w:pPr>
            <w:r>
              <w:rPr>
                <w:sz w:val="16"/>
              </w:rPr>
              <w:t>3</w:t>
            </w:r>
          </w:p>
        </w:tc>
      </w:tr>
      <w:tr w:rsidR="004D342C" w14:paraId="76A01685" w14:textId="77777777">
        <w:trPr>
          <w:cantSplit/>
          <w:jc w:val="center"/>
        </w:trPr>
        <w:tc>
          <w:tcPr>
            <w:tcW w:w="1944" w:type="dxa"/>
          </w:tcPr>
          <w:p w14:paraId="15B4840C" w14:textId="77777777" w:rsidR="004D342C" w:rsidRDefault="00000000">
            <w:pPr>
              <w:spacing w:before="20" w:after="20"/>
              <w:ind w:firstLine="0"/>
            </w:pPr>
            <w:r>
              <w:rPr>
                <w:sz w:val="16"/>
              </w:rPr>
              <w:t>proposalCompetitiveness</w:t>
            </w:r>
          </w:p>
        </w:tc>
        <w:tc>
          <w:tcPr>
            <w:tcW w:w="2880" w:type="dxa"/>
          </w:tcPr>
          <w:p w14:paraId="493A8285" w14:textId="77777777" w:rsidR="004D342C" w:rsidRDefault="00000000">
            <w:pPr>
              <w:spacing w:before="20" w:after="20"/>
              <w:ind w:firstLine="0"/>
            </w:pPr>
            <w:r>
              <w:rPr>
                <w:sz w:val="16"/>
              </w:rPr>
              <w:t>For or against the EU proposal named (1 For / 2 Against / 3 DK; 9 inapplicable, 0 NA preserved)</w:t>
            </w:r>
          </w:p>
        </w:tc>
        <w:tc>
          <w:tcPr>
            <w:tcW w:w="3456" w:type="dxa"/>
          </w:tcPr>
          <w:p w14:paraId="64AE1110" w14:textId="77777777" w:rsidR="004D342C" w:rsidRDefault="00000000">
            <w:pPr>
              <w:spacing w:before="20" w:after="20"/>
              <w:ind w:firstLine="0"/>
            </w:pPr>
            <w:r>
              <w:rPr>
                <w:sz w:val="16"/>
              </w:rPr>
              <w:t>1 For / 2 Against / 3 Don't know</w:t>
            </w:r>
          </w:p>
        </w:tc>
        <w:tc>
          <w:tcPr>
            <w:tcW w:w="648" w:type="dxa"/>
          </w:tcPr>
          <w:p w14:paraId="04D19079" w14:textId="77777777" w:rsidR="004D342C" w:rsidRDefault="00000000">
            <w:pPr>
              <w:spacing w:before="20" w:after="20"/>
              <w:ind w:firstLine="0"/>
              <w:jc w:val="right"/>
            </w:pPr>
            <w:r>
              <w:rPr>
                <w:sz w:val="16"/>
              </w:rPr>
              <w:t>3</w:t>
            </w:r>
          </w:p>
        </w:tc>
      </w:tr>
      <w:tr w:rsidR="004D342C" w14:paraId="15A2D87B" w14:textId="77777777">
        <w:trPr>
          <w:cantSplit/>
          <w:jc w:val="center"/>
        </w:trPr>
        <w:tc>
          <w:tcPr>
            <w:tcW w:w="1944" w:type="dxa"/>
          </w:tcPr>
          <w:p w14:paraId="768CDEBB" w14:textId="77777777" w:rsidR="004D342C" w:rsidRDefault="00000000">
            <w:pPr>
              <w:spacing w:before="20" w:after="20"/>
              <w:ind w:firstLine="0"/>
            </w:pPr>
            <w:r>
              <w:rPr>
                <w:sz w:val="16"/>
              </w:rPr>
              <w:t>security</w:t>
            </w:r>
          </w:p>
        </w:tc>
        <w:tc>
          <w:tcPr>
            <w:tcW w:w="2880" w:type="dxa"/>
          </w:tcPr>
          <w:p w14:paraId="154993DD" w14:textId="77777777" w:rsidR="004D342C" w:rsidRDefault="00000000">
            <w:pPr>
              <w:spacing w:before="20" w:after="20"/>
              <w:ind w:firstLine="0"/>
            </w:pPr>
            <w:r>
              <w:rPr>
                <w:sz w:val="16"/>
              </w:rPr>
              <w:t>IMPORTANT ISSUES CNTRY: SECURITY &amp; DEFENCE</w:t>
            </w:r>
          </w:p>
        </w:tc>
        <w:tc>
          <w:tcPr>
            <w:tcW w:w="3456" w:type="dxa"/>
          </w:tcPr>
          <w:p w14:paraId="42BA365D" w14:textId="77777777" w:rsidR="004D342C" w:rsidRDefault="00000000">
            <w:pPr>
              <w:spacing w:before="20" w:after="20"/>
              <w:ind w:firstLine="0"/>
            </w:pPr>
            <w:r>
              <w:rPr>
                <w:sz w:val="16"/>
              </w:rPr>
              <w:t>0 Not mentioned / 1 Security and defence</w:t>
            </w:r>
          </w:p>
        </w:tc>
        <w:tc>
          <w:tcPr>
            <w:tcW w:w="648" w:type="dxa"/>
          </w:tcPr>
          <w:p w14:paraId="7CC466A6" w14:textId="77777777" w:rsidR="004D342C" w:rsidRDefault="00000000">
            <w:pPr>
              <w:spacing w:before="20" w:after="20"/>
              <w:ind w:firstLine="0"/>
              <w:jc w:val="right"/>
            </w:pPr>
            <w:r>
              <w:rPr>
                <w:sz w:val="16"/>
              </w:rPr>
              <w:t>3</w:t>
            </w:r>
          </w:p>
        </w:tc>
      </w:tr>
      <w:tr w:rsidR="004D342C" w14:paraId="0BE91C1B" w14:textId="77777777">
        <w:trPr>
          <w:cantSplit/>
          <w:jc w:val="center"/>
        </w:trPr>
        <w:tc>
          <w:tcPr>
            <w:tcW w:w="1944" w:type="dxa"/>
          </w:tcPr>
          <w:p w14:paraId="2357A8FF" w14:textId="77777777" w:rsidR="004D342C" w:rsidRDefault="00000000">
            <w:pPr>
              <w:spacing w:before="20" w:after="20"/>
              <w:ind w:firstLine="0"/>
            </w:pPr>
            <w:r>
              <w:rPr>
                <w:sz w:val="16"/>
              </w:rPr>
              <w:t>fear2countrysay</w:t>
            </w:r>
          </w:p>
        </w:tc>
        <w:tc>
          <w:tcPr>
            <w:tcW w:w="2880" w:type="dxa"/>
          </w:tcPr>
          <w:p w14:paraId="74FB0EF5" w14:textId="77777777" w:rsidR="004D342C" w:rsidRDefault="00000000">
            <w:pPr>
              <w:spacing w:before="20" w:after="20"/>
              <w:ind w:firstLine="0"/>
            </w:pPr>
            <w:r>
              <w:rPr>
                <w:sz w:val="16"/>
              </w:rPr>
              <w:t>q36 eu sm fear: country no more say</w:t>
            </w:r>
          </w:p>
        </w:tc>
        <w:tc>
          <w:tcPr>
            <w:tcW w:w="3456" w:type="dxa"/>
          </w:tcPr>
          <w:p w14:paraId="5E79C26A" w14:textId="77777777" w:rsidR="004D342C" w:rsidRDefault="00000000">
            <w:pPr>
              <w:spacing w:before="20" w:after="20"/>
              <w:ind w:firstLine="0"/>
            </w:pPr>
            <w:r>
              <w:rPr>
                <w:sz w:val="16"/>
              </w:rPr>
              <w:t>0 not mentioned / 1 mentioned</w:t>
            </w:r>
          </w:p>
        </w:tc>
        <w:tc>
          <w:tcPr>
            <w:tcW w:w="648" w:type="dxa"/>
          </w:tcPr>
          <w:p w14:paraId="00244EA1" w14:textId="77777777" w:rsidR="004D342C" w:rsidRDefault="00000000">
            <w:pPr>
              <w:spacing w:before="20" w:after="20"/>
              <w:ind w:firstLine="0"/>
              <w:jc w:val="right"/>
            </w:pPr>
            <w:r>
              <w:rPr>
                <w:sz w:val="16"/>
              </w:rPr>
              <w:t>2</w:t>
            </w:r>
          </w:p>
        </w:tc>
      </w:tr>
      <w:tr w:rsidR="004D342C" w14:paraId="32D7D1DF" w14:textId="77777777">
        <w:trPr>
          <w:cantSplit/>
          <w:jc w:val="center"/>
        </w:trPr>
        <w:tc>
          <w:tcPr>
            <w:tcW w:w="1944" w:type="dxa"/>
          </w:tcPr>
          <w:p w14:paraId="08E7F255" w14:textId="77777777" w:rsidR="004D342C" w:rsidRDefault="00000000">
            <w:pPr>
              <w:spacing w:before="20" w:after="20"/>
              <w:ind w:firstLine="0"/>
            </w:pPr>
            <w:r>
              <w:rPr>
                <w:sz w:val="16"/>
              </w:rPr>
              <w:t>fear2culture</w:t>
            </w:r>
          </w:p>
        </w:tc>
        <w:tc>
          <w:tcPr>
            <w:tcW w:w="2880" w:type="dxa"/>
          </w:tcPr>
          <w:p w14:paraId="45486369" w14:textId="77777777" w:rsidR="004D342C" w:rsidRDefault="00000000">
            <w:pPr>
              <w:spacing w:before="20" w:after="20"/>
              <w:ind w:firstLine="0"/>
            </w:pPr>
            <w:r>
              <w:rPr>
                <w:sz w:val="16"/>
              </w:rPr>
              <w:t>q36 eu sm fear: loss of nat identity</w:t>
            </w:r>
          </w:p>
        </w:tc>
        <w:tc>
          <w:tcPr>
            <w:tcW w:w="3456" w:type="dxa"/>
          </w:tcPr>
          <w:p w14:paraId="051A9B1A" w14:textId="77777777" w:rsidR="004D342C" w:rsidRDefault="00000000">
            <w:pPr>
              <w:spacing w:before="20" w:after="20"/>
              <w:ind w:firstLine="0"/>
            </w:pPr>
            <w:r>
              <w:rPr>
                <w:sz w:val="16"/>
              </w:rPr>
              <w:t>0 not mentioned / 1 mentioned</w:t>
            </w:r>
          </w:p>
        </w:tc>
        <w:tc>
          <w:tcPr>
            <w:tcW w:w="648" w:type="dxa"/>
          </w:tcPr>
          <w:p w14:paraId="68BCECDD" w14:textId="77777777" w:rsidR="004D342C" w:rsidRDefault="00000000">
            <w:pPr>
              <w:spacing w:before="20" w:after="20"/>
              <w:ind w:firstLine="0"/>
              <w:jc w:val="right"/>
            </w:pPr>
            <w:r>
              <w:rPr>
                <w:sz w:val="16"/>
              </w:rPr>
              <w:t>2</w:t>
            </w:r>
          </w:p>
        </w:tc>
      </w:tr>
      <w:tr w:rsidR="004D342C" w14:paraId="2BAAF87D" w14:textId="77777777">
        <w:trPr>
          <w:cantSplit/>
          <w:jc w:val="center"/>
        </w:trPr>
        <w:tc>
          <w:tcPr>
            <w:tcW w:w="1944" w:type="dxa"/>
          </w:tcPr>
          <w:p w14:paraId="1C9B2DF5" w14:textId="77777777" w:rsidR="004D342C" w:rsidRDefault="00000000">
            <w:pPr>
              <w:spacing w:before="20" w:after="20"/>
              <w:ind w:firstLine="0"/>
            </w:pPr>
            <w:r>
              <w:rPr>
                <w:sz w:val="16"/>
              </w:rPr>
              <w:t>fear2dontknow</w:t>
            </w:r>
          </w:p>
        </w:tc>
        <w:tc>
          <w:tcPr>
            <w:tcW w:w="2880" w:type="dxa"/>
          </w:tcPr>
          <w:p w14:paraId="083ED099" w14:textId="77777777" w:rsidR="004D342C" w:rsidRDefault="00000000">
            <w:pPr>
              <w:spacing w:before="20" w:after="20"/>
              <w:ind w:firstLine="0"/>
            </w:pPr>
            <w:r>
              <w:rPr>
                <w:sz w:val="16"/>
              </w:rPr>
              <w:t>q36 eu sm fear: dont know</w:t>
            </w:r>
          </w:p>
        </w:tc>
        <w:tc>
          <w:tcPr>
            <w:tcW w:w="3456" w:type="dxa"/>
          </w:tcPr>
          <w:p w14:paraId="6CD520B9" w14:textId="77777777" w:rsidR="004D342C" w:rsidRDefault="00000000">
            <w:pPr>
              <w:spacing w:before="20" w:after="20"/>
              <w:ind w:firstLine="0"/>
            </w:pPr>
            <w:r>
              <w:rPr>
                <w:sz w:val="16"/>
              </w:rPr>
              <w:t>0 not mentioned / 1 mentioned</w:t>
            </w:r>
          </w:p>
        </w:tc>
        <w:tc>
          <w:tcPr>
            <w:tcW w:w="648" w:type="dxa"/>
          </w:tcPr>
          <w:p w14:paraId="47553A50" w14:textId="77777777" w:rsidR="004D342C" w:rsidRDefault="00000000">
            <w:pPr>
              <w:spacing w:before="20" w:after="20"/>
              <w:ind w:firstLine="0"/>
              <w:jc w:val="right"/>
            </w:pPr>
            <w:r>
              <w:rPr>
                <w:sz w:val="16"/>
              </w:rPr>
              <w:t>2</w:t>
            </w:r>
          </w:p>
        </w:tc>
      </w:tr>
      <w:tr w:rsidR="004D342C" w14:paraId="14B79367" w14:textId="77777777">
        <w:trPr>
          <w:cantSplit/>
          <w:jc w:val="center"/>
        </w:trPr>
        <w:tc>
          <w:tcPr>
            <w:tcW w:w="1944" w:type="dxa"/>
          </w:tcPr>
          <w:p w14:paraId="590B9CB0" w14:textId="77777777" w:rsidR="004D342C" w:rsidRDefault="00000000">
            <w:pPr>
              <w:spacing w:before="20" w:after="20"/>
              <w:ind w:firstLine="0"/>
            </w:pPr>
            <w:r>
              <w:rPr>
                <w:sz w:val="16"/>
              </w:rPr>
              <w:t>fear2drugs</w:t>
            </w:r>
          </w:p>
        </w:tc>
        <w:tc>
          <w:tcPr>
            <w:tcW w:w="2880" w:type="dxa"/>
          </w:tcPr>
          <w:p w14:paraId="2D86FE81" w14:textId="77777777" w:rsidR="004D342C" w:rsidRDefault="00000000">
            <w:pPr>
              <w:spacing w:before="20" w:after="20"/>
              <w:ind w:firstLine="0"/>
            </w:pPr>
            <w:r>
              <w:rPr>
                <w:sz w:val="16"/>
              </w:rPr>
              <w:t>q36 eu sm fear: no more border contr</w:t>
            </w:r>
          </w:p>
        </w:tc>
        <w:tc>
          <w:tcPr>
            <w:tcW w:w="3456" w:type="dxa"/>
          </w:tcPr>
          <w:p w14:paraId="2EDE6A4A" w14:textId="77777777" w:rsidR="004D342C" w:rsidRDefault="00000000">
            <w:pPr>
              <w:spacing w:before="20" w:after="20"/>
              <w:ind w:firstLine="0"/>
            </w:pPr>
            <w:r>
              <w:rPr>
                <w:sz w:val="16"/>
              </w:rPr>
              <w:t>0 not mentioned / 1 mentioned</w:t>
            </w:r>
          </w:p>
        </w:tc>
        <w:tc>
          <w:tcPr>
            <w:tcW w:w="648" w:type="dxa"/>
          </w:tcPr>
          <w:p w14:paraId="25A0610A" w14:textId="77777777" w:rsidR="004D342C" w:rsidRDefault="00000000">
            <w:pPr>
              <w:spacing w:before="20" w:after="20"/>
              <w:ind w:firstLine="0"/>
              <w:jc w:val="right"/>
            </w:pPr>
            <w:r>
              <w:rPr>
                <w:sz w:val="16"/>
              </w:rPr>
              <w:t>2</w:t>
            </w:r>
          </w:p>
        </w:tc>
      </w:tr>
      <w:tr w:rsidR="004D342C" w14:paraId="44B067DC" w14:textId="77777777">
        <w:trPr>
          <w:cantSplit/>
          <w:jc w:val="center"/>
        </w:trPr>
        <w:tc>
          <w:tcPr>
            <w:tcW w:w="1944" w:type="dxa"/>
          </w:tcPr>
          <w:p w14:paraId="619E96EE" w14:textId="77777777" w:rsidR="004D342C" w:rsidRDefault="00000000">
            <w:pPr>
              <w:spacing w:before="20" w:after="20"/>
              <w:ind w:firstLine="0"/>
            </w:pPr>
            <w:r>
              <w:rPr>
                <w:sz w:val="16"/>
              </w:rPr>
              <w:t>fear2future</w:t>
            </w:r>
          </w:p>
        </w:tc>
        <w:tc>
          <w:tcPr>
            <w:tcW w:w="2880" w:type="dxa"/>
          </w:tcPr>
          <w:p w14:paraId="1C11115D" w14:textId="77777777" w:rsidR="004D342C" w:rsidRDefault="00000000">
            <w:pPr>
              <w:spacing w:before="20" w:after="20"/>
              <w:ind w:firstLine="0"/>
            </w:pPr>
            <w:r>
              <w:rPr>
                <w:sz w:val="16"/>
              </w:rPr>
              <w:t>q36 eu sm fear: uncertain future</w:t>
            </w:r>
          </w:p>
        </w:tc>
        <w:tc>
          <w:tcPr>
            <w:tcW w:w="3456" w:type="dxa"/>
          </w:tcPr>
          <w:p w14:paraId="55D3DBA6" w14:textId="77777777" w:rsidR="004D342C" w:rsidRDefault="00000000">
            <w:pPr>
              <w:spacing w:before="20" w:after="20"/>
              <w:ind w:firstLine="0"/>
            </w:pPr>
            <w:r>
              <w:rPr>
                <w:sz w:val="16"/>
              </w:rPr>
              <w:t>0 not mentioned / 1 mentioned</w:t>
            </w:r>
          </w:p>
        </w:tc>
        <w:tc>
          <w:tcPr>
            <w:tcW w:w="648" w:type="dxa"/>
          </w:tcPr>
          <w:p w14:paraId="3B9E585B" w14:textId="77777777" w:rsidR="004D342C" w:rsidRDefault="00000000">
            <w:pPr>
              <w:spacing w:before="20" w:after="20"/>
              <w:ind w:firstLine="0"/>
              <w:jc w:val="right"/>
            </w:pPr>
            <w:r>
              <w:rPr>
                <w:sz w:val="16"/>
              </w:rPr>
              <w:t>2</w:t>
            </w:r>
          </w:p>
        </w:tc>
      </w:tr>
      <w:tr w:rsidR="004D342C" w14:paraId="2F639C4A" w14:textId="77777777">
        <w:trPr>
          <w:cantSplit/>
          <w:jc w:val="center"/>
        </w:trPr>
        <w:tc>
          <w:tcPr>
            <w:tcW w:w="1944" w:type="dxa"/>
          </w:tcPr>
          <w:p w14:paraId="3E8D43BB" w14:textId="77777777" w:rsidR="004D342C" w:rsidRDefault="00000000">
            <w:pPr>
              <w:spacing w:before="20" w:after="20"/>
              <w:ind w:firstLine="0"/>
            </w:pPr>
            <w:r>
              <w:rPr>
                <w:sz w:val="16"/>
              </w:rPr>
              <w:t>fear2higherprices</w:t>
            </w:r>
          </w:p>
        </w:tc>
        <w:tc>
          <w:tcPr>
            <w:tcW w:w="2880" w:type="dxa"/>
          </w:tcPr>
          <w:p w14:paraId="4C6C2A7C" w14:textId="77777777" w:rsidR="004D342C" w:rsidRDefault="00000000">
            <w:pPr>
              <w:spacing w:before="20" w:after="20"/>
              <w:ind w:firstLine="0"/>
            </w:pPr>
            <w:r>
              <w:rPr>
                <w:sz w:val="16"/>
              </w:rPr>
              <w:t>q36 eu sm fear: higher prices</w:t>
            </w:r>
          </w:p>
        </w:tc>
        <w:tc>
          <w:tcPr>
            <w:tcW w:w="3456" w:type="dxa"/>
          </w:tcPr>
          <w:p w14:paraId="6CA6B0CF" w14:textId="77777777" w:rsidR="004D342C" w:rsidRDefault="00000000">
            <w:pPr>
              <w:spacing w:before="20" w:after="20"/>
              <w:ind w:firstLine="0"/>
            </w:pPr>
            <w:r>
              <w:rPr>
                <w:sz w:val="16"/>
              </w:rPr>
              <w:t>0 not mentioned / 1 mentioned</w:t>
            </w:r>
          </w:p>
        </w:tc>
        <w:tc>
          <w:tcPr>
            <w:tcW w:w="648" w:type="dxa"/>
          </w:tcPr>
          <w:p w14:paraId="51D9E644" w14:textId="77777777" w:rsidR="004D342C" w:rsidRDefault="00000000">
            <w:pPr>
              <w:spacing w:before="20" w:after="20"/>
              <w:ind w:firstLine="0"/>
              <w:jc w:val="right"/>
            </w:pPr>
            <w:r>
              <w:rPr>
                <w:sz w:val="16"/>
              </w:rPr>
              <w:t>2</w:t>
            </w:r>
          </w:p>
        </w:tc>
      </w:tr>
      <w:tr w:rsidR="004D342C" w14:paraId="7E095315" w14:textId="77777777">
        <w:trPr>
          <w:cantSplit/>
          <w:jc w:val="center"/>
        </w:trPr>
        <w:tc>
          <w:tcPr>
            <w:tcW w:w="1944" w:type="dxa"/>
          </w:tcPr>
          <w:p w14:paraId="1B6F97B4" w14:textId="77777777" w:rsidR="004D342C" w:rsidRDefault="00000000">
            <w:pPr>
              <w:spacing w:before="20" w:after="20"/>
              <w:ind w:firstLine="0"/>
            </w:pPr>
            <w:r>
              <w:rPr>
                <w:sz w:val="16"/>
              </w:rPr>
              <w:t>fear2immig</w:t>
            </w:r>
          </w:p>
        </w:tc>
        <w:tc>
          <w:tcPr>
            <w:tcW w:w="2880" w:type="dxa"/>
          </w:tcPr>
          <w:p w14:paraId="231B9F8C" w14:textId="77777777" w:rsidR="004D342C" w:rsidRDefault="00000000">
            <w:pPr>
              <w:spacing w:before="20" w:after="20"/>
              <w:ind w:firstLine="0"/>
            </w:pPr>
            <w:r>
              <w:rPr>
                <w:sz w:val="16"/>
              </w:rPr>
              <w:t>q36 eu sm fear: too much immigration</w:t>
            </w:r>
          </w:p>
        </w:tc>
        <w:tc>
          <w:tcPr>
            <w:tcW w:w="3456" w:type="dxa"/>
          </w:tcPr>
          <w:p w14:paraId="75C47873" w14:textId="77777777" w:rsidR="004D342C" w:rsidRDefault="00000000">
            <w:pPr>
              <w:spacing w:before="20" w:after="20"/>
              <w:ind w:firstLine="0"/>
            </w:pPr>
            <w:r>
              <w:rPr>
                <w:sz w:val="16"/>
              </w:rPr>
              <w:t>0 not mentioned / 1 mentioned</w:t>
            </w:r>
          </w:p>
        </w:tc>
        <w:tc>
          <w:tcPr>
            <w:tcW w:w="648" w:type="dxa"/>
          </w:tcPr>
          <w:p w14:paraId="0D4DD5A2" w14:textId="77777777" w:rsidR="004D342C" w:rsidRDefault="00000000">
            <w:pPr>
              <w:spacing w:before="20" w:after="20"/>
              <w:ind w:firstLine="0"/>
              <w:jc w:val="right"/>
            </w:pPr>
            <w:r>
              <w:rPr>
                <w:sz w:val="16"/>
              </w:rPr>
              <w:t>2</w:t>
            </w:r>
          </w:p>
        </w:tc>
      </w:tr>
      <w:tr w:rsidR="004D342C" w14:paraId="363E7210" w14:textId="77777777">
        <w:trPr>
          <w:cantSplit/>
          <w:jc w:val="center"/>
        </w:trPr>
        <w:tc>
          <w:tcPr>
            <w:tcW w:w="1944" w:type="dxa"/>
          </w:tcPr>
          <w:p w14:paraId="46C5456A" w14:textId="77777777" w:rsidR="004D342C" w:rsidRDefault="00000000">
            <w:pPr>
              <w:spacing w:before="20" w:after="20"/>
              <w:ind w:firstLine="0"/>
            </w:pPr>
            <w:r>
              <w:rPr>
                <w:sz w:val="16"/>
              </w:rPr>
              <w:t>fear2jobloss</w:t>
            </w:r>
          </w:p>
        </w:tc>
        <w:tc>
          <w:tcPr>
            <w:tcW w:w="2880" w:type="dxa"/>
          </w:tcPr>
          <w:p w14:paraId="1904C5DB" w14:textId="77777777" w:rsidR="004D342C" w:rsidRDefault="00000000">
            <w:pPr>
              <w:spacing w:before="20" w:after="20"/>
              <w:ind w:firstLine="0"/>
            </w:pPr>
            <w:r>
              <w:rPr>
                <w:sz w:val="16"/>
              </w:rPr>
              <w:t>q36 eu sm fear: more unemployment</w:t>
            </w:r>
          </w:p>
        </w:tc>
        <w:tc>
          <w:tcPr>
            <w:tcW w:w="3456" w:type="dxa"/>
          </w:tcPr>
          <w:p w14:paraId="67272DEF" w14:textId="77777777" w:rsidR="004D342C" w:rsidRDefault="00000000">
            <w:pPr>
              <w:spacing w:before="20" w:after="20"/>
              <w:ind w:firstLine="0"/>
            </w:pPr>
            <w:r>
              <w:rPr>
                <w:sz w:val="16"/>
              </w:rPr>
              <w:t>0 not mentioned / 1 mentioned</w:t>
            </w:r>
          </w:p>
        </w:tc>
        <w:tc>
          <w:tcPr>
            <w:tcW w:w="648" w:type="dxa"/>
          </w:tcPr>
          <w:p w14:paraId="651A1FAF" w14:textId="77777777" w:rsidR="004D342C" w:rsidRDefault="00000000">
            <w:pPr>
              <w:spacing w:before="20" w:after="20"/>
              <w:ind w:firstLine="0"/>
              <w:jc w:val="right"/>
            </w:pPr>
            <w:r>
              <w:rPr>
                <w:sz w:val="16"/>
              </w:rPr>
              <w:t>2</w:t>
            </w:r>
          </w:p>
        </w:tc>
      </w:tr>
      <w:tr w:rsidR="004D342C" w14:paraId="5DFD1D7C" w14:textId="77777777">
        <w:trPr>
          <w:cantSplit/>
          <w:jc w:val="center"/>
        </w:trPr>
        <w:tc>
          <w:tcPr>
            <w:tcW w:w="1944" w:type="dxa"/>
          </w:tcPr>
          <w:p w14:paraId="14AAA276" w14:textId="77777777" w:rsidR="004D342C" w:rsidRDefault="00000000">
            <w:pPr>
              <w:spacing w:before="20" w:after="20"/>
              <w:ind w:firstLine="0"/>
            </w:pPr>
            <w:r>
              <w:rPr>
                <w:sz w:val="16"/>
              </w:rPr>
              <w:t>fear2other</w:t>
            </w:r>
          </w:p>
        </w:tc>
        <w:tc>
          <w:tcPr>
            <w:tcW w:w="2880" w:type="dxa"/>
          </w:tcPr>
          <w:p w14:paraId="712749C1" w14:textId="77777777" w:rsidR="004D342C" w:rsidRDefault="00000000">
            <w:pPr>
              <w:spacing w:before="20" w:after="20"/>
              <w:ind w:firstLine="0"/>
            </w:pPr>
            <w:r>
              <w:rPr>
                <w:sz w:val="16"/>
              </w:rPr>
              <w:t>q36 eu sm fear: other</w:t>
            </w:r>
          </w:p>
        </w:tc>
        <w:tc>
          <w:tcPr>
            <w:tcW w:w="3456" w:type="dxa"/>
          </w:tcPr>
          <w:p w14:paraId="0B45567F" w14:textId="77777777" w:rsidR="004D342C" w:rsidRDefault="00000000">
            <w:pPr>
              <w:spacing w:before="20" w:after="20"/>
              <w:ind w:firstLine="0"/>
            </w:pPr>
            <w:r>
              <w:rPr>
                <w:sz w:val="16"/>
              </w:rPr>
              <w:t>0 not mentioned / 1 mentioned</w:t>
            </w:r>
          </w:p>
        </w:tc>
        <w:tc>
          <w:tcPr>
            <w:tcW w:w="648" w:type="dxa"/>
          </w:tcPr>
          <w:p w14:paraId="7E13F078" w14:textId="77777777" w:rsidR="004D342C" w:rsidRDefault="00000000">
            <w:pPr>
              <w:spacing w:before="20" w:after="20"/>
              <w:ind w:firstLine="0"/>
              <w:jc w:val="right"/>
            </w:pPr>
            <w:r>
              <w:rPr>
                <w:sz w:val="16"/>
              </w:rPr>
              <w:t>2</w:t>
            </w:r>
          </w:p>
        </w:tc>
      </w:tr>
      <w:tr w:rsidR="004D342C" w14:paraId="5946459A" w14:textId="77777777">
        <w:trPr>
          <w:cantSplit/>
          <w:jc w:val="center"/>
        </w:trPr>
        <w:tc>
          <w:tcPr>
            <w:tcW w:w="1944" w:type="dxa"/>
          </w:tcPr>
          <w:p w14:paraId="5260FB7B" w14:textId="77777777" w:rsidR="004D342C" w:rsidRDefault="00000000">
            <w:pPr>
              <w:spacing w:before="20" w:after="20"/>
              <w:ind w:firstLine="0"/>
            </w:pPr>
            <w:r>
              <w:rPr>
                <w:sz w:val="16"/>
              </w:rPr>
              <w:t>fear2payothers</w:t>
            </w:r>
          </w:p>
        </w:tc>
        <w:tc>
          <w:tcPr>
            <w:tcW w:w="2880" w:type="dxa"/>
          </w:tcPr>
          <w:p w14:paraId="6D9C8AED" w14:textId="77777777" w:rsidR="004D342C" w:rsidRDefault="00000000">
            <w:pPr>
              <w:spacing w:before="20" w:after="20"/>
              <w:ind w:firstLine="0"/>
            </w:pPr>
            <w:r>
              <w:rPr>
                <w:sz w:val="16"/>
              </w:rPr>
              <w:t>q36 eu sm fear: pay for the others</w:t>
            </w:r>
          </w:p>
        </w:tc>
        <w:tc>
          <w:tcPr>
            <w:tcW w:w="3456" w:type="dxa"/>
          </w:tcPr>
          <w:p w14:paraId="298A9FDC" w14:textId="77777777" w:rsidR="004D342C" w:rsidRDefault="00000000">
            <w:pPr>
              <w:spacing w:before="20" w:after="20"/>
              <w:ind w:firstLine="0"/>
            </w:pPr>
            <w:r>
              <w:rPr>
                <w:sz w:val="16"/>
              </w:rPr>
              <w:t>0 not mentioned / 1 mentioned</w:t>
            </w:r>
          </w:p>
        </w:tc>
        <w:tc>
          <w:tcPr>
            <w:tcW w:w="648" w:type="dxa"/>
          </w:tcPr>
          <w:p w14:paraId="462374D7" w14:textId="77777777" w:rsidR="004D342C" w:rsidRDefault="00000000">
            <w:pPr>
              <w:spacing w:before="20" w:after="20"/>
              <w:ind w:firstLine="0"/>
              <w:jc w:val="right"/>
            </w:pPr>
            <w:r>
              <w:rPr>
                <w:sz w:val="16"/>
              </w:rPr>
              <w:t>2</w:t>
            </w:r>
          </w:p>
        </w:tc>
      </w:tr>
      <w:tr w:rsidR="004D342C" w14:paraId="277F116C" w14:textId="77777777">
        <w:trPr>
          <w:cantSplit/>
          <w:jc w:val="center"/>
        </w:trPr>
        <w:tc>
          <w:tcPr>
            <w:tcW w:w="1944" w:type="dxa"/>
          </w:tcPr>
          <w:p w14:paraId="77E91B8E" w14:textId="77777777" w:rsidR="004D342C" w:rsidRDefault="00000000">
            <w:pPr>
              <w:spacing w:before="20" w:after="20"/>
              <w:ind w:firstLine="0"/>
            </w:pPr>
            <w:r>
              <w:rPr>
                <w:sz w:val="16"/>
              </w:rPr>
              <w:t>fear2readiness</w:t>
            </w:r>
          </w:p>
        </w:tc>
        <w:tc>
          <w:tcPr>
            <w:tcW w:w="2880" w:type="dxa"/>
          </w:tcPr>
          <w:p w14:paraId="44D30508" w14:textId="77777777" w:rsidR="004D342C" w:rsidRDefault="00000000">
            <w:pPr>
              <w:spacing w:before="20" w:after="20"/>
              <w:ind w:firstLine="0"/>
            </w:pPr>
            <w:r>
              <w:rPr>
                <w:sz w:val="16"/>
              </w:rPr>
              <w:t>q36 eu sm fear: we are not ready yet</w:t>
            </w:r>
          </w:p>
        </w:tc>
        <w:tc>
          <w:tcPr>
            <w:tcW w:w="3456" w:type="dxa"/>
          </w:tcPr>
          <w:p w14:paraId="6E74D3DA" w14:textId="77777777" w:rsidR="004D342C" w:rsidRDefault="00000000">
            <w:pPr>
              <w:spacing w:before="20" w:after="20"/>
              <w:ind w:firstLine="0"/>
            </w:pPr>
            <w:r>
              <w:rPr>
                <w:sz w:val="16"/>
              </w:rPr>
              <w:t>0 not mentioned / 1 mentioned</w:t>
            </w:r>
          </w:p>
        </w:tc>
        <w:tc>
          <w:tcPr>
            <w:tcW w:w="648" w:type="dxa"/>
          </w:tcPr>
          <w:p w14:paraId="12F04B22" w14:textId="77777777" w:rsidR="004D342C" w:rsidRDefault="00000000">
            <w:pPr>
              <w:spacing w:before="20" w:after="20"/>
              <w:ind w:firstLine="0"/>
              <w:jc w:val="right"/>
            </w:pPr>
            <w:r>
              <w:rPr>
                <w:sz w:val="16"/>
              </w:rPr>
              <w:t>2</w:t>
            </w:r>
          </w:p>
        </w:tc>
      </w:tr>
      <w:tr w:rsidR="004D342C" w14:paraId="4D2BAB09" w14:textId="77777777">
        <w:trPr>
          <w:cantSplit/>
          <w:jc w:val="center"/>
        </w:trPr>
        <w:tc>
          <w:tcPr>
            <w:tcW w:w="1944" w:type="dxa"/>
          </w:tcPr>
          <w:p w14:paraId="50CC2D4E" w14:textId="77777777" w:rsidR="004D342C" w:rsidRDefault="00000000">
            <w:pPr>
              <w:spacing w:before="20" w:after="20"/>
              <w:ind w:firstLine="0"/>
            </w:pPr>
            <w:r>
              <w:rPr>
                <w:sz w:val="16"/>
              </w:rPr>
              <w:lastRenderedPageBreak/>
              <w:t>fear2toomuchcompet</w:t>
            </w:r>
          </w:p>
        </w:tc>
        <w:tc>
          <w:tcPr>
            <w:tcW w:w="2880" w:type="dxa"/>
          </w:tcPr>
          <w:p w14:paraId="43F2F7B5" w14:textId="77777777" w:rsidR="004D342C" w:rsidRDefault="00000000">
            <w:pPr>
              <w:spacing w:before="20" w:after="20"/>
              <w:ind w:firstLine="0"/>
            </w:pPr>
            <w:r>
              <w:rPr>
                <w:sz w:val="16"/>
              </w:rPr>
              <w:t>q36 eu sm fear: too much competition</w:t>
            </w:r>
          </w:p>
        </w:tc>
        <w:tc>
          <w:tcPr>
            <w:tcW w:w="3456" w:type="dxa"/>
          </w:tcPr>
          <w:p w14:paraId="5B15A395" w14:textId="77777777" w:rsidR="004D342C" w:rsidRDefault="00000000">
            <w:pPr>
              <w:spacing w:before="20" w:after="20"/>
              <w:ind w:firstLine="0"/>
            </w:pPr>
            <w:r>
              <w:rPr>
                <w:sz w:val="16"/>
              </w:rPr>
              <w:t>0 not mentioned / 1 mentioned</w:t>
            </w:r>
          </w:p>
        </w:tc>
        <w:tc>
          <w:tcPr>
            <w:tcW w:w="648" w:type="dxa"/>
          </w:tcPr>
          <w:p w14:paraId="68317A3F" w14:textId="77777777" w:rsidR="004D342C" w:rsidRDefault="00000000">
            <w:pPr>
              <w:spacing w:before="20" w:after="20"/>
              <w:ind w:firstLine="0"/>
              <w:jc w:val="right"/>
            </w:pPr>
            <w:r>
              <w:rPr>
                <w:sz w:val="16"/>
              </w:rPr>
              <w:t>2</w:t>
            </w:r>
          </w:p>
        </w:tc>
      </w:tr>
      <w:tr w:rsidR="004D342C" w14:paraId="1A8F7034" w14:textId="77777777">
        <w:trPr>
          <w:cantSplit/>
          <w:jc w:val="center"/>
        </w:trPr>
        <w:tc>
          <w:tcPr>
            <w:tcW w:w="1944" w:type="dxa"/>
          </w:tcPr>
          <w:p w14:paraId="1F4D648B" w14:textId="77777777" w:rsidR="004D342C" w:rsidRDefault="00000000">
            <w:pPr>
              <w:spacing w:before="20" w:after="20"/>
              <w:ind w:firstLine="0"/>
            </w:pPr>
            <w:r>
              <w:rPr>
                <w:sz w:val="16"/>
              </w:rPr>
              <w:t>fear2upheaval</w:t>
            </w:r>
          </w:p>
        </w:tc>
        <w:tc>
          <w:tcPr>
            <w:tcW w:w="2880" w:type="dxa"/>
          </w:tcPr>
          <w:p w14:paraId="7716EE07" w14:textId="77777777" w:rsidR="004D342C" w:rsidRDefault="00000000">
            <w:pPr>
              <w:spacing w:before="20" w:after="20"/>
              <w:ind w:firstLine="0"/>
            </w:pPr>
            <w:r>
              <w:rPr>
                <w:sz w:val="16"/>
              </w:rPr>
              <w:t>q36 eu sm fear: too many changes</w:t>
            </w:r>
          </w:p>
        </w:tc>
        <w:tc>
          <w:tcPr>
            <w:tcW w:w="3456" w:type="dxa"/>
          </w:tcPr>
          <w:p w14:paraId="45B671F6" w14:textId="77777777" w:rsidR="004D342C" w:rsidRDefault="00000000">
            <w:pPr>
              <w:spacing w:before="20" w:after="20"/>
              <w:ind w:firstLine="0"/>
            </w:pPr>
            <w:r>
              <w:rPr>
                <w:sz w:val="16"/>
              </w:rPr>
              <w:t>0 not mentioned / 1 mentioned</w:t>
            </w:r>
          </w:p>
        </w:tc>
        <w:tc>
          <w:tcPr>
            <w:tcW w:w="648" w:type="dxa"/>
          </w:tcPr>
          <w:p w14:paraId="033EC81B" w14:textId="77777777" w:rsidR="004D342C" w:rsidRDefault="00000000">
            <w:pPr>
              <w:spacing w:before="20" w:after="20"/>
              <w:ind w:firstLine="0"/>
              <w:jc w:val="right"/>
            </w:pPr>
            <w:r>
              <w:rPr>
                <w:sz w:val="16"/>
              </w:rPr>
              <w:t>2</w:t>
            </w:r>
          </w:p>
        </w:tc>
      </w:tr>
      <w:tr w:rsidR="004D342C" w14:paraId="1CA377C8" w14:textId="77777777">
        <w:trPr>
          <w:cantSplit/>
          <w:jc w:val="center"/>
        </w:trPr>
        <w:tc>
          <w:tcPr>
            <w:tcW w:w="1944" w:type="dxa"/>
          </w:tcPr>
          <w:p w14:paraId="0BD03DCF" w14:textId="77777777" w:rsidR="004D342C" w:rsidRDefault="00000000">
            <w:pPr>
              <w:spacing w:before="20" w:after="20"/>
              <w:ind w:firstLine="0"/>
            </w:pPr>
            <w:r>
              <w:rPr>
                <w:sz w:val="16"/>
              </w:rPr>
              <w:t>fearenlarg2</w:t>
            </w:r>
          </w:p>
        </w:tc>
        <w:tc>
          <w:tcPr>
            <w:tcW w:w="2880" w:type="dxa"/>
          </w:tcPr>
          <w:p w14:paraId="4EDFDA2E" w14:textId="77777777" w:rsidR="004D342C" w:rsidRDefault="00000000">
            <w:pPr>
              <w:spacing w:before="20" w:after="20"/>
              <w:ind w:firstLine="0"/>
            </w:pPr>
            <w:r>
              <w:rPr>
                <w:sz w:val="16"/>
              </w:rPr>
              <w:t>q54 eu fears - other countries join eu</w:t>
            </w:r>
          </w:p>
        </w:tc>
        <w:tc>
          <w:tcPr>
            <w:tcW w:w="3456" w:type="dxa"/>
          </w:tcPr>
          <w:p w14:paraId="7CC20873" w14:textId="77777777" w:rsidR="004D342C" w:rsidRDefault="00000000">
            <w:pPr>
              <w:spacing w:before="20" w:after="20"/>
              <w:ind w:firstLine="0"/>
            </w:pPr>
            <w:r>
              <w:rPr>
                <w:sz w:val="16"/>
              </w:rPr>
              <w:t>1 currently afraid of it / 2 not currently afraid of it / 3 dont know</w:t>
            </w:r>
          </w:p>
        </w:tc>
        <w:tc>
          <w:tcPr>
            <w:tcW w:w="648" w:type="dxa"/>
          </w:tcPr>
          <w:p w14:paraId="3ACB19A4" w14:textId="77777777" w:rsidR="004D342C" w:rsidRDefault="00000000">
            <w:pPr>
              <w:spacing w:before="20" w:after="20"/>
              <w:ind w:firstLine="0"/>
              <w:jc w:val="right"/>
            </w:pPr>
            <w:r>
              <w:rPr>
                <w:sz w:val="16"/>
              </w:rPr>
              <w:t>2</w:t>
            </w:r>
          </w:p>
        </w:tc>
      </w:tr>
      <w:tr w:rsidR="004D342C" w14:paraId="1B83295A" w14:textId="77777777">
        <w:trPr>
          <w:cantSplit/>
          <w:jc w:val="center"/>
        </w:trPr>
        <w:tc>
          <w:tcPr>
            <w:tcW w:w="1944" w:type="dxa"/>
          </w:tcPr>
          <w:p w14:paraId="4636E6E8" w14:textId="77777777" w:rsidR="004D342C" w:rsidRDefault="00000000">
            <w:pPr>
              <w:spacing w:before="20" w:after="20"/>
              <w:ind w:firstLine="0"/>
            </w:pPr>
            <w:r>
              <w:rPr>
                <w:sz w:val="16"/>
              </w:rPr>
              <w:t>fearfarmers2</w:t>
            </w:r>
          </w:p>
        </w:tc>
        <w:tc>
          <w:tcPr>
            <w:tcW w:w="2880" w:type="dxa"/>
          </w:tcPr>
          <w:p w14:paraId="43453569" w14:textId="77777777" w:rsidR="004D342C" w:rsidRDefault="00000000">
            <w:pPr>
              <w:spacing w:before="20" w:after="20"/>
              <w:ind w:firstLine="0"/>
            </w:pPr>
            <w:r>
              <w:rPr>
                <w:sz w:val="16"/>
              </w:rPr>
              <w:t>Q23A FEARS: SMALL FARMS DISAPPEAR</w:t>
            </w:r>
          </w:p>
        </w:tc>
        <w:tc>
          <w:tcPr>
            <w:tcW w:w="3456" w:type="dxa"/>
          </w:tcPr>
          <w:p w14:paraId="511EE2E5" w14:textId="77777777" w:rsidR="004D342C" w:rsidRDefault="00000000">
            <w:pPr>
              <w:spacing w:before="20" w:after="20"/>
              <w:ind w:firstLine="0"/>
            </w:pPr>
            <w:r>
              <w:rPr>
                <w:sz w:val="16"/>
              </w:rPr>
              <w:t>1 currently afraid of it / 2 not currently afraid of it / 3 dont know</w:t>
            </w:r>
          </w:p>
        </w:tc>
        <w:tc>
          <w:tcPr>
            <w:tcW w:w="648" w:type="dxa"/>
          </w:tcPr>
          <w:p w14:paraId="28F35EA8" w14:textId="77777777" w:rsidR="004D342C" w:rsidRDefault="00000000">
            <w:pPr>
              <w:spacing w:before="20" w:after="20"/>
              <w:ind w:firstLine="0"/>
              <w:jc w:val="right"/>
            </w:pPr>
            <w:r>
              <w:rPr>
                <w:sz w:val="16"/>
              </w:rPr>
              <w:t>2</w:t>
            </w:r>
          </w:p>
        </w:tc>
      </w:tr>
      <w:tr w:rsidR="004D342C" w14:paraId="7E8BFAD9" w14:textId="77777777">
        <w:trPr>
          <w:cantSplit/>
          <w:jc w:val="center"/>
        </w:trPr>
        <w:tc>
          <w:tcPr>
            <w:tcW w:w="1944" w:type="dxa"/>
          </w:tcPr>
          <w:p w14:paraId="11D61EC4" w14:textId="77777777" w:rsidR="004D342C" w:rsidRDefault="00000000">
            <w:pPr>
              <w:spacing w:before="20" w:after="20"/>
              <w:ind w:firstLine="0"/>
            </w:pPr>
            <w:r>
              <w:rPr>
                <w:sz w:val="16"/>
              </w:rPr>
              <w:t>fearimports</w:t>
            </w:r>
          </w:p>
        </w:tc>
        <w:tc>
          <w:tcPr>
            <w:tcW w:w="2880" w:type="dxa"/>
          </w:tcPr>
          <w:p w14:paraId="5E66FA1A" w14:textId="77777777" w:rsidR="004D342C" w:rsidRDefault="00000000">
            <w:pPr>
              <w:spacing w:before="20" w:after="20"/>
              <w:ind w:firstLine="0"/>
            </w:pPr>
            <w:r>
              <w:rPr>
                <w:sz w:val="16"/>
              </w:rPr>
              <w:t>Q23A FEARS: MASSIVE IMPORTS</w:t>
            </w:r>
          </w:p>
        </w:tc>
        <w:tc>
          <w:tcPr>
            <w:tcW w:w="3456" w:type="dxa"/>
          </w:tcPr>
          <w:p w14:paraId="2F959A6D" w14:textId="77777777" w:rsidR="004D342C" w:rsidRDefault="00000000">
            <w:pPr>
              <w:spacing w:before="20" w:after="20"/>
              <w:ind w:firstLine="0"/>
            </w:pPr>
            <w:r>
              <w:rPr>
                <w:sz w:val="16"/>
              </w:rPr>
              <w:t>1 currently afraid of it / 2 not currently afraid of it / 3 dont know</w:t>
            </w:r>
          </w:p>
        </w:tc>
        <w:tc>
          <w:tcPr>
            <w:tcW w:w="648" w:type="dxa"/>
          </w:tcPr>
          <w:p w14:paraId="19521F6B" w14:textId="77777777" w:rsidR="004D342C" w:rsidRDefault="00000000">
            <w:pPr>
              <w:spacing w:before="20" w:after="20"/>
              <w:ind w:firstLine="0"/>
              <w:jc w:val="right"/>
            </w:pPr>
            <w:r>
              <w:rPr>
                <w:sz w:val="16"/>
              </w:rPr>
              <w:t>2</w:t>
            </w:r>
          </w:p>
        </w:tc>
      </w:tr>
      <w:tr w:rsidR="004D342C" w14:paraId="0AA1682A" w14:textId="77777777">
        <w:trPr>
          <w:cantSplit/>
          <w:jc w:val="center"/>
        </w:trPr>
        <w:tc>
          <w:tcPr>
            <w:tcW w:w="1944" w:type="dxa"/>
          </w:tcPr>
          <w:p w14:paraId="5B2352C3" w14:textId="77777777" w:rsidR="004D342C" w:rsidRDefault="00000000">
            <w:pPr>
              <w:spacing w:before="20" w:after="20"/>
              <w:ind w:firstLine="0"/>
            </w:pPr>
            <w:r>
              <w:rPr>
                <w:sz w:val="16"/>
              </w:rPr>
              <w:t>fearjobloss2</w:t>
            </w:r>
          </w:p>
        </w:tc>
        <w:tc>
          <w:tcPr>
            <w:tcW w:w="2880" w:type="dxa"/>
          </w:tcPr>
          <w:p w14:paraId="752AED76" w14:textId="77777777" w:rsidR="004D342C" w:rsidRDefault="00000000">
            <w:pPr>
              <w:spacing w:before="20" w:after="20"/>
              <w:ind w:firstLine="0"/>
            </w:pPr>
            <w:r>
              <w:rPr>
                <w:sz w:val="16"/>
              </w:rPr>
              <w:t>Q33 EU FEARS: TRANSFER JOBS OTHER COUNTRIES</w:t>
            </w:r>
          </w:p>
        </w:tc>
        <w:tc>
          <w:tcPr>
            <w:tcW w:w="3456" w:type="dxa"/>
          </w:tcPr>
          <w:p w14:paraId="0AE4B3EB" w14:textId="77777777" w:rsidR="004D342C" w:rsidRDefault="00000000">
            <w:pPr>
              <w:spacing w:before="20" w:after="20"/>
              <w:ind w:firstLine="0"/>
            </w:pPr>
            <w:r>
              <w:rPr>
                <w:sz w:val="16"/>
              </w:rPr>
              <w:t>1 currently afraid of it / 2 not currently afraid of it / 3 dont know</w:t>
            </w:r>
          </w:p>
        </w:tc>
        <w:tc>
          <w:tcPr>
            <w:tcW w:w="648" w:type="dxa"/>
          </w:tcPr>
          <w:p w14:paraId="02D6EF27" w14:textId="77777777" w:rsidR="004D342C" w:rsidRDefault="00000000">
            <w:pPr>
              <w:spacing w:before="20" w:after="20"/>
              <w:ind w:firstLine="0"/>
              <w:jc w:val="right"/>
            </w:pPr>
            <w:r>
              <w:rPr>
                <w:sz w:val="16"/>
              </w:rPr>
              <w:t>2</w:t>
            </w:r>
          </w:p>
        </w:tc>
      </w:tr>
      <w:tr w:rsidR="004D342C" w14:paraId="43299749" w14:textId="77777777">
        <w:trPr>
          <w:cantSplit/>
          <w:jc w:val="center"/>
        </w:trPr>
        <w:tc>
          <w:tcPr>
            <w:tcW w:w="1944" w:type="dxa"/>
          </w:tcPr>
          <w:p w14:paraId="6D25C130" w14:textId="77777777" w:rsidR="004D342C" w:rsidRDefault="00000000">
            <w:pPr>
              <w:spacing w:before="20" w:after="20"/>
              <w:ind w:firstLine="0"/>
            </w:pPr>
            <w:r>
              <w:rPr>
                <w:sz w:val="16"/>
              </w:rPr>
              <w:t>fearjobloss3</w:t>
            </w:r>
          </w:p>
        </w:tc>
        <w:tc>
          <w:tcPr>
            <w:tcW w:w="2880" w:type="dxa"/>
          </w:tcPr>
          <w:p w14:paraId="5C714C88" w14:textId="77777777" w:rsidR="004D342C" w:rsidRDefault="00000000">
            <w:pPr>
              <w:spacing w:before="20" w:after="20"/>
              <w:ind w:firstLine="0"/>
            </w:pPr>
            <w:r>
              <w:rPr>
                <w:sz w:val="16"/>
              </w:rPr>
              <w:t>q54 eu fears - transfer jobs non-mmbrs</w:t>
            </w:r>
          </w:p>
        </w:tc>
        <w:tc>
          <w:tcPr>
            <w:tcW w:w="3456" w:type="dxa"/>
          </w:tcPr>
          <w:p w14:paraId="0191E2F0" w14:textId="77777777" w:rsidR="004D342C" w:rsidRDefault="00000000">
            <w:pPr>
              <w:spacing w:before="20" w:after="20"/>
              <w:ind w:firstLine="0"/>
            </w:pPr>
            <w:r>
              <w:rPr>
                <w:sz w:val="16"/>
              </w:rPr>
              <w:t>1 currently afraid of it / 2 not currently afraid of it / 3 dont know</w:t>
            </w:r>
          </w:p>
        </w:tc>
        <w:tc>
          <w:tcPr>
            <w:tcW w:w="648" w:type="dxa"/>
          </w:tcPr>
          <w:p w14:paraId="54BBC962" w14:textId="77777777" w:rsidR="004D342C" w:rsidRDefault="00000000">
            <w:pPr>
              <w:spacing w:before="20" w:after="20"/>
              <w:ind w:firstLine="0"/>
              <w:jc w:val="right"/>
            </w:pPr>
            <w:r>
              <w:rPr>
                <w:sz w:val="16"/>
              </w:rPr>
              <w:t>2</w:t>
            </w:r>
          </w:p>
        </w:tc>
      </w:tr>
      <w:tr w:rsidR="004D342C" w14:paraId="66815E08" w14:textId="77777777">
        <w:trPr>
          <w:cantSplit/>
          <w:jc w:val="center"/>
        </w:trPr>
        <w:tc>
          <w:tcPr>
            <w:tcW w:w="1944" w:type="dxa"/>
          </w:tcPr>
          <w:p w14:paraId="2D9D92ED" w14:textId="77777777" w:rsidR="004D342C" w:rsidRDefault="00000000">
            <w:pPr>
              <w:spacing w:before="20" w:after="20"/>
              <w:ind w:firstLine="0"/>
            </w:pPr>
            <w:r>
              <w:rPr>
                <w:sz w:val="16"/>
              </w:rPr>
              <w:t>fearnationalconflict</w:t>
            </w:r>
          </w:p>
        </w:tc>
        <w:tc>
          <w:tcPr>
            <w:tcW w:w="2880" w:type="dxa"/>
          </w:tcPr>
          <w:p w14:paraId="111A6BE9" w14:textId="77777777" w:rsidR="004D342C" w:rsidRDefault="00000000">
            <w:pPr>
              <w:spacing w:before="20" w:after="20"/>
              <w:ind w:firstLine="0"/>
            </w:pPr>
            <w:r>
              <w:rPr>
                <w:sz w:val="16"/>
              </w:rPr>
              <w:t>Q23A FEARS: PPL TOO DIFF TO GET ALONG</w:t>
            </w:r>
          </w:p>
        </w:tc>
        <w:tc>
          <w:tcPr>
            <w:tcW w:w="3456" w:type="dxa"/>
          </w:tcPr>
          <w:p w14:paraId="3DAA8D01" w14:textId="77777777" w:rsidR="004D342C" w:rsidRDefault="00000000">
            <w:pPr>
              <w:spacing w:before="20" w:after="20"/>
              <w:ind w:firstLine="0"/>
            </w:pPr>
            <w:r>
              <w:rPr>
                <w:sz w:val="16"/>
              </w:rPr>
              <w:t>1 currently afraid of it / 2 not currently afraid of it / 3 dont know</w:t>
            </w:r>
          </w:p>
        </w:tc>
        <w:tc>
          <w:tcPr>
            <w:tcW w:w="648" w:type="dxa"/>
          </w:tcPr>
          <w:p w14:paraId="52F04484" w14:textId="77777777" w:rsidR="004D342C" w:rsidRDefault="00000000">
            <w:pPr>
              <w:spacing w:before="20" w:after="20"/>
              <w:ind w:firstLine="0"/>
              <w:jc w:val="right"/>
            </w:pPr>
            <w:r>
              <w:rPr>
                <w:sz w:val="16"/>
              </w:rPr>
              <w:t>2</w:t>
            </w:r>
          </w:p>
        </w:tc>
      </w:tr>
      <w:tr w:rsidR="004D342C" w14:paraId="350435A6" w14:textId="77777777">
        <w:trPr>
          <w:cantSplit/>
          <w:jc w:val="center"/>
        </w:trPr>
        <w:tc>
          <w:tcPr>
            <w:tcW w:w="1944" w:type="dxa"/>
          </w:tcPr>
          <w:p w14:paraId="0C015032" w14:textId="77777777" w:rsidR="004D342C" w:rsidRDefault="00000000">
            <w:pPr>
              <w:spacing w:before="20" w:after="20"/>
              <w:ind w:firstLine="0"/>
            </w:pPr>
            <w:r>
              <w:rPr>
                <w:sz w:val="16"/>
              </w:rPr>
              <w:t>fearregionalunemployment</w:t>
            </w:r>
          </w:p>
        </w:tc>
        <w:tc>
          <w:tcPr>
            <w:tcW w:w="2880" w:type="dxa"/>
          </w:tcPr>
          <w:p w14:paraId="296E483C" w14:textId="77777777" w:rsidR="004D342C" w:rsidRDefault="00000000">
            <w:pPr>
              <w:spacing w:before="20" w:after="20"/>
              <w:ind w:firstLine="0"/>
            </w:pPr>
            <w:r>
              <w:rPr>
                <w:sz w:val="16"/>
              </w:rPr>
              <w:t>q.31.3. - some people may have fears abo</w:t>
            </w:r>
          </w:p>
        </w:tc>
        <w:tc>
          <w:tcPr>
            <w:tcW w:w="3456" w:type="dxa"/>
          </w:tcPr>
          <w:p w14:paraId="06D5F6E0" w14:textId="77777777" w:rsidR="004D342C" w:rsidRDefault="00000000">
            <w:pPr>
              <w:spacing w:before="20" w:after="20"/>
              <w:ind w:firstLine="0"/>
            </w:pPr>
            <w:r>
              <w:rPr>
                <w:sz w:val="16"/>
              </w:rPr>
              <w:t>1 currently afraid of it / 2 not currently afraid of it / 3 dont know</w:t>
            </w:r>
          </w:p>
        </w:tc>
        <w:tc>
          <w:tcPr>
            <w:tcW w:w="648" w:type="dxa"/>
          </w:tcPr>
          <w:p w14:paraId="596C9104" w14:textId="77777777" w:rsidR="004D342C" w:rsidRDefault="00000000">
            <w:pPr>
              <w:spacing w:before="20" w:after="20"/>
              <w:ind w:firstLine="0"/>
              <w:jc w:val="right"/>
            </w:pPr>
            <w:r>
              <w:rPr>
                <w:sz w:val="16"/>
              </w:rPr>
              <w:t>2</w:t>
            </w:r>
          </w:p>
        </w:tc>
      </w:tr>
      <w:tr w:rsidR="004D342C" w14:paraId="6E443E8D" w14:textId="77777777">
        <w:trPr>
          <w:cantSplit/>
          <w:jc w:val="center"/>
        </w:trPr>
        <w:tc>
          <w:tcPr>
            <w:tcW w:w="1944" w:type="dxa"/>
          </w:tcPr>
          <w:p w14:paraId="7D8AEA0E" w14:textId="77777777" w:rsidR="004D342C" w:rsidRDefault="00000000">
            <w:pPr>
              <w:spacing w:before="20" w:after="20"/>
              <w:ind w:firstLine="0"/>
            </w:pPr>
            <w:r>
              <w:rPr>
                <w:sz w:val="16"/>
              </w:rPr>
              <w:t>fearslowdecisions</w:t>
            </w:r>
          </w:p>
        </w:tc>
        <w:tc>
          <w:tcPr>
            <w:tcW w:w="2880" w:type="dxa"/>
          </w:tcPr>
          <w:p w14:paraId="55422999" w14:textId="77777777" w:rsidR="004D342C" w:rsidRDefault="00000000">
            <w:pPr>
              <w:spacing w:before="20" w:after="20"/>
              <w:ind w:firstLine="0"/>
            </w:pPr>
            <w:r>
              <w:rPr>
                <w:sz w:val="16"/>
              </w:rPr>
              <w:t>Q23A FEARS: BUREAUCRACY SLOWS DECIS</w:t>
            </w:r>
          </w:p>
        </w:tc>
        <w:tc>
          <w:tcPr>
            <w:tcW w:w="3456" w:type="dxa"/>
          </w:tcPr>
          <w:p w14:paraId="6642BF00" w14:textId="77777777" w:rsidR="004D342C" w:rsidRDefault="00000000">
            <w:pPr>
              <w:spacing w:before="20" w:after="20"/>
              <w:ind w:firstLine="0"/>
            </w:pPr>
            <w:r>
              <w:rPr>
                <w:sz w:val="16"/>
              </w:rPr>
              <w:t>1 currently afraid of it / 2 not currently afraid of it / 3 dont know</w:t>
            </w:r>
          </w:p>
        </w:tc>
        <w:tc>
          <w:tcPr>
            <w:tcW w:w="648" w:type="dxa"/>
          </w:tcPr>
          <w:p w14:paraId="29A65CD6" w14:textId="77777777" w:rsidR="004D342C" w:rsidRDefault="00000000">
            <w:pPr>
              <w:spacing w:before="20" w:after="20"/>
              <w:ind w:firstLine="0"/>
              <w:jc w:val="right"/>
            </w:pPr>
            <w:r>
              <w:rPr>
                <w:sz w:val="16"/>
              </w:rPr>
              <w:t>2</w:t>
            </w:r>
          </w:p>
        </w:tc>
      </w:tr>
      <w:tr w:rsidR="004D342C" w14:paraId="09CD2B33" w14:textId="77777777">
        <w:trPr>
          <w:cantSplit/>
          <w:jc w:val="center"/>
        </w:trPr>
        <w:tc>
          <w:tcPr>
            <w:tcW w:w="1944" w:type="dxa"/>
          </w:tcPr>
          <w:p w14:paraId="4B20ABFF" w14:textId="77777777" w:rsidR="004D342C" w:rsidRDefault="00000000">
            <w:pPr>
              <w:spacing w:before="20" w:after="20"/>
              <w:ind w:firstLine="0"/>
            </w:pPr>
            <w:r>
              <w:rPr>
                <w:sz w:val="16"/>
              </w:rPr>
              <w:t>fearsubsidies</w:t>
            </w:r>
          </w:p>
        </w:tc>
        <w:tc>
          <w:tcPr>
            <w:tcW w:w="2880" w:type="dxa"/>
          </w:tcPr>
          <w:p w14:paraId="3F732A62" w14:textId="77777777" w:rsidR="004D342C" w:rsidRDefault="00000000">
            <w:pPr>
              <w:spacing w:before="20" w:after="20"/>
              <w:ind w:firstLine="0"/>
            </w:pPr>
            <w:r>
              <w:rPr>
                <w:sz w:val="16"/>
              </w:rPr>
              <w:t>Q33 EU FEARS: LESS SUBSIDIES FROM EU</w:t>
            </w:r>
          </w:p>
        </w:tc>
        <w:tc>
          <w:tcPr>
            <w:tcW w:w="3456" w:type="dxa"/>
          </w:tcPr>
          <w:p w14:paraId="402DB5C9" w14:textId="77777777" w:rsidR="004D342C" w:rsidRDefault="00000000">
            <w:pPr>
              <w:spacing w:before="20" w:after="20"/>
              <w:ind w:firstLine="0"/>
            </w:pPr>
            <w:r>
              <w:rPr>
                <w:sz w:val="16"/>
              </w:rPr>
              <w:t>1 currently afraid of it / 2 not currently afraid of it / 3 dont know</w:t>
            </w:r>
          </w:p>
        </w:tc>
        <w:tc>
          <w:tcPr>
            <w:tcW w:w="648" w:type="dxa"/>
          </w:tcPr>
          <w:p w14:paraId="34A3C519" w14:textId="77777777" w:rsidR="004D342C" w:rsidRDefault="00000000">
            <w:pPr>
              <w:spacing w:before="20" w:after="20"/>
              <w:ind w:firstLine="0"/>
              <w:jc w:val="right"/>
            </w:pPr>
            <w:r>
              <w:rPr>
                <w:sz w:val="16"/>
              </w:rPr>
              <w:t>2</w:t>
            </w:r>
          </w:p>
        </w:tc>
      </w:tr>
      <w:tr w:rsidR="004D342C" w14:paraId="544785E6" w14:textId="77777777">
        <w:trPr>
          <w:cantSplit/>
          <w:jc w:val="center"/>
        </w:trPr>
        <w:tc>
          <w:tcPr>
            <w:tcW w:w="1944" w:type="dxa"/>
          </w:tcPr>
          <w:p w14:paraId="1EFEF236" w14:textId="77777777" w:rsidR="004D342C" w:rsidRDefault="00000000">
            <w:pPr>
              <w:spacing w:before="20" w:after="20"/>
              <w:ind w:firstLine="0"/>
            </w:pPr>
            <w:r>
              <w:rPr>
                <w:sz w:val="16"/>
              </w:rPr>
              <w:t>feartaxes</w:t>
            </w:r>
          </w:p>
        </w:tc>
        <w:tc>
          <w:tcPr>
            <w:tcW w:w="2880" w:type="dxa"/>
          </w:tcPr>
          <w:p w14:paraId="359EBB50" w14:textId="77777777" w:rsidR="004D342C" w:rsidRDefault="00000000">
            <w:pPr>
              <w:spacing w:before="20" w:after="20"/>
              <w:ind w:firstLine="0"/>
            </w:pPr>
            <w:r>
              <w:rPr>
                <w:sz w:val="16"/>
              </w:rPr>
              <w:t>q54 eu fears - even more taxes</w:t>
            </w:r>
          </w:p>
        </w:tc>
        <w:tc>
          <w:tcPr>
            <w:tcW w:w="3456" w:type="dxa"/>
          </w:tcPr>
          <w:p w14:paraId="2584C0A9" w14:textId="77777777" w:rsidR="004D342C" w:rsidRDefault="00000000">
            <w:pPr>
              <w:spacing w:before="20" w:after="20"/>
              <w:ind w:firstLine="0"/>
            </w:pPr>
            <w:r>
              <w:rPr>
                <w:sz w:val="16"/>
              </w:rPr>
              <w:t>1 currently afraid of it / 2 not currently afraid of it / 3 dont know</w:t>
            </w:r>
          </w:p>
        </w:tc>
        <w:tc>
          <w:tcPr>
            <w:tcW w:w="648" w:type="dxa"/>
          </w:tcPr>
          <w:p w14:paraId="70DFC9A4" w14:textId="77777777" w:rsidR="004D342C" w:rsidRDefault="00000000">
            <w:pPr>
              <w:spacing w:before="20" w:after="20"/>
              <w:ind w:firstLine="0"/>
              <w:jc w:val="right"/>
            </w:pPr>
            <w:r>
              <w:rPr>
                <w:sz w:val="16"/>
              </w:rPr>
              <w:t>2</w:t>
            </w:r>
          </w:p>
        </w:tc>
      </w:tr>
      <w:tr w:rsidR="004D342C" w14:paraId="59BE411B" w14:textId="77777777">
        <w:trPr>
          <w:cantSplit/>
          <w:jc w:val="center"/>
        </w:trPr>
        <w:tc>
          <w:tcPr>
            <w:tcW w:w="1944" w:type="dxa"/>
          </w:tcPr>
          <w:p w14:paraId="56E8A2FE" w14:textId="77777777" w:rsidR="004D342C" w:rsidRDefault="00000000">
            <w:pPr>
              <w:spacing w:before="20" w:after="20"/>
              <w:ind w:firstLine="0"/>
            </w:pPr>
            <w:r>
              <w:rPr>
                <w:sz w:val="16"/>
              </w:rPr>
              <w:t>globpeace</w:t>
            </w:r>
          </w:p>
        </w:tc>
        <w:tc>
          <w:tcPr>
            <w:tcW w:w="2880" w:type="dxa"/>
          </w:tcPr>
          <w:p w14:paraId="35C1CD54" w14:textId="77777777" w:rsidR="004D342C" w:rsidRDefault="00000000">
            <w:pPr>
              <w:spacing w:before="20" w:after="20"/>
              <w:ind w:firstLine="0"/>
            </w:pPr>
            <w:r>
              <w:rPr>
                <w:sz w:val="16"/>
              </w:rPr>
              <w:t>QB3 GLOBALISATION: PEACE IN THE WORLD</w:t>
            </w:r>
          </w:p>
        </w:tc>
        <w:tc>
          <w:tcPr>
            <w:tcW w:w="3456" w:type="dxa"/>
          </w:tcPr>
          <w:p w14:paraId="66EEEE4C" w14:textId="77777777" w:rsidR="004D342C" w:rsidRDefault="00000000">
            <w:pPr>
              <w:spacing w:before="20" w:after="20"/>
              <w:ind w:firstLine="0"/>
            </w:pPr>
            <w:r>
              <w:rPr>
                <w:sz w:val="16"/>
              </w:rPr>
              <w:t>1 Totally agree / 2 Tend to agree / 3 Tend to disagree / 4 Totally disagree</w:t>
            </w:r>
          </w:p>
        </w:tc>
        <w:tc>
          <w:tcPr>
            <w:tcW w:w="648" w:type="dxa"/>
          </w:tcPr>
          <w:p w14:paraId="7738D131" w14:textId="77777777" w:rsidR="004D342C" w:rsidRDefault="00000000">
            <w:pPr>
              <w:spacing w:before="20" w:after="20"/>
              <w:ind w:firstLine="0"/>
              <w:jc w:val="right"/>
            </w:pPr>
            <w:r>
              <w:rPr>
                <w:sz w:val="16"/>
              </w:rPr>
              <w:t>2</w:t>
            </w:r>
          </w:p>
        </w:tc>
      </w:tr>
      <w:tr w:rsidR="004D342C" w14:paraId="0344A71A" w14:textId="77777777">
        <w:trPr>
          <w:cantSplit/>
          <w:jc w:val="center"/>
        </w:trPr>
        <w:tc>
          <w:tcPr>
            <w:tcW w:w="1944" w:type="dxa"/>
          </w:tcPr>
          <w:p w14:paraId="72D48FD5" w14:textId="77777777" w:rsidR="004D342C" w:rsidRDefault="00000000">
            <w:pPr>
              <w:spacing w:before="20" w:after="20"/>
              <w:ind w:firstLine="0"/>
            </w:pPr>
            <w:r>
              <w:rPr>
                <w:sz w:val="16"/>
              </w:rPr>
              <w:t>hopechoice</w:t>
            </w:r>
          </w:p>
        </w:tc>
        <w:tc>
          <w:tcPr>
            <w:tcW w:w="2880" w:type="dxa"/>
          </w:tcPr>
          <w:p w14:paraId="5F9ED537" w14:textId="77777777" w:rsidR="004D342C" w:rsidRDefault="00000000">
            <w:pPr>
              <w:spacing w:before="20" w:after="20"/>
              <w:ind w:firstLine="0"/>
            </w:pPr>
            <w:r>
              <w:rPr>
                <w:sz w:val="16"/>
              </w:rPr>
              <w:t>q35 eu sm hope: wider choice of goods</w:t>
            </w:r>
          </w:p>
        </w:tc>
        <w:tc>
          <w:tcPr>
            <w:tcW w:w="3456" w:type="dxa"/>
          </w:tcPr>
          <w:p w14:paraId="6B667C1D" w14:textId="77777777" w:rsidR="004D342C" w:rsidRDefault="00000000">
            <w:pPr>
              <w:spacing w:before="20" w:after="20"/>
              <w:ind w:firstLine="0"/>
            </w:pPr>
            <w:r>
              <w:rPr>
                <w:sz w:val="16"/>
              </w:rPr>
              <w:t>0 not mentioned / 1 mentioned</w:t>
            </w:r>
          </w:p>
        </w:tc>
        <w:tc>
          <w:tcPr>
            <w:tcW w:w="648" w:type="dxa"/>
          </w:tcPr>
          <w:p w14:paraId="55B45C45" w14:textId="77777777" w:rsidR="004D342C" w:rsidRDefault="00000000">
            <w:pPr>
              <w:spacing w:before="20" w:after="20"/>
              <w:ind w:firstLine="0"/>
              <w:jc w:val="right"/>
            </w:pPr>
            <w:r>
              <w:rPr>
                <w:sz w:val="16"/>
              </w:rPr>
              <w:t>2</w:t>
            </w:r>
          </w:p>
        </w:tc>
      </w:tr>
      <w:tr w:rsidR="004D342C" w14:paraId="09901FA6" w14:textId="77777777">
        <w:trPr>
          <w:cantSplit/>
          <w:jc w:val="center"/>
        </w:trPr>
        <w:tc>
          <w:tcPr>
            <w:tcW w:w="1944" w:type="dxa"/>
          </w:tcPr>
          <w:p w14:paraId="7BCB305D" w14:textId="77777777" w:rsidR="004D342C" w:rsidRDefault="00000000">
            <w:pPr>
              <w:spacing w:before="20" w:after="20"/>
              <w:ind w:firstLine="0"/>
            </w:pPr>
            <w:r>
              <w:rPr>
                <w:sz w:val="16"/>
              </w:rPr>
              <w:t>hopecompanies</w:t>
            </w:r>
          </w:p>
        </w:tc>
        <w:tc>
          <w:tcPr>
            <w:tcW w:w="2880" w:type="dxa"/>
          </w:tcPr>
          <w:p w14:paraId="3D0B482A" w14:textId="77777777" w:rsidR="004D342C" w:rsidRDefault="00000000">
            <w:pPr>
              <w:spacing w:before="20" w:after="20"/>
              <w:ind w:firstLine="0"/>
            </w:pPr>
            <w:r>
              <w:rPr>
                <w:sz w:val="16"/>
              </w:rPr>
              <w:t>q35 eu sm hope: company opportunities</w:t>
            </w:r>
          </w:p>
        </w:tc>
        <w:tc>
          <w:tcPr>
            <w:tcW w:w="3456" w:type="dxa"/>
          </w:tcPr>
          <w:p w14:paraId="74DC3EB5" w14:textId="77777777" w:rsidR="004D342C" w:rsidRDefault="00000000">
            <w:pPr>
              <w:spacing w:before="20" w:after="20"/>
              <w:ind w:firstLine="0"/>
            </w:pPr>
            <w:r>
              <w:rPr>
                <w:sz w:val="16"/>
              </w:rPr>
              <w:t>0 not mentioned / 1 mentioned</w:t>
            </w:r>
          </w:p>
        </w:tc>
        <w:tc>
          <w:tcPr>
            <w:tcW w:w="648" w:type="dxa"/>
          </w:tcPr>
          <w:p w14:paraId="405EA296" w14:textId="77777777" w:rsidR="004D342C" w:rsidRDefault="00000000">
            <w:pPr>
              <w:spacing w:before="20" w:after="20"/>
              <w:ind w:firstLine="0"/>
              <w:jc w:val="right"/>
            </w:pPr>
            <w:r>
              <w:rPr>
                <w:sz w:val="16"/>
              </w:rPr>
              <w:t>2</w:t>
            </w:r>
          </w:p>
        </w:tc>
      </w:tr>
      <w:tr w:rsidR="004D342C" w14:paraId="2C9E75ED" w14:textId="77777777">
        <w:trPr>
          <w:cantSplit/>
          <w:jc w:val="center"/>
        </w:trPr>
        <w:tc>
          <w:tcPr>
            <w:tcW w:w="1944" w:type="dxa"/>
          </w:tcPr>
          <w:p w14:paraId="791ADDE5" w14:textId="77777777" w:rsidR="004D342C" w:rsidRDefault="00000000">
            <w:pPr>
              <w:spacing w:before="20" w:after="20"/>
              <w:ind w:firstLine="0"/>
            </w:pPr>
            <w:r>
              <w:rPr>
                <w:sz w:val="16"/>
              </w:rPr>
              <w:t>hopecompetition</w:t>
            </w:r>
          </w:p>
        </w:tc>
        <w:tc>
          <w:tcPr>
            <w:tcW w:w="2880" w:type="dxa"/>
          </w:tcPr>
          <w:p w14:paraId="16BF9C0C" w14:textId="77777777" w:rsidR="004D342C" w:rsidRDefault="00000000">
            <w:pPr>
              <w:spacing w:before="20" w:after="20"/>
              <w:ind w:firstLine="0"/>
            </w:pPr>
            <w:r>
              <w:rPr>
                <w:sz w:val="16"/>
              </w:rPr>
              <w:t>q35 eu sm hope: competition usa/japan</w:t>
            </w:r>
          </w:p>
        </w:tc>
        <w:tc>
          <w:tcPr>
            <w:tcW w:w="3456" w:type="dxa"/>
          </w:tcPr>
          <w:p w14:paraId="4FD22398" w14:textId="77777777" w:rsidR="004D342C" w:rsidRDefault="00000000">
            <w:pPr>
              <w:spacing w:before="20" w:after="20"/>
              <w:ind w:firstLine="0"/>
            </w:pPr>
            <w:r>
              <w:rPr>
                <w:sz w:val="16"/>
              </w:rPr>
              <w:t>0 not mentioned / 1 mentioned</w:t>
            </w:r>
          </w:p>
        </w:tc>
        <w:tc>
          <w:tcPr>
            <w:tcW w:w="648" w:type="dxa"/>
          </w:tcPr>
          <w:p w14:paraId="4BAC50A4" w14:textId="77777777" w:rsidR="004D342C" w:rsidRDefault="00000000">
            <w:pPr>
              <w:spacing w:before="20" w:after="20"/>
              <w:ind w:firstLine="0"/>
              <w:jc w:val="right"/>
            </w:pPr>
            <w:r>
              <w:rPr>
                <w:sz w:val="16"/>
              </w:rPr>
              <w:t>2</w:t>
            </w:r>
          </w:p>
        </w:tc>
      </w:tr>
      <w:tr w:rsidR="004D342C" w14:paraId="31F8826C" w14:textId="77777777">
        <w:trPr>
          <w:cantSplit/>
          <w:jc w:val="center"/>
        </w:trPr>
        <w:tc>
          <w:tcPr>
            <w:tcW w:w="1944" w:type="dxa"/>
          </w:tcPr>
          <w:p w14:paraId="561ED079" w14:textId="77777777" w:rsidR="004D342C" w:rsidRDefault="00000000">
            <w:pPr>
              <w:spacing w:before="20" w:after="20"/>
              <w:ind w:firstLine="0"/>
            </w:pPr>
            <w:r>
              <w:rPr>
                <w:sz w:val="16"/>
              </w:rPr>
              <w:t>hopedontknow</w:t>
            </w:r>
          </w:p>
        </w:tc>
        <w:tc>
          <w:tcPr>
            <w:tcW w:w="2880" w:type="dxa"/>
          </w:tcPr>
          <w:p w14:paraId="7730A7D1" w14:textId="77777777" w:rsidR="004D342C" w:rsidRDefault="00000000">
            <w:pPr>
              <w:spacing w:before="20" w:after="20"/>
              <w:ind w:firstLine="0"/>
            </w:pPr>
            <w:r>
              <w:rPr>
                <w:sz w:val="16"/>
              </w:rPr>
              <w:t>q35 eu sm hope: dont know</w:t>
            </w:r>
          </w:p>
        </w:tc>
        <w:tc>
          <w:tcPr>
            <w:tcW w:w="3456" w:type="dxa"/>
          </w:tcPr>
          <w:p w14:paraId="20A2F26A" w14:textId="77777777" w:rsidR="004D342C" w:rsidRDefault="00000000">
            <w:pPr>
              <w:spacing w:before="20" w:after="20"/>
              <w:ind w:firstLine="0"/>
            </w:pPr>
            <w:r>
              <w:rPr>
                <w:sz w:val="16"/>
              </w:rPr>
              <w:t>0 not mentioned / 1 mentioned</w:t>
            </w:r>
          </w:p>
        </w:tc>
        <w:tc>
          <w:tcPr>
            <w:tcW w:w="648" w:type="dxa"/>
          </w:tcPr>
          <w:p w14:paraId="263A9F28" w14:textId="77777777" w:rsidR="004D342C" w:rsidRDefault="00000000">
            <w:pPr>
              <w:spacing w:before="20" w:after="20"/>
              <w:ind w:firstLine="0"/>
              <w:jc w:val="right"/>
            </w:pPr>
            <w:r>
              <w:rPr>
                <w:sz w:val="16"/>
              </w:rPr>
              <w:t>2</w:t>
            </w:r>
          </w:p>
        </w:tc>
      </w:tr>
      <w:tr w:rsidR="004D342C" w14:paraId="3F2D67FB" w14:textId="77777777">
        <w:trPr>
          <w:cantSplit/>
          <w:jc w:val="center"/>
        </w:trPr>
        <w:tc>
          <w:tcPr>
            <w:tcW w:w="1944" w:type="dxa"/>
          </w:tcPr>
          <w:p w14:paraId="25B02840" w14:textId="77777777" w:rsidR="004D342C" w:rsidRDefault="00000000">
            <w:pPr>
              <w:spacing w:before="20" w:after="20"/>
              <w:ind w:firstLine="0"/>
            </w:pPr>
            <w:r>
              <w:rPr>
                <w:sz w:val="16"/>
              </w:rPr>
              <w:t>hopeeconomy</w:t>
            </w:r>
          </w:p>
        </w:tc>
        <w:tc>
          <w:tcPr>
            <w:tcW w:w="2880" w:type="dxa"/>
          </w:tcPr>
          <w:p w14:paraId="7204EFDF" w14:textId="77777777" w:rsidR="004D342C" w:rsidRDefault="00000000">
            <w:pPr>
              <w:spacing w:before="20" w:after="20"/>
              <w:ind w:firstLine="0"/>
            </w:pPr>
            <w:r>
              <w:rPr>
                <w:sz w:val="16"/>
              </w:rPr>
              <w:t>q35 eu sm hope: improving the economy</w:t>
            </w:r>
          </w:p>
        </w:tc>
        <w:tc>
          <w:tcPr>
            <w:tcW w:w="3456" w:type="dxa"/>
          </w:tcPr>
          <w:p w14:paraId="427328EF" w14:textId="77777777" w:rsidR="004D342C" w:rsidRDefault="00000000">
            <w:pPr>
              <w:spacing w:before="20" w:after="20"/>
              <w:ind w:firstLine="0"/>
            </w:pPr>
            <w:r>
              <w:rPr>
                <w:sz w:val="16"/>
              </w:rPr>
              <w:t>0 not mentioned / 1 mentioned</w:t>
            </w:r>
          </w:p>
        </w:tc>
        <w:tc>
          <w:tcPr>
            <w:tcW w:w="648" w:type="dxa"/>
          </w:tcPr>
          <w:p w14:paraId="56F63A74" w14:textId="77777777" w:rsidR="004D342C" w:rsidRDefault="00000000">
            <w:pPr>
              <w:spacing w:before="20" w:after="20"/>
              <w:ind w:firstLine="0"/>
              <w:jc w:val="right"/>
            </w:pPr>
            <w:r>
              <w:rPr>
                <w:sz w:val="16"/>
              </w:rPr>
              <w:t>2</w:t>
            </w:r>
          </w:p>
        </w:tc>
      </w:tr>
      <w:tr w:rsidR="004D342C" w14:paraId="7DCB0ADA" w14:textId="77777777">
        <w:trPr>
          <w:cantSplit/>
          <w:jc w:val="center"/>
        </w:trPr>
        <w:tc>
          <w:tcPr>
            <w:tcW w:w="1944" w:type="dxa"/>
          </w:tcPr>
          <w:p w14:paraId="4BFADAFB" w14:textId="77777777" w:rsidR="004D342C" w:rsidRDefault="00000000">
            <w:pPr>
              <w:spacing w:before="20" w:after="20"/>
              <w:ind w:firstLine="0"/>
            </w:pPr>
            <w:r>
              <w:rPr>
                <w:sz w:val="16"/>
              </w:rPr>
              <w:t>hopeharmonization</w:t>
            </w:r>
          </w:p>
        </w:tc>
        <w:tc>
          <w:tcPr>
            <w:tcW w:w="2880" w:type="dxa"/>
          </w:tcPr>
          <w:p w14:paraId="71AF9E01" w14:textId="77777777" w:rsidR="004D342C" w:rsidRDefault="00000000">
            <w:pPr>
              <w:spacing w:before="20" w:after="20"/>
              <w:ind w:firstLine="0"/>
            </w:pPr>
            <w:r>
              <w:rPr>
                <w:sz w:val="16"/>
              </w:rPr>
              <w:t>q35 eu sm hope: same prices and taxes</w:t>
            </w:r>
          </w:p>
        </w:tc>
        <w:tc>
          <w:tcPr>
            <w:tcW w:w="3456" w:type="dxa"/>
          </w:tcPr>
          <w:p w14:paraId="794D8FDC" w14:textId="77777777" w:rsidR="004D342C" w:rsidRDefault="00000000">
            <w:pPr>
              <w:spacing w:before="20" w:after="20"/>
              <w:ind w:firstLine="0"/>
            </w:pPr>
            <w:r>
              <w:rPr>
                <w:sz w:val="16"/>
              </w:rPr>
              <w:t>0 not mentioned / 1 mentioned</w:t>
            </w:r>
          </w:p>
        </w:tc>
        <w:tc>
          <w:tcPr>
            <w:tcW w:w="648" w:type="dxa"/>
          </w:tcPr>
          <w:p w14:paraId="2F94E2BC" w14:textId="77777777" w:rsidR="004D342C" w:rsidRDefault="00000000">
            <w:pPr>
              <w:spacing w:before="20" w:after="20"/>
              <w:ind w:firstLine="0"/>
              <w:jc w:val="right"/>
            </w:pPr>
            <w:r>
              <w:rPr>
                <w:sz w:val="16"/>
              </w:rPr>
              <w:t>2</w:t>
            </w:r>
          </w:p>
        </w:tc>
      </w:tr>
      <w:tr w:rsidR="004D342C" w14:paraId="5C393A6C" w14:textId="77777777">
        <w:trPr>
          <w:cantSplit/>
          <w:jc w:val="center"/>
        </w:trPr>
        <w:tc>
          <w:tcPr>
            <w:tcW w:w="1944" w:type="dxa"/>
          </w:tcPr>
          <w:p w14:paraId="716C551D" w14:textId="77777777" w:rsidR="004D342C" w:rsidRDefault="00000000">
            <w:pPr>
              <w:spacing w:before="20" w:after="20"/>
              <w:ind w:firstLine="0"/>
            </w:pPr>
            <w:r>
              <w:rPr>
                <w:sz w:val="16"/>
              </w:rPr>
              <w:t>hopeinequality</w:t>
            </w:r>
          </w:p>
        </w:tc>
        <w:tc>
          <w:tcPr>
            <w:tcW w:w="2880" w:type="dxa"/>
          </w:tcPr>
          <w:p w14:paraId="640A268E" w14:textId="77777777" w:rsidR="004D342C" w:rsidRDefault="00000000">
            <w:pPr>
              <w:spacing w:before="20" w:after="20"/>
              <w:ind w:firstLine="0"/>
            </w:pPr>
            <w:r>
              <w:rPr>
                <w:sz w:val="16"/>
              </w:rPr>
              <w:t>q35 eu sm hope: less social inequal</w:t>
            </w:r>
          </w:p>
        </w:tc>
        <w:tc>
          <w:tcPr>
            <w:tcW w:w="3456" w:type="dxa"/>
          </w:tcPr>
          <w:p w14:paraId="7475FA83" w14:textId="77777777" w:rsidR="004D342C" w:rsidRDefault="00000000">
            <w:pPr>
              <w:spacing w:before="20" w:after="20"/>
              <w:ind w:firstLine="0"/>
            </w:pPr>
            <w:r>
              <w:rPr>
                <w:sz w:val="16"/>
              </w:rPr>
              <w:t>0 not mentioned / 1 mentioned</w:t>
            </w:r>
          </w:p>
        </w:tc>
        <w:tc>
          <w:tcPr>
            <w:tcW w:w="648" w:type="dxa"/>
          </w:tcPr>
          <w:p w14:paraId="6D186720" w14:textId="77777777" w:rsidR="004D342C" w:rsidRDefault="00000000">
            <w:pPr>
              <w:spacing w:before="20" w:after="20"/>
              <w:ind w:firstLine="0"/>
              <w:jc w:val="right"/>
            </w:pPr>
            <w:r>
              <w:rPr>
                <w:sz w:val="16"/>
              </w:rPr>
              <w:t>2</w:t>
            </w:r>
          </w:p>
        </w:tc>
      </w:tr>
      <w:tr w:rsidR="004D342C" w14:paraId="747CCA25" w14:textId="77777777">
        <w:trPr>
          <w:cantSplit/>
          <w:jc w:val="center"/>
        </w:trPr>
        <w:tc>
          <w:tcPr>
            <w:tcW w:w="1944" w:type="dxa"/>
          </w:tcPr>
          <w:p w14:paraId="1A832E8F" w14:textId="77777777" w:rsidR="004D342C" w:rsidRDefault="00000000">
            <w:pPr>
              <w:spacing w:before="20" w:after="20"/>
              <w:ind w:firstLine="0"/>
            </w:pPr>
            <w:r>
              <w:rPr>
                <w:sz w:val="16"/>
              </w:rPr>
              <w:t>hopejobs</w:t>
            </w:r>
          </w:p>
        </w:tc>
        <w:tc>
          <w:tcPr>
            <w:tcW w:w="2880" w:type="dxa"/>
          </w:tcPr>
          <w:p w14:paraId="359DD7F3" w14:textId="77777777" w:rsidR="004D342C" w:rsidRDefault="00000000">
            <w:pPr>
              <w:spacing w:before="20" w:after="20"/>
              <w:ind w:firstLine="0"/>
            </w:pPr>
            <w:r>
              <w:rPr>
                <w:sz w:val="16"/>
              </w:rPr>
              <w:t>q35 eu sm hope: less unemployment</w:t>
            </w:r>
          </w:p>
        </w:tc>
        <w:tc>
          <w:tcPr>
            <w:tcW w:w="3456" w:type="dxa"/>
          </w:tcPr>
          <w:p w14:paraId="0372615E" w14:textId="77777777" w:rsidR="004D342C" w:rsidRDefault="00000000">
            <w:pPr>
              <w:spacing w:before="20" w:after="20"/>
              <w:ind w:firstLine="0"/>
            </w:pPr>
            <w:r>
              <w:rPr>
                <w:sz w:val="16"/>
              </w:rPr>
              <w:t>0 not mentioned / 1 mentioned</w:t>
            </w:r>
          </w:p>
        </w:tc>
        <w:tc>
          <w:tcPr>
            <w:tcW w:w="648" w:type="dxa"/>
          </w:tcPr>
          <w:p w14:paraId="560E0FB1" w14:textId="77777777" w:rsidR="004D342C" w:rsidRDefault="00000000">
            <w:pPr>
              <w:spacing w:before="20" w:after="20"/>
              <w:ind w:firstLine="0"/>
              <w:jc w:val="right"/>
            </w:pPr>
            <w:r>
              <w:rPr>
                <w:sz w:val="16"/>
              </w:rPr>
              <w:t>2</w:t>
            </w:r>
          </w:p>
        </w:tc>
      </w:tr>
      <w:tr w:rsidR="004D342C" w14:paraId="0B646ABB" w14:textId="77777777">
        <w:trPr>
          <w:cantSplit/>
          <w:jc w:val="center"/>
        </w:trPr>
        <w:tc>
          <w:tcPr>
            <w:tcW w:w="1944" w:type="dxa"/>
          </w:tcPr>
          <w:p w14:paraId="7263ED44" w14:textId="77777777" w:rsidR="004D342C" w:rsidRDefault="00000000">
            <w:pPr>
              <w:spacing w:before="20" w:after="20"/>
              <w:ind w:firstLine="0"/>
            </w:pPr>
            <w:r>
              <w:rPr>
                <w:sz w:val="16"/>
              </w:rPr>
              <w:t>hopeother</w:t>
            </w:r>
          </w:p>
        </w:tc>
        <w:tc>
          <w:tcPr>
            <w:tcW w:w="2880" w:type="dxa"/>
          </w:tcPr>
          <w:p w14:paraId="7E924568" w14:textId="77777777" w:rsidR="004D342C" w:rsidRDefault="00000000">
            <w:pPr>
              <w:spacing w:before="20" w:after="20"/>
              <w:ind w:firstLine="0"/>
            </w:pPr>
            <w:r>
              <w:rPr>
                <w:sz w:val="16"/>
              </w:rPr>
              <w:t>q35 eu sm hope: other</w:t>
            </w:r>
          </w:p>
        </w:tc>
        <w:tc>
          <w:tcPr>
            <w:tcW w:w="3456" w:type="dxa"/>
          </w:tcPr>
          <w:p w14:paraId="4C7DA2CA" w14:textId="77777777" w:rsidR="004D342C" w:rsidRDefault="00000000">
            <w:pPr>
              <w:spacing w:before="20" w:after="20"/>
              <w:ind w:firstLine="0"/>
            </w:pPr>
            <w:r>
              <w:rPr>
                <w:sz w:val="16"/>
              </w:rPr>
              <w:t>0 not mentioned / 1 mentioned</w:t>
            </w:r>
          </w:p>
        </w:tc>
        <w:tc>
          <w:tcPr>
            <w:tcW w:w="648" w:type="dxa"/>
          </w:tcPr>
          <w:p w14:paraId="0ADAEA8A" w14:textId="77777777" w:rsidR="004D342C" w:rsidRDefault="00000000">
            <w:pPr>
              <w:spacing w:before="20" w:after="20"/>
              <w:ind w:firstLine="0"/>
              <w:jc w:val="right"/>
            </w:pPr>
            <w:r>
              <w:rPr>
                <w:sz w:val="16"/>
              </w:rPr>
              <w:t>2</w:t>
            </w:r>
          </w:p>
        </w:tc>
      </w:tr>
      <w:tr w:rsidR="004D342C" w14:paraId="506D908A" w14:textId="77777777">
        <w:trPr>
          <w:cantSplit/>
          <w:jc w:val="center"/>
        </w:trPr>
        <w:tc>
          <w:tcPr>
            <w:tcW w:w="1944" w:type="dxa"/>
          </w:tcPr>
          <w:p w14:paraId="265F3D0F" w14:textId="77777777" w:rsidR="004D342C" w:rsidRDefault="00000000">
            <w:pPr>
              <w:spacing w:before="20" w:after="20"/>
              <w:ind w:firstLine="0"/>
            </w:pPr>
            <w:r>
              <w:rPr>
                <w:sz w:val="16"/>
              </w:rPr>
              <w:t>hopeprices</w:t>
            </w:r>
          </w:p>
        </w:tc>
        <w:tc>
          <w:tcPr>
            <w:tcW w:w="2880" w:type="dxa"/>
          </w:tcPr>
          <w:p w14:paraId="2EB639F9" w14:textId="77777777" w:rsidR="004D342C" w:rsidRDefault="00000000">
            <w:pPr>
              <w:spacing w:before="20" w:after="20"/>
              <w:ind w:firstLine="0"/>
            </w:pPr>
            <w:r>
              <w:rPr>
                <w:sz w:val="16"/>
              </w:rPr>
              <w:t>q35 eu sm hope: lower prices</w:t>
            </w:r>
          </w:p>
        </w:tc>
        <w:tc>
          <w:tcPr>
            <w:tcW w:w="3456" w:type="dxa"/>
          </w:tcPr>
          <w:p w14:paraId="1FDAD0EA" w14:textId="77777777" w:rsidR="004D342C" w:rsidRDefault="00000000">
            <w:pPr>
              <w:spacing w:before="20" w:after="20"/>
              <w:ind w:firstLine="0"/>
            </w:pPr>
            <w:r>
              <w:rPr>
                <w:sz w:val="16"/>
              </w:rPr>
              <w:t>0 not mentioned / 1 mentioned</w:t>
            </w:r>
          </w:p>
        </w:tc>
        <w:tc>
          <w:tcPr>
            <w:tcW w:w="648" w:type="dxa"/>
          </w:tcPr>
          <w:p w14:paraId="288D511D" w14:textId="77777777" w:rsidR="004D342C" w:rsidRDefault="00000000">
            <w:pPr>
              <w:spacing w:before="20" w:after="20"/>
              <w:ind w:firstLine="0"/>
              <w:jc w:val="right"/>
            </w:pPr>
            <w:r>
              <w:rPr>
                <w:sz w:val="16"/>
              </w:rPr>
              <w:t>2</w:t>
            </w:r>
          </w:p>
        </w:tc>
      </w:tr>
      <w:tr w:rsidR="004D342C" w14:paraId="080B4168" w14:textId="77777777">
        <w:trPr>
          <w:cantSplit/>
          <w:jc w:val="center"/>
        </w:trPr>
        <w:tc>
          <w:tcPr>
            <w:tcW w:w="1944" w:type="dxa"/>
          </w:tcPr>
          <w:p w14:paraId="164ED128" w14:textId="77777777" w:rsidR="004D342C" w:rsidRDefault="00000000">
            <w:pPr>
              <w:spacing w:before="20" w:after="20"/>
              <w:ind w:firstLine="0"/>
            </w:pPr>
            <w:r>
              <w:rPr>
                <w:sz w:val="16"/>
              </w:rPr>
              <w:t>hopeproblems</w:t>
            </w:r>
          </w:p>
        </w:tc>
        <w:tc>
          <w:tcPr>
            <w:tcW w:w="2880" w:type="dxa"/>
          </w:tcPr>
          <w:p w14:paraId="68BAA8E5" w14:textId="77777777" w:rsidR="004D342C" w:rsidRDefault="00000000">
            <w:pPr>
              <w:spacing w:before="20" w:after="20"/>
              <w:ind w:firstLine="0"/>
            </w:pPr>
            <w:r>
              <w:rPr>
                <w:sz w:val="16"/>
              </w:rPr>
              <w:t>q35 eu sm hope: solve probl together</w:t>
            </w:r>
          </w:p>
        </w:tc>
        <w:tc>
          <w:tcPr>
            <w:tcW w:w="3456" w:type="dxa"/>
          </w:tcPr>
          <w:p w14:paraId="5BEE5053" w14:textId="77777777" w:rsidR="004D342C" w:rsidRDefault="00000000">
            <w:pPr>
              <w:spacing w:before="20" w:after="20"/>
              <w:ind w:firstLine="0"/>
            </w:pPr>
            <w:r>
              <w:rPr>
                <w:sz w:val="16"/>
              </w:rPr>
              <w:t>0 not mentioned / 1 mentioned</w:t>
            </w:r>
          </w:p>
        </w:tc>
        <w:tc>
          <w:tcPr>
            <w:tcW w:w="648" w:type="dxa"/>
          </w:tcPr>
          <w:p w14:paraId="608C7903" w14:textId="77777777" w:rsidR="004D342C" w:rsidRDefault="00000000">
            <w:pPr>
              <w:spacing w:before="20" w:after="20"/>
              <w:ind w:firstLine="0"/>
              <w:jc w:val="right"/>
            </w:pPr>
            <w:r>
              <w:rPr>
                <w:sz w:val="16"/>
              </w:rPr>
              <w:t>2</w:t>
            </w:r>
          </w:p>
        </w:tc>
      </w:tr>
      <w:tr w:rsidR="004D342C" w14:paraId="572AF1FF" w14:textId="77777777">
        <w:trPr>
          <w:cantSplit/>
          <w:jc w:val="center"/>
        </w:trPr>
        <w:tc>
          <w:tcPr>
            <w:tcW w:w="1944" w:type="dxa"/>
          </w:tcPr>
          <w:p w14:paraId="32D8FA0A" w14:textId="77777777" w:rsidR="004D342C" w:rsidRDefault="00000000">
            <w:pPr>
              <w:spacing w:before="20" w:after="20"/>
              <w:ind w:firstLine="0"/>
            </w:pPr>
            <w:r>
              <w:rPr>
                <w:sz w:val="16"/>
              </w:rPr>
              <w:t>hopetrade</w:t>
            </w:r>
          </w:p>
        </w:tc>
        <w:tc>
          <w:tcPr>
            <w:tcW w:w="2880" w:type="dxa"/>
          </w:tcPr>
          <w:p w14:paraId="48FD2182" w14:textId="77777777" w:rsidR="004D342C" w:rsidRDefault="00000000">
            <w:pPr>
              <w:spacing w:before="20" w:after="20"/>
              <w:ind w:firstLine="0"/>
            </w:pPr>
            <w:r>
              <w:rPr>
                <w:sz w:val="16"/>
              </w:rPr>
              <w:t>q35 eu sm hope: easier trade</w:t>
            </w:r>
          </w:p>
        </w:tc>
        <w:tc>
          <w:tcPr>
            <w:tcW w:w="3456" w:type="dxa"/>
          </w:tcPr>
          <w:p w14:paraId="31FB43D5" w14:textId="77777777" w:rsidR="004D342C" w:rsidRDefault="00000000">
            <w:pPr>
              <w:spacing w:before="20" w:after="20"/>
              <w:ind w:firstLine="0"/>
            </w:pPr>
            <w:r>
              <w:rPr>
                <w:sz w:val="16"/>
              </w:rPr>
              <w:t>0 not mentioned / 1 mentioned</w:t>
            </w:r>
          </w:p>
        </w:tc>
        <w:tc>
          <w:tcPr>
            <w:tcW w:w="648" w:type="dxa"/>
          </w:tcPr>
          <w:p w14:paraId="0F66006C" w14:textId="77777777" w:rsidR="004D342C" w:rsidRDefault="00000000">
            <w:pPr>
              <w:spacing w:before="20" w:after="20"/>
              <w:ind w:firstLine="0"/>
              <w:jc w:val="right"/>
            </w:pPr>
            <w:r>
              <w:rPr>
                <w:sz w:val="16"/>
              </w:rPr>
              <w:t>2</w:t>
            </w:r>
          </w:p>
        </w:tc>
      </w:tr>
      <w:tr w:rsidR="004D342C" w14:paraId="0DBED06A" w14:textId="77777777">
        <w:trPr>
          <w:cantSplit/>
          <w:jc w:val="center"/>
        </w:trPr>
        <w:tc>
          <w:tcPr>
            <w:tcW w:w="1944" w:type="dxa"/>
          </w:tcPr>
          <w:p w14:paraId="25929769" w14:textId="77777777" w:rsidR="004D342C" w:rsidRDefault="00000000">
            <w:pPr>
              <w:spacing w:before="20" w:after="20"/>
              <w:ind w:firstLine="0"/>
            </w:pPr>
            <w:r>
              <w:rPr>
                <w:sz w:val="16"/>
              </w:rPr>
              <w:t>hopework</w:t>
            </w:r>
          </w:p>
        </w:tc>
        <w:tc>
          <w:tcPr>
            <w:tcW w:w="2880" w:type="dxa"/>
          </w:tcPr>
          <w:p w14:paraId="03C74D79" w14:textId="77777777" w:rsidR="004D342C" w:rsidRDefault="00000000">
            <w:pPr>
              <w:spacing w:before="20" w:after="20"/>
              <w:ind w:firstLine="0"/>
            </w:pPr>
            <w:r>
              <w:rPr>
                <w:sz w:val="16"/>
              </w:rPr>
              <w:t>q35 eu sm hope: work anywhere in eu</w:t>
            </w:r>
          </w:p>
        </w:tc>
        <w:tc>
          <w:tcPr>
            <w:tcW w:w="3456" w:type="dxa"/>
          </w:tcPr>
          <w:p w14:paraId="0FF3C286" w14:textId="77777777" w:rsidR="004D342C" w:rsidRDefault="00000000">
            <w:pPr>
              <w:spacing w:before="20" w:after="20"/>
              <w:ind w:firstLine="0"/>
            </w:pPr>
            <w:r>
              <w:rPr>
                <w:sz w:val="16"/>
              </w:rPr>
              <w:t>0 not mentioned / 1 mentioned</w:t>
            </w:r>
          </w:p>
        </w:tc>
        <w:tc>
          <w:tcPr>
            <w:tcW w:w="648" w:type="dxa"/>
          </w:tcPr>
          <w:p w14:paraId="157A3E90" w14:textId="77777777" w:rsidR="004D342C" w:rsidRDefault="00000000">
            <w:pPr>
              <w:spacing w:before="20" w:after="20"/>
              <w:ind w:firstLine="0"/>
              <w:jc w:val="right"/>
            </w:pPr>
            <w:r>
              <w:rPr>
                <w:sz w:val="16"/>
              </w:rPr>
              <w:t>2</w:t>
            </w:r>
          </w:p>
        </w:tc>
      </w:tr>
      <w:tr w:rsidR="004D342C" w14:paraId="4567F6BD" w14:textId="77777777">
        <w:trPr>
          <w:cantSplit/>
          <w:jc w:val="center"/>
        </w:trPr>
        <w:tc>
          <w:tcPr>
            <w:tcW w:w="1944" w:type="dxa"/>
          </w:tcPr>
          <w:p w14:paraId="6C4E2B87" w14:textId="77777777" w:rsidR="004D342C" w:rsidRDefault="00000000">
            <w:pPr>
              <w:spacing w:before="20" w:after="20"/>
              <w:ind w:firstLine="0"/>
            </w:pPr>
            <w:r>
              <w:rPr>
                <w:sz w:val="16"/>
              </w:rPr>
              <w:t>issuemiddleeast</w:t>
            </w:r>
          </w:p>
        </w:tc>
        <w:tc>
          <w:tcPr>
            <w:tcW w:w="2880" w:type="dxa"/>
          </w:tcPr>
          <w:p w14:paraId="0DE8BCA7" w14:textId="77777777" w:rsidR="004D342C" w:rsidRDefault="00000000">
            <w:pPr>
              <w:spacing w:before="20" w:after="20"/>
              <w:ind w:firstLine="0"/>
            </w:pPr>
            <w:r>
              <w:rPr>
                <w:sz w:val="16"/>
              </w:rPr>
              <w:t>IMPORTANT ISSUES CNTRY: CONFLICT IN MIDDLE EAST</w:t>
            </w:r>
          </w:p>
        </w:tc>
        <w:tc>
          <w:tcPr>
            <w:tcW w:w="3456" w:type="dxa"/>
          </w:tcPr>
          <w:p w14:paraId="349A07A5" w14:textId="77777777" w:rsidR="004D342C" w:rsidRDefault="00000000">
            <w:pPr>
              <w:spacing w:before="20" w:after="20"/>
              <w:ind w:firstLine="0"/>
            </w:pPr>
            <w:r>
              <w:rPr>
                <w:sz w:val="16"/>
              </w:rPr>
              <w:t>0 Not mentioned / 1 The conflict in the Middle East</w:t>
            </w:r>
          </w:p>
        </w:tc>
        <w:tc>
          <w:tcPr>
            <w:tcW w:w="648" w:type="dxa"/>
          </w:tcPr>
          <w:p w14:paraId="14240888" w14:textId="77777777" w:rsidR="004D342C" w:rsidRDefault="00000000">
            <w:pPr>
              <w:spacing w:before="20" w:after="20"/>
              <w:ind w:firstLine="0"/>
              <w:jc w:val="right"/>
            </w:pPr>
            <w:r>
              <w:rPr>
                <w:sz w:val="16"/>
              </w:rPr>
              <w:t>2</w:t>
            </w:r>
          </w:p>
        </w:tc>
      </w:tr>
      <w:tr w:rsidR="004D342C" w14:paraId="0F319BE8" w14:textId="77777777">
        <w:trPr>
          <w:cantSplit/>
          <w:jc w:val="center"/>
        </w:trPr>
        <w:tc>
          <w:tcPr>
            <w:tcW w:w="1944" w:type="dxa"/>
          </w:tcPr>
          <w:p w14:paraId="40718661" w14:textId="77777777" w:rsidR="004D342C" w:rsidRDefault="00000000">
            <w:pPr>
              <w:spacing w:before="20" w:after="20"/>
              <w:ind w:firstLine="0"/>
            </w:pPr>
            <w:r>
              <w:rPr>
                <w:sz w:val="16"/>
              </w:rPr>
              <w:t>jurisddebt</w:t>
            </w:r>
          </w:p>
        </w:tc>
        <w:tc>
          <w:tcPr>
            <w:tcW w:w="2880" w:type="dxa"/>
          </w:tcPr>
          <w:p w14:paraId="5E3D0949" w14:textId="77777777" w:rsidR="004D342C" w:rsidRDefault="00000000">
            <w:pPr>
              <w:spacing w:before="20" w:after="20"/>
              <w:ind w:firstLine="0"/>
            </w:pPr>
            <w:r>
              <w:rPr>
                <w:sz w:val="16"/>
              </w:rPr>
              <w:t>QA20 EU COMMON POLICY: REDUCING PUBLIC DEBT</w:t>
            </w:r>
          </w:p>
        </w:tc>
        <w:tc>
          <w:tcPr>
            <w:tcW w:w="3456" w:type="dxa"/>
          </w:tcPr>
          <w:p w14:paraId="669A0B63" w14:textId="77777777" w:rsidR="004D342C" w:rsidRDefault="00000000">
            <w:pPr>
              <w:spacing w:before="20" w:after="20"/>
              <w:ind w:firstLine="0"/>
            </w:pPr>
            <w:r>
              <w:rPr>
                <w:sz w:val="16"/>
              </w:rPr>
              <w:t>1 (NATIONALITY) Government / 2 Jointly within the EU / 3 DK</w:t>
            </w:r>
          </w:p>
        </w:tc>
        <w:tc>
          <w:tcPr>
            <w:tcW w:w="648" w:type="dxa"/>
          </w:tcPr>
          <w:p w14:paraId="3EB3B4F3" w14:textId="77777777" w:rsidR="004D342C" w:rsidRDefault="00000000">
            <w:pPr>
              <w:spacing w:before="20" w:after="20"/>
              <w:ind w:firstLine="0"/>
              <w:jc w:val="right"/>
            </w:pPr>
            <w:r>
              <w:rPr>
                <w:sz w:val="16"/>
              </w:rPr>
              <w:t>2</w:t>
            </w:r>
          </w:p>
        </w:tc>
      </w:tr>
      <w:tr w:rsidR="004D342C" w14:paraId="0B9EDAD0" w14:textId="77777777">
        <w:trPr>
          <w:cantSplit/>
          <w:jc w:val="center"/>
        </w:trPr>
        <w:tc>
          <w:tcPr>
            <w:tcW w:w="1944" w:type="dxa"/>
          </w:tcPr>
          <w:p w14:paraId="7D36CDA6" w14:textId="77777777" w:rsidR="004D342C" w:rsidRDefault="00000000">
            <w:pPr>
              <w:spacing w:before="20" w:after="20"/>
              <w:ind w:firstLine="0"/>
            </w:pPr>
            <w:r>
              <w:rPr>
                <w:sz w:val="16"/>
              </w:rPr>
              <w:t>powerEUone</w:t>
            </w:r>
          </w:p>
        </w:tc>
        <w:tc>
          <w:tcPr>
            <w:tcW w:w="2880" w:type="dxa"/>
          </w:tcPr>
          <w:p w14:paraId="3A7C4640" w14:textId="77777777" w:rsidR="004D342C" w:rsidRDefault="00000000">
            <w:pPr>
              <w:spacing w:before="20" w:after="20"/>
              <w:ind w:firstLine="0"/>
            </w:pPr>
            <w:r>
              <w:rPr>
                <w:sz w:val="16"/>
              </w:rPr>
              <w:t>QB2A EU CHARACTERISTICS - BEST 1ST</w:t>
            </w:r>
          </w:p>
        </w:tc>
        <w:tc>
          <w:tcPr>
            <w:tcW w:w="3456" w:type="dxa"/>
          </w:tcPr>
          <w:p w14:paraId="4C9FE349" w14:textId="77777777" w:rsidR="004D342C" w:rsidRDefault="00000000">
            <w:pPr>
              <w:spacing w:before="20" w:after="20"/>
              <w:ind w:firstLine="0"/>
            </w:pPr>
            <w:r>
              <w:rPr>
                <w:sz w:val="16"/>
              </w:rPr>
              <w:t>1 Economic power / 2 Political influence / 3 Military strength / 4 Cultural influence / 5 Other (SPONT.) / 6 None (SPONT.)</w:t>
            </w:r>
          </w:p>
        </w:tc>
        <w:tc>
          <w:tcPr>
            <w:tcW w:w="648" w:type="dxa"/>
          </w:tcPr>
          <w:p w14:paraId="2CDF3FC9" w14:textId="77777777" w:rsidR="004D342C" w:rsidRDefault="00000000">
            <w:pPr>
              <w:spacing w:before="20" w:after="20"/>
              <w:ind w:firstLine="0"/>
              <w:jc w:val="right"/>
            </w:pPr>
            <w:r>
              <w:rPr>
                <w:sz w:val="16"/>
              </w:rPr>
              <w:t>2</w:t>
            </w:r>
          </w:p>
        </w:tc>
      </w:tr>
      <w:tr w:rsidR="004D342C" w14:paraId="1ED366FD" w14:textId="77777777">
        <w:trPr>
          <w:cantSplit/>
          <w:jc w:val="center"/>
        </w:trPr>
        <w:tc>
          <w:tcPr>
            <w:tcW w:w="1944" w:type="dxa"/>
          </w:tcPr>
          <w:p w14:paraId="683D1A67" w14:textId="77777777" w:rsidR="004D342C" w:rsidRDefault="00000000">
            <w:pPr>
              <w:spacing w:before="20" w:after="20"/>
              <w:ind w:firstLine="0"/>
            </w:pPr>
            <w:r>
              <w:rPr>
                <w:sz w:val="16"/>
              </w:rPr>
              <w:t>powerEUtwo</w:t>
            </w:r>
          </w:p>
        </w:tc>
        <w:tc>
          <w:tcPr>
            <w:tcW w:w="2880" w:type="dxa"/>
          </w:tcPr>
          <w:p w14:paraId="0B2ACE24" w14:textId="77777777" w:rsidR="004D342C" w:rsidRDefault="00000000">
            <w:pPr>
              <w:spacing w:before="20" w:after="20"/>
              <w:ind w:firstLine="0"/>
            </w:pPr>
            <w:r>
              <w:rPr>
                <w:sz w:val="16"/>
              </w:rPr>
              <w:t>QB2B EU CHARACTERISTICS - BEST 2ND</w:t>
            </w:r>
          </w:p>
        </w:tc>
        <w:tc>
          <w:tcPr>
            <w:tcW w:w="3456" w:type="dxa"/>
          </w:tcPr>
          <w:p w14:paraId="04330410" w14:textId="77777777" w:rsidR="004D342C" w:rsidRDefault="00000000">
            <w:pPr>
              <w:spacing w:before="20" w:after="20"/>
              <w:ind w:firstLine="0"/>
            </w:pPr>
            <w:r>
              <w:rPr>
                <w:sz w:val="16"/>
              </w:rPr>
              <w:t>1 Economic power / 2 Political influence / 3 Military strength / 4 Cultural influence / 5 Other (SPONT.) / 6 None (SPONT.)</w:t>
            </w:r>
          </w:p>
        </w:tc>
        <w:tc>
          <w:tcPr>
            <w:tcW w:w="648" w:type="dxa"/>
          </w:tcPr>
          <w:p w14:paraId="342F8A24" w14:textId="77777777" w:rsidR="004D342C" w:rsidRDefault="00000000">
            <w:pPr>
              <w:spacing w:before="20" w:after="20"/>
              <w:ind w:firstLine="0"/>
              <w:jc w:val="right"/>
            </w:pPr>
            <w:r>
              <w:rPr>
                <w:sz w:val="16"/>
              </w:rPr>
              <w:t>2</w:t>
            </w:r>
          </w:p>
        </w:tc>
      </w:tr>
      <w:tr w:rsidR="004D342C" w14:paraId="154E6DFD" w14:textId="77777777">
        <w:trPr>
          <w:cantSplit/>
          <w:jc w:val="center"/>
        </w:trPr>
        <w:tc>
          <w:tcPr>
            <w:tcW w:w="1944" w:type="dxa"/>
          </w:tcPr>
          <w:p w14:paraId="2F22BE92" w14:textId="77777777" w:rsidR="004D342C" w:rsidRDefault="00000000">
            <w:pPr>
              <w:spacing w:before="20" w:after="20"/>
              <w:ind w:firstLine="0"/>
            </w:pPr>
            <w:r>
              <w:rPr>
                <w:sz w:val="16"/>
              </w:rPr>
              <w:lastRenderedPageBreak/>
              <w:t>powerone</w:t>
            </w:r>
          </w:p>
        </w:tc>
        <w:tc>
          <w:tcPr>
            <w:tcW w:w="2880" w:type="dxa"/>
          </w:tcPr>
          <w:p w14:paraId="62F5A587" w14:textId="77777777" w:rsidR="004D342C" w:rsidRDefault="00000000">
            <w:pPr>
              <w:spacing w:before="20" w:after="20"/>
              <w:ind w:firstLine="0"/>
            </w:pPr>
            <w:r>
              <w:rPr>
                <w:sz w:val="16"/>
              </w:rPr>
              <w:t>QB1A WORLD POWER - IMPORTANT ISSUES 1ST</w:t>
            </w:r>
          </w:p>
        </w:tc>
        <w:tc>
          <w:tcPr>
            <w:tcW w:w="3456" w:type="dxa"/>
          </w:tcPr>
          <w:p w14:paraId="04DC189E" w14:textId="77777777" w:rsidR="004D342C" w:rsidRDefault="00000000">
            <w:pPr>
              <w:spacing w:before="20" w:after="20"/>
              <w:ind w:firstLine="0"/>
            </w:pPr>
            <w:r>
              <w:rPr>
                <w:sz w:val="16"/>
              </w:rPr>
              <w:t>1 Economic power / 2 Political influence / 3 Military strength / 4 Cultural influence / 5 Other (SPONT.) / 6 None (SPONT.)</w:t>
            </w:r>
          </w:p>
        </w:tc>
        <w:tc>
          <w:tcPr>
            <w:tcW w:w="648" w:type="dxa"/>
          </w:tcPr>
          <w:p w14:paraId="0AA92072" w14:textId="77777777" w:rsidR="004D342C" w:rsidRDefault="00000000">
            <w:pPr>
              <w:spacing w:before="20" w:after="20"/>
              <w:ind w:firstLine="0"/>
              <w:jc w:val="right"/>
            </w:pPr>
            <w:r>
              <w:rPr>
                <w:sz w:val="16"/>
              </w:rPr>
              <w:t>2</w:t>
            </w:r>
          </w:p>
        </w:tc>
      </w:tr>
      <w:tr w:rsidR="004D342C" w14:paraId="04658F7C" w14:textId="77777777">
        <w:trPr>
          <w:cantSplit/>
          <w:jc w:val="center"/>
        </w:trPr>
        <w:tc>
          <w:tcPr>
            <w:tcW w:w="1944" w:type="dxa"/>
          </w:tcPr>
          <w:p w14:paraId="7CDE3BB4" w14:textId="77777777" w:rsidR="004D342C" w:rsidRDefault="00000000">
            <w:pPr>
              <w:spacing w:before="20" w:after="20"/>
              <w:ind w:firstLine="0"/>
            </w:pPr>
            <w:r>
              <w:rPr>
                <w:sz w:val="16"/>
              </w:rPr>
              <w:t>powertwo</w:t>
            </w:r>
          </w:p>
        </w:tc>
        <w:tc>
          <w:tcPr>
            <w:tcW w:w="2880" w:type="dxa"/>
          </w:tcPr>
          <w:p w14:paraId="74A55C74" w14:textId="77777777" w:rsidR="004D342C" w:rsidRDefault="00000000">
            <w:pPr>
              <w:spacing w:before="20" w:after="20"/>
              <w:ind w:firstLine="0"/>
            </w:pPr>
            <w:r>
              <w:rPr>
                <w:sz w:val="16"/>
              </w:rPr>
              <w:t>QB1B WORLD POWER - IMPORTANT ISSUES 2ND</w:t>
            </w:r>
          </w:p>
        </w:tc>
        <w:tc>
          <w:tcPr>
            <w:tcW w:w="3456" w:type="dxa"/>
          </w:tcPr>
          <w:p w14:paraId="06D8B5EC" w14:textId="77777777" w:rsidR="004D342C" w:rsidRDefault="00000000">
            <w:pPr>
              <w:spacing w:before="20" w:after="20"/>
              <w:ind w:firstLine="0"/>
            </w:pPr>
            <w:r>
              <w:rPr>
                <w:sz w:val="16"/>
              </w:rPr>
              <w:t>1 Economic power / 2 Political influence / 3 Military strength / 4 Cultural influence / 5 Other (SPONT.) / 6 None (SPONT.)</w:t>
            </w:r>
          </w:p>
        </w:tc>
        <w:tc>
          <w:tcPr>
            <w:tcW w:w="648" w:type="dxa"/>
          </w:tcPr>
          <w:p w14:paraId="42C7C1E0" w14:textId="77777777" w:rsidR="004D342C" w:rsidRDefault="00000000">
            <w:pPr>
              <w:spacing w:before="20" w:after="20"/>
              <w:ind w:firstLine="0"/>
              <w:jc w:val="right"/>
            </w:pPr>
            <w:r>
              <w:rPr>
                <w:sz w:val="16"/>
              </w:rPr>
              <w:t>2</w:t>
            </w:r>
          </w:p>
        </w:tc>
      </w:tr>
      <w:tr w:rsidR="004D342C" w14:paraId="7A84CDD8" w14:textId="77777777">
        <w:trPr>
          <w:cantSplit/>
          <w:jc w:val="center"/>
        </w:trPr>
        <w:tc>
          <w:tcPr>
            <w:tcW w:w="1944" w:type="dxa"/>
          </w:tcPr>
          <w:p w14:paraId="473E4B1C" w14:textId="77777777" w:rsidR="004D342C" w:rsidRDefault="00000000">
            <w:pPr>
              <w:spacing w:before="20" w:after="20"/>
              <w:ind w:firstLine="0"/>
            </w:pPr>
            <w:r>
              <w:rPr>
                <w:sz w:val="16"/>
              </w:rPr>
              <w:t>priority3cancer</w:t>
            </w:r>
          </w:p>
        </w:tc>
        <w:tc>
          <w:tcPr>
            <w:tcW w:w="2880" w:type="dxa"/>
          </w:tcPr>
          <w:p w14:paraId="3BD43A74" w14:textId="77777777" w:rsidR="004D342C" w:rsidRDefault="00000000">
            <w:pPr>
              <w:spacing w:before="20" w:after="20"/>
              <w:ind w:firstLine="0"/>
            </w:pPr>
            <w:r>
              <w:rPr>
                <w:sz w:val="16"/>
              </w:rPr>
              <w:t>q53 eu priority: fight cancer/aids</w:t>
            </w:r>
          </w:p>
        </w:tc>
        <w:tc>
          <w:tcPr>
            <w:tcW w:w="3456" w:type="dxa"/>
          </w:tcPr>
          <w:p w14:paraId="57D34057" w14:textId="77777777" w:rsidR="004D342C" w:rsidRDefault="00000000">
            <w:pPr>
              <w:spacing w:before="20" w:after="20"/>
              <w:ind w:firstLine="0"/>
            </w:pPr>
            <w:r>
              <w:rPr>
                <w:sz w:val="16"/>
              </w:rPr>
              <w:t>1 Key Priority / 2 Not Key Priority / 3 dont know</w:t>
            </w:r>
          </w:p>
        </w:tc>
        <w:tc>
          <w:tcPr>
            <w:tcW w:w="648" w:type="dxa"/>
          </w:tcPr>
          <w:p w14:paraId="5E583F64" w14:textId="77777777" w:rsidR="004D342C" w:rsidRDefault="00000000">
            <w:pPr>
              <w:spacing w:before="20" w:after="20"/>
              <w:ind w:firstLine="0"/>
              <w:jc w:val="right"/>
            </w:pPr>
            <w:r>
              <w:rPr>
                <w:sz w:val="16"/>
              </w:rPr>
              <w:t>2</w:t>
            </w:r>
          </w:p>
        </w:tc>
      </w:tr>
      <w:tr w:rsidR="004D342C" w14:paraId="1D49B866" w14:textId="77777777">
        <w:trPr>
          <w:cantSplit/>
          <w:jc w:val="center"/>
        </w:trPr>
        <w:tc>
          <w:tcPr>
            <w:tcW w:w="1944" w:type="dxa"/>
          </w:tcPr>
          <w:p w14:paraId="53D9D499" w14:textId="77777777" w:rsidR="004D342C" w:rsidRDefault="00000000">
            <w:pPr>
              <w:spacing w:before="20" w:after="20"/>
              <w:ind w:firstLine="0"/>
            </w:pPr>
            <w:r>
              <w:rPr>
                <w:sz w:val="16"/>
              </w:rPr>
              <w:t>priority3citizens</w:t>
            </w:r>
          </w:p>
        </w:tc>
        <w:tc>
          <w:tcPr>
            <w:tcW w:w="2880" w:type="dxa"/>
          </w:tcPr>
          <w:p w14:paraId="66BDD89B" w14:textId="77777777" w:rsidR="004D342C" w:rsidRDefault="00000000">
            <w:pPr>
              <w:spacing w:before="20" w:after="20"/>
              <w:ind w:firstLine="0"/>
            </w:pPr>
            <w:r>
              <w:rPr>
                <w:sz w:val="16"/>
              </w:rPr>
              <w:t>q53 eu priority: closer to citizens</w:t>
            </w:r>
          </w:p>
        </w:tc>
        <w:tc>
          <w:tcPr>
            <w:tcW w:w="3456" w:type="dxa"/>
          </w:tcPr>
          <w:p w14:paraId="1C2BA926" w14:textId="77777777" w:rsidR="004D342C" w:rsidRDefault="00000000">
            <w:pPr>
              <w:spacing w:before="20" w:after="20"/>
              <w:ind w:firstLine="0"/>
            </w:pPr>
            <w:r>
              <w:rPr>
                <w:sz w:val="16"/>
              </w:rPr>
              <w:t>1 Key Priority / 2 Not Key Priority / 3 dont know</w:t>
            </w:r>
          </w:p>
        </w:tc>
        <w:tc>
          <w:tcPr>
            <w:tcW w:w="648" w:type="dxa"/>
          </w:tcPr>
          <w:p w14:paraId="5204CD6D" w14:textId="77777777" w:rsidR="004D342C" w:rsidRDefault="00000000">
            <w:pPr>
              <w:spacing w:before="20" w:after="20"/>
              <w:ind w:firstLine="0"/>
              <w:jc w:val="right"/>
            </w:pPr>
            <w:r>
              <w:rPr>
                <w:sz w:val="16"/>
              </w:rPr>
              <w:t>2</w:t>
            </w:r>
          </w:p>
        </w:tc>
      </w:tr>
      <w:tr w:rsidR="004D342C" w14:paraId="3B74CFC4" w14:textId="77777777">
        <w:trPr>
          <w:cantSplit/>
          <w:jc w:val="center"/>
        </w:trPr>
        <w:tc>
          <w:tcPr>
            <w:tcW w:w="1944" w:type="dxa"/>
          </w:tcPr>
          <w:p w14:paraId="3033E6D0" w14:textId="77777777" w:rsidR="004D342C" w:rsidRDefault="00000000">
            <w:pPr>
              <w:spacing w:before="20" w:after="20"/>
              <w:ind w:firstLine="0"/>
            </w:pPr>
            <w:r>
              <w:rPr>
                <w:sz w:val="16"/>
              </w:rPr>
              <w:t>priority3commonlaws</w:t>
            </w:r>
          </w:p>
        </w:tc>
        <w:tc>
          <w:tcPr>
            <w:tcW w:w="2880" w:type="dxa"/>
          </w:tcPr>
          <w:p w14:paraId="522A9786" w14:textId="77777777" w:rsidR="004D342C" w:rsidRDefault="00000000">
            <w:pPr>
              <w:spacing w:before="20" w:after="20"/>
              <w:ind w:firstLine="0"/>
            </w:pPr>
            <w:r>
              <w:rPr>
                <w:sz w:val="16"/>
              </w:rPr>
              <w:t>q53 eu priority: common laws</w:t>
            </w:r>
          </w:p>
        </w:tc>
        <w:tc>
          <w:tcPr>
            <w:tcW w:w="3456" w:type="dxa"/>
          </w:tcPr>
          <w:p w14:paraId="4703C0FA" w14:textId="77777777" w:rsidR="004D342C" w:rsidRDefault="00000000">
            <w:pPr>
              <w:spacing w:before="20" w:after="20"/>
              <w:ind w:firstLine="0"/>
            </w:pPr>
            <w:r>
              <w:rPr>
                <w:sz w:val="16"/>
              </w:rPr>
              <w:t>1 Key Priority / 2 Not Key Priority / 3 dont know</w:t>
            </w:r>
          </w:p>
        </w:tc>
        <w:tc>
          <w:tcPr>
            <w:tcW w:w="648" w:type="dxa"/>
          </w:tcPr>
          <w:p w14:paraId="760F13BA" w14:textId="77777777" w:rsidR="004D342C" w:rsidRDefault="00000000">
            <w:pPr>
              <w:spacing w:before="20" w:after="20"/>
              <w:ind w:firstLine="0"/>
              <w:jc w:val="right"/>
            </w:pPr>
            <w:r>
              <w:rPr>
                <w:sz w:val="16"/>
              </w:rPr>
              <w:t>2</w:t>
            </w:r>
          </w:p>
        </w:tc>
      </w:tr>
      <w:tr w:rsidR="004D342C" w14:paraId="01959675" w14:textId="77777777">
        <w:trPr>
          <w:cantSplit/>
          <w:jc w:val="center"/>
        </w:trPr>
        <w:tc>
          <w:tcPr>
            <w:tcW w:w="1944" w:type="dxa"/>
          </w:tcPr>
          <w:p w14:paraId="0B535C29" w14:textId="77777777" w:rsidR="004D342C" w:rsidRDefault="00000000">
            <w:pPr>
              <w:spacing w:before="20" w:after="20"/>
              <w:ind w:firstLine="0"/>
            </w:pPr>
            <w:r>
              <w:rPr>
                <w:sz w:val="16"/>
              </w:rPr>
              <w:t>priority3competition</w:t>
            </w:r>
          </w:p>
        </w:tc>
        <w:tc>
          <w:tcPr>
            <w:tcW w:w="2880" w:type="dxa"/>
          </w:tcPr>
          <w:p w14:paraId="18034F16" w14:textId="77777777" w:rsidR="004D342C" w:rsidRDefault="00000000">
            <w:pPr>
              <w:spacing w:before="20" w:after="20"/>
              <w:ind w:firstLine="0"/>
            </w:pPr>
            <w:r>
              <w:rPr>
                <w:sz w:val="16"/>
              </w:rPr>
              <w:t>q53 eu priority: non-eu competition</w:t>
            </w:r>
          </w:p>
        </w:tc>
        <w:tc>
          <w:tcPr>
            <w:tcW w:w="3456" w:type="dxa"/>
          </w:tcPr>
          <w:p w14:paraId="51FDCFB0" w14:textId="77777777" w:rsidR="004D342C" w:rsidRDefault="00000000">
            <w:pPr>
              <w:spacing w:before="20" w:after="20"/>
              <w:ind w:firstLine="0"/>
            </w:pPr>
            <w:r>
              <w:rPr>
                <w:sz w:val="16"/>
              </w:rPr>
              <w:t>1 Key Priority / 2 Not Key Priority / 3 dont know</w:t>
            </w:r>
          </w:p>
        </w:tc>
        <w:tc>
          <w:tcPr>
            <w:tcW w:w="648" w:type="dxa"/>
          </w:tcPr>
          <w:p w14:paraId="111584D5" w14:textId="77777777" w:rsidR="004D342C" w:rsidRDefault="00000000">
            <w:pPr>
              <w:spacing w:before="20" w:after="20"/>
              <w:ind w:firstLine="0"/>
              <w:jc w:val="right"/>
            </w:pPr>
            <w:r>
              <w:rPr>
                <w:sz w:val="16"/>
              </w:rPr>
              <w:t>2</w:t>
            </w:r>
          </w:p>
        </w:tc>
      </w:tr>
      <w:tr w:rsidR="004D342C" w14:paraId="13C99289" w14:textId="77777777">
        <w:trPr>
          <w:cantSplit/>
          <w:jc w:val="center"/>
        </w:trPr>
        <w:tc>
          <w:tcPr>
            <w:tcW w:w="1944" w:type="dxa"/>
          </w:tcPr>
          <w:p w14:paraId="62B9A705" w14:textId="77777777" w:rsidR="004D342C" w:rsidRDefault="00000000">
            <w:pPr>
              <w:spacing w:before="20" w:after="20"/>
              <w:ind w:firstLine="0"/>
            </w:pPr>
            <w:r>
              <w:rPr>
                <w:sz w:val="16"/>
              </w:rPr>
              <w:t>priority3consumers</w:t>
            </w:r>
          </w:p>
        </w:tc>
        <w:tc>
          <w:tcPr>
            <w:tcW w:w="2880" w:type="dxa"/>
          </w:tcPr>
          <w:p w14:paraId="07496494" w14:textId="77777777" w:rsidR="004D342C" w:rsidRDefault="00000000">
            <w:pPr>
              <w:spacing w:before="20" w:after="20"/>
              <w:ind w:firstLine="0"/>
            </w:pPr>
            <w:r>
              <w:rPr>
                <w:sz w:val="16"/>
              </w:rPr>
              <w:t>q53 eu priority: protect consumers</w:t>
            </w:r>
          </w:p>
        </w:tc>
        <w:tc>
          <w:tcPr>
            <w:tcW w:w="3456" w:type="dxa"/>
          </w:tcPr>
          <w:p w14:paraId="25A44714" w14:textId="77777777" w:rsidR="004D342C" w:rsidRDefault="00000000">
            <w:pPr>
              <w:spacing w:before="20" w:after="20"/>
              <w:ind w:firstLine="0"/>
            </w:pPr>
            <w:r>
              <w:rPr>
                <w:sz w:val="16"/>
              </w:rPr>
              <w:t>1 Key Priority / 2 Not Key Priority / 3 dont know</w:t>
            </w:r>
          </w:p>
        </w:tc>
        <w:tc>
          <w:tcPr>
            <w:tcW w:w="648" w:type="dxa"/>
          </w:tcPr>
          <w:p w14:paraId="2A477E6B" w14:textId="77777777" w:rsidR="004D342C" w:rsidRDefault="00000000">
            <w:pPr>
              <w:spacing w:before="20" w:after="20"/>
              <w:ind w:firstLine="0"/>
              <w:jc w:val="right"/>
            </w:pPr>
            <w:r>
              <w:rPr>
                <w:sz w:val="16"/>
              </w:rPr>
              <w:t>2</w:t>
            </w:r>
          </w:p>
        </w:tc>
      </w:tr>
      <w:tr w:rsidR="004D342C" w14:paraId="72697130" w14:textId="77777777">
        <w:trPr>
          <w:cantSplit/>
          <w:jc w:val="center"/>
        </w:trPr>
        <w:tc>
          <w:tcPr>
            <w:tcW w:w="1944" w:type="dxa"/>
          </w:tcPr>
          <w:p w14:paraId="37074612" w14:textId="77777777" w:rsidR="004D342C" w:rsidRDefault="00000000">
            <w:pPr>
              <w:spacing w:before="20" w:after="20"/>
              <w:ind w:firstLine="0"/>
            </w:pPr>
            <w:r>
              <w:rPr>
                <w:sz w:val="16"/>
              </w:rPr>
              <w:t>priority3crime</w:t>
            </w:r>
          </w:p>
        </w:tc>
        <w:tc>
          <w:tcPr>
            <w:tcW w:w="2880" w:type="dxa"/>
          </w:tcPr>
          <w:p w14:paraId="2D17F223" w14:textId="77777777" w:rsidR="004D342C" w:rsidRDefault="00000000">
            <w:pPr>
              <w:spacing w:before="20" w:after="20"/>
              <w:ind w:firstLine="0"/>
            </w:pPr>
            <w:r>
              <w:rPr>
                <w:sz w:val="16"/>
              </w:rPr>
              <w:t>q53 eu priority: fight internat crime</w:t>
            </w:r>
          </w:p>
        </w:tc>
        <w:tc>
          <w:tcPr>
            <w:tcW w:w="3456" w:type="dxa"/>
          </w:tcPr>
          <w:p w14:paraId="0AB0FB24" w14:textId="77777777" w:rsidR="004D342C" w:rsidRDefault="00000000">
            <w:pPr>
              <w:spacing w:before="20" w:after="20"/>
              <w:ind w:firstLine="0"/>
            </w:pPr>
            <w:r>
              <w:rPr>
                <w:sz w:val="16"/>
              </w:rPr>
              <w:t>1 Key Priority / 2 Not Key Priority / 3 dont know</w:t>
            </w:r>
          </w:p>
        </w:tc>
        <w:tc>
          <w:tcPr>
            <w:tcW w:w="648" w:type="dxa"/>
          </w:tcPr>
          <w:p w14:paraId="429F4010" w14:textId="77777777" w:rsidR="004D342C" w:rsidRDefault="00000000">
            <w:pPr>
              <w:spacing w:before="20" w:after="20"/>
              <w:ind w:firstLine="0"/>
              <w:jc w:val="right"/>
            </w:pPr>
            <w:r>
              <w:rPr>
                <w:sz w:val="16"/>
              </w:rPr>
              <w:t>2</w:t>
            </w:r>
          </w:p>
        </w:tc>
      </w:tr>
      <w:tr w:rsidR="004D342C" w14:paraId="5B7BA5DE" w14:textId="77777777">
        <w:trPr>
          <w:cantSplit/>
          <w:jc w:val="center"/>
        </w:trPr>
        <w:tc>
          <w:tcPr>
            <w:tcW w:w="1944" w:type="dxa"/>
          </w:tcPr>
          <w:p w14:paraId="5228344D" w14:textId="77777777" w:rsidR="004D342C" w:rsidRDefault="00000000">
            <w:pPr>
              <w:spacing w:before="20" w:after="20"/>
              <w:ind w:firstLine="0"/>
            </w:pPr>
            <w:r>
              <w:rPr>
                <w:sz w:val="16"/>
              </w:rPr>
              <w:t>priority3culture</w:t>
            </w:r>
          </w:p>
        </w:tc>
        <w:tc>
          <w:tcPr>
            <w:tcW w:w="2880" w:type="dxa"/>
          </w:tcPr>
          <w:p w14:paraId="6B6B3D2B" w14:textId="77777777" w:rsidR="004D342C" w:rsidRDefault="00000000">
            <w:pPr>
              <w:spacing w:before="20" w:after="20"/>
              <w:ind w:firstLine="0"/>
            </w:pPr>
            <w:r>
              <w:rPr>
                <w:sz w:val="16"/>
              </w:rPr>
              <w:t>q53 eu priority: protecting cultures</w:t>
            </w:r>
          </w:p>
        </w:tc>
        <w:tc>
          <w:tcPr>
            <w:tcW w:w="3456" w:type="dxa"/>
          </w:tcPr>
          <w:p w14:paraId="0C169A9A" w14:textId="77777777" w:rsidR="004D342C" w:rsidRDefault="00000000">
            <w:pPr>
              <w:spacing w:before="20" w:after="20"/>
              <w:ind w:firstLine="0"/>
            </w:pPr>
            <w:r>
              <w:rPr>
                <w:sz w:val="16"/>
              </w:rPr>
              <w:t>1 Key Priority / 2 Not Key Priority / 3 dont know</w:t>
            </w:r>
          </w:p>
        </w:tc>
        <w:tc>
          <w:tcPr>
            <w:tcW w:w="648" w:type="dxa"/>
          </w:tcPr>
          <w:p w14:paraId="5A35C2B6" w14:textId="77777777" w:rsidR="004D342C" w:rsidRDefault="00000000">
            <w:pPr>
              <w:spacing w:before="20" w:after="20"/>
              <w:ind w:firstLine="0"/>
              <w:jc w:val="right"/>
            </w:pPr>
            <w:r>
              <w:rPr>
                <w:sz w:val="16"/>
              </w:rPr>
              <w:t>2</w:t>
            </w:r>
          </w:p>
        </w:tc>
      </w:tr>
      <w:tr w:rsidR="004D342C" w14:paraId="24E2F6F2" w14:textId="77777777">
        <w:trPr>
          <w:cantSplit/>
          <w:jc w:val="center"/>
        </w:trPr>
        <w:tc>
          <w:tcPr>
            <w:tcW w:w="1944" w:type="dxa"/>
          </w:tcPr>
          <w:p w14:paraId="3197291D" w14:textId="77777777" w:rsidR="004D342C" w:rsidRDefault="00000000">
            <w:pPr>
              <w:spacing w:before="20" w:after="20"/>
              <w:ind w:firstLine="0"/>
            </w:pPr>
            <w:r>
              <w:rPr>
                <w:sz w:val="16"/>
              </w:rPr>
              <w:t>priority3drugs</w:t>
            </w:r>
          </w:p>
        </w:tc>
        <w:tc>
          <w:tcPr>
            <w:tcW w:w="2880" w:type="dxa"/>
          </w:tcPr>
          <w:p w14:paraId="0F1113DB" w14:textId="77777777" w:rsidR="004D342C" w:rsidRDefault="00000000">
            <w:pPr>
              <w:spacing w:before="20" w:after="20"/>
              <w:ind w:firstLine="0"/>
            </w:pPr>
            <w:r>
              <w:rPr>
                <w:sz w:val="16"/>
              </w:rPr>
              <w:t>q53 eu priority: fight drug traffic</w:t>
            </w:r>
          </w:p>
        </w:tc>
        <w:tc>
          <w:tcPr>
            <w:tcW w:w="3456" w:type="dxa"/>
          </w:tcPr>
          <w:p w14:paraId="1D3375A1" w14:textId="77777777" w:rsidR="004D342C" w:rsidRDefault="00000000">
            <w:pPr>
              <w:spacing w:before="20" w:after="20"/>
              <w:ind w:firstLine="0"/>
            </w:pPr>
            <w:r>
              <w:rPr>
                <w:sz w:val="16"/>
              </w:rPr>
              <w:t>1 Key Priority / 2 Not Key Priority / 3 dont know</w:t>
            </w:r>
          </w:p>
        </w:tc>
        <w:tc>
          <w:tcPr>
            <w:tcW w:w="648" w:type="dxa"/>
          </w:tcPr>
          <w:p w14:paraId="5A345663" w14:textId="77777777" w:rsidR="004D342C" w:rsidRDefault="00000000">
            <w:pPr>
              <w:spacing w:before="20" w:after="20"/>
              <w:ind w:firstLine="0"/>
              <w:jc w:val="right"/>
            </w:pPr>
            <w:r>
              <w:rPr>
                <w:sz w:val="16"/>
              </w:rPr>
              <w:t>2</w:t>
            </w:r>
          </w:p>
        </w:tc>
      </w:tr>
      <w:tr w:rsidR="004D342C" w14:paraId="1AD5474E" w14:textId="77777777">
        <w:trPr>
          <w:cantSplit/>
          <w:jc w:val="center"/>
        </w:trPr>
        <w:tc>
          <w:tcPr>
            <w:tcW w:w="1944" w:type="dxa"/>
          </w:tcPr>
          <w:p w14:paraId="322879BB" w14:textId="77777777" w:rsidR="004D342C" w:rsidRDefault="00000000">
            <w:pPr>
              <w:spacing w:before="20" w:after="20"/>
              <w:ind w:firstLine="0"/>
            </w:pPr>
            <w:r>
              <w:rPr>
                <w:sz w:val="16"/>
              </w:rPr>
              <w:t>priority3euinfo</w:t>
            </w:r>
          </w:p>
        </w:tc>
        <w:tc>
          <w:tcPr>
            <w:tcW w:w="2880" w:type="dxa"/>
          </w:tcPr>
          <w:p w14:paraId="55D2D047" w14:textId="77777777" w:rsidR="004D342C" w:rsidRDefault="00000000">
            <w:pPr>
              <w:spacing w:before="20" w:after="20"/>
              <w:ind w:firstLine="0"/>
            </w:pPr>
            <w:r>
              <w:rPr>
                <w:sz w:val="16"/>
              </w:rPr>
              <w:t>q53 eu priority: info on eu decisions</w:t>
            </w:r>
          </w:p>
        </w:tc>
        <w:tc>
          <w:tcPr>
            <w:tcW w:w="3456" w:type="dxa"/>
          </w:tcPr>
          <w:p w14:paraId="138D095D" w14:textId="77777777" w:rsidR="004D342C" w:rsidRDefault="00000000">
            <w:pPr>
              <w:spacing w:before="20" w:after="20"/>
              <w:ind w:firstLine="0"/>
            </w:pPr>
            <w:r>
              <w:rPr>
                <w:sz w:val="16"/>
              </w:rPr>
              <w:t>1 Key Priority / 2 Not Key Priority / 3 dont know</w:t>
            </w:r>
          </w:p>
        </w:tc>
        <w:tc>
          <w:tcPr>
            <w:tcW w:w="648" w:type="dxa"/>
          </w:tcPr>
          <w:p w14:paraId="24ACF8E6" w14:textId="77777777" w:rsidR="004D342C" w:rsidRDefault="00000000">
            <w:pPr>
              <w:spacing w:before="20" w:after="20"/>
              <w:ind w:firstLine="0"/>
              <w:jc w:val="right"/>
            </w:pPr>
            <w:r>
              <w:rPr>
                <w:sz w:val="16"/>
              </w:rPr>
              <w:t>2</w:t>
            </w:r>
          </w:p>
        </w:tc>
      </w:tr>
      <w:tr w:rsidR="004D342C" w14:paraId="0BAC4161" w14:textId="77777777">
        <w:trPr>
          <w:cantSplit/>
          <w:jc w:val="center"/>
        </w:trPr>
        <w:tc>
          <w:tcPr>
            <w:tcW w:w="1944" w:type="dxa"/>
          </w:tcPr>
          <w:p w14:paraId="031D3436" w14:textId="77777777" w:rsidR="004D342C" w:rsidRDefault="00000000">
            <w:pPr>
              <w:spacing w:before="20" w:after="20"/>
              <w:ind w:firstLine="0"/>
            </w:pPr>
            <w:r>
              <w:rPr>
                <w:sz w:val="16"/>
              </w:rPr>
              <w:t>priority3genderequality</w:t>
            </w:r>
          </w:p>
        </w:tc>
        <w:tc>
          <w:tcPr>
            <w:tcW w:w="2880" w:type="dxa"/>
          </w:tcPr>
          <w:p w14:paraId="1268A9ED" w14:textId="77777777" w:rsidR="004D342C" w:rsidRDefault="00000000">
            <w:pPr>
              <w:spacing w:before="20" w:after="20"/>
              <w:ind w:firstLine="0"/>
            </w:pPr>
            <w:r>
              <w:rPr>
                <w:sz w:val="16"/>
              </w:rPr>
              <w:t>q53 eu priority: gender equalty</w:t>
            </w:r>
          </w:p>
        </w:tc>
        <w:tc>
          <w:tcPr>
            <w:tcW w:w="3456" w:type="dxa"/>
          </w:tcPr>
          <w:p w14:paraId="544BA651" w14:textId="77777777" w:rsidR="004D342C" w:rsidRDefault="00000000">
            <w:pPr>
              <w:spacing w:before="20" w:after="20"/>
              <w:ind w:firstLine="0"/>
            </w:pPr>
            <w:r>
              <w:rPr>
                <w:sz w:val="16"/>
              </w:rPr>
              <w:t>1 Key Priority / 2 Not Key Priority / 3 dont know</w:t>
            </w:r>
          </w:p>
        </w:tc>
        <w:tc>
          <w:tcPr>
            <w:tcW w:w="648" w:type="dxa"/>
          </w:tcPr>
          <w:p w14:paraId="75384B43" w14:textId="77777777" w:rsidR="004D342C" w:rsidRDefault="00000000">
            <w:pPr>
              <w:spacing w:before="20" w:after="20"/>
              <w:ind w:firstLine="0"/>
              <w:jc w:val="right"/>
            </w:pPr>
            <w:r>
              <w:rPr>
                <w:sz w:val="16"/>
              </w:rPr>
              <w:t>2</w:t>
            </w:r>
          </w:p>
        </w:tc>
      </w:tr>
      <w:tr w:rsidR="004D342C" w14:paraId="330F50A0" w14:textId="77777777">
        <w:trPr>
          <w:cantSplit/>
          <w:jc w:val="center"/>
        </w:trPr>
        <w:tc>
          <w:tcPr>
            <w:tcW w:w="1944" w:type="dxa"/>
          </w:tcPr>
          <w:p w14:paraId="6A54D969" w14:textId="77777777" w:rsidR="004D342C" w:rsidRDefault="00000000">
            <w:pPr>
              <w:spacing w:before="20" w:after="20"/>
              <w:ind w:firstLine="0"/>
            </w:pPr>
            <w:r>
              <w:rPr>
                <w:sz w:val="16"/>
              </w:rPr>
              <w:t>priority3imports</w:t>
            </w:r>
          </w:p>
        </w:tc>
        <w:tc>
          <w:tcPr>
            <w:tcW w:w="2880" w:type="dxa"/>
          </w:tcPr>
          <w:p w14:paraId="542593AB" w14:textId="77777777" w:rsidR="004D342C" w:rsidRDefault="00000000">
            <w:pPr>
              <w:spacing w:before="20" w:after="20"/>
              <w:ind w:firstLine="0"/>
            </w:pPr>
            <w:r>
              <w:rPr>
                <w:sz w:val="16"/>
              </w:rPr>
              <w:t>q53 eu priority: import restrictions</w:t>
            </w:r>
          </w:p>
        </w:tc>
        <w:tc>
          <w:tcPr>
            <w:tcW w:w="3456" w:type="dxa"/>
          </w:tcPr>
          <w:p w14:paraId="409EF0FF" w14:textId="77777777" w:rsidR="004D342C" w:rsidRDefault="00000000">
            <w:pPr>
              <w:spacing w:before="20" w:after="20"/>
              <w:ind w:firstLine="0"/>
            </w:pPr>
            <w:r>
              <w:rPr>
                <w:sz w:val="16"/>
              </w:rPr>
              <w:t>1 Key Priority / 2 Not Key Priority / 3 dont know</w:t>
            </w:r>
          </w:p>
        </w:tc>
        <w:tc>
          <w:tcPr>
            <w:tcW w:w="648" w:type="dxa"/>
          </w:tcPr>
          <w:p w14:paraId="2C90335D" w14:textId="77777777" w:rsidR="004D342C" w:rsidRDefault="00000000">
            <w:pPr>
              <w:spacing w:before="20" w:after="20"/>
              <w:ind w:firstLine="0"/>
              <w:jc w:val="right"/>
            </w:pPr>
            <w:r>
              <w:rPr>
                <w:sz w:val="16"/>
              </w:rPr>
              <w:t>2</w:t>
            </w:r>
          </w:p>
        </w:tc>
      </w:tr>
      <w:tr w:rsidR="004D342C" w14:paraId="3CC59A06" w14:textId="77777777">
        <w:trPr>
          <w:cantSplit/>
          <w:jc w:val="center"/>
        </w:trPr>
        <w:tc>
          <w:tcPr>
            <w:tcW w:w="1944" w:type="dxa"/>
          </w:tcPr>
          <w:p w14:paraId="6D94DBCB" w14:textId="77777777" w:rsidR="004D342C" w:rsidRDefault="00000000">
            <w:pPr>
              <w:spacing w:before="20" w:after="20"/>
              <w:ind w:firstLine="0"/>
            </w:pPr>
            <w:r>
              <w:rPr>
                <w:sz w:val="16"/>
              </w:rPr>
              <w:t>priority3peace</w:t>
            </w:r>
          </w:p>
        </w:tc>
        <w:tc>
          <w:tcPr>
            <w:tcW w:w="2880" w:type="dxa"/>
          </w:tcPr>
          <w:p w14:paraId="02C0FA81" w14:textId="77777777" w:rsidR="004D342C" w:rsidRDefault="00000000">
            <w:pPr>
              <w:spacing w:before="20" w:after="20"/>
              <w:ind w:firstLine="0"/>
            </w:pPr>
            <w:r>
              <w:rPr>
                <w:sz w:val="16"/>
              </w:rPr>
              <w:t>q53 eu priority: keeping peace</w:t>
            </w:r>
          </w:p>
        </w:tc>
        <w:tc>
          <w:tcPr>
            <w:tcW w:w="3456" w:type="dxa"/>
          </w:tcPr>
          <w:p w14:paraId="4056CECD" w14:textId="77777777" w:rsidR="004D342C" w:rsidRDefault="00000000">
            <w:pPr>
              <w:spacing w:before="20" w:after="20"/>
              <w:ind w:firstLine="0"/>
            </w:pPr>
            <w:r>
              <w:rPr>
                <w:sz w:val="16"/>
              </w:rPr>
              <w:t>1 Key Priority / 2 Not Key Priority / 3 dont know</w:t>
            </w:r>
          </w:p>
        </w:tc>
        <w:tc>
          <w:tcPr>
            <w:tcW w:w="648" w:type="dxa"/>
          </w:tcPr>
          <w:p w14:paraId="5D486132" w14:textId="77777777" w:rsidR="004D342C" w:rsidRDefault="00000000">
            <w:pPr>
              <w:spacing w:before="20" w:after="20"/>
              <w:ind w:firstLine="0"/>
              <w:jc w:val="right"/>
            </w:pPr>
            <w:r>
              <w:rPr>
                <w:sz w:val="16"/>
              </w:rPr>
              <w:t>2</w:t>
            </w:r>
          </w:p>
        </w:tc>
      </w:tr>
      <w:tr w:rsidR="004D342C" w14:paraId="34280589" w14:textId="77777777">
        <w:trPr>
          <w:cantSplit/>
          <w:jc w:val="center"/>
        </w:trPr>
        <w:tc>
          <w:tcPr>
            <w:tcW w:w="1944" w:type="dxa"/>
          </w:tcPr>
          <w:p w14:paraId="03B2B060" w14:textId="77777777" w:rsidR="004D342C" w:rsidRDefault="00000000">
            <w:pPr>
              <w:spacing w:before="20" w:after="20"/>
              <w:ind w:firstLine="0"/>
            </w:pPr>
            <w:r>
              <w:rPr>
                <w:sz w:val="16"/>
              </w:rPr>
              <w:t>priority3poorassistance</w:t>
            </w:r>
          </w:p>
        </w:tc>
        <w:tc>
          <w:tcPr>
            <w:tcW w:w="2880" w:type="dxa"/>
          </w:tcPr>
          <w:p w14:paraId="7924FE55" w14:textId="77777777" w:rsidR="004D342C" w:rsidRDefault="00000000">
            <w:pPr>
              <w:spacing w:before="20" w:after="20"/>
              <w:ind w:firstLine="0"/>
            </w:pPr>
            <w:r>
              <w:rPr>
                <w:sz w:val="16"/>
              </w:rPr>
              <w:t>q53 eu priority: more help to the poor</w:t>
            </w:r>
          </w:p>
        </w:tc>
        <w:tc>
          <w:tcPr>
            <w:tcW w:w="3456" w:type="dxa"/>
          </w:tcPr>
          <w:p w14:paraId="1B3DEA35" w14:textId="77777777" w:rsidR="004D342C" w:rsidRDefault="00000000">
            <w:pPr>
              <w:spacing w:before="20" w:after="20"/>
              <w:ind w:firstLine="0"/>
            </w:pPr>
            <w:r>
              <w:rPr>
                <w:sz w:val="16"/>
              </w:rPr>
              <w:t>1 Key Priority / 2 Not Key Priority / 3 dont know</w:t>
            </w:r>
          </w:p>
        </w:tc>
        <w:tc>
          <w:tcPr>
            <w:tcW w:w="648" w:type="dxa"/>
          </w:tcPr>
          <w:p w14:paraId="314EB950" w14:textId="77777777" w:rsidR="004D342C" w:rsidRDefault="00000000">
            <w:pPr>
              <w:spacing w:before="20" w:after="20"/>
              <w:ind w:firstLine="0"/>
              <w:jc w:val="right"/>
            </w:pPr>
            <w:r>
              <w:rPr>
                <w:sz w:val="16"/>
              </w:rPr>
              <w:t>2</w:t>
            </w:r>
          </w:p>
        </w:tc>
      </w:tr>
      <w:tr w:rsidR="004D342C" w14:paraId="433A66D0" w14:textId="77777777">
        <w:trPr>
          <w:cantSplit/>
          <w:jc w:val="center"/>
        </w:trPr>
        <w:tc>
          <w:tcPr>
            <w:tcW w:w="1944" w:type="dxa"/>
          </w:tcPr>
          <w:p w14:paraId="7E691994" w14:textId="77777777" w:rsidR="004D342C" w:rsidRDefault="00000000">
            <w:pPr>
              <w:spacing w:before="20" w:after="20"/>
              <w:ind w:firstLine="0"/>
            </w:pPr>
            <w:r>
              <w:rPr>
                <w:sz w:val="16"/>
              </w:rPr>
              <w:t>priority3socialjustice</w:t>
            </w:r>
          </w:p>
        </w:tc>
        <w:tc>
          <w:tcPr>
            <w:tcW w:w="2880" w:type="dxa"/>
          </w:tcPr>
          <w:p w14:paraId="2107478A" w14:textId="77777777" w:rsidR="004D342C" w:rsidRDefault="00000000">
            <w:pPr>
              <w:spacing w:before="20" w:after="20"/>
              <w:ind w:firstLine="0"/>
            </w:pPr>
            <w:r>
              <w:rPr>
                <w:sz w:val="16"/>
              </w:rPr>
              <w:t>q53 eu priority: social justice</w:t>
            </w:r>
          </w:p>
        </w:tc>
        <w:tc>
          <w:tcPr>
            <w:tcW w:w="3456" w:type="dxa"/>
          </w:tcPr>
          <w:p w14:paraId="2F504DE1" w14:textId="77777777" w:rsidR="004D342C" w:rsidRDefault="00000000">
            <w:pPr>
              <w:spacing w:before="20" w:after="20"/>
              <w:ind w:firstLine="0"/>
            </w:pPr>
            <w:r>
              <w:rPr>
                <w:sz w:val="16"/>
              </w:rPr>
              <w:t>1 Key Priority / 2 Not Key Priority / 3 dont know</w:t>
            </w:r>
          </w:p>
        </w:tc>
        <w:tc>
          <w:tcPr>
            <w:tcW w:w="648" w:type="dxa"/>
          </w:tcPr>
          <w:p w14:paraId="36C874ED" w14:textId="77777777" w:rsidR="004D342C" w:rsidRDefault="00000000">
            <w:pPr>
              <w:spacing w:before="20" w:after="20"/>
              <w:ind w:firstLine="0"/>
              <w:jc w:val="right"/>
            </w:pPr>
            <w:r>
              <w:rPr>
                <w:sz w:val="16"/>
              </w:rPr>
              <w:t>2</w:t>
            </w:r>
          </w:p>
        </w:tc>
      </w:tr>
      <w:tr w:rsidR="004D342C" w14:paraId="7277FB0D" w14:textId="77777777">
        <w:trPr>
          <w:cantSplit/>
          <w:jc w:val="center"/>
        </w:trPr>
        <w:tc>
          <w:tcPr>
            <w:tcW w:w="1944" w:type="dxa"/>
          </w:tcPr>
          <w:p w14:paraId="328714AD" w14:textId="77777777" w:rsidR="004D342C" w:rsidRDefault="00000000">
            <w:pPr>
              <w:spacing w:before="20" w:after="20"/>
              <w:ind w:firstLine="0"/>
            </w:pPr>
            <w:r>
              <w:rPr>
                <w:sz w:val="16"/>
              </w:rPr>
              <w:t>priority4social2</w:t>
            </w:r>
          </w:p>
        </w:tc>
        <w:tc>
          <w:tcPr>
            <w:tcW w:w="2880" w:type="dxa"/>
          </w:tcPr>
          <w:p w14:paraId="033105E5" w14:textId="77777777" w:rsidR="004D342C" w:rsidRDefault="00000000">
            <w:pPr>
              <w:spacing w:before="20" w:after="20"/>
              <w:ind w:firstLine="0"/>
            </w:pPr>
            <w:r>
              <w:rPr>
                <w:sz w:val="16"/>
              </w:rPr>
              <w:t>QA16 EU INTEGRATION FOCUS: SOC/HEALTH ISSUES</w:t>
            </w:r>
          </w:p>
        </w:tc>
        <w:tc>
          <w:tcPr>
            <w:tcW w:w="3456" w:type="dxa"/>
          </w:tcPr>
          <w:p w14:paraId="0ABBDBE4" w14:textId="77777777" w:rsidR="004D342C" w:rsidRDefault="00000000">
            <w:pPr>
              <w:spacing w:before="20" w:after="20"/>
              <w:ind w:firstLine="0"/>
            </w:pPr>
            <w:r>
              <w:rPr>
                <w:sz w:val="16"/>
              </w:rPr>
              <w:t>0 Not mentioned / 1 Mentioned</w:t>
            </w:r>
          </w:p>
        </w:tc>
        <w:tc>
          <w:tcPr>
            <w:tcW w:w="648" w:type="dxa"/>
          </w:tcPr>
          <w:p w14:paraId="63EF680F" w14:textId="77777777" w:rsidR="004D342C" w:rsidRDefault="00000000">
            <w:pPr>
              <w:spacing w:before="20" w:after="20"/>
              <w:ind w:firstLine="0"/>
              <w:jc w:val="right"/>
            </w:pPr>
            <w:r>
              <w:rPr>
                <w:sz w:val="16"/>
              </w:rPr>
              <w:t>3</w:t>
            </w:r>
          </w:p>
        </w:tc>
      </w:tr>
      <w:tr w:rsidR="004D342C" w14:paraId="3CD5B780" w14:textId="77777777">
        <w:trPr>
          <w:cantSplit/>
          <w:jc w:val="center"/>
        </w:trPr>
        <w:tc>
          <w:tcPr>
            <w:tcW w:w="1944" w:type="dxa"/>
          </w:tcPr>
          <w:p w14:paraId="7FE71D0D" w14:textId="77777777" w:rsidR="004D342C" w:rsidRDefault="00000000">
            <w:pPr>
              <w:spacing w:before="20" w:after="20"/>
              <w:ind w:firstLine="0"/>
            </w:pPr>
            <w:r>
              <w:rPr>
                <w:sz w:val="16"/>
              </w:rPr>
              <w:t>priority5dontknow</w:t>
            </w:r>
          </w:p>
        </w:tc>
        <w:tc>
          <w:tcPr>
            <w:tcW w:w="2880" w:type="dxa"/>
          </w:tcPr>
          <w:p w14:paraId="60527B53" w14:textId="77777777" w:rsidR="004D342C" w:rsidRDefault="00000000">
            <w:pPr>
              <w:spacing w:before="20" w:after="20"/>
              <w:ind w:firstLine="0"/>
            </w:pPr>
            <w:r>
              <w:rPr>
                <w:sz w:val="16"/>
              </w:rPr>
              <w:t>QA25 EU INTEGRATION FOCUSES: DK</w:t>
            </w:r>
          </w:p>
        </w:tc>
        <w:tc>
          <w:tcPr>
            <w:tcW w:w="3456" w:type="dxa"/>
          </w:tcPr>
          <w:p w14:paraId="575205E1" w14:textId="77777777" w:rsidR="004D342C" w:rsidRDefault="00000000">
            <w:pPr>
              <w:spacing w:before="20" w:after="20"/>
              <w:ind w:firstLine="0"/>
            </w:pPr>
            <w:r>
              <w:rPr>
                <w:sz w:val="16"/>
              </w:rPr>
              <w:t>0 NOT MENTIONED / 1 DK</w:t>
            </w:r>
          </w:p>
        </w:tc>
        <w:tc>
          <w:tcPr>
            <w:tcW w:w="648" w:type="dxa"/>
          </w:tcPr>
          <w:p w14:paraId="00B863B5" w14:textId="77777777" w:rsidR="004D342C" w:rsidRDefault="00000000">
            <w:pPr>
              <w:spacing w:before="20" w:after="20"/>
              <w:ind w:firstLine="0"/>
              <w:jc w:val="right"/>
            </w:pPr>
            <w:r>
              <w:rPr>
                <w:sz w:val="16"/>
              </w:rPr>
              <w:t>2</w:t>
            </w:r>
          </w:p>
        </w:tc>
      </w:tr>
      <w:tr w:rsidR="004D342C" w14:paraId="63A41A09" w14:textId="77777777">
        <w:trPr>
          <w:cantSplit/>
          <w:jc w:val="center"/>
        </w:trPr>
        <w:tc>
          <w:tcPr>
            <w:tcW w:w="1944" w:type="dxa"/>
          </w:tcPr>
          <w:p w14:paraId="6DED6B70" w14:textId="77777777" w:rsidR="004D342C" w:rsidRDefault="00000000">
            <w:pPr>
              <w:spacing w:before="20" w:after="20"/>
              <w:ind w:firstLine="0"/>
            </w:pPr>
            <w:r>
              <w:rPr>
                <w:sz w:val="16"/>
              </w:rPr>
              <w:t>proposalClimate</w:t>
            </w:r>
          </w:p>
        </w:tc>
        <w:tc>
          <w:tcPr>
            <w:tcW w:w="2880" w:type="dxa"/>
          </w:tcPr>
          <w:p w14:paraId="483F86FF" w14:textId="77777777" w:rsidR="004D342C" w:rsidRDefault="00000000">
            <w:pPr>
              <w:spacing w:before="20" w:after="20"/>
              <w:ind w:firstLine="0"/>
            </w:pPr>
            <w:r>
              <w:rPr>
                <w:sz w:val="16"/>
              </w:rPr>
              <w:t>For or against the EU proposal named (1 For / 2 Against / 3 DK; 9 inapplicable, 0 NA preserved)</w:t>
            </w:r>
          </w:p>
        </w:tc>
        <w:tc>
          <w:tcPr>
            <w:tcW w:w="3456" w:type="dxa"/>
          </w:tcPr>
          <w:p w14:paraId="482AC046" w14:textId="77777777" w:rsidR="004D342C" w:rsidRDefault="00000000">
            <w:pPr>
              <w:spacing w:before="20" w:after="20"/>
              <w:ind w:firstLine="0"/>
            </w:pPr>
            <w:r>
              <w:rPr>
                <w:sz w:val="16"/>
              </w:rPr>
              <w:t>1 For / 2 Against / 3 Don't know</w:t>
            </w:r>
          </w:p>
        </w:tc>
        <w:tc>
          <w:tcPr>
            <w:tcW w:w="648" w:type="dxa"/>
          </w:tcPr>
          <w:p w14:paraId="2B1F1CE4" w14:textId="77777777" w:rsidR="004D342C" w:rsidRDefault="00000000">
            <w:pPr>
              <w:spacing w:before="20" w:after="20"/>
              <w:ind w:firstLine="0"/>
              <w:jc w:val="right"/>
            </w:pPr>
            <w:r>
              <w:rPr>
                <w:sz w:val="16"/>
              </w:rPr>
              <w:t>2</w:t>
            </w:r>
          </w:p>
        </w:tc>
      </w:tr>
      <w:tr w:rsidR="004D342C" w14:paraId="46B1A991" w14:textId="77777777">
        <w:trPr>
          <w:cantSplit/>
          <w:jc w:val="center"/>
        </w:trPr>
        <w:tc>
          <w:tcPr>
            <w:tcW w:w="1944" w:type="dxa"/>
          </w:tcPr>
          <w:p w14:paraId="2987C8DA" w14:textId="77777777" w:rsidR="004D342C" w:rsidRDefault="00000000">
            <w:pPr>
              <w:spacing w:before="20" w:after="20"/>
              <w:ind w:firstLine="0"/>
            </w:pPr>
            <w:r>
              <w:rPr>
                <w:sz w:val="16"/>
              </w:rPr>
              <w:t>proposalPoliticalCommunity</w:t>
            </w:r>
          </w:p>
        </w:tc>
        <w:tc>
          <w:tcPr>
            <w:tcW w:w="2880" w:type="dxa"/>
          </w:tcPr>
          <w:p w14:paraId="59311727" w14:textId="77777777" w:rsidR="004D342C" w:rsidRDefault="00000000">
            <w:pPr>
              <w:spacing w:before="20" w:after="20"/>
              <w:ind w:firstLine="0"/>
            </w:pPr>
            <w:r>
              <w:rPr>
                <w:sz w:val="16"/>
              </w:rPr>
              <w:t>For or against the EU proposal named (1 For / 2 Against / 3 DK; 9 inapplicable, 0 NA preserved)</w:t>
            </w:r>
          </w:p>
        </w:tc>
        <w:tc>
          <w:tcPr>
            <w:tcW w:w="3456" w:type="dxa"/>
          </w:tcPr>
          <w:p w14:paraId="4B5229B4" w14:textId="77777777" w:rsidR="004D342C" w:rsidRDefault="00000000">
            <w:pPr>
              <w:spacing w:before="20" w:after="20"/>
              <w:ind w:firstLine="0"/>
            </w:pPr>
            <w:r>
              <w:rPr>
                <w:sz w:val="16"/>
              </w:rPr>
              <w:t>1 For / 2 Against / 3 Don't know</w:t>
            </w:r>
          </w:p>
        </w:tc>
        <w:tc>
          <w:tcPr>
            <w:tcW w:w="648" w:type="dxa"/>
          </w:tcPr>
          <w:p w14:paraId="2A16C5DE" w14:textId="77777777" w:rsidR="004D342C" w:rsidRDefault="00000000">
            <w:pPr>
              <w:spacing w:before="20" w:after="20"/>
              <w:ind w:firstLine="0"/>
              <w:jc w:val="right"/>
            </w:pPr>
            <w:r>
              <w:rPr>
                <w:sz w:val="16"/>
              </w:rPr>
              <w:t>2</w:t>
            </w:r>
          </w:p>
        </w:tc>
      </w:tr>
      <w:tr w:rsidR="004D342C" w14:paraId="7922921E" w14:textId="77777777">
        <w:trPr>
          <w:cantSplit/>
          <w:jc w:val="center"/>
        </w:trPr>
        <w:tc>
          <w:tcPr>
            <w:tcW w:w="1944" w:type="dxa"/>
          </w:tcPr>
          <w:p w14:paraId="28C30A4D" w14:textId="77777777" w:rsidR="004D342C" w:rsidRDefault="00000000">
            <w:pPr>
              <w:spacing w:before="20" w:after="20"/>
              <w:ind w:firstLine="0"/>
            </w:pPr>
            <w:r>
              <w:rPr>
                <w:sz w:val="16"/>
              </w:rPr>
              <w:t>eastenlargement</w:t>
            </w:r>
          </w:p>
        </w:tc>
        <w:tc>
          <w:tcPr>
            <w:tcW w:w="2880" w:type="dxa"/>
          </w:tcPr>
          <w:p w14:paraId="5D6EF1A8" w14:textId="77777777" w:rsidR="004D342C" w:rsidRDefault="00000000">
            <w:pPr>
              <w:spacing w:before="20" w:after="20"/>
              <w:ind w:firstLine="0"/>
            </w:pPr>
            <w:r>
              <w:rPr>
                <w:sz w:val="16"/>
              </w:rPr>
              <w:t>Q48 EC EAST EUROPE: MEMBERSHIP</w:t>
            </w:r>
          </w:p>
        </w:tc>
        <w:tc>
          <w:tcPr>
            <w:tcW w:w="3456" w:type="dxa"/>
          </w:tcPr>
          <w:p w14:paraId="04399107" w14:textId="77777777" w:rsidR="004D342C" w:rsidRDefault="00000000">
            <w:pPr>
              <w:spacing w:before="20" w:after="20"/>
              <w:ind w:firstLine="0"/>
            </w:pPr>
            <w:r>
              <w:rPr>
                <w:sz w:val="16"/>
              </w:rPr>
              <w:t>1 tend to agree / 2 tend to disagree</w:t>
            </w:r>
          </w:p>
        </w:tc>
        <w:tc>
          <w:tcPr>
            <w:tcW w:w="648" w:type="dxa"/>
          </w:tcPr>
          <w:p w14:paraId="2F7D6899" w14:textId="77777777" w:rsidR="004D342C" w:rsidRDefault="00000000">
            <w:pPr>
              <w:spacing w:before="20" w:after="20"/>
              <w:ind w:firstLine="0"/>
              <w:jc w:val="right"/>
            </w:pPr>
            <w:r>
              <w:rPr>
                <w:sz w:val="16"/>
              </w:rPr>
              <w:t>1</w:t>
            </w:r>
          </w:p>
        </w:tc>
      </w:tr>
      <w:tr w:rsidR="004D342C" w14:paraId="0010151B" w14:textId="77777777">
        <w:trPr>
          <w:cantSplit/>
          <w:jc w:val="center"/>
        </w:trPr>
        <w:tc>
          <w:tcPr>
            <w:tcW w:w="1944" w:type="dxa"/>
          </w:tcPr>
          <w:p w14:paraId="3E4C6F40" w14:textId="77777777" w:rsidR="004D342C" w:rsidRDefault="00000000">
            <w:pPr>
              <w:spacing w:before="20" w:after="20"/>
              <w:ind w:firstLine="0"/>
            </w:pPr>
            <w:r>
              <w:rPr>
                <w:sz w:val="16"/>
              </w:rPr>
              <w:t>fearcompetition</w:t>
            </w:r>
          </w:p>
        </w:tc>
        <w:tc>
          <w:tcPr>
            <w:tcW w:w="2880" w:type="dxa"/>
          </w:tcPr>
          <w:p w14:paraId="1554C8E3" w14:textId="77777777" w:rsidR="004D342C" w:rsidRDefault="00000000">
            <w:pPr>
              <w:spacing w:before="20" w:after="20"/>
              <w:ind w:firstLine="0"/>
            </w:pPr>
            <w:r>
              <w:rPr>
                <w:sz w:val="16"/>
              </w:rPr>
              <w:t>Q23A FEARS: UNFAIR COMPETITION</w:t>
            </w:r>
          </w:p>
        </w:tc>
        <w:tc>
          <w:tcPr>
            <w:tcW w:w="3456" w:type="dxa"/>
          </w:tcPr>
          <w:p w14:paraId="70AB6FBF" w14:textId="77777777" w:rsidR="004D342C" w:rsidRDefault="00000000">
            <w:pPr>
              <w:spacing w:before="20" w:after="20"/>
              <w:ind w:firstLine="0"/>
            </w:pPr>
            <w:r>
              <w:rPr>
                <w:sz w:val="16"/>
              </w:rPr>
              <w:t>1 currently afraid of it / 2 not currently afraid of it / 3 dont know</w:t>
            </w:r>
          </w:p>
        </w:tc>
        <w:tc>
          <w:tcPr>
            <w:tcW w:w="648" w:type="dxa"/>
          </w:tcPr>
          <w:p w14:paraId="7BEAF6EE" w14:textId="77777777" w:rsidR="004D342C" w:rsidRDefault="00000000">
            <w:pPr>
              <w:spacing w:before="20" w:after="20"/>
              <w:ind w:firstLine="0"/>
              <w:jc w:val="right"/>
            </w:pPr>
            <w:r>
              <w:rPr>
                <w:sz w:val="16"/>
              </w:rPr>
              <w:t>1</w:t>
            </w:r>
          </w:p>
        </w:tc>
      </w:tr>
      <w:tr w:rsidR="004D342C" w14:paraId="3AAE05CB" w14:textId="77777777">
        <w:trPr>
          <w:cantSplit/>
          <w:jc w:val="center"/>
        </w:trPr>
        <w:tc>
          <w:tcPr>
            <w:tcW w:w="1944" w:type="dxa"/>
          </w:tcPr>
          <w:p w14:paraId="04065E0A" w14:textId="77777777" w:rsidR="004D342C" w:rsidRDefault="00000000">
            <w:pPr>
              <w:spacing w:before="20" w:after="20"/>
              <w:ind w:firstLine="0"/>
            </w:pPr>
            <w:r>
              <w:rPr>
                <w:sz w:val="16"/>
              </w:rPr>
              <w:t>fearfoodsafety</w:t>
            </w:r>
          </w:p>
        </w:tc>
        <w:tc>
          <w:tcPr>
            <w:tcW w:w="2880" w:type="dxa"/>
          </w:tcPr>
          <w:p w14:paraId="03526614" w14:textId="77777777" w:rsidR="004D342C" w:rsidRDefault="00000000">
            <w:pPr>
              <w:spacing w:before="20" w:after="20"/>
              <w:ind w:firstLine="0"/>
            </w:pPr>
            <w:r>
              <w:rPr>
                <w:sz w:val="16"/>
              </w:rPr>
              <w:t>Q23A FEARS: LESS FOOD SAFETY</w:t>
            </w:r>
          </w:p>
        </w:tc>
        <w:tc>
          <w:tcPr>
            <w:tcW w:w="3456" w:type="dxa"/>
          </w:tcPr>
          <w:p w14:paraId="0B22B021" w14:textId="77777777" w:rsidR="004D342C" w:rsidRDefault="00000000">
            <w:pPr>
              <w:spacing w:before="20" w:after="20"/>
              <w:ind w:firstLine="0"/>
            </w:pPr>
            <w:r>
              <w:rPr>
                <w:sz w:val="16"/>
              </w:rPr>
              <w:t>1 currently afraid of it / 2 not currently afraid of it / 3 dont know</w:t>
            </w:r>
          </w:p>
        </w:tc>
        <w:tc>
          <w:tcPr>
            <w:tcW w:w="648" w:type="dxa"/>
          </w:tcPr>
          <w:p w14:paraId="4CCB9F60" w14:textId="77777777" w:rsidR="004D342C" w:rsidRDefault="00000000">
            <w:pPr>
              <w:spacing w:before="20" w:after="20"/>
              <w:ind w:firstLine="0"/>
              <w:jc w:val="right"/>
            </w:pPr>
            <w:r>
              <w:rPr>
                <w:sz w:val="16"/>
              </w:rPr>
              <w:t>1</w:t>
            </w:r>
          </w:p>
        </w:tc>
      </w:tr>
      <w:tr w:rsidR="004D342C" w14:paraId="718259F8" w14:textId="77777777">
        <w:trPr>
          <w:cantSplit/>
          <w:jc w:val="center"/>
        </w:trPr>
        <w:tc>
          <w:tcPr>
            <w:tcW w:w="1944" w:type="dxa"/>
          </w:tcPr>
          <w:p w14:paraId="412112B0" w14:textId="77777777" w:rsidR="004D342C" w:rsidRDefault="00000000">
            <w:pPr>
              <w:spacing w:before="20" w:after="20"/>
              <w:ind w:firstLine="0"/>
            </w:pPr>
            <w:r>
              <w:rPr>
                <w:sz w:val="16"/>
              </w:rPr>
              <w:t>germanunification</w:t>
            </w:r>
          </w:p>
        </w:tc>
        <w:tc>
          <w:tcPr>
            <w:tcW w:w="2880" w:type="dxa"/>
          </w:tcPr>
          <w:p w14:paraId="2CD6D0E4" w14:textId="77777777" w:rsidR="004D342C" w:rsidRDefault="00000000">
            <w:pPr>
              <w:spacing w:before="20" w:after="20"/>
              <w:ind w:firstLine="0"/>
            </w:pPr>
            <w:r>
              <w:rPr>
                <w:sz w:val="16"/>
              </w:rPr>
              <w:t>Q49 GERMAN UNIFICATION - EVALUATION</w:t>
            </w:r>
          </w:p>
        </w:tc>
        <w:tc>
          <w:tcPr>
            <w:tcW w:w="3456" w:type="dxa"/>
          </w:tcPr>
          <w:p w14:paraId="48188455" w14:textId="77777777" w:rsidR="004D342C" w:rsidRDefault="00000000">
            <w:pPr>
              <w:spacing w:before="20" w:after="20"/>
              <w:ind w:firstLine="0"/>
            </w:pPr>
            <w:r>
              <w:rPr>
                <w:sz w:val="16"/>
              </w:rPr>
              <w:t>1 in favour / 2 opposed</w:t>
            </w:r>
          </w:p>
        </w:tc>
        <w:tc>
          <w:tcPr>
            <w:tcW w:w="648" w:type="dxa"/>
          </w:tcPr>
          <w:p w14:paraId="6F9991FC" w14:textId="77777777" w:rsidR="004D342C" w:rsidRDefault="00000000">
            <w:pPr>
              <w:spacing w:before="20" w:after="20"/>
              <w:ind w:firstLine="0"/>
              <w:jc w:val="right"/>
            </w:pPr>
            <w:r>
              <w:rPr>
                <w:sz w:val="16"/>
              </w:rPr>
              <w:t>1</w:t>
            </w:r>
          </w:p>
        </w:tc>
      </w:tr>
      <w:tr w:rsidR="004D342C" w14:paraId="30E90AC5" w14:textId="77777777">
        <w:trPr>
          <w:cantSplit/>
          <w:jc w:val="center"/>
        </w:trPr>
        <w:tc>
          <w:tcPr>
            <w:tcW w:w="1944" w:type="dxa"/>
          </w:tcPr>
          <w:p w14:paraId="30C26ED0" w14:textId="77777777" w:rsidR="004D342C" w:rsidRDefault="00000000">
            <w:pPr>
              <w:spacing w:before="20" w:after="20"/>
              <w:ind w:firstLine="0"/>
            </w:pPr>
            <w:r>
              <w:rPr>
                <w:sz w:val="16"/>
              </w:rPr>
              <w:t>harmoneducat</w:t>
            </w:r>
          </w:p>
        </w:tc>
        <w:tc>
          <w:tcPr>
            <w:tcW w:w="2880" w:type="dxa"/>
          </w:tcPr>
          <w:p w14:paraId="2E21F4CF" w14:textId="77777777" w:rsidR="004D342C" w:rsidRDefault="00000000">
            <w:pPr>
              <w:spacing w:before="20" w:after="20"/>
              <w:ind w:firstLine="0"/>
            </w:pPr>
            <w:r>
              <w:rPr>
                <w:sz w:val="16"/>
              </w:rPr>
              <w:t>QD22 EU HARMONISATION: EDUCATIONAL SYSTEM</w:t>
            </w:r>
          </w:p>
        </w:tc>
        <w:tc>
          <w:tcPr>
            <w:tcW w:w="3456" w:type="dxa"/>
          </w:tcPr>
          <w:p w14:paraId="67B97B78" w14:textId="77777777" w:rsidR="004D342C" w:rsidRDefault="00000000">
            <w:pPr>
              <w:spacing w:before="20" w:after="20"/>
              <w:ind w:firstLine="0"/>
            </w:pPr>
            <w:r>
              <w:rPr>
                <w:sz w:val="16"/>
              </w:rPr>
              <w:t>1 Strongly in favour / 2 Somewhat in favour / 3 Somewhat opposed / 4 Strongly opposed</w:t>
            </w:r>
          </w:p>
        </w:tc>
        <w:tc>
          <w:tcPr>
            <w:tcW w:w="648" w:type="dxa"/>
          </w:tcPr>
          <w:p w14:paraId="51C2955E" w14:textId="77777777" w:rsidR="004D342C" w:rsidRDefault="00000000">
            <w:pPr>
              <w:spacing w:before="20" w:after="20"/>
              <w:ind w:firstLine="0"/>
              <w:jc w:val="right"/>
            </w:pPr>
            <w:r>
              <w:rPr>
                <w:sz w:val="16"/>
              </w:rPr>
              <w:t>1</w:t>
            </w:r>
          </w:p>
        </w:tc>
      </w:tr>
      <w:tr w:rsidR="004D342C" w14:paraId="79F59DC5" w14:textId="77777777">
        <w:trPr>
          <w:cantSplit/>
          <w:jc w:val="center"/>
        </w:trPr>
        <w:tc>
          <w:tcPr>
            <w:tcW w:w="1944" w:type="dxa"/>
          </w:tcPr>
          <w:p w14:paraId="774EF650" w14:textId="77777777" w:rsidR="004D342C" w:rsidRDefault="00000000">
            <w:pPr>
              <w:spacing w:before="20" w:after="20"/>
              <w:ind w:firstLine="0"/>
            </w:pPr>
            <w:r>
              <w:rPr>
                <w:sz w:val="16"/>
              </w:rPr>
              <w:t>harmontaxes</w:t>
            </w:r>
          </w:p>
        </w:tc>
        <w:tc>
          <w:tcPr>
            <w:tcW w:w="2880" w:type="dxa"/>
          </w:tcPr>
          <w:p w14:paraId="2B4C5798" w14:textId="77777777" w:rsidR="004D342C" w:rsidRDefault="00000000">
            <w:pPr>
              <w:spacing w:before="20" w:after="20"/>
              <w:ind w:firstLine="0"/>
            </w:pPr>
            <w:r>
              <w:rPr>
                <w:sz w:val="16"/>
              </w:rPr>
              <w:t>QD22 EU HARMONISATION: TAXATION SYSTEM</w:t>
            </w:r>
          </w:p>
        </w:tc>
        <w:tc>
          <w:tcPr>
            <w:tcW w:w="3456" w:type="dxa"/>
          </w:tcPr>
          <w:p w14:paraId="2AC937DD" w14:textId="77777777" w:rsidR="004D342C" w:rsidRDefault="00000000">
            <w:pPr>
              <w:spacing w:before="20" w:after="20"/>
              <w:ind w:firstLine="0"/>
            </w:pPr>
            <w:r>
              <w:rPr>
                <w:sz w:val="16"/>
              </w:rPr>
              <w:t>1 Strongly in favour / 2 Somewhat in favour / 3 Somewhat opposed / 4 Strongly opposed</w:t>
            </w:r>
          </w:p>
        </w:tc>
        <w:tc>
          <w:tcPr>
            <w:tcW w:w="648" w:type="dxa"/>
          </w:tcPr>
          <w:p w14:paraId="0470E45E" w14:textId="77777777" w:rsidR="004D342C" w:rsidRDefault="00000000">
            <w:pPr>
              <w:spacing w:before="20" w:after="20"/>
              <w:ind w:firstLine="0"/>
              <w:jc w:val="right"/>
            </w:pPr>
            <w:r>
              <w:rPr>
                <w:sz w:val="16"/>
              </w:rPr>
              <w:t>1</w:t>
            </w:r>
          </w:p>
        </w:tc>
      </w:tr>
      <w:tr w:rsidR="004D342C" w14:paraId="790CE7F0" w14:textId="77777777">
        <w:trPr>
          <w:cantSplit/>
          <w:jc w:val="center"/>
        </w:trPr>
        <w:tc>
          <w:tcPr>
            <w:tcW w:w="1944" w:type="dxa"/>
          </w:tcPr>
          <w:p w14:paraId="5EB29489" w14:textId="77777777" w:rsidR="004D342C" w:rsidRDefault="00000000">
            <w:pPr>
              <w:spacing w:before="20" w:after="20"/>
              <w:ind w:firstLine="0"/>
            </w:pPr>
            <w:r>
              <w:rPr>
                <w:sz w:val="16"/>
              </w:rPr>
              <w:t>harmonwelfare</w:t>
            </w:r>
          </w:p>
        </w:tc>
        <w:tc>
          <w:tcPr>
            <w:tcW w:w="2880" w:type="dxa"/>
          </w:tcPr>
          <w:p w14:paraId="03F94349" w14:textId="77777777" w:rsidR="004D342C" w:rsidRDefault="00000000">
            <w:pPr>
              <w:spacing w:before="20" w:after="20"/>
              <w:ind w:firstLine="0"/>
            </w:pPr>
            <w:r>
              <w:rPr>
                <w:sz w:val="16"/>
              </w:rPr>
              <w:t>QD22 EU HARMONISATION: SOCIAL WELFARE SYSTEM</w:t>
            </w:r>
          </w:p>
        </w:tc>
        <w:tc>
          <w:tcPr>
            <w:tcW w:w="3456" w:type="dxa"/>
          </w:tcPr>
          <w:p w14:paraId="0C96F022" w14:textId="77777777" w:rsidR="004D342C" w:rsidRDefault="00000000">
            <w:pPr>
              <w:spacing w:before="20" w:after="20"/>
              <w:ind w:firstLine="0"/>
            </w:pPr>
            <w:r>
              <w:rPr>
                <w:sz w:val="16"/>
              </w:rPr>
              <w:t>1 Strongly in favour / 2 Somewhat in favour / 3 Somewhat opposed / 4 Strongly opposed</w:t>
            </w:r>
          </w:p>
        </w:tc>
        <w:tc>
          <w:tcPr>
            <w:tcW w:w="648" w:type="dxa"/>
          </w:tcPr>
          <w:p w14:paraId="15870D10" w14:textId="77777777" w:rsidR="004D342C" w:rsidRDefault="00000000">
            <w:pPr>
              <w:spacing w:before="20" w:after="20"/>
              <w:ind w:firstLine="0"/>
              <w:jc w:val="right"/>
            </w:pPr>
            <w:r>
              <w:rPr>
                <w:sz w:val="16"/>
              </w:rPr>
              <w:t>1</w:t>
            </w:r>
          </w:p>
        </w:tc>
      </w:tr>
      <w:tr w:rsidR="004D342C" w14:paraId="3DF93D91" w14:textId="77777777">
        <w:trPr>
          <w:cantSplit/>
          <w:jc w:val="center"/>
        </w:trPr>
        <w:tc>
          <w:tcPr>
            <w:tcW w:w="1944" w:type="dxa"/>
          </w:tcPr>
          <w:p w14:paraId="7F2AED2D" w14:textId="77777777" w:rsidR="004D342C" w:rsidRDefault="00000000">
            <w:pPr>
              <w:spacing w:before="20" w:after="20"/>
              <w:ind w:firstLine="0"/>
            </w:pPr>
            <w:r>
              <w:rPr>
                <w:sz w:val="16"/>
              </w:rPr>
              <w:t>jurisd2agric</w:t>
            </w:r>
          </w:p>
        </w:tc>
        <w:tc>
          <w:tcPr>
            <w:tcW w:w="2880" w:type="dxa"/>
          </w:tcPr>
          <w:p w14:paraId="2CD9D574" w14:textId="77777777" w:rsidR="004D342C" w:rsidRDefault="00000000">
            <w:pPr>
              <w:spacing w:before="20" w:after="20"/>
              <w:ind w:firstLine="0"/>
            </w:pPr>
            <w:r>
              <w:rPr>
                <w:sz w:val="16"/>
              </w:rPr>
              <w:t>QA16 EU DECISION MAKING: SUPPORT AGRICULT</w:t>
            </w:r>
          </w:p>
        </w:tc>
        <w:tc>
          <w:tcPr>
            <w:tcW w:w="3456" w:type="dxa"/>
          </w:tcPr>
          <w:p w14:paraId="3BDE9197" w14:textId="77777777" w:rsidR="004D342C" w:rsidRDefault="00000000">
            <w:pPr>
              <w:spacing w:before="20" w:after="20"/>
              <w:ind w:firstLine="0"/>
            </w:pPr>
            <w:r>
              <w:rPr>
                <w:sz w:val="16"/>
              </w:rPr>
              <w:t>1 More decision making / 2 Less decision making / 3 No change (SPONT.)</w:t>
            </w:r>
          </w:p>
        </w:tc>
        <w:tc>
          <w:tcPr>
            <w:tcW w:w="648" w:type="dxa"/>
          </w:tcPr>
          <w:p w14:paraId="64842E83" w14:textId="77777777" w:rsidR="004D342C" w:rsidRDefault="00000000">
            <w:pPr>
              <w:spacing w:before="20" w:after="20"/>
              <w:ind w:firstLine="0"/>
              <w:jc w:val="right"/>
            </w:pPr>
            <w:r>
              <w:rPr>
                <w:sz w:val="16"/>
              </w:rPr>
              <w:t>1</w:t>
            </w:r>
          </w:p>
        </w:tc>
      </w:tr>
      <w:tr w:rsidR="004D342C" w14:paraId="14D5D6B0" w14:textId="77777777">
        <w:trPr>
          <w:cantSplit/>
          <w:jc w:val="center"/>
        </w:trPr>
        <w:tc>
          <w:tcPr>
            <w:tcW w:w="1944" w:type="dxa"/>
          </w:tcPr>
          <w:p w14:paraId="1DBBC5AF" w14:textId="77777777" w:rsidR="004D342C" w:rsidRDefault="00000000">
            <w:pPr>
              <w:spacing w:before="20" w:after="20"/>
              <w:ind w:firstLine="0"/>
            </w:pPr>
            <w:r>
              <w:rPr>
                <w:sz w:val="16"/>
              </w:rPr>
              <w:t>jurisd2crime</w:t>
            </w:r>
          </w:p>
        </w:tc>
        <w:tc>
          <w:tcPr>
            <w:tcW w:w="2880" w:type="dxa"/>
          </w:tcPr>
          <w:p w14:paraId="479B9487" w14:textId="77777777" w:rsidR="004D342C" w:rsidRDefault="00000000">
            <w:pPr>
              <w:spacing w:before="20" w:after="20"/>
              <w:ind w:firstLine="0"/>
            </w:pPr>
            <w:r>
              <w:rPr>
                <w:sz w:val="16"/>
              </w:rPr>
              <w:t>QA16 EU DECISION MAKING: ORGANISED CRIME</w:t>
            </w:r>
          </w:p>
        </w:tc>
        <w:tc>
          <w:tcPr>
            <w:tcW w:w="3456" w:type="dxa"/>
          </w:tcPr>
          <w:p w14:paraId="369DE399" w14:textId="77777777" w:rsidR="004D342C" w:rsidRDefault="00000000">
            <w:pPr>
              <w:spacing w:before="20" w:after="20"/>
              <w:ind w:firstLine="0"/>
            </w:pPr>
            <w:r>
              <w:rPr>
                <w:sz w:val="16"/>
              </w:rPr>
              <w:t>1 More decision making / 2 Less decision making / 3 No change (SPONT.)</w:t>
            </w:r>
          </w:p>
        </w:tc>
        <w:tc>
          <w:tcPr>
            <w:tcW w:w="648" w:type="dxa"/>
          </w:tcPr>
          <w:p w14:paraId="62313547" w14:textId="77777777" w:rsidR="004D342C" w:rsidRDefault="00000000">
            <w:pPr>
              <w:spacing w:before="20" w:after="20"/>
              <w:ind w:firstLine="0"/>
              <w:jc w:val="right"/>
            </w:pPr>
            <w:r>
              <w:rPr>
                <w:sz w:val="16"/>
              </w:rPr>
              <w:t>1</w:t>
            </w:r>
          </w:p>
        </w:tc>
      </w:tr>
      <w:tr w:rsidR="004D342C" w14:paraId="1B924DF4" w14:textId="77777777">
        <w:trPr>
          <w:cantSplit/>
          <w:jc w:val="center"/>
        </w:trPr>
        <w:tc>
          <w:tcPr>
            <w:tcW w:w="1944" w:type="dxa"/>
          </w:tcPr>
          <w:p w14:paraId="6A99D502" w14:textId="77777777" w:rsidR="004D342C" w:rsidRDefault="00000000">
            <w:pPr>
              <w:spacing w:before="20" w:after="20"/>
              <w:ind w:firstLine="0"/>
            </w:pPr>
            <w:r>
              <w:rPr>
                <w:sz w:val="16"/>
              </w:rPr>
              <w:t>jurisd2econgrowth</w:t>
            </w:r>
          </w:p>
        </w:tc>
        <w:tc>
          <w:tcPr>
            <w:tcW w:w="2880" w:type="dxa"/>
          </w:tcPr>
          <w:p w14:paraId="2A8D9AF9" w14:textId="77777777" w:rsidR="004D342C" w:rsidRDefault="00000000">
            <w:pPr>
              <w:spacing w:before="20" w:after="20"/>
              <w:ind w:firstLine="0"/>
            </w:pPr>
            <w:r>
              <w:rPr>
                <w:sz w:val="16"/>
              </w:rPr>
              <w:t>QA16 EU DECISION MAKING: ECONOMIC GROWTH</w:t>
            </w:r>
          </w:p>
        </w:tc>
        <w:tc>
          <w:tcPr>
            <w:tcW w:w="3456" w:type="dxa"/>
          </w:tcPr>
          <w:p w14:paraId="157F15DB" w14:textId="77777777" w:rsidR="004D342C" w:rsidRDefault="00000000">
            <w:pPr>
              <w:spacing w:before="20" w:after="20"/>
              <w:ind w:firstLine="0"/>
            </w:pPr>
            <w:r>
              <w:rPr>
                <w:sz w:val="16"/>
              </w:rPr>
              <w:t>1 More decision making / 2 Less decision making / 3 No change (SPONT.)</w:t>
            </w:r>
          </w:p>
        </w:tc>
        <w:tc>
          <w:tcPr>
            <w:tcW w:w="648" w:type="dxa"/>
          </w:tcPr>
          <w:p w14:paraId="47762C67" w14:textId="77777777" w:rsidR="004D342C" w:rsidRDefault="00000000">
            <w:pPr>
              <w:spacing w:before="20" w:after="20"/>
              <w:ind w:firstLine="0"/>
              <w:jc w:val="right"/>
            </w:pPr>
            <w:r>
              <w:rPr>
                <w:sz w:val="16"/>
              </w:rPr>
              <w:t>1</w:t>
            </w:r>
          </w:p>
        </w:tc>
      </w:tr>
      <w:tr w:rsidR="004D342C" w14:paraId="71D4DC40" w14:textId="77777777">
        <w:trPr>
          <w:cantSplit/>
          <w:jc w:val="center"/>
        </w:trPr>
        <w:tc>
          <w:tcPr>
            <w:tcW w:w="1944" w:type="dxa"/>
          </w:tcPr>
          <w:p w14:paraId="56C537A5" w14:textId="77777777" w:rsidR="004D342C" w:rsidRDefault="00000000">
            <w:pPr>
              <w:spacing w:before="20" w:after="20"/>
              <w:ind w:firstLine="0"/>
            </w:pPr>
            <w:r>
              <w:rPr>
                <w:sz w:val="16"/>
              </w:rPr>
              <w:lastRenderedPageBreak/>
              <w:t>jurisd2energy</w:t>
            </w:r>
          </w:p>
        </w:tc>
        <w:tc>
          <w:tcPr>
            <w:tcW w:w="2880" w:type="dxa"/>
          </w:tcPr>
          <w:p w14:paraId="66F4A302" w14:textId="77777777" w:rsidR="004D342C" w:rsidRDefault="00000000">
            <w:pPr>
              <w:spacing w:before="20" w:after="20"/>
              <w:ind w:firstLine="0"/>
            </w:pPr>
            <w:r>
              <w:rPr>
                <w:sz w:val="16"/>
              </w:rPr>
              <w:t>QA16 EU DECISION MAKING: ENERGY SUPPLY</w:t>
            </w:r>
          </w:p>
        </w:tc>
        <w:tc>
          <w:tcPr>
            <w:tcW w:w="3456" w:type="dxa"/>
          </w:tcPr>
          <w:p w14:paraId="521E7D69" w14:textId="77777777" w:rsidR="004D342C" w:rsidRDefault="00000000">
            <w:pPr>
              <w:spacing w:before="20" w:after="20"/>
              <w:ind w:firstLine="0"/>
            </w:pPr>
            <w:r>
              <w:rPr>
                <w:sz w:val="16"/>
              </w:rPr>
              <w:t>1 More decision making / 2 Less decision making / 3 No change (SPONT.)</w:t>
            </w:r>
          </w:p>
        </w:tc>
        <w:tc>
          <w:tcPr>
            <w:tcW w:w="648" w:type="dxa"/>
          </w:tcPr>
          <w:p w14:paraId="76BDFE62" w14:textId="77777777" w:rsidR="004D342C" w:rsidRDefault="00000000">
            <w:pPr>
              <w:spacing w:before="20" w:after="20"/>
              <w:ind w:firstLine="0"/>
              <w:jc w:val="right"/>
            </w:pPr>
            <w:r>
              <w:rPr>
                <w:sz w:val="16"/>
              </w:rPr>
              <w:t>1</w:t>
            </w:r>
          </w:p>
        </w:tc>
      </w:tr>
      <w:tr w:rsidR="004D342C" w14:paraId="24676C4E" w14:textId="77777777">
        <w:trPr>
          <w:cantSplit/>
          <w:jc w:val="center"/>
        </w:trPr>
        <w:tc>
          <w:tcPr>
            <w:tcW w:w="1944" w:type="dxa"/>
          </w:tcPr>
          <w:p w14:paraId="0E127DC3" w14:textId="77777777" w:rsidR="004D342C" w:rsidRDefault="00000000">
            <w:pPr>
              <w:spacing w:before="20" w:after="20"/>
              <w:ind w:firstLine="0"/>
            </w:pPr>
            <w:r>
              <w:rPr>
                <w:sz w:val="16"/>
              </w:rPr>
              <w:t>jurisd2environ</w:t>
            </w:r>
          </w:p>
        </w:tc>
        <w:tc>
          <w:tcPr>
            <w:tcW w:w="2880" w:type="dxa"/>
          </w:tcPr>
          <w:p w14:paraId="766F54B7" w14:textId="77777777" w:rsidR="004D342C" w:rsidRDefault="00000000">
            <w:pPr>
              <w:spacing w:before="20" w:after="20"/>
              <w:ind w:firstLine="0"/>
            </w:pPr>
            <w:r>
              <w:rPr>
                <w:sz w:val="16"/>
              </w:rPr>
              <w:t>QA16 EU DECISION MAKING: ENVIRONMENT PROT</w:t>
            </w:r>
          </w:p>
        </w:tc>
        <w:tc>
          <w:tcPr>
            <w:tcW w:w="3456" w:type="dxa"/>
          </w:tcPr>
          <w:p w14:paraId="2811D722" w14:textId="77777777" w:rsidR="004D342C" w:rsidRDefault="00000000">
            <w:pPr>
              <w:spacing w:before="20" w:after="20"/>
              <w:ind w:firstLine="0"/>
            </w:pPr>
            <w:r>
              <w:rPr>
                <w:sz w:val="16"/>
              </w:rPr>
              <w:t>1 More decision making / 2 Less decision making / 3 No change (SPONT.)</w:t>
            </w:r>
          </w:p>
        </w:tc>
        <w:tc>
          <w:tcPr>
            <w:tcW w:w="648" w:type="dxa"/>
          </w:tcPr>
          <w:p w14:paraId="4F77077F" w14:textId="77777777" w:rsidR="004D342C" w:rsidRDefault="00000000">
            <w:pPr>
              <w:spacing w:before="20" w:after="20"/>
              <w:ind w:firstLine="0"/>
              <w:jc w:val="right"/>
            </w:pPr>
            <w:r>
              <w:rPr>
                <w:sz w:val="16"/>
              </w:rPr>
              <w:t>1</w:t>
            </w:r>
          </w:p>
        </w:tc>
      </w:tr>
      <w:tr w:rsidR="004D342C" w14:paraId="0577164C" w14:textId="77777777">
        <w:trPr>
          <w:cantSplit/>
          <w:jc w:val="center"/>
        </w:trPr>
        <w:tc>
          <w:tcPr>
            <w:tcW w:w="1944" w:type="dxa"/>
          </w:tcPr>
          <w:p w14:paraId="2EB2A5A8" w14:textId="77777777" w:rsidR="004D342C" w:rsidRDefault="00000000">
            <w:pPr>
              <w:spacing w:before="20" w:after="20"/>
              <w:ind w:firstLine="0"/>
            </w:pPr>
            <w:r>
              <w:rPr>
                <w:sz w:val="16"/>
              </w:rPr>
              <w:t>jurisd2equaltreatment</w:t>
            </w:r>
          </w:p>
        </w:tc>
        <w:tc>
          <w:tcPr>
            <w:tcW w:w="2880" w:type="dxa"/>
          </w:tcPr>
          <w:p w14:paraId="1689F626" w14:textId="77777777" w:rsidR="004D342C" w:rsidRDefault="00000000">
            <w:pPr>
              <w:spacing w:before="20" w:after="20"/>
              <w:ind w:firstLine="0"/>
            </w:pPr>
            <w:r>
              <w:rPr>
                <w:sz w:val="16"/>
              </w:rPr>
              <w:t>QA16 EU DECISION MAKING: GENDER EQUALITY</w:t>
            </w:r>
          </w:p>
        </w:tc>
        <w:tc>
          <w:tcPr>
            <w:tcW w:w="3456" w:type="dxa"/>
          </w:tcPr>
          <w:p w14:paraId="45B4DAA8" w14:textId="77777777" w:rsidR="004D342C" w:rsidRDefault="00000000">
            <w:pPr>
              <w:spacing w:before="20" w:after="20"/>
              <w:ind w:firstLine="0"/>
            </w:pPr>
            <w:r>
              <w:rPr>
                <w:sz w:val="16"/>
              </w:rPr>
              <w:t>1 More decision making / 2 Less decision making / 3 No change (SPONT.)</w:t>
            </w:r>
          </w:p>
        </w:tc>
        <w:tc>
          <w:tcPr>
            <w:tcW w:w="648" w:type="dxa"/>
          </w:tcPr>
          <w:p w14:paraId="46354A7A" w14:textId="77777777" w:rsidR="004D342C" w:rsidRDefault="00000000">
            <w:pPr>
              <w:spacing w:before="20" w:after="20"/>
              <w:ind w:firstLine="0"/>
              <w:jc w:val="right"/>
            </w:pPr>
            <w:r>
              <w:rPr>
                <w:sz w:val="16"/>
              </w:rPr>
              <w:t>1</w:t>
            </w:r>
          </w:p>
        </w:tc>
      </w:tr>
      <w:tr w:rsidR="004D342C" w14:paraId="01222A53" w14:textId="77777777">
        <w:trPr>
          <w:cantSplit/>
          <w:jc w:val="center"/>
        </w:trPr>
        <w:tc>
          <w:tcPr>
            <w:tcW w:w="1944" w:type="dxa"/>
          </w:tcPr>
          <w:p w14:paraId="449F0B45" w14:textId="77777777" w:rsidR="004D342C" w:rsidRDefault="00000000">
            <w:pPr>
              <w:spacing w:before="20" w:after="20"/>
              <w:ind w:firstLine="0"/>
            </w:pPr>
            <w:r>
              <w:rPr>
                <w:sz w:val="16"/>
              </w:rPr>
              <w:t>jurisd2food</w:t>
            </w:r>
          </w:p>
        </w:tc>
        <w:tc>
          <w:tcPr>
            <w:tcW w:w="2880" w:type="dxa"/>
          </w:tcPr>
          <w:p w14:paraId="24802F9C" w14:textId="77777777" w:rsidR="004D342C" w:rsidRDefault="00000000">
            <w:pPr>
              <w:spacing w:before="20" w:after="20"/>
              <w:ind w:firstLine="0"/>
            </w:pPr>
            <w:r>
              <w:rPr>
                <w:sz w:val="16"/>
              </w:rPr>
              <w:t>QA16 EU DECISION MAKING: FOOD SAFETY</w:t>
            </w:r>
          </w:p>
        </w:tc>
        <w:tc>
          <w:tcPr>
            <w:tcW w:w="3456" w:type="dxa"/>
          </w:tcPr>
          <w:p w14:paraId="64AF2978" w14:textId="77777777" w:rsidR="004D342C" w:rsidRDefault="00000000">
            <w:pPr>
              <w:spacing w:before="20" w:after="20"/>
              <w:ind w:firstLine="0"/>
            </w:pPr>
            <w:r>
              <w:rPr>
                <w:sz w:val="16"/>
              </w:rPr>
              <w:t>1 More decision making / 2 Less decision making / 3 No change (SPONT.)</w:t>
            </w:r>
          </w:p>
        </w:tc>
        <w:tc>
          <w:tcPr>
            <w:tcW w:w="648" w:type="dxa"/>
          </w:tcPr>
          <w:p w14:paraId="2ED6CA78" w14:textId="77777777" w:rsidR="004D342C" w:rsidRDefault="00000000">
            <w:pPr>
              <w:spacing w:before="20" w:after="20"/>
              <w:ind w:firstLine="0"/>
              <w:jc w:val="right"/>
            </w:pPr>
            <w:r>
              <w:rPr>
                <w:sz w:val="16"/>
              </w:rPr>
              <w:t>1</w:t>
            </w:r>
          </w:p>
        </w:tc>
      </w:tr>
      <w:tr w:rsidR="004D342C" w14:paraId="08818C52" w14:textId="77777777">
        <w:trPr>
          <w:cantSplit/>
          <w:jc w:val="center"/>
        </w:trPr>
        <w:tc>
          <w:tcPr>
            <w:tcW w:w="1944" w:type="dxa"/>
          </w:tcPr>
          <w:p w14:paraId="16BE65A2" w14:textId="77777777" w:rsidR="004D342C" w:rsidRDefault="00000000">
            <w:pPr>
              <w:spacing w:before="20" w:after="20"/>
              <w:ind w:firstLine="0"/>
            </w:pPr>
            <w:r>
              <w:rPr>
                <w:sz w:val="16"/>
              </w:rPr>
              <w:t>jurisd2health</w:t>
            </w:r>
          </w:p>
        </w:tc>
        <w:tc>
          <w:tcPr>
            <w:tcW w:w="2880" w:type="dxa"/>
          </w:tcPr>
          <w:p w14:paraId="214DA32A" w14:textId="77777777" w:rsidR="004D342C" w:rsidRDefault="00000000">
            <w:pPr>
              <w:spacing w:before="20" w:after="20"/>
              <w:ind w:firstLine="0"/>
            </w:pPr>
            <w:r>
              <w:rPr>
                <w:sz w:val="16"/>
              </w:rPr>
              <w:t>QA16 EU DECISION MAKING: MAJOR HEALTH ISS</w:t>
            </w:r>
          </w:p>
        </w:tc>
        <w:tc>
          <w:tcPr>
            <w:tcW w:w="3456" w:type="dxa"/>
          </w:tcPr>
          <w:p w14:paraId="3A7940C9" w14:textId="77777777" w:rsidR="004D342C" w:rsidRDefault="00000000">
            <w:pPr>
              <w:spacing w:before="20" w:after="20"/>
              <w:ind w:firstLine="0"/>
            </w:pPr>
            <w:r>
              <w:rPr>
                <w:sz w:val="16"/>
              </w:rPr>
              <w:t>1 More decision making / 2 Less decision making / 3 No change (SPONT.)</w:t>
            </w:r>
          </w:p>
        </w:tc>
        <w:tc>
          <w:tcPr>
            <w:tcW w:w="648" w:type="dxa"/>
          </w:tcPr>
          <w:p w14:paraId="58B73BE4" w14:textId="77777777" w:rsidR="004D342C" w:rsidRDefault="00000000">
            <w:pPr>
              <w:spacing w:before="20" w:after="20"/>
              <w:ind w:firstLine="0"/>
              <w:jc w:val="right"/>
            </w:pPr>
            <w:r>
              <w:rPr>
                <w:sz w:val="16"/>
              </w:rPr>
              <w:t>1</w:t>
            </w:r>
          </w:p>
        </w:tc>
      </w:tr>
      <w:tr w:rsidR="004D342C" w14:paraId="3F5B4E2F" w14:textId="77777777">
        <w:trPr>
          <w:cantSplit/>
          <w:jc w:val="center"/>
        </w:trPr>
        <w:tc>
          <w:tcPr>
            <w:tcW w:w="1944" w:type="dxa"/>
          </w:tcPr>
          <w:p w14:paraId="6CF0EE3E" w14:textId="77777777" w:rsidR="004D342C" w:rsidRDefault="00000000">
            <w:pPr>
              <w:spacing w:before="20" w:after="20"/>
              <w:ind w:firstLine="0"/>
            </w:pPr>
            <w:r>
              <w:rPr>
                <w:sz w:val="16"/>
              </w:rPr>
              <w:t>jurisd2jobs</w:t>
            </w:r>
          </w:p>
        </w:tc>
        <w:tc>
          <w:tcPr>
            <w:tcW w:w="2880" w:type="dxa"/>
          </w:tcPr>
          <w:p w14:paraId="71F0B329" w14:textId="77777777" w:rsidR="004D342C" w:rsidRDefault="00000000">
            <w:pPr>
              <w:spacing w:before="20" w:after="20"/>
              <w:ind w:firstLine="0"/>
            </w:pPr>
            <w:r>
              <w:rPr>
                <w:sz w:val="16"/>
              </w:rPr>
              <w:t>QA16 EU DECISION MAKING: UNEMPLOYMENT</w:t>
            </w:r>
          </w:p>
        </w:tc>
        <w:tc>
          <w:tcPr>
            <w:tcW w:w="3456" w:type="dxa"/>
          </w:tcPr>
          <w:p w14:paraId="3A1628CD" w14:textId="77777777" w:rsidR="004D342C" w:rsidRDefault="00000000">
            <w:pPr>
              <w:spacing w:before="20" w:after="20"/>
              <w:ind w:firstLine="0"/>
            </w:pPr>
            <w:r>
              <w:rPr>
                <w:sz w:val="16"/>
              </w:rPr>
              <w:t>1 More decision making / 2 Less decision making / 3 No change (SPONT.)</w:t>
            </w:r>
          </w:p>
        </w:tc>
        <w:tc>
          <w:tcPr>
            <w:tcW w:w="648" w:type="dxa"/>
          </w:tcPr>
          <w:p w14:paraId="7F281284" w14:textId="77777777" w:rsidR="004D342C" w:rsidRDefault="00000000">
            <w:pPr>
              <w:spacing w:before="20" w:after="20"/>
              <w:ind w:firstLine="0"/>
              <w:jc w:val="right"/>
            </w:pPr>
            <w:r>
              <w:rPr>
                <w:sz w:val="16"/>
              </w:rPr>
              <w:t>1</w:t>
            </w:r>
          </w:p>
        </w:tc>
      </w:tr>
      <w:tr w:rsidR="004D342C" w14:paraId="248238BC" w14:textId="77777777">
        <w:trPr>
          <w:cantSplit/>
          <w:jc w:val="center"/>
        </w:trPr>
        <w:tc>
          <w:tcPr>
            <w:tcW w:w="1944" w:type="dxa"/>
          </w:tcPr>
          <w:p w14:paraId="2CD34135" w14:textId="77777777" w:rsidR="004D342C" w:rsidRDefault="00000000">
            <w:pPr>
              <w:spacing w:before="20" w:after="20"/>
              <w:ind w:firstLine="0"/>
            </w:pPr>
            <w:r>
              <w:rPr>
                <w:sz w:val="16"/>
              </w:rPr>
              <w:t>jurisd2peace</w:t>
            </w:r>
          </w:p>
        </w:tc>
        <w:tc>
          <w:tcPr>
            <w:tcW w:w="2880" w:type="dxa"/>
          </w:tcPr>
          <w:p w14:paraId="3F7969D1" w14:textId="77777777" w:rsidR="004D342C" w:rsidRDefault="00000000">
            <w:pPr>
              <w:spacing w:before="20" w:after="20"/>
              <w:ind w:firstLine="0"/>
            </w:pPr>
            <w:r>
              <w:rPr>
                <w:sz w:val="16"/>
              </w:rPr>
              <w:t>QA16 EU DECISION MAKING: DEMOCRACY/PEACE</w:t>
            </w:r>
          </w:p>
        </w:tc>
        <w:tc>
          <w:tcPr>
            <w:tcW w:w="3456" w:type="dxa"/>
          </w:tcPr>
          <w:p w14:paraId="2FDD4F6B" w14:textId="77777777" w:rsidR="004D342C" w:rsidRDefault="00000000">
            <w:pPr>
              <w:spacing w:before="20" w:after="20"/>
              <w:ind w:firstLine="0"/>
            </w:pPr>
            <w:r>
              <w:rPr>
                <w:sz w:val="16"/>
              </w:rPr>
              <w:t>1 More decision making / 2 Less decision making / 3 No change (SPONT.)</w:t>
            </w:r>
          </w:p>
        </w:tc>
        <w:tc>
          <w:tcPr>
            <w:tcW w:w="648" w:type="dxa"/>
          </w:tcPr>
          <w:p w14:paraId="583C8334" w14:textId="77777777" w:rsidR="004D342C" w:rsidRDefault="00000000">
            <w:pPr>
              <w:spacing w:before="20" w:after="20"/>
              <w:ind w:firstLine="0"/>
              <w:jc w:val="right"/>
            </w:pPr>
            <w:r>
              <w:rPr>
                <w:sz w:val="16"/>
              </w:rPr>
              <w:t>1</w:t>
            </w:r>
          </w:p>
        </w:tc>
      </w:tr>
      <w:tr w:rsidR="004D342C" w14:paraId="11EA20DF" w14:textId="77777777">
        <w:trPr>
          <w:cantSplit/>
          <w:jc w:val="center"/>
        </w:trPr>
        <w:tc>
          <w:tcPr>
            <w:tcW w:w="1944" w:type="dxa"/>
          </w:tcPr>
          <w:p w14:paraId="32C74BC8" w14:textId="77777777" w:rsidR="004D342C" w:rsidRDefault="00000000">
            <w:pPr>
              <w:spacing w:before="20" w:after="20"/>
              <w:ind w:firstLine="0"/>
            </w:pPr>
            <w:r>
              <w:rPr>
                <w:sz w:val="16"/>
              </w:rPr>
              <w:t>jurisd2randd</w:t>
            </w:r>
          </w:p>
        </w:tc>
        <w:tc>
          <w:tcPr>
            <w:tcW w:w="2880" w:type="dxa"/>
          </w:tcPr>
          <w:p w14:paraId="22B2F613" w14:textId="77777777" w:rsidR="004D342C" w:rsidRDefault="00000000">
            <w:pPr>
              <w:spacing w:before="20" w:after="20"/>
              <w:ind w:firstLine="0"/>
            </w:pPr>
            <w:r>
              <w:rPr>
                <w:sz w:val="16"/>
              </w:rPr>
              <w:t>QA16 EU DECISION MAKING: RESEARCH COOP</w:t>
            </w:r>
          </w:p>
        </w:tc>
        <w:tc>
          <w:tcPr>
            <w:tcW w:w="3456" w:type="dxa"/>
          </w:tcPr>
          <w:p w14:paraId="4696F624" w14:textId="77777777" w:rsidR="004D342C" w:rsidRDefault="00000000">
            <w:pPr>
              <w:spacing w:before="20" w:after="20"/>
              <w:ind w:firstLine="0"/>
            </w:pPr>
            <w:r>
              <w:rPr>
                <w:sz w:val="16"/>
              </w:rPr>
              <w:t>1 More decision making / 2 Less decision making / 3 No change (SPONT.)</w:t>
            </w:r>
          </w:p>
        </w:tc>
        <w:tc>
          <w:tcPr>
            <w:tcW w:w="648" w:type="dxa"/>
          </w:tcPr>
          <w:p w14:paraId="286DA89C" w14:textId="77777777" w:rsidR="004D342C" w:rsidRDefault="00000000">
            <w:pPr>
              <w:spacing w:before="20" w:after="20"/>
              <w:ind w:firstLine="0"/>
              <w:jc w:val="right"/>
            </w:pPr>
            <w:r>
              <w:rPr>
                <w:sz w:val="16"/>
              </w:rPr>
              <w:t>1</w:t>
            </w:r>
          </w:p>
        </w:tc>
      </w:tr>
      <w:tr w:rsidR="004D342C" w14:paraId="78C26349" w14:textId="77777777">
        <w:trPr>
          <w:cantSplit/>
          <w:jc w:val="center"/>
        </w:trPr>
        <w:tc>
          <w:tcPr>
            <w:tcW w:w="1944" w:type="dxa"/>
          </w:tcPr>
          <w:p w14:paraId="5DFBC754" w14:textId="77777777" w:rsidR="004D342C" w:rsidRDefault="00000000">
            <w:pPr>
              <w:spacing w:before="20" w:after="20"/>
              <w:ind w:firstLine="0"/>
            </w:pPr>
            <w:r>
              <w:rPr>
                <w:sz w:val="16"/>
              </w:rPr>
              <w:t>jurisd2social</w:t>
            </w:r>
          </w:p>
        </w:tc>
        <w:tc>
          <w:tcPr>
            <w:tcW w:w="2880" w:type="dxa"/>
          </w:tcPr>
          <w:p w14:paraId="1F1AC3D3" w14:textId="77777777" w:rsidR="004D342C" w:rsidRDefault="00000000">
            <w:pPr>
              <w:spacing w:before="20" w:after="20"/>
              <w:ind w:firstLine="0"/>
            </w:pPr>
            <w:r>
              <w:rPr>
                <w:sz w:val="16"/>
              </w:rPr>
              <w:t>QA16 EU DECISION MAKING: SOCIAL RIGHTS</w:t>
            </w:r>
          </w:p>
        </w:tc>
        <w:tc>
          <w:tcPr>
            <w:tcW w:w="3456" w:type="dxa"/>
          </w:tcPr>
          <w:p w14:paraId="60D7351D" w14:textId="77777777" w:rsidR="004D342C" w:rsidRDefault="00000000">
            <w:pPr>
              <w:spacing w:before="20" w:after="20"/>
              <w:ind w:firstLine="0"/>
            </w:pPr>
            <w:r>
              <w:rPr>
                <w:sz w:val="16"/>
              </w:rPr>
              <w:t>1 More decision making / 2 Less decision making / 3 No change (SPONT.)</w:t>
            </w:r>
          </w:p>
        </w:tc>
        <w:tc>
          <w:tcPr>
            <w:tcW w:w="648" w:type="dxa"/>
          </w:tcPr>
          <w:p w14:paraId="3B1D93F8" w14:textId="77777777" w:rsidR="004D342C" w:rsidRDefault="00000000">
            <w:pPr>
              <w:spacing w:before="20" w:after="20"/>
              <w:ind w:firstLine="0"/>
              <w:jc w:val="right"/>
            </w:pPr>
            <w:r>
              <w:rPr>
                <w:sz w:val="16"/>
              </w:rPr>
              <w:t>1</w:t>
            </w:r>
          </w:p>
        </w:tc>
      </w:tr>
      <w:tr w:rsidR="004D342C" w14:paraId="7493CFCE" w14:textId="77777777">
        <w:trPr>
          <w:cantSplit/>
          <w:jc w:val="center"/>
        </w:trPr>
        <w:tc>
          <w:tcPr>
            <w:tcW w:w="1944" w:type="dxa"/>
          </w:tcPr>
          <w:p w14:paraId="5467F1B0" w14:textId="77777777" w:rsidR="004D342C" w:rsidRDefault="00000000">
            <w:pPr>
              <w:spacing w:before="20" w:after="20"/>
              <w:ind w:firstLine="0"/>
            </w:pPr>
            <w:r>
              <w:rPr>
                <w:sz w:val="16"/>
              </w:rPr>
              <w:t>jurisd2terrorism</w:t>
            </w:r>
          </w:p>
        </w:tc>
        <w:tc>
          <w:tcPr>
            <w:tcW w:w="2880" w:type="dxa"/>
          </w:tcPr>
          <w:p w14:paraId="32AFC4AE" w14:textId="77777777" w:rsidR="004D342C" w:rsidRDefault="00000000">
            <w:pPr>
              <w:spacing w:before="20" w:after="20"/>
              <w:ind w:firstLine="0"/>
            </w:pPr>
            <w:r>
              <w:rPr>
                <w:sz w:val="16"/>
              </w:rPr>
              <w:t>QA16 EU DECISION MAKING: FIGHT TERRORISM</w:t>
            </w:r>
          </w:p>
        </w:tc>
        <w:tc>
          <w:tcPr>
            <w:tcW w:w="3456" w:type="dxa"/>
          </w:tcPr>
          <w:p w14:paraId="1C191597" w14:textId="77777777" w:rsidR="004D342C" w:rsidRDefault="00000000">
            <w:pPr>
              <w:spacing w:before="20" w:after="20"/>
              <w:ind w:firstLine="0"/>
            </w:pPr>
            <w:r>
              <w:rPr>
                <w:sz w:val="16"/>
              </w:rPr>
              <w:t>1 More decision making / 2 Less decision making / 3 No change (SPONT.)</w:t>
            </w:r>
          </w:p>
        </w:tc>
        <w:tc>
          <w:tcPr>
            <w:tcW w:w="648" w:type="dxa"/>
          </w:tcPr>
          <w:p w14:paraId="095DF52F" w14:textId="77777777" w:rsidR="004D342C" w:rsidRDefault="00000000">
            <w:pPr>
              <w:spacing w:before="20" w:after="20"/>
              <w:ind w:firstLine="0"/>
              <w:jc w:val="right"/>
            </w:pPr>
            <w:r>
              <w:rPr>
                <w:sz w:val="16"/>
              </w:rPr>
              <w:t>1</w:t>
            </w:r>
          </w:p>
        </w:tc>
      </w:tr>
      <w:tr w:rsidR="004D342C" w14:paraId="2BA0DD71" w14:textId="77777777">
        <w:trPr>
          <w:cantSplit/>
          <w:jc w:val="center"/>
        </w:trPr>
        <w:tc>
          <w:tcPr>
            <w:tcW w:w="1944" w:type="dxa"/>
          </w:tcPr>
          <w:p w14:paraId="659819D4" w14:textId="77777777" w:rsidR="004D342C" w:rsidRDefault="00000000">
            <w:pPr>
              <w:spacing w:before="20" w:after="20"/>
              <w:ind w:firstLine="0"/>
            </w:pPr>
            <w:r>
              <w:rPr>
                <w:sz w:val="16"/>
              </w:rPr>
              <w:t>jurisdcancer</w:t>
            </w:r>
          </w:p>
        </w:tc>
        <w:tc>
          <w:tcPr>
            <w:tcW w:w="2880" w:type="dxa"/>
          </w:tcPr>
          <w:p w14:paraId="1723CDEF" w14:textId="77777777" w:rsidR="004D342C" w:rsidRDefault="00000000">
            <w:pPr>
              <w:spacing w:before="20" w:after="20"/>
              <w:ind w:firstLine="0"/>
            </w:pPr>
            <w:r>
              <w:rPr>
                <w:sz w:val="16"/>
              </w:rPr>
              <w:t>q58a.24 ec/natl policy: cancer/aids</w:t>
            </w:r>
          </w:p>
        </w:tc>
        <w:tc>
          <w:tcPr>
            <w:tcW w:w="3456" w:type="dxa"/>
          </w:tcPr>
          <w:p w14:paraId="539FFD39" w14:textId="77777777" w:rsidR="004D342C" w:rsidRDefault="00000000">
            <w:pPr>
              <w:spacing w:before="20" w:after="20"/>
              <w:ind w:firstLine="0"/>
            </w:pPr>
            <w:r>
              <w:rPr>
                <w:sz w:val="16"/>
              </w:rPr>
              <w:t>1 (NATIONALITY) Government / 2 Jointly within European Union / 3 dont know</w:t>
            </w:r>
          </w:p>
        </w:tc>
        <w:tc>
          <w:tcPr>
            <w:tcW w:w="648" w:type="dxa"/>
          </w:tcPr>
          <w:p w14:paraId="3BC264C6" w14:textId="77777777" w:rsidR="004D342C" w:rsidRDefault="00000000">
            <w:pPr>
              <w:spacing w:before="20" w:after="20"/>
              <w:ind w:firstLine="0"/>
              <w:jc w:val="right"/>
            </w:pPr>
            <w:r>
              <w:rPr>
                <w:sz w:val="16"/>
              </w:rPr>
              <w:t>1</w:t>
            </w:r>
          </w:p>
        </w:tc>
      </w:tr>
      <w:tr w:rsidR="004D342C" w14:paraId="45AB0ACD" w14:textId="77777777">
        <w:trPr>
          <w:cantSplit/>
          <w:jc w:val="center"/>
        </w:trPr>
        <w:tc>
          <w:tcPr>
            <w:tcW w:w="1944" w:type="dxa"/>
          </w:tcPr>
          <w:p w14:paraId="555C05E6" w14:textId="77777777" w:rsidR="004D342C" w:rsidRDefault="00000000">
            <w:pPr>
              <w:spacing w:before="20" w:after="20"/>
              <w:ind w:firstLine="0"/>
            </w:pPr>
            <w:r>
              <w:rPr>
                <w:sz w:val="16"/>
              </w:rPr>
              <w:t>jurisdcitizen</w:t>
            </w:r>
          </w:p>
        </w:tc>
        <w:tc>
          <w:tcPr>
            <w:tcW w:w="2880" w:type="dxa"/>
          </w:tcPr>
          <w:p w14:paraId="465B3E31" w14:textId="77777777" w:rsidR="004D342C" w:rsidRDefault="00000000">
            <w:pPr>
              <w:spacing w:before="20" w:after="20"/>
              <w:ind w:firstLine="0"/>
            </w:pPr>
            <w:r>
              <w:rPr>
                <w:sz w:val="16"/>
              </w:rPr>
              <w:t>q58a.21 ec/natl policy: citizens rights</w:t>
            </w:r>
          </w:p>
        </w:tc>
        <w:tc>
          <w:tcPr>
            <w:tcW w:w="3456" w:type="dxa"/>
          </w:tcPr>
          <w:p w14:paraId="356DBE62" w14:textId="77777777" w:rsidR="004D342C" w:rsidRDefault="00000000">
            <w:pPr>
              <w:spacing w:before="20" w:after="20"/>
              <w:ind w:firstLine="0"/>
            </w:pPr>
            <w:r>
              <w:rPr>
                <w:sz w:val="16"/>
              </w:rPr>
              <w:t>1 (NATIONALITY) Government / 2 Jointly within European Union / 3 dont know</w:t>
            </w:r>
          </w:p>
        </w:tc>
        <w:tc>
          <w:tcPr>
            <w:tcW w:w="648" w:type="dxa"/>
          </w:tcPr>
          <w:p w14:paraId="4E2D949C" w14:textId="77777777" w:rsidR="004D342C" w:rsidRDefault="00000000">
            <w:pPr>
              <w:spacing w:before="20" w:after="20"/>
              <w:ind w:firstLine="0"/>
              <w:jc w:val="right"/>
            </w:pPr>
            <w:r>
              <w:rPr>
                <w:sz w:val="16"/>
              </w:rPr>
              <w:t>1</w:t>
            </w:r>
          </w:p>
        </w:tc>
      </w:tr>
      <w:tr w:rsidR="004D342C" w14:paraId="111EA4F1" w14:textId="77777777">
        <w:trPr>
          <w:cantSplit/>
          <w:jc w:val="center"/>
        </w:trPr>
        <w:tc>
          <w:tcPr>
            <w:tcW w:w="1944" w:type="dxa"/>
          </w:tcPr>
          <w:p w14:paraId="4DCA240D" w14:textId="77777777" w:rsidR="004D342C" w:rsidRDefault="00000000">
            <w:pPr>
              <w:spacing w:before="20" w:after="20"/>
              <w:ind w:firstLine="0"/>
            </w:pPr>
            <w:r>
              <w:rPr>
                <w:sz w:val="16"/>
              </w:rPr>
              <w:t>jurisdecon3</w:t>
            </w:r>
          </w:p>
        </w:tc>
        <w:tc>
          <w:tcPr>
            <w:tcW w:w="2880" w:type="dxa"/>
          </w:tcPr>
          <w:p w14:paraId="5ED5EECC" w14:textId="77777777" w:rsidR="004D342C" w:rsidRDefault="00000000">
            <w:pPr>
              <w:spacing w:before="20" w:after="20"/>
              <w:ind w:firstLine="0"/>
            </w:pPr>
            <w:r>
              <w:rPr>
                <w:sz w:val="16"/>
              </w:rPr>
              <w:t>QA23 EU COMMON POLICY: ECONOMIC GROWTH</w:t>
            </w:r>
          </w:p>
        </w:tc>
        <w:tc>
          <w:tcPr>
            <w:tcW w:w="3456" w:type="dxa"/>
          </w:tcPr>
          <w:p w14:paraId="5036ED69" w14:textId="77777777" w:rsidR="004D342C" w:rsidRDefault="00000000">
            <w:pPr>
              <w:spacing w:before="20" w:after="20"/>
              <w:ind w:firstLine="0"/>
            </w:pPr>
            <w:r>
              <w:rPr>
                <w:sz w:val="16"/>
              </w:rPr>
              <w:t>1 (NATIONALITY) Government / 2 Jointly within the EU / 3 DK</w:t>
            </w:r>
          </w:p>
        </w:tc>
        <w:tc>
          <w:tcPr>
            <w:tcW w:w="648" w:type="dxa"/>
          </w:tcPr>
          <w:p w14:paraId="663EC529" w14:textId="77777777" w:rsidR="004D342C" w:rsidRDefault="00000000">
            <w:pPr>
              <w:spacing w:before="20" w:after="20"/>
              <w:ind w:firstLine="0"/>
              <w:jc w:val="right"/>
            </w:pPr>
            <w:r>
              <w:rPr>
                <w:sz w:val="16"/>
              </w:rPr>
              <w:t>1</w:t>
            </w:r>
          </w:p>
        </w:tc>
      </w:tr>
      <w:tr w:rsidR="004D342C" w14:paraId="1F090CBA" w14:textId="77777777">
        <w:trPr>
          <w:cantSplit/>
          <w:jc w:val="center"/>
        </w:trPr>
        <w:tc>
          <w:tcPr>
            <w:tcW w:w="1944" w:type="dxa"/>
          </w:tcPr>
          <w:p w14:paraId="5FAA6C5E" w14:textId="77777777" w:rsidR="004D342C" w:rsidRDefault="00000000">
            <w:pPr>
              <w:spacing w:before="20" w:after="20"/>
              <w:ind w:firstLine="0"/>
            </w:pPr>
            <w:r>
              <w:rPr>
                <w:sz w:val="16"/>
              </w:rPr>
              <w:t>jurisdelderly</w:t>
            </w:r>
          </w:p>
        </w:tc>
        <w:tc>
          <w:tcPr>
            <w:tcW w:w="2880" w:type="dxa"/>
          </w:tcPr>
          <w:p w14:paraId="280C428B" w14:textId="77777777" w:rsidR="004D342C" w:rsidRDefault="00000000">
            <w:pPr>
              <w:spacing w:before="20" w:after="20"/>
              <w:ind w:firstLine="0"/>
            </w:pPr>
            <w:r>
              <w:rPr>
                <w:sz w:val="16"/>
              </w:rPr>
              <w:t>q58a.26 ec/natl policy: elderly</w:t>
            </w:r>
          </w:p>
        </w:tc>
        <w:tc>
          <w:tcPr>
            <w:tcW w:w="3456" w:type="dxa"/>
          </w:tcPr>
          <w:p w14:paraId="796193A7" w14:textId="77777777" w:rsidR="004D342C" w:rsidRDefault="00000000">
            <w:pPr>
              <w:spacing w:before="20" w:after="20"/>
              <w:ind w:firstLine="0"/>
            </w:pPr>
            <w:r>
              <w:rPr>
                <w:sz w:val="16"/>
              </w:rPr>
              <w:t>1 (NATIONALITY) Government / 2 Jointly within European Union / 3 dont know</w:t>
            </w:r>
          </w:p>
        </w:tc>
        <w:tc>
          <w:tcPr>
            <w:tcW w:w="648" w:type="dxa"/>
          </w:tcPr>
          <w:p w14:paraId="2F6A609C" w14:textId="77777777" w:rsidR="004D342C" w:rsidRDefault="00000000">
            <w:pPr>
              <w:spacing w:before="20" w:after="20"/>
              <w:ind w:firstLine="0"/>
              <w:jc w:val="right"/>
            </w:pPr>
            <w:r>
              <w:rPr>
                <w:sz w:val="16"/>
              </w:rPr>
              <w:t>1</w:t>
            </w:r>
          </w:p>
        </w:tc>
      </w:tr>
      <w:tr w:rsidR="004D342C" w14:paraId="06CBA901" w14:textId="77777777">
        <w:trPr>
          <w:cantSplit/>
          <w:jc w:val="center"/>
        </w:trPr>
        <w:tc>
          <w:tcPr>
            <w:tcW w:w="1944" w:type="dxa"/>
          </w:tcPr>
          <w:p w14:paraId="3939FD0F" w14:textId="77777777" w:rsidR="004D342C" w:rsidRDefault="00000000">
            <w:pPr>
              <w:spacing w:before="20" w:after="20"/>
              <w:ind w:firstLine="0"/>
            </w:pPr>
            <w:r>
              <w:rPr>
                <w:sz w:val="16"/>
              </w:rPr>
              <w:t>jurisdfamilies</w:t>
            </w:r>
          </w:p>
        </w:tc>
        <w:tc>
          <w:tcPr>
            <w:tcW w:w="2880" w:type="dxa"/>
          </w:tcPr>
          <w:p w14:paraId="00ADF8DA" w14:textId="77777777" w:rsidR="004D342C" w:rsidRDefault="00000000">
            <w:pPr>
              <w:spacing w:before="20" w:after="20"/>
              <w:ind w:firstLine="0"/>
            </w:pPr>
            <w:r>
              <w:rPr>
                <w:sz w:val="16"/>
              </w:rPr>
              <w:t>q58a.28 ec/natl policy: families</w:t>
            </w:r>
          </w:p>
        </w:tc>
        <w:tc>
          <w:tcPr>
            <w:tcW w:w="3456" w:type="dxa"/>
          </w:tcPr>
          <w:p w14:paraId="2D3072DA" w14:textId="77777777" w:rsidR="004D342C" w:rsidRDefault="00000000">
            <w:pPr>
              <w:spacing w:before="20" w:after="20"/>
              <w:ind w:firstLine="0"/>
            </w:pPr>
            <w:r>
              <w:rPr>
                <w:sz w:val="16"/>
              </w:rPr>
              <w:t>1 (NATIONALITY) Government / 2 Jointly within European Union / 3 dont know</w:t>
            </w:r>
          </w:p>
        </w:tc>
        <w:tc>
          <w:tcPr>
            <w:tcW w:w="648" w:type="dxa"/>
          </w:tcPr>
          <w:p w14:paraId="36B2DCC1" w14:textId="77777777" w:rsidR="004D342C" w:rsidRDefault="00000000">
            <w:pPr>
              <w:spacing w:before="20" w:after="20"/>
              <w:ind w:firstLine="0"/>
              <w:jc w:val="right"/>
            </w:pPr>
            <w:r>
              <w:rPr>
                <w:sz w:val="16"/>
              </w:rPr>
              <w:t>1</w:t>
            </w:r>
          </w:p>
        </w:tc>
      </w:tr>
      <w:tr w:rsidR="004D342C" w14:paraId="576A3CE4" w14:textId="77777777">
        <w:trPr>
          <w:cantSplit/>
          <w:jc w:val="center"/>
        </w:trPr>
        <w:tc>
          <w:tcPr>
            <w:tcW w:w="1944" w:type="dxa"/>
          </w:tcPr>
          <w:p w14:paraId="4E1F2EBB" w14:textId="77777777" w:rsidR="004D342C" w:rsidRDefault="00000000">
            <w:pPr>
              <w:spacing w:before="20" w:after="20"/>
              <w:ind w:firstLine="0"/>
            </w:pPr>
            <w:r>
              <w:rPr>
                <w:sz w:val="16"/>
              </w:rPr>
              <w:t>jurisdfinreform</w:t>
            </w:r>
          </w:p>
        </w:tc>
        <w:tc>
          <w:tcPr>
            <w:tcW w:w="2880" w:type="dxa"/>
          </w:tcPr>
          <w:p w14:paraId="1D508B96" w14:textId="77777777" w:rsidR="004D342C" w:rsidRDefault="00000000">
            <w:pPr>
              <w:spacing w:before="20" w:after="20"/>
              <w:ind w:firstLine="0"/>
            </w:pPr>
            <w:r>
              <w:rPr>
                <w:sz w:val="16"/>
              </w:rPr>
              <w:t>QA23 EU COMMON POLICY: FINANCIAL SECTOR</w:t>
            </w:r>
          </w:p>
        </w:tc>
        <w:tc>
          <w:tcPr>
            <w:tcW w:w="3456" w:type="dxa"/>
          </w:tcPr>
          <w:p w14:paraId="3607B031" w14:textId="77777777" w:rsidR="004D342C" w:rsidRDefault="00000000">
            <w:pPr>
              <w:spacing w:before="20" w:after="20"/>
              <w:ind w:firstLine="0"/>
            </w:pPr>
            <w:r>
              <w:rPr>
                <w:sz w:val="16"/>
              </w:rPr>
              <w:t>1 (NATIONALITY) Government / 2 Jointly within the EU / 3 DK</w:t>
            </w:r>
          </w:p>
        </w:tc>
        <w:tc>
          <w:tcPr>
            <w:tcW w:w="648" w:type="dxa"/>
          </w:tcPr>
          <w:p w14:paraId="5FFF1234" w14:textId="77777777" w:rsidR="004D342C" w:rsidRDefault="00000000">
            <w:pPr>
              <w:spacing w:before="20" w:after="20"/>
              <w:ind w:firstLine="0"/>
              <w:jc w:val="right"/>
            </w:pPr>
            <w:r>
              <w:rPr>
                <w:sz w:val="16"/>
              </w:rPr>
              <w:t>1</w:t>
            </w:r>
          </w:p>
        </w:tc>
      </w:tr>
      <w:tr w:rsidR="004D342C" w14:paraId="7693F171" w14:textId="77777777">
        <w:trPr>
          <w:cantSplit/>
          <w:jc w:val="center"/>
        </w:trPr>
        <w:tc>
          <w:tcPr>
            <w:tcW w:w="1944" w:type="dxa"/>
          </w:tcPr>
          <w:p w14:paraId="21AED52A" w14:textId="77777777" w:rsidR="004D342C" w:rsidRDefault="00000000">
            <w:pPr>
              <w:spacing w:before="20" w:after="20"/>
              <w:ind w:firstLine="0"/>
            </w:pPr>
            <w:r>
              <w:rPr>
                <w:sz w:val="16"/>
              </w:rPr>
              <w:t>jurisdhumanrights</w:t>
            </w:r>
          </w:p>
        </w:tc>
        <w:tc>
          <w:tcPr>
            <w:tcW w:w="2880" w:type="dxa"/>
          </w:tcPr>
          <w:p w14:paraId="4B347A08" w14:textId="77777777" w:rsidR="004D342C" w:rsidRDefault="00000000">
            <w:pPr>
              <w:spacing w:before="20" w:after="20"/>
              <w:ind w:firstLine="0"/>
            </w:pPr>
            <w:r>
              <w:rPr>
                <w:sz w:val="16"/>
              </w:rPr>
              <w:t>q58a.23 ec/natl policy: human rights</w:t>
            </w:r>
          </w:p>
        </w:tc>
        <w:tc>
          <w:tcPr>
            <w:tcW w:w="3456" w:type="dxa"/>
          </w:tcPr>
          <w:p w14:paraId="373A7394" w14:textId="77777777" w:rsidR="004D342C" w:rsidRDefault="00000000">
            <w:pPr>
              <w:spacing w:before="20" w:after="20"/>
              <w:ind w:firstLine="0"/>
            </w:pPr>
            <w:r>
              <w:rPr>
                <w:sz w:val="16"/>
              </w:rPr>
              <w:t>1 (NATIONALITY) Government / 2 Jointly within European Union / 3 dont know</w:t>
            </w:r>
          </w:p>
        </w:tc>
        <w:tc>
          <w:tcPr>
            <w:tcW w:w="648" w:type="dxa"/>
          </w:tcPr>
          <w:p w14:paraId="5870B31B" w14:textId="77777777" w:rsidR="004D342C" w:rsidRDefault="00000000">
            <w:pPr>
              <w:spacing w:before="20" w:after="20"/>
              <w:ind w:firstLine="0"/>
              <w:jc w:val="right"/>
            </w:pPr>
            <w:r>
              <w:rPr>
                <w:sz w:val="16"/>
              </w:rPr>
              <w:t>1</w:t>
            </w:r>
          </w:p>
        </w:tc>
      </w:tr>
      <w:tr w:rsidR="004D342C" w14:paraId="65154D1A" w14:textId="77777777">
        <w:trPr>
          <w:cantSplit/>
          <w:jc w:val="center"/>
        </w:trPr>
        <w:tc>
          <w:tcPr>
            <w:tcW w:w="1944" w:type="dxa"/>
          </w:tcPr>
          <w:p w14:paraId="24A265B4" w14:textId="77777777" w:rsidR="004D342C" w:rsidRDefault="00000000">
            <w:pPr>
              <w:spacing w:before="20" w:after="20"/>
              <w:ind w:firstLine="0"/>
            </w:pPr>
            <w:r>
              <w:rPr>
                <w:sz w:val="16"/>
              </w:rPr>
              <w:t>jurisdschoolcoop</w:t>
            </w:r>
          </w:p>
        </w:tc>
        <w:tc>
          <w:tcPr>
            <w:tcW w:w="2880" w:type="dxa"/>
          </w:tcPr>
          <w:p w14:paraId="0524625E" w14:textId="77777777" w:rsidR="004D342C" w:rsidRDefault="00000000">
            <w:pPr>
              <w:spacing w:before="20" w:after="20"/>
              <w:ind w:firstLine="0"/>
            </w:pPr>
            <w:r>
              <w:rPr>
                <w:sz w:val="16"/>
              </w:rPr>
              <w:t>q58a.22 ec/natl policy: univ exch stdnts</w:t>
            </w:r>
          </w:p>
        </w:tc>
        <w:tc>
          <w:tcPr>
            <w:tcW w:w="3456" w:type="dxa"/>
          </w:tcPr>
          <w:p w14:paraId="5FDE578F" w14:textId="77777777" w:rsidR="004D342C" w:rsidRDefault="00000000">
            <w:pPr>
              <w:spacing w:before="20" w:after="20"/>
              <w:ind w:firstLine="0"/>
            </w:pPr>
            <w:r>
              <w:rPr>
                <w:sz w:val="16"/>
              </w:rPr>
              <w:t>1 (NATIONALITY) Government / 2 Jointly within European Union / 3 dont know</w:t>
            </w:r>
          </w:p>
        </w:tc>
        <w:tc>
          <w:tcPr>
            <w:tcW w:w="648" w:type="dxa"/>
          </w:tcPr>
          <w:p w14:paraId="6FD1F79E" w14:textId="77777777" w:rsidR="004D342C" w:rsidRDefault="00000000">
            <w:pPr>
              <w:spacing w:before="20" w:after="20"/>
              <w:ind w:firstLine="0"/>
              <w:jc w:val="right"/>
            </w:pPr>
            <w:r>
              <w:rPr>
                <w:sz w:val="16"/>
              </w:rPr>
              <w:t>1</w:t>
            </w:r>
          </w:p>
        </w:tc>
      </w:tr>
      <w:tr w:rsidR="004D342C" w14:paraId="6FA0AC90" w14:textId="77777777">
        <w:trPr>
          <w:cantSplit/>
          <w:jc w:val="center"/>
        </w:trPr>
        <w:tc>
          <w:tcPr>
            <w:tcW w:w="1944" w:type="dxa"/>
          </w:tcPr>
          <w:p w14:paraId="7D3BBD14" w14:textId="77777777" w:rsidR="004D342C" w:rsidRDefault="00000000">
            <w:pPr>
              <w:spacing w:before="20" w:after="20"/>
              <w:ind w:firstLine="0"/>
            </w:pPr>
            <w:r>
              <w:rPr>
                <w:sz w:val="16"/>
              </w:rPr>
              <w:t>jurisdwomen</w:t>
            </w:r>
          </w:p>
        </w:tc>
        <w:tc>
          <w:tcPr>
            <w:tcW w:w="2880" w:type="dxa"/>
          </w:tcPr>
          <w:p w14:paraId="77D191E9" w14:textId="77777777" w:rsidR="004D342C" w:rsidRDefault="00000000">
            <w:pPr>
              <w:spacing w:before="20" w:after="20"/>
              <w:ind w:firstLine="0"/>
            </w:pPr>
            <w:r>
              <w:rPr>
                <w:sz w:val="16"/>
              </w:rPr>
              <w:t>q58a.27 ec/natl policy: women</w:t>
            </w:r>
          </w:p>
        </w:tc>
        <w:tc>
          <w:tcPr>
            <w:tcW w:w="3456" w:type="dxa"/>
          </w:tcPr>
          <w:p w14:paraId="3DD79C58" w14:textId="77777777" w:rsidR="004D342C" w:rsidRDefault="00000000">
            <w:pPr>
              <w:spacing w:before="20" w:after="20"/>
              <w:ind w:firstLine="0"/>
            </w:pPr>
            <w:r>
              <w:rPr>
                <w:sz w:val="16"/>
              </w:rPr>
              <w:t>1 (NATIONALITY) Government / 2 Jointly within European Union / 3 dont know</w:t>
            </w:r>
          </w:p>
        </w:tc>
        <w:tc>
          <w:tcPr>
            <w:tcW w:w="648" w:type="dxa"/>
          </w:tcPr>
          <w:p w14:paraId="1395A9D3" w14:textId="77777777" w:rsidR="004D342C" w:rsidRDefault="00000000">
            <w:pPr>
              <w:spacing w:before="20" w:after="20"/>
              <w:ind w:firstLine="0"/>
              <w:jc w:val="right"/>
            </w:pPr>
            <w:r>
              <w:rPr>
                <w:sz w:val="16"/>
              </w:rPr>
              <w:t>1</w:t>
            </w:r>
          </w:p>
        </w:tc>
      </w:tr>
      <w:tr w:rsidR="004D342C" w14:paraId="3B7BA93F" w14:textId="77777777">
        <w:trPr>
          <w:cantSplit/>
          <w:jc w:val="center"/>
        </w:trPr>
        <w:tc>
          <w:tcPr>
            <w:tcW w:w="1944" w:type="dxa"/>
          </w:tcPr>
          <w:p w14:paraId="0208F0E6" w14:textId="77777777" w:rsidR="004D342C" w:rsidRDefault="00000000">
            <w:pPr>
              <w:spacing w:before="20" w:after="20"/>
              <w:ind w:firstLine="0"/>
            </w:pPr>
            <w:r>
              <w:rPr>
                <w:sz w:val="16"/>
              </w:rPr>
              <w:t>jurisdyouth</w:t>
            </w:r>
          </w:p>
        </w:tc>
        <w:tc>
          <w:tcPr>
            <w:tcW w:w="2880" w:type="dxa"/>
          </w:tcPr>
          <w:p w14:paraId="2C0E6047" w14:textId="77777777" w:rsidR="004D342C" w:rsidRDefault="00000000">
            <w:pPr>
              <w:spacing w:before="20" w:after="20"/>
              <w:ind w:firstLine="0"/>
            </w:pPr>
            <w:r>
              <w:rPr>
                <w:sz w:val="16"/>
              </w:rPr>
              <w:t>q58a.29 ec/natl policy: young people</w:t>
            </w:r>
          </w:p>
        </w:tc>
        <w:tc>
          <w:tcPr>
            <w:tcW w:w="3456" w:type="dxa"/>
          </w:tcPr>
          <w:p w14:paraId="3E904A87" w14:textId="77777777" w:rsidR="004D342C" w:rsidRDefault="00000000">
            <w:pPr>
              <w:spacing w:before="20" w:after="20"/>
              <w:ind w:firstLine="0"/>
            </w:pPr>
            <w:r>
              <w:rPr>
                <w:sz w:val="16"/>
              </w:rPr>
              <w:t>1 (NATIONALITY) Government / 2 Jointly within European Union / 3 dont know</w:t>
            </w:r>
          </w:p>
        </w:tc>
        <w:tc>
          <w:tcPr>
            <w:tcW w:w="648" w:type="dxa"/>
          </w:tcPr>
          <w:p w14:paraId="4087F981" w14:textId="77777777" w:rsidR="004D342C" w:rsidRDefault="00000000">
            <w:pPr>
              <w:spacing w:before="20" w:after="20"/>
              <w:ind w:firstLine="0"/>
              <w:jc w:val="right"/>
            </w:pPr>
            <w:r>
              <w:rPr>
                <w:sz w:val="16"/>
              </w:rPr>
              <w:t>1</w:t>
            </w:r>
          </w:p>
        </w:tc>
      </w:tr>
      <w:tr w:rsidR="004D342C" w14:paraId="20F209B9" w14:textId="77777777">
        <w:trPr>
          <w:cantSplit/>
          <w:jc w:val="center"/>
        </w:trPr>
        <w:tc>
          <w:tcPr>
            <w:tcW w:w="1944" w:type="dxa"/>
          </w:tcPr>
          <w:p w14:paraId="1218B87F" w14:textId="77777777" w:rsidR="004D342C" w:rsidRDefault="00000000">
            <w:pPr>
              <w:spacing w:before="20" w:after="20"/>
              <w:ind w:firstLine="0"/>
            </w:pPr>
            <w:r>
              <w:rPr>
                <w:sz w:val="16"/>
              </w:rPr>
              <w:t>leveldefend</w:t>
            </w:r>
          </w:p>
        </w:tc>
        <w:tc>
          <w:tcPr>
            <w:tcW w:w="2880" w:type="dxa"/>
          </w:tcPr>
          <w:p w14:paraId="596A951C" w14:textId="77777777" w:rsidR="004D342C" w:rsidRDefault="00000000">
            <w:pPr>
              <w:spacing w:before="20" w:after="20"/>
              <w:ind w:firstLine="0"/>
            </w:pPr>
            <w:r>
              <w:rPr>
                <w:sz w:val="16"/>
              </w:rPr>
              <w:t>QH3 PUBL AUTHORITY LEV - DEFEND PERS INTEREST</w:t>
            </w:r>
          </w:p>
        </w:tc>
        <w:tc>
          <w:tcPr>
            <w:tcW w:w="3456" w:type="dxa"/>
          </w:tcPr>
          <w:p w14:paraId="68E73D1E" w14:textId="77777777" w:rsidR="004D342C" w:rsidRDefault="00000000">
            <w:pPr>
              <w:spacing w:before="20" w:after="20"/>
              <w:ind w:firstLine="0"/>
            </w:pPr>
            <w:r>
              <w:rPr>
                <w:sz w:val="16"/>
              </w:rPr>
              <w:t>1 MEPs / 2 Nat. political representatives / 3 Reg./local political representatives / 4 None of them (SPONT.) / 5 All together (SPONT.)</w:t>
            </w:r>
          </w:p>
        </w:tc>
        <w:tc>
          <w:tcPr>
            <w:tcW w:w="648" w:type="dxa"/>
          </w:tcPr>
          <w:p w14:paraId="0A20A1F6" w14:textId="77777777" w:rsidR="004D342C" w:rsidRDefault="00000000">
            <w:pPr>
              <w:spacing w:before="20" w:after="20"/>
              <w:ind w:firstLine="0"/>
              <w:jc w:val="right"/>
            </w:pPr>
            <w:r>
              <w:rPr>
                <w:sz w:val="16"/>
              </w:rPr>
              <w:t>1</w:t>
            </w:r>
          </w:p>
        </w:tc>
      </w:tr>
      <w:tr w:rsidR="004D342C" w14:paraId="542CD255" w14:textId="77777777">
        <w:trPr>
          <w:cantSplit/>
          <w:jc w:val="center"/>
        </w:trPr>
        <w:tc>
          <w:tcPr>
            <w:tcW w:w="1944" w:type="dxa"/>
          </w:tcPr>
          <w:p w14:paraId="006BD042" w14:textId="77777777" w:rsidR="004D342C" w:rsidRDefault="00000000">
            <w:pPr>
              <w:spacing w:before="20" w:after="20"/>
              <w:ind w:firstLine="0"/>
            </w:pPr>
            <w:r>
              <w:rPr>
                <w:sz w:val="16"/>
              </w:rPr>
              <w:t>leveldefend2</w:t>
            </w:r>
          </w:p>
        </w:tc>
        <w:tc>
          <w:tcPr>
            <w:tcW w:w="2880" w:type="dxa"/>
          </w:tcPr>
          <w:p w14:paraId="4321237B" w14:textId="77777777" w:rsidR="004D342C" w:rsidRDefault="00000000">
            <w:pPr>
              <w:spacing w:before="20" w:after="20"/>
              <w:ind w:firstLine="0"/>
            </w:pPr>
            <w:r>
              <w:rPr>
                <w:sz w:val="16"/>
              </w:rPr>
              <w:t>QE7 PUBL AUTHORITY LEVEL: DEFEND PERS INTERESTS</w:t>
            </w:r>
          </w:p>
        </w:tc>
        <w:tc>
          <w:tcPr>
            <w:tcW w:w="3456" w:type="dxa"/>
          </w:tcPr>
          <w:p w14:paraId="695B05AA" w14:textId="77777777" w:rsidR="004D342C" w:rsidRDefault="00000000">
            <w:pPr>
              <w:spacing w:before="20" w:after="20"/>
              <w:ind w:firstLine="0"/>
            </w:pPr>
            <w:r>
              <w:rPr>
                <w:sz w:val="16"/>
              </w:rPr>
              <w:t>1 Your MEPs (Members of the European Parliament) / 2 Your (NATIONALITY) political representatives / 3 Your regional or local political representatives</w:t>
            </w:r>
          </w:p>
        </w:tc>
        <w:tc>
          <w:tcPr>
            <w:tcW w:w="648" w:type="dxa"/>
          </w:tcPr>
          <w:p w14:paraId="63F54A35" w14:textId="77777777" w:rsidR="004D342C" w:rsidRDefault="00000000">
            <w:pPr>
              <w:spacing w:before="20" w:after="20"/>
              <w:ind w:firstLine="0"/>
              <w:jc w:val="right"/>
            </w:pPr>
            <w:r>
              <w:rPr>
                <w:sz w:val="16"/>
              </w:rPr>
              <w:t>1</w:t>
            </w:r>
          </w:p>
        </w:tc>
      </w:tr>
      <w:tr w:rsidR="004D342C" w14:paraId="66ADB8B9" w14:textId="77777777">
        <w:trPr>
          <w:cantSplit/>
          <w:jc w:val="center"/>
        </w:trPr>
        <w:tc>
          <w:tcPr>
            <w:tcW w:w="1944" w:type="dxa"/>
          </w:tcPr>
          <w:p w14:paraId="568DE31D" w14:textId="77777777" w:rsidR="004D342C" w:rsidRDefault="00000000">
            <w:pPr>
              <w:spacing w:before="20" w:after="20"/>
              <w:ind w:firstLine="0"/>
            </w:pPr>
            <w:r>
              <w:rPr>
                <w:sz w:val="16"/>
              </w:rPr>
              <w:t>levelexplain</w:t>
            </w:r>
          </w:p>
        </w:tc>
        <w:tc>
          <w:tcPr>
            <w:tcW w:w="2880" w:type="dxa"/>
          </w:tcPr>
          <w:p w14:paraId="1C4EC061" w14:textId="77777777" w:rsidR="004D342C" w:rsidRDefault="00000000">
            <w:pPr>
              <w:spacing w:before="20" w:after="20"/>
              <w:ind w:firstLine="0"/>
            </w:pPr>
            <w:r>
              <w:rPr>
                <w:sz w:val="16"/>
              </w:rPr>
              <w:t>QH3 PUBL AUTHORITY LEV - EXPLAIN EU IMPACT</w:t>
            </w:r>
          </w:p>
        </w:tc>
        <w:tc>
          <w:tcPr>
            <w:tcW w:w="3456" w:type="dxa"/>
          </w:tcPr>
          <w:p w14:paraId="143711D9" w14:textId="77777777" w:rsidR="004D342C" w:rsidRDefault="00000000">
            <w:pPr>
              <w:spacing w:before="20" w:after="20"/>
              <w:ind w:firstLine="0"/>
            </w:pPr>
            <w:r>
              <w:rPr>
                <w:sz w:val="16"/>
              </w:rPr>
              <w:t>1 MEPs / 2 Nat. political representatives / 3 Reg./local political representatives / 4 None of them (SPONT.) / 5 All together (SPONT.)</w:t>
            </w:r>
          </w:p>
        </w:tc>
        <w:tc>
          <w:tcPr>
            <w:tcW w:w="648" w:type="dxa"/>
          </w:tcPr>
          <w:p w14:paraId="1FB465AF" w14:textId="77777777" w:rsidR="004D342C" w:rsidRDefault="00000000">
            <w:pPr>
              <w:spacing w:before="20" w:after="20"/>
              <w:ind w:firstLine="0"/>
              <w:jc w:val="right"/>
            </w:pPr>
            <w:r>
              <w:rPr>
                <w:sz w:val="16"/>
              </w:rPr>
              <w:t>1</w:t>
            </w:r>
          </w:p>
        </w:tc>
      </w:tr>
      <w:tr w:rsidR="004D342C" w14:paraId="5433DDCF" w14:textId="77777777">
        <w:trPr>
          <w:cantSplit/>
          <w:jc w:val="center"/>
        </w:trPr>
        <w:tc>
          <w:tcPr>
            <w:tcW w:w="1944" w:type="dxa"/>
          </w:tcPr>
          <w:p w14:paraId="31947C5B" w14:textId="77777777" w:rsidR="004D342C" w:rsidRDefault="00000000">
            <w:pPr>
              <w:spacing w:before="20" w:after="20"/>
              <w:ind w:firstLine="0"/>
            </w:pPr>
            <w:r>
              <w:rPr>
                <w:sz w:val="16"/>
              </w:rPr>
              <w:lastRenderedPageBreak/>
              <w:t>levelexplain2</w:t>
            </w:r>
          </w:p>
        </w:tc>
        <w:tc>
          <w:tcPr>
            <w:tcW w:w="2880" w:type="dxa"/>
          </w:tcPr>
          <w:p w14:paraId="28737F29" w14:textId="77777777" w:rsidR="004D342C" w:rsidRDefault="00000000">
            <w:pPr>
              <w:spacing w:before="20" w:after="20"/>
              <w:ind w:firstLine="0"/>
            </w:pPr>
            <w:r>
              <w:rPr>
                <w:sz w:val="16"/>
              </w:rPr>
              <w:t>QE7 PUBL AUTHORITY LEVEL: EXPLAIN EU IMPACT</w:t>
            </w:r>
          </w:p>
        </w:tc>
        <w:tc>
          <w:tcPr>
            <w:tcW w:w="3456" w:type="dxa"/>
          </w:tcPr>
          <w:p w14:paraId="71E20209" w14:textId="77777777" w:rsidR="004D342C" w:rsidRDefault="00000000">
            <w:pPr>
              <w:spacing w:before="20" w:after="20"/>
              <w:ind w:firstLine="0"/>
            </w:pPr>
            <w:r>
              <w:rPr>
                <w:sz w:val="16"/>
              </w:rPr>
              <w:t>1 Your MEPs (Members of the European Parliament) / 2 Your (NATIONALITY) political representatives / 3 Your regional or local political representatives</w:t>
            </w:r>
          </w:p>
        </w:tc>
        <w:tc>
          <w:tcPr>
            <w:tcW w:w="648" w:type="dxa"/>
          </w:tcPr>
          <w:p w14:paraId="067511AD" w14:textId="77777777" w:rsidR="004D342C" w:rsidRDefault="00000000">
            <w:pPr>
              <w:spacing w:before="20" w:after="20"/>
              <w:ind w:firstLine="0"/>
              <w:jc w:val="right"/>
            </w:pPr>
            <w:r>
              <w:rPr>
                <w:sz w:val="16"/>
              </w:rPr>
              <w:t>1</w:t>
            </w:r>
          </w:p>
        </w:tc>
      </w:tr>
      <w:tr w:rsidR="004D342C" w14:paraId="35657E43" w14:textId="77777777">
        <w:trPr>
          <w:cantSplit/>
          <w:jc w:val="center"/>
        </w:trPr>
        <w:tc>
          <w:tcPr>
            <w:tcW w:w="1944" w:type="dxa"/>
          </w:tcPr>
          <w:p w14:paraId="64D11E5F" w14:textId="77777777" w:rsidR="004D342C" w:rsidRDefault="00000000">
            <w:pPr>
              <w:spacing w:before="20" w:after="20"/>
              <w:ind w:firstLine="0"/>
            </w:pPr>
            <w:r>
              <w:rPr>
                <w:sz w:val="16"/>
              </w:rPr>
              <w:t>means2bureacracy</w:t>
            </w:r>
          </w:p>
        </w:tc>
        <w:tc>
          <w:tcPr>
            <w:tcW w:w="2880" w:type="dxa"/>
          </w:tcPr>
          <w:p w14:paraId="458709FD" w14:textId="77777777" w:rsidR="004D342C" w:rsidRDefault="00000000">
            <w:pPr>
              <w:spacing w:before="20" w:after="20"/>
              <w:ind w:firstLine="0"/>
            </w:pPr>
            <w:r>
              <w:rPr>
                <w:sz w:val="16"/>
              </w:rPr>
              <w:t>q15 eu meaning: bureaucracy</w:t>
            </w:r>
          </w:p>
        </w:tc>
        <w:tc>
          <w:tcPr>
            <w:tcW w:w="3456" w:type="dxa"/>
          </w:tcPr>
          <w:p w14:paraId="689702D4" w14:textId="77777777" w:rsidR="004D342C" w:rsidRDefault="00000000">
            <w:pPr>
              <w:spacing w:before="20" w:after="20"/>
              <w:ind w:firstLine="0"/>
            </w:pPr>
            <w:r>
              <w:rPr>
                <w:sz w:val="16"/>
              </w:rPr>
              <w:t>0 not mentioned / 1 mentioned</w:t>
            </w:r>
          </w:p>
        </w:tc>
        <w:tc>
          <w:tcPr>
            <w:tcW w:w="648" w:type="dxa"/>
          </w:tcPr>
          <w:p w14:paraId="045469A4" w14:textId="77777777" w:rsidR="004D342C" w:rsidRDefault="00000000">
            <w:pPr>
              <w:spacing w:before="20" w:after="20"/>
              <w:ind w:firstLine="0"/>
              <w:jc w:val="right"/>
            </w:pPr>
            <w:r>
              <w:rPr>
                <w:sz w:val="16"/>
              </w:rPr>
              <w:t>1</w:t>
            </w:r>
          </w:p>
        </w:tc>
      </w:tr>
      <w:tr w:rsidR="004D342C" w14:paraId="0030C862" w14:textId="77777777">
        <w:trPr>
          <w:cantSplit/>
          <w:jc w:val="center"/>
        </w:trPr>
        <w:tc>
          <w:tcPr>
            <w:tcW w:w="1944" w:type="dxa"/>
          </w:tcPr>
          <w:p w14:paraId="11A9A756" w14:textId="77777777" w:rsidR="004D342C" w:rsidRDefault="00000000">
            <w:pPr>
              <w:spacing w:before="20" w:after="20"/>
              <w:ind w:firstLine="0"/>
            </w:pPr>
            <w:r>
              <w:rPr>
                <w:sz w:val="16"/>
              </w:rPr>
              <w:t>means2diversity</w:t>
            </w:r>
          </w:p>
        </w:tc>
        <w:tc>
          <w:tcPr>
            <w:tcW w:w="2880" w:type="dxa"/>
          </w:tcPr>
          <w:p w14:paraId="34853D4C" w14:textId="77777777" w:rsidR="004D342C" w:rsidRDefault="00000000">
            <w:pPr>
              <w:spacing w:before="20" w:after="20"/>
              <w:ind w:firstLine="0"/>
            </w:pPr>
            <w:r>
              <w:rPr>
                <w:sz w:val="16"/>
              </w:rPr>
              <w:t>q15 eu meaning: losing cult diversity</w:t>
            </w:r>
          </w:p>
        </w:tc>
        <w:tc>
          <w:tcPr>
            <w:tcW w:w="3456" w:type="dxa"/>
          </w:tcPr>
          <w:p w14:paraId="768D6925" w14:textId="77777777" w:rsidR="004D342C" w:rsidRDefault="00000000">
            <w:pPr>
              <w:spacing w:before="20" w:after="20"/>
              <w:ind w:firstLine="0"/>
            </w:pPr>
            <w:r>
              <w:rPr>
                <w:sz w:val="16"/>
              </w:rPr>
              <w:t>0 not mentioned / 1 mentioned</w:t>
            </w:r>
          </w:p>
        </w:tc>
        <w:tc>
          <w:tcPr>
            <w:tcW w:w="648" w:type="dxa"/>
          </w:tcPr>
          <w:p w14:paraId="2A0796CC" w14:textId="77777777" w:rsidR="004D342C" w:rsidRDefault="00000000">
            <w:pPr>
              <w:spacing w:before="20" w:after="20"/>
              <w:ind w:firstLine="0"/>
              <w:jc w:val="right"/>
            </w:pPr>
            <w:r>
              <w:rPr>
                <w:sz w:val="16"/>
              </w:rPr>
              <w:t>1</w:t>
            </w:r>
          </w:p>
        </w:tc>
      </w:tr>
      <w:tr w:rsidR="004D342C" w14:paraId="2E7753F8" w14:textId="77777777">
        <w:trPr>
          <w:cantSplit/>
          <w:jc w:val="center"/>
        </w:trPr>
        <w:tc>
          <w:tcPr>
            <w:tcW w:w="1944" w:type="dxa"/>
          </w:tcPr>
          <w:p w14:paraId="6A841AE3" w14:textId="77777777" w:rsidR="004D342C" w:rsidRDefault="00000000">
            <w:pPr>
              <w:spacing w:before="20" w:after="20"/>
              <w:ind w:firstLine="0"/>
            </w:pPr>
            <w:r>
              <w:rPr>
                <w:sz w:val="16"/>
              </w:rPr>
              <w:t>means2dontknow</w:t>
            </w:r>
          </w:p>
        </w:tc>
        <w:tc>
          <w:tcPr>
            <w:tcW w:w="2880" w:type="dxa"/>
          </w:tcPr>
          <w:p w14:paraId="690854A6" w14:textId="77777777" w:rsidR="004D342C" w:rsidRDefault="00000000">
            <w:pPr>
              <w:spacing w:before="20" w:after="20"/>
              <w:ind w:firstLine="0"/>
            </w:pPr>
            <w:r>
              <w:rPr>
                <w:sz w:val="16"/>
              </w:rPr>
              <w:t>q15 eu meaning: dk</w:t>
            </w:r>
          </w:p>
        </w:tc>
        <w:tc>
          <w:tcPr>
            <w:tcW w:w="3456" w:type="dxa"/>
          </w:tcPr>
          <w:p w14:paraId="7FA458E4" w14:textId="77777777" w:rsidR="004D342C" w:rsidRDefault="00000000">
            <w:pPr>
              <w:spacing w:before="20" w:after="20"/>
              <w:ind w:firstLine="0"/>
            </w:pPr>
            <w:r>
              <w:rPr>
                <w:sz w:val="16"/>
              </w:rPr>
              <w:t>0 not mentioned / 1 mentioned</w:t>
            </w:r>
          </w:p>
        </w:tc>
        <w:tc>
          <w:tcPr>
            <w:tcW w:w="648" w:type="dxa"/>
          </w:tcPr>
          <w:p w14:paraId="5EF314F1" w14:textId="77777777" w:rsidR="004D342C" w:rsidRDefault="00000000">
            <w:pPr>
              <w:spacing w:before="20" w:after="20"/>
              <w:ind w:firstLine="0"/>
              <w:jc w:val="right"/>
            </w:pPr>
            <w:r>
              <w:rPr>
                <w:sz w:val="16"/>
              </w:rPr>
              <w:t>1</w:t>
            </w:r>
          </w:p>
        </w:tc>
      </w:tr>
      <w:tr w:rsidR="004D342C" w14:paraId="765919E4" w14:textId="77777777">
        <w:trPr>
          <w:cantSplit/>
          <w:jc w:val="center"/>
        </w:trPr>
        <w:tc>
          <w:tcPr>
            <w:tcW w:w="1944" w:type="dxa"/>
          </w:tcPr>
          <w:p w14:paraId="32DD1295" w14:textId="77777777" w:rsidR="004D342C" w:rsidRDefault="00000000">
            <w:pPr>
              <w:spacing w:before="20" w:after="20"/>
              <w:ind w:firstLine="0"/>
            </w:pPr>
            <w:r>
              <w:rPr>
                <w:sz w:val="16"/>
              </w:rPr>
              <w:t>means2dream</w:t>
            </w:r>
          </w:p>
        </w:tc>
        <w:tc>
          <w:tcPr>
            <w:tcW w:w="2880" w:type="dxa"/>
          </w:tcPr>
          <w:p w14:paraId="661EAE86" w14:textId="77777777" w:rsidR="004D342C" w:rsidRDefault="00000000">
            <w:pPr>
              <w:spacing w:before="20" w:after="20"/>
              <w:ind w:firstLine="0"/>
            </w:pPr>
            <w:r>
              <w:rPr>
                <w:sz w:val="16"/>
              </w:rPr>
              <w:t>q15 eu meaning: utopian idea</w:t>
            </w:r>
          </w:p>
        </w:tc>
        <w:tc>
          <w:tcPr>
            <w:tcW w:w="3456" w:type="dxa"/>
          </w:tcPr>
          <w:p w14:paraId="421A4710" w14:textId="77777777" w:rsidR="004D342C" w:rsidRDefault="00000000">
            <w:pPr>
              <w:spacing w:before="20" w:after="20"/>
              <w:ind w:firstLine="0"/>
            </w:pPr>
            <w:r>
              <w:rPr>
                <w:sz w:val="16"/>
              </w:rPr>
              <w:t>0 not mentioned / 1 mentioned</w:t>
            </w:r>
          </w:p>
        </w:tc>
        <w:tc>
          <w:tcPr>
            <w:tcW w:w="648" w:type="dxa"/>
          </w:tcPr>
          <w:p w14:paraId="0524F85F" w14:textId="77777777" w:rsidR="004D342C" w:rsidRDefault="00000000">
            <w:pPr>
              <w:spacing w:before="20" w:after="20"/>
              <w:ind w:firstLine="0"/>
              <w:jc w:val="right"/>
            </w:pPr>
            <w:r>
              <w:rPr>
                <w:sz w:val="16"/>
              </w:rPr>
              <w:t>1</w:t>
            </w:r>
          </w:p>
        </w:tc>
      </w:tr>
      <w:tr w:rsidR="004D342C" w14:paraId="1560ED13" w14:textId="77777777">
        <w:trPr>
          <w:cantSplit/>
          <w:jc w:val="center"/>
        </w:trPr>
        <w:tc>
          <w:tcPr>
            <w:tcW w:w="1944" w:type="dxa"/>
          </w:tcPr>
          <w:p w14:paraId="534347AC" w14:textId="77777777" w:rsidR="004D342C" w:rsidRDefault="00000000">
            <w:pPr>
              <w:spacing w:before="20" w:after="20"/>
              <w:ind w:firstLine="0"/>
            </w:pPr>
            <w:r>
              <w:rPr>
                <w:sz w:val="16"/>
              </w:rPr>
              <w:t>means2economy</w:t>
            </w:r>
          </w:p>
        </w:tc>
        <w:tc>
          <w:tcPr>
            <w:tcW w:w="2880" w:type="dxa"/>
          </w:tcPr>
          <w:p w14:paraId="57217776" w14:textId="77777777" w:rsidR="004D342C" w:rsidRDefault="00000000">
            <w:pPr>
              <w:spacing w:before="20" w:after="20"/>
              <w:ind w:firstLine="0"/>
            </w:pPr>
            <w:r>
              <w:rPr>
                <w:sz w:val="16"/>
              </w:rPr>
              <w:t>q15 eu meaning: improving economic sit</w:t>
            </w:r>
          </w:p>
        </w:tc>
        <w:tc>
          <w:tcPr>
            <w:tcW w:w="3456" w:type="dxa"/>
          </w:tcPr>
          <w:p w14:paraId="39F0CBE0" w14:textId="77777777" w:rsidR="004D342C" w:rsidRDefault="00000000">
            <w:pPr>
              <w:spacing w:before="20" w:after="20"/>
              <w:ind w:firstLine="0"/>
            </w:pPr>
            <w:r>
              <w:rPr>
                <w:sz w:val="16"/>
              </w:rPr>
              <w:t>0 not mentioned / 1 mentioned</w:t>
            </w:r>
          </w:p>
        </w:tc>
        <w:tc>
          <w:tcPr>
            <w:tcW w:w="648" w:type="dxa"/>
          </w:tcPr>
          <w:p w14:paraId="65CA1A54" w14:textId="77777777" w:rsidR="004D342C" w:rsidRDefault="00000000">
            <w:pPr>
              <w:spacing w:before="20" w:after="20"/>
              <w:ind w:firstLine="0"/>
              <w:jc w:val="right"/>
            </w:pPr>
            <w:r>
              <w:rPr>
                <w:sz w:val="16"/>
              </w:rPr>
              <w:t>1</w:t>
            </w:r>
          </w:p>
        </w:tc>
      </w:tr>
      <w:tr w:rsidR="004D342C" w14:paraId="3441B6DF" w14:textId="77777777">
        <w:trPr>
          <w:cantSplit/>
          <w:jc w:val="center"/>
        </w:trPr>
        <w:tc>
          <w:tcPr>
            <w:tcW w:w="1944" w:type="dxa"/>
          </w:tcPr>
          <w:p w14:paraId="42739C3D" w14:textId="77777777" w:rsidR="004D342C" w:rsidRDefault="00000000">
            <w:pPr>
              <w:spacing w:before="20" w:after="20"/>
              <w:ind w:firstLine="0"/>
            </w:pPr>
            <w:r>
              <w:rPr>
                <w:sz w:val="16"/>
              </w:rPr>
              <w:t>means2future</w:t>
            </w:r>
          </w:p>
        </w:tc>
        <w:tc>
          <w:tcPr>
            <w:tcW w:w="2880" w:type="dxa"/>
          </w:tcPr>
          <w:p w14:paraId="683D9BB0" w14:textId="77777777" w:rsidR="004D342C" w:rsidRDefault="00000000">
            <w:pPr>
              <w:spacing w:before="20" w:after="20"/>
              <w:ind w:firstLine="0"/>
            </w:pPr>
            <w:r>
              <w:rPr>
                <w:sz w:val="16"/>
              </w:rPr>
              <w:t>q15 eu meaning: better future for young</w:t>
            </w:r>
          </w:p>
        </w:tc>
        <w:tc>
          <w:tcPr>
            <w:tcW w:w="3456" w:type="dxa"/>
          </w:tcPr>
          <w:p w14:paraId="1E8A8C60" w14:textId="77777777" w:rsidR="004D342C" w:rsidRDefault="00000000">
            <w:pPr>
              <w:spacing w:before="20" w:after="20"/>
              <w:ind w:firstLine="0"/>
            </w:pPr>
            <w:r>
              <w:rPr>
                <w:sz w:val="16"/>
              </w:rPr>
              <w:t>0 not mentioned / 1 mentioned</w:t>
            </w:r>
          </w:p>
        </w:tc>
        <w:tc>
          <w:tcPr>
            <w:tcW w:w="648" w:type="dxa"/>
          </w:tcPr>
          <w:p w14:paraId="443805C2" w14:textId="77777777" w:rsidR="004D342C" w:rsidRDefault="00000000">
            <w:pPr>
              <w:spacing w:before="20" w:after="20"/>
              <w:ind w:firstLine="0"/>
              <w:jc w:val="right"/>
            </w:pPr>
            <w:r>
              <w:rPr>
                <w:sz w:val="16"/>
              </w:rPr>
              <w:t>1</w:t>
            </w:r>
          </w:p>
        </w:tc>
      </w:tr>
      <w:tr w:rsidR="004D342C" w14:paraId="70F33B1C" w14:textId="77777777">
        <w:trPr>
          <w:cantSplit/>
          <w:jc w:val="center"/>
        </w:trPr>
        <w:tc>
          <w:tcPr>
            <w:tcW w:w="1944" w:type="dxa"/>
          </w:tcPr>
          <w:p w14:paraId="58116938" w14:textId="77777777" w:rsidR="004D342C" w:rsidRDefault="00000000">
            <w:pPr>
              <w:spacing w:before="20" w:after="20"/>
              <w:ind w:firstLine="0"/>
            </w:pPr>
            <w:r>
              <w:rPr>
                <w:sz w:val="16"/>
              </w:rPr>
              <w:t>means2govt</w:t>
            </w:r>
          </w:p>
        </w:tc>
        <w:tc>
          <w:tcPr>
            <w:tcW w:w="2880" w:type="dxa"/>
          </w:tcPr>
          <w:p w14:paraId="2EFE6BE0" w14:textId="77777777" w:rsidR="004D342C" w:rsidRDefault="00000000">
            <w:pPr>
              <w:spacing w:before="20" w:after="20"/>
              <w:ind w:firstLine="0"/>
            </w:pPr>
            <w:r>
              <w:rPr>
                <w:sz w:val="16"/>
              </w:rPr>
              <w:t>q15 eu meaning: european government</w:t>
            </w:r>
          </w:p>
        </w:tc>
        <w:tc>
          <w:tcPr>
            <w:tcW w:w="3456" w:type="dxa"/>
          </w:tcPr>
          <w:p w14:paraId="717D44BE" w14:textId="77777777" w:rsidR="004D342C" w:rsidRDefault="00000000">
            <w:pPr>
              <w:spacing w:before="20" w:after="20"/>
              <w:ind w:firstLine="0"/>
            </w:pPr>
            <w:r>
              <w:rPr>
                <w:sz w:val="16"/>
              </w:rPr>
              <w:t>0 not mentioned / 1 mentioned</w:t>
            </w:r>
          </w:p>
        </w:tc>
        <w:tc>
          <w:tcPr>
            <w:tcW w:w="648" w:type="dxa"/>
          </w:tcPr>
          <w:p w14:paraId="6DC31B17" w14:textId="77777777" w:rsidR="004D342C" w:rsidRDefault="00000000">
            <w:pPr>
              <w:spacing w:before="20" w:after="20"/>
              <w:ind w:firstLine="0"/>
              <w:jc w:val="right"/>
            </w:pPr>
            <w:r>
              <w:rPr>
                <w:sz w:val="16"/>
              </w:rPr>
              <w:t>1</w:t>
            </w:r>
          </w:p>
        </w:tc>
      </w:tr>
      <w:tr w:rsidR="004D342C" w14:paraId="28795803" w14:textId="77777777">
        <w:trPr>
          <w:cantSplit/>
          <w:jc w:val="center"/>
        </w:trPr>
        <w:tc>
          <w:tcPr>
            <w:tcW w:w="1944" w:type="dxa"/>
          </w:tcPr>
          <w:p w14:paraId="3E2FA7D2" w14:textId="77777777" w:rsidR="004D342C" w:rsidRDefault="00000000">
            <w:pPr>
              <w:spacing w:before="20" w:after="20"/>
              <w:ind w:firstLine="0"/>
            </w:pPr>
            <w:r>
              <w:rPr>
                <w:sz w:val="16"/>
              </w:rPr>
              <w:t>means2jobs</w:t>
            </w:r>
          </w:p>
        </w:tc>
        <w:tc>
          <w:tcPr>
            <w:tcW w:w="2880" w:type="dxa"/>
          </w:tcPr>
          <w:p w14:paraId="4545E680" w14:textId="77777777" w:rsidR="004D342C" w:rsidRDefault="00000000">
            <w:pPr>
              <w:spacing w:before="20" w:after="20"/>
              <w:ind w:firstLine="0"/>
            </w:pPr>
            <w:r>
              <w:rPr>
                <w:sz w:val="16"/>
              </w:rPr>
              <w:t>q15 eu meaning: a way to create jobs</w:t>
            </w:r>
          </w:p>
        </w:tc>
        <w:tc>
          <w:tcPr>
            <w:tcW w:w="3456" w:type="dxa"/>
          </w:tcPr>
          <w:p w14:paraId="25A893B8" w14:textId="77777777" w:rsidR="004D342C" w:rsidRDefault="00000000">
            <w:pPr>
              <w:spacing w:before="20" w:after="20"/>
              <w:ind w:firstLine="0"/>
            </w:pPr>
            <w:r>
              <w:rPr>
                <w:sz w:val="16"/>
              </w:rPr>
              <w:t>0 not mentioned / 1 mentioned</w:t>
            </w:r>
          </w:p>
        </w:tc>
        <w:tc>
          <w:tcPr>
            <w:tcW w:w="648" w:type="dxa"/>
          </w:tcPr>
          <w:p w14:paraId="4F37BDCE" w14:textId="77777777" w:rsidR="004D342C" w:rsidRDefault="00000000">
            <w:pPr>
              <w:spacing w:before="20" w:after="20"/>
              <w:ind w:firstLine="0"/>
              <w:jc w:val="right"/>
            </w:pPr>
            <w:r>
              <w:rPr>
                <w:sz w:val="16"/>
              </w:rPr>
              <w:t>1</w:t>
            </w:r>
          </w:p>
        </w:tc>
      </w:tr>
      <w:tr w:rsidR="004D342C" w14:paraId="4E84B73C" w14:textId="77777777">
        <w:trPr>
          <w:cantSplit/>
          <w:jc w:val="center"/>
        </w:trPr>
        <w:tc>
          <w:tcPr>
            <w:tcW w:w="1944" w:type="dxa"/>
          </w:tcPr>
          <w:p w14:paraId="52322C34" w14:textId="77777777" w:rsidR="004D342C" w:rsidRDefault="00000000">
            <w:pPr>
              <w:spacing w:before="20" w:after="20"/>
              <w:ind w:firstLine="0"/>
            </w:pPr>
            <w:r>
              <w:rPr>
                <w:sz w:val="16"/>
              </w:rPr>
              <w:t>means2movement</w:t>
            </w:r>
          </w:p>
        </w:tc>
        <w:tc>
          <w:tcPr>
            <w:tcW w:w="2880" w:type="dxa"/>
          </w:tcPr>
          <w:p w14:paraId="69D69ACF" w14:textId="77777777" w:rsidR="004D342C" w:rsidRDefault="00000000">
            <w:pPr>
              <w:spacing w:before="20" w:after="20"/>
              <w:ind w:firstLine="0"/>
            </w:pPr>
            <w:r>
              <w:rPr>
                <w:sz w:val="16"/>
              </w:rPr>
              <w:t>q15 eu meaning: go wherever in europe</w:t>
            </w:r>
          </w:p>
        </w:tc>
        <w:tc>
          <w:tcPr>
            <w:tcW w:w="3456" w:type="dxa"/>
          </w:tcPr>
          <w:p w14:paraId="68FDE1D2" w14:textId="77777777" w:rsidR="004D342C" w:rsidRDefault="00000000">
            <w:pPr>
              <w:spacing w:before="20" w:after="20"/>
              <w:ind w:firstLine="0"/>
            </w:pPr>
            <w:r>
              <w:rPr>
                <w:sz w:val="16"/>
              </w:rPr>
              <w:t>0 not mentioned / 1 mentioned</w:t>
            </w:r>
          </w:p>
        </w:tc>
        <w:tc>
          <w:tcPr>
            <w:tcW w:w="648" w:type="dxa"/>
          </w:tcPr>
          <w:p w14:paraId="6ECD2155" w14:textId="77777777" w:rsidR="004D342C" w:rsidRDefault="00000000">
            <w:pPr>
              <w:spacing w:before="20" w:after="20"/>
              <w:ind w:firstLine="0"/>
              <w:jc w:val="right"/>
            </w:pPr>
            <w:r>
              <w:rPr>
                <w:sz w:val="16"/>
              </w:rPr>
              <w:t>1</w:t>
            </w:r>
          </w:p>
        </w:tc>
      </w:tr>
      <w:tr w:rsidR="004D342C" w14:paraId="1D9C8F5F" w14:textId="77777777">
        <w:trPr>
          <w:cantSplit/>
          <w:jc w:val="center"/>
        </w:trPr>
        <w:tc>
          <w:tcPr>
            <w:tcW w:w="1944" w:type="dxa"/>
          </w:tcPr>
          <w:p w14:paraId="54764E4A" w14:textId="77777777" w:rsidR="004D342C" w:rsidRDefault="00000000">
            <w:pPr>
              <w:spacing w:before="20" w:after="20"/>
              <w:ind w:firstLine="0"/>
            </w:pPr>
            <w:r>
              <w:rPr>
                <w:sz w:val="16"/>
              </w:rPr>
              <w:t>means2other</w:t>
            </w:r>
          </w:p>
        </w:tc>
        <w:tc>
          <w:tcPr>
            <w:tcW w:w="2880" w:type="dxa"/>
          </w:tcPr>
          <w:p w14:paraId="59A65063" w14:textId="77777777" w:rsidR="004D342C" w:rsidRDefault="00000000">
            <w:pPr>
              <w:spacing w:before="20" w:after="20"/>
              <w:ind w:firstLine="0"/>
            </w:pPr>
            <w:r>
              <w:rPr>
                <w:sz w:val="16"/>
              </w:rPr>
              <w:t>q15 eu meaning: other</w:t>
            </w:r>
          </w:p>
        </w:tc>
        <w:tc>
          <w:tcPr>
            <w:tcW w:w="3456" w:type="dxa"/>
          </w:tcPr>
          <w:p w14:paraId="5C66C832" w14:textId="77777777" w:rsidR="004D342C" w:rsidRDefault="00000000">
            <w:pPr>
              <w:spacing w:before="20" w:after="20"/>
              <w:ind w:firstLine="0"/>
            </w:pPr>
            <w:r>
              <w:rPr>
                <w:sz w:val="16"/>
              </w:rPr>
              <w:t>0 not mentioned / 1 mentioned</w:t>
            </w:r>
          </w:p>
        </w:tc>
        <w:tc>
          <w:tcPr>
            <w:tcW w:w="648" w:type="dxa"/>
          </w:tcPr>
          <w:p w14:paraId="6E1B0505" w14:textId="77777777" w:rsidR="004D342C" w:rsidRDefault="00000000">
            <w:pPr>
              <w:spacing w:before="20" w:after="20"/>
              <w:ind w:firstLine="0"/>
              <w:jc w:val="right"/>
            </w:pPr>
            <w:r>
              <w:rPr>
                <w:sz w:val="16"/>
              </w:rPr>
              <w:t>1</w:t>
            </w:r>
          </w:p>
        </w:tc>
      </w:tr>
      <w:tr w:rsidR="004D342C" w14:paraId="660DD9EE" w14:textId="77777777">
        <w:trPr>
          <w:cantSplit/>
          <w:jc w:val="center"/>
        </w:trPr>
        <w:tc>
          <w:tcPr>
            <w:tcW w:w="1944" w:type="dxa"/>
          </w:tcPr>
          <w:p w14:paraId="1A350169" w14:textId="77777777" w:rsidR="004D342C" w:rsidRDefault="00000000">
            <w:pPr>
              <w:spacing w:before="20" w:after="20"/>
              <w:ind w:firstLine="0"/>
            </w:pPr>
            <w:r>
              <w:rPr>
                <w:sz w:val="16"/>
              </w:rPr>
              <w:t>means2peace</w:t>
            </w:r>
          </w:p>
        </w:tc>
        <w:tc>
          <w:tcPr>
            <w:tcW w:w="2880" w:type="dxa"/>
          </w:tcPr>
          <w:p w14:paraId="7E83E112" w14:textId="77777777" w:rsidR="004D342C" w:rsidRDefault="00000000">
            <w:pPr>
              <w:spacing w:before="20" w:after="20"/>
              <w:ind w:firstLine="0"/>
            </w:pPr>
            <w:r>
              <w:rPr>
                <w:sz w:val="16"/>
              </w:rPr>
              <w:t>q15 eu meaning: peace in europe</w:t>
            </w:r>
          </w:p>
        </w:tc>
        <w:tc>
          <w:tcPr>
            <w:tcW w:w="3456" w:type="dxa"/>
          </w:tcPr>
          <w:p w14:paraId="245E7E21" w14:textId="77777777" w:rsidR="004D342C" w:rsidRDefault="00000000">
            <w:pPr>
              <w:spacing w:before="20" w:after="20"/>
              <w:ind w:firstLine="0"/>
            </w:pPr>
            <w:r>
              <w:rPr>
                <w:sz w:val="16"/>
              </w:rPr>
              <w:t>0 not mentioned / 1 mentioned</w:t>
            </w:r>
          </w:p>
        </w:tc>
        <w:tc>
          <w:tcPr>
            <w:tcW w:w="648" w:type="dxa"/>
          </w:tcPr>
          <w:p w14:paraId="581984F0" w14:textId="77777777" w:rsidR="004D342C" w:rsidRDefault="00000000">
            <w:pPr>
              <w:spacing w:before="20" w:after="20"/>
              <w:ind w:firstLine="0"/>
              <w:jc w:val="right"/>
            </w:pPr>
            <w:r>
              <w:rPr>
                <w:sz w:val="16"/>
              </w:rPr>
              <w:t>1</w:t>
            </w:r>
          </w:p>
        </w:tc>
      </w:tr>
      <w:tr w:rsidR="004D342C" w14:paraId="0E044B42" w14:textId="77777777">
        <w:trPr>
          <w:cantSplit/>
          <w:jc w:val="center"/>
        </w:trPr>
        <w:tc>
          <w:tcPr>
            <w:tcW w:w="1944" w:type="dxa"/>
          </w:tcPr>
          <w:p w14:paraId="3C6E6B22" w14:textId="77777777" w:rsidR="004D342C" w:rsidRDefault="00000000">
            <w:pPr>
              <w:spacing w:before="20" w:after="20"/>
              <w:ind w:firstLine="0"/>
            </w:pPr>
            <w:r>
              <w:rPr>
                <w:sz w:val="16"/>
              </w:rPr>
              <w:t>means2rights</w:t>
            </w:r>
          </w:p>
        </w:tc>
        <w:tc>
          <w:tcPr>
            <w:tcW w:w="2880" w:type="dxa"/>
          </w:tcPr>
          <w:p w14:paraId="7310D1DD" w14:textId="77777777" w:rsidR="004D342C" w:rsidRDefault="00000000">
            <w:pPr>
              <w:spacing w:before="20" w:after="20"/>
              <w:ind w:firstLine="0"/>
            </w:pPr>
            <w:r>
              <w:rPr>
                <w:sz w:val="16"/>
              </w:rPr>
              <w:t>q15 eu meaning: protect citizen rights</w:t>
            </w:r>
          </w:p>
        </w:tc>
        <w:tc>
          <w:tcPr>
            <w:tcW w:w="3456" w:type="dxa"/>
          </w:tcPr>
          <w:p w14:paraId="674FF54E" w14:textId="77777777" w:rsidR="004D342C" w:rsidRDefault="00000000">
            <w:pPr>
              <w:spacing w:before="20" w:after="20"/>
              <w:ind w:firstLine="0"/>
            </w:pPr>
            <w:r>
              <w:rPr>
                <w:sz w:val="16"/>
              </w:rPr>
              <w:t>0 not mentioned / 1 mentioned</w:t>
            </w:r>
          </w:p>
        </w:tc>
        <w:tc>
          <w:tcPr>
            <w:tcW w:w="648" w:type="dxa"/>
          </w:tcPr>
          <w:p w14:paraId="0182B271" w14:textId="77777777" w:rsidR="004D342C" w:rsidRDefault="00000000">
            <w:pPr>
              <w:spacing w:before="20" w:after="20"/>
              <w:ind w:firstLine="0"/>
              <w:jc w:val="right"/>
            </w:pPr>
            <w:r>
              <w:rPr>
                <w:sz w:val="16"/>
              </w:rPr>
              <w:t>1</w:t>
            </w:r>
          </w:p>
        </w:tc>
      </w:tr>
      <w:tr w:rsidR="004D342C" w14:paraId="7EA6227E" w14:textId="77777777">
        <w:trPr>
          <w:cantSplit/>
          <w:jc w:val="center"/>
        </w:trPr>
        <w:tc>
          <w:tcPr>
            <w:tcW w:w="1944" w:type="dxa"/>
          </w:tcPr>
          <w:p w14:paraId="55C7CAEA" w14:textId="77777777" w:rsidR="004D342C" w:rsidRDefault="00000000">
            <w:pPr>
              <w:spacing w:before="20" w:after="20"/>
              <w:ind w:firstLine="0"/>
            </w:pPr>
            <w:r>
              <w:rPr>
                <w:sz w:val="16"/>
              </w:rPr>
              <w:t>perf2agric</w:t>
            </w:r>
          </w:p>
        </w:tc>
        <w:tc>
          <w:tcPr>
            <w:tcW w:w="2880" w:type="dxa"/>
          </w:tcPr>
          <w:p w14:paraId="6CC0513A" w14:textId="77777777" w:rsidR="004D342C" w:rsidRDefault="00000000">
            <w:pPr>
              <w:spacing w:before="20" w:after="20"/>
              <w:ind w:firstLine="0"/>
            </w:pPr>
            <w:r>
              <w:rPr>
                <w:sz w:val="16"/>
              </w:rPr>
              <w:t>QA17 EU PERFORMANCE: SUPPORT AGRICULT</w:t>
            </w:r>
          </w:p>
        </w:tc>
        <w:tc>
          <w:tcPr>
            <w:tcW w:w="3456" w:type="dxa"/>
          </w:tcPr>
          <w:p w14:paraId="28F91AE7" w14:textId="77777777" w:rsidR="004D342C" w:rsidRDefault="00000000">
            <w:pPr>
              <w:spacing w:before="20" w:after="20"/>
              <w:ind w:firstLine="0"/>
            </w:pPr>
            <w:r>
              <w:rPr>
                <w:sz w:val="16"/>
              </w:rPr>
              <w:t>1 Box 1 - Not at all satisfactory / 2 Box 2 / 3 Box 3 / 4 Box 4 / 5 Box 5 / 6 Box 6 / 7 Box 7 / 8 Box 8 / 9 Box 9 / 10 Box 10 - Very satisfactory</w:t>
            </w:r>
          </w:p>
        </w:tc>
        <w:tc>
          <w:tcPr>
            <w:tcW w:w="648" w:type="dxa"/>
          </w:tcPr>
          <w:p w14:paraId="7789DB11" w14:textId="77777777" w:rsidR="004D342C" w:rsidRDefault="00000000">
            <w:pPr>
              <w:spacing w:before="20" w:after="20"/>
              <w:ind w:firstLine="0"/>
              <w:jc w:val="right"/>
            </w:pPr>
            <w:r>
              <w:rPr>
                <w:sz w:val="16"/>
              </w:rPr>
              <w:t>1</w:t>
            </w:r>
          </w:p>
        </w:tc>
      </w:tr>
      <w:tr w:rsidR="004D342C" w14:paraId="44AD5CDC" w14:textId="77777777">
        <w:trPr>
          <w:cantSplit/>
          <w:jc w:val="center"/>
        </w:trPr>
        <w:tc>
          <w:tcPr>
            <w:tcW w:w="1944" w:type="dxa"/>
          </w:tcPr>
          <w:p w14:paraId="46863DC6" w14:textId="77777777" w:rsidR="004D342C" w:rsidRDefault="00000000">
            <w:pPr>
              <w:spacing w:before="20" w:after="20"/>
              <w:ind w:firstLine="0"/>
            </w:pPr>
            <w:r>
              <w:rPr>
                <w:sz w:val="16"/>
              </w:rPr>
              <w:t>perf2crime</w:t>
            </w:r>
          </w:p>
        </w:tc>
        <w:tc>
          <w:tcPr>
            <w:tcW w:w="2880" w:type="dxa"/>
          </w:tcPr>
          <w:p w14:paraId="26FCB477" w14:textId="77777777" w:rsidR="004D342C" w:rsidRDefault="00000000">
            <w:pPr>
              <w:spacing w:before="20" w:after="20"/>
              <w:ind w:firstLine="0"/>
            </w:pPr>
            <w:r>
              <w:rPr>
                <w:sz w:val="16"/>
              </w:rPr>
              <w:t>QA17 EU PERFORMANCE: ORGANISED CRIME</w:t>
            </w:r>
          </w:p>
        </w:tc>
        <w:tc>
          <w:tcPr>
            <w:tcW w:w="3456" w:type="dxa"/>
          </w:tcPr>
          <w:p w14:paraId="47A40369" w14:textId="77777777" w:rsidR="004D342C" w:rsidRDefault="00000000">
            <w:pPr>
              <w:spacing w:before="20" w:after="20"/>
              <w:ind w:firstLine="0"/>
            </w:pPr>
            <w:r>
              <w:rPr>
                <w:sz w:val="16"/>
              </w:rPr>
              <w:t>1 Box 1 - Not at all satisfactory / 2 Box 2 / 3 Box 3 / 4 Box 4 / 5 Box 5 / 6 Box 6 / 7 Box 7 / 8 Box 8 / 9 Box 9 / 10 Box 10 - Very satisfactory</w:t>
            </w:r>
          </w:p>
        </w:tc>
        <w:tc>
          <w:tcPr>
            <w:tcW w:w="648" w:type="dxa"/>
          </w:tcPr>
          <w:p w14:paraId="7A23A63D" w14:textId="77777777" w:rsidR="004D342C" w:rsidRDefault="00000000">
            <w:pPr>
              <w:spacing w:before="20" w:after="20"/>
              <w:ind w:firstLine="0"/>
              <w:jc w:val="right"/>
            </w:pPr>
            <w:r>
              <w:rPr>
                <w:sz w:val="16"/>
              </w:rPr>
              <w:t>1</w:t>
            </w:r>
          </w:p>
        </w:tc>
      </w:tr>
      <w:tr w:rsidR="004D342C" w14:paraId="7F7C1EF3" w14:textId="77777777">
        <w:trPr>
          <w:cantSplit/>
          <w:jc w:val="center"/>
        </w:trPr>
        <w:tc>
          <w:tcPr>
            <w:tcW w:w="1944" w:type="dxa"/>
          </w:tcPr>
          <w:p w14:paraId="49D03093" w14:textId="77777777" w:rsidR="004D342C" w:rsidRDefault="00000000">
            <w:pPr>
              <w:spacing w:before="20" w:after="20"/>
              <w:ind w:firstLine="0"/>
            </w:pPr>
            <w:r>
              <w:rPr>
                <w:sz w:val="16"/>
              </w:rPr>
              <w:t>perf2econgrowth</w:t>
            </w:r>
          </w:p>
        </w:tc>
        <w:tc>
          <w:tcPr>
            <w:tcW w:w="2880" w:type="dxa"/>
          </w:tcPr>
          <w:p w14:paraId="52E44A46" w14:textId="77777777" w:rsidR="004D342C" w:rsidRDefault="00000000">
            <w:pPr>
              <w:spacing w:before="20" w:after="20"/>
              <w:ind w:firstLine="0"/>
            </w:pPr>
            <w:r>
              <w:rPr>
                <w:sz w:val="16"/>
              </w:rPr>
              <w:t>QA17 EU PERFORMANCE: ECONOMIC GROWTH</w:t>
            </w:r>
          </w:p>
        </w:tc>
        <w:tc>
          <w:tcPr>
            <w:tcW w:w="3456" w:type="dxa"/>
          </w:tcPr>
          <w:p w14:paraId="1B02353A" w14:textId="77777777" w:rsidR="004D342C" w:rsidRDefault="00000000">
            <w:pPr>
              <w:spacing w:before="20" w:after="20"/>
              <w:ind w:firstLine="0"/>
            </w:pPr>
            <w:r>
              <w:rPr>
                <w:sz w:val="16"/>
              </w:rPr>
              <w:t>1 Box 1 - Not at all satisfactory / 2 Box 2 / 3 Box 3 / 4 Box 4 / 5 Box 5 / 6 Box 6 / 7 Box 7 / 8 Box 8 / 9 Box 9 / 10 Box 10 - Very satisfactory</w:t>
            </w:r>
          </w:p>
        </w:tc>
        <w:tc>
          <w:tcPr>
            <w:tcW w:w="648" w:type="dxa"/>
          </w:tcPr>
          <w:p w14:paraId="3EC0A4B9" w14:textId="77777777" w:rsidR="004D342C" w:rsidRDefault="00000000">
            <w:pPr>
              <w:spacing w:before="20" w:after="20"/>
              <w:ind w:firstLine="0"/>
              <w:jc w:val="right"/>
            </w:pPr>
            <w:r>
              <w:rPr>
                <w:sz w:val="16"/>
              </w:rPr>
              <w:t>1</w:t>
            </w:r>
          </w:p>
        </w:tc>
      </w:tr>
      <w:tr w:rsidR="004D342C" w14:paraId="219B115E" w14:textId="77777777">
        <w:trPr>
          <w:cantSplit/>
          <w:jc w:val="center"/>
        </w:trPr>
        <w:tc>
          <w:tcPr>
            <w:tcW w:w="1944" w:type="dxa"/>
          </w:tcPr>
          <w:p w14:paraId="57BC56FF" w14:textId="77777777" w:rsidR="004D342C" w:rsidRDefault="00000000">
            <w:pPr>
              <w:spacing w:before="20" w:after="20"/>
              <w:ind w:firstLine="0"/>
            </w:pPr>
            <w:r>
              <w:rPr>
                <w:sz w:val="16"/>
              </w:rPr>
              <w:t>perf2energy</w:t>
            </w:r>
          </w:p>
        </w:tc>
        <w:tc>
          <w:tcPr>
            <w:tcW w:w="2880" w:type="dxa"/>
          </w:tcPr>
          <w:p w14:paraId="6F626540" w14:textId="77777777" w:rsidR="004D342C" w:rsidRDefault="00000000">
            <w:pPr>
              <w:spacing w:before="20" w:after="20"/>
              <w:ind w:firstLine="0"/>
            </w:pPr>
            <w:r>
              <w:rPr>
                <w:sz w:val="16"/>
              </w:rPr>
              <w:t>QA17 EU PERFORMANCE: ENERGY SUPPLY</w:t>
            </w:r>
          </w:p>
        </w:tc>
        <w:tc>
          <w:tcPr>
            <w:tcW w:w="3456" w:type="dxa"/>
          </w:tcPr>
          <w:p w14:paraId="2CD348AE" w14:textId="77777777" w:rsidR="004D342C" w:rsidRDefault="00000000">
            <w:pPr>
              <w:spacing w:before="20" w:after="20"/>
              <w:ind w:firstLine="0"/>
            </w:pPr>
            <w:r>
              <w:rPr>
                <w:sz w:val="16"/>
              </w:rPr>
              <w:t>1 Box 1 - Not at all satisfactory / 2 Box 2 / 3 Box 3 / 4 Box 4 / 5 Box 5 / 6 Box 6 / 7 Box 7 / 8 Box 8 / 9 Box 9 / 10 Box 10 - Very satisfactory</w:t>
            </w:r>
          </w:p>
        </w:tc>
        <w:tc>
          <w:tcPr>
            <w:tcW w:w="648" w:type="dxa"/>
          </w:tcPr>
          <w:p w14:paraId="4097FB93" w14:textId="77777777" w:rsidR="004D342C" w:rsidRDefault="00000000">
            <w:pPr>
              <w:spacing w:before="20" w:after="20"/>
              <w:ind w:firstLine="0"/>
              <w:jc w:val="right"/>
            </w:pPr>
            <w:r>
              <w:rPr>
                <w:sz w:val="16"/>
              </w:rPr>
              <w:t>1</w:t>
            </w:r>
          </w:p>
        </w:tc>
      </w:tr>
      <w:tr w:rsidR="004D342C" w14:paraId="5FFC51DE" w14:textId="77777777">
        <w:trPr>
          <w:cantSplit/>
          <w:jc w:val="center"/>
        </w:trPr>
        <w:tc>
          <w:tcPr>
            <w:tcW w:w="1944" w:type="dxa"/>
          </w:tcPr>
          <w:p w14:paraId="54F60A41" w14:textId="77777777" w:rsidR="004D342C" w:rsidRDefault="00000000">
            <w:pPr>
              <w:spacing w:before="20" w:after="20"/>
              <w:ind w:firstLine="0"/>
            </w:pPr>
            <w:r>
              <w:rPr>
                <w:sz w:val="16"/>
              </w:rPr>
              <w:t>perf2environ</w:t>
            </w:r>
          </w:p>
        </w:tc>
        <w:tc>
          <w:tcPr>
            <w:tcW w:w="2880" w:type="dxa"/>
          </w:tcPr>
          <w:p w14:paraId="7DF447E9" w14:textId="77777777" w:rsidR="004D342C" w:rsidRDefault="00000000">
            <w:pPr>
              <w:spacing w:before="20" w:after="20"/>
              <w:ind w:firstLine="0"/>
            </w:pPr>
            <w:r>
              <w:rPr>
                <w:sz w:val="16"/>
              </w:rPr>
              <w:t>QA17 EU PERFORMANCE: ENVIRONMENT PROT</w:t>
            </w:r>
          </w:p>
        </w:tc>
        <w:tc>
          <w:tcPr>
            <w:tcW w:w="3456" w:type="dxa"/>
          </w:tcPr>
          <w:p w14:paraId="1F77AFDB" w14:textId="77777777" w:rsidR="004D342C" w:rsidRDefault="00000000">
            <w:pPr>
              <w:spacing w:before="20" w:after="20"/>
              <w:ind w:firstLine="0"/>
            </w:pPr>
            <w:r>
              <w:rPr>
                <w:sz w:val="16"/>
              </w:rPr>
              <w:t>1 Box 1 - Not at all satisfactory / 2 Box 2 / 3 Box 3 / 4 Box 4 / 5 Box 5 / 6 Box 6 / 7 Box 7 / 8 Box 8 / 9 Box 9 / 10 Box 10 - Very satisfactory</w:t>
            </w:r>
          </w:p>
        </w:tc>
        <w:tc>
          <w:tcPr>
            <w:tcW w:w="648" w:type="dxa"/>
          </w:tcPr>
          <w:p w14:paraId="4DA221ED" w14:textId="77777777" w:rsidR="004D342C" w:rsidRDefault="00000000">
            <w:pPr>
              <w:spacing w:before="20" w:after="20"/>
              <w:ind w:firstLine="0"/>
              <w:jc w:val="right"/>
            </w:pPr>
            <w:r>
              <w:rPr>
                <w:sz w:val="16"/>
              </w:rPr>
              <w:t>1</w:t>
            </w:r>
          </w:p>
        </w:tc>
      </w:tr>
      <w:tr w:rsidR="004D342C" w14:paraId="1391A564" w14:textId="77777777">
        <w:trPr>
          <w:cantSplit/>
          <w:jc w:val="center"/>
        </w:trPr>
        <w:tc>
          <w:tcPr>
            <w:tcW w:w="1944" w:type="dxa"/>
          </w:tcPr>
          <w:p w14:paraId="6DDDAA81" w14:textId="77777777" w:rsidR="004D342C" w:rsidRDefault="00000000">
            <w:pPr>
              <w:spacing w:before="20" w:after="20"/>
              <w:ind w:firstLine="0"/>
            </w:pPr>
            <w:r>
              <w:rPr>
                <w:sz w:val="16"/>
              </w:rPr>
              <w:t>perf2equaltreatment</w:t>
            </w:r>
          </w:p>
        </w:tc>
        <w:tc>
          <w:tcPr>
            <w:tcW w:w="2880" w:type="dxa"/>
          </w:tcPr>
          <w:p w14:paraId="6BE3168A" w14:textId="77777777" w:rsidR="004D342C" w:rsidRDefault="00000000">
            <w:pPr>
              <w:spacing w:before="20" w:after="20"/>
              <w:ind w:firstLine="0"/>
            </w:pPr>
            <w:r>
              <w:rPr>
                <w:sz w:val="16"/>
              </w:rPr>
              <w:t>QA17 EU PERFORMANCE: GENDER EQUALITY</w:t>
            </w:r>
          </w:p>
        </w:tc>
        <w:tc>
          <w:tcPr>
            <w:tcW w:w="3456" w:type="dxa"/>
          </w:tcPr>
          <w:p w14:paraId="01E499C2" w14:textId="77777777" w:rsidR="004D342C" w:rsidRDefault="00000000">
            <w:pPr>
              <w:spacing w:before="20" w:after="20"/>
              <w:ind w:firstLine="0"/>
            </w:pPr>
            <w:r>
              <w:rPr>
                <w:sz w:val="16"/>
              </w:rPr>
              <w:t>1 Box 1 - Not at all satisfactory / 2 Box 2 / 3 Box 3 / 4 Box 4 / 5 Box 5 / 6 Box 6 / 7 Box 7 / 8 Box 8 / 9 Box 9 / 10 Box 10 - Very satisfactory</w:t>
            </w:r>
          </w:p>
        </w:tc>
        <w:tc>
          <w:tcPr>
            <w:tcW w:w="648" w:type="dxa"/>
          </w:tcPr>
          <w:p w14:paraId="39EB5110" w14:textId="77777777" w:rsidR="004D342C" w:rsidRDefault="00000000">
            <w:pPr>
              <w:spacing w:before="20" w:after="20"/>
              <w:ind w:firstLine="0"/>
              <w:jc w:val="right"/>
            </w:pPr>
            <w:r>
              <w:rPr>
                <w:sz w:val="16"/>
              </w:rPr>
              <w:t>1</w:t>
            </w:r>
          </w:p>
        </w:tc>
      </w:tr>
      <w:tr w:rsidR="004D342C" w14:paraId="3AA85BF8" w14:textId="77777777">
        <w:trPr>
          <w:cantSplit/>
          <w:jc w:val="center"/>
        </w:trPr>
        <w:tc>
          <w:tcPr>
            <w:tcW w:w="1944" w:type="dxa"/>
          </w:tcPr>
          <w:p w14:paraId="558297E3" w14:textId="77777777" w:rsidR="004D342C" w:rsidRDefault="00000000">
            <w:pPr>
              <w:spacing w:before="20" w:after="20"/>
              <w:ind w:firstLine="0"/>
            </w:pPr>
            <w:r>
              <w:rPr>
                <w:sz w:val="16"/>
              </w:rPr>
              <w:t>perf2food</w:t>
            </w:r>
          </w:p>
        </w:tc>
        <w:tc>
          <w:tcPr>
            <w:tcW w:w="2880" w:type="dxa"/>
          </w:tcPr>
          <w:p w14:paraId="0E09BFE7" w14:textId="77777777" w:rsidR="004D342C" w:rsidRDefault="00000000">
            <w:pPr>
              <w:spacing w:before="20" w:after="20"/>
              <w:ind w:firstLine="0"/>
            </w:pPr>
            <w:r>
              <w:rPr>
                <w:sz w:val="16"/>
              </w:rPr>
              <w:t>QA17 EU PERFORMANCE: FOOD SAFETY</w:t>
            </w:r>
          </w:p>
        </w:tc>
        <w:tc>
          <w:tcPr>
            <w:tcW w:w="3456" w:type="dxa"/>
          </w:tcPr>
          <w:p w14:paraId="2713ABA1" w14:textId="77777777" w:rsidR="004D342C" w:rsidRDefault="00000000">
            <w:pPr>
              <w:spacing w:before="20" w:after="20"/>
              <w:ind w:firstLine="0"/>
            </w:pPr>
            <w:r>
              <w:rPr>
                <w:sz w:val="16"/>
              </w:rPr>
              <w:t>1 Box 1 - Not at all satisfactory / 2 Box 2 / 3 Box 3 / 4 Box 4 / 5 Box 5 / 6 Box 6 / 7 Box 7 / 8 Box 8 / 9 Box 9 / 10 Box 10 - Very satisfactory</w:t>
            </w:r>
          </w:p>
        </w:tc>
        <w:tc>
          <w:tcPr>
            <w:tcW w:w="648" w:type="dxa"/>
          </w:tcPr>
          <w:p w14:paraId="38AC077F" w14:textId="77777777" w:rsidR="004D342C" w:rsidRDefault="00000000">
            <w:pPr>
              <w:spacing w:before="20" w:after="20"/>
              <w:ind w:firstLine="0"/>
              <w:jc w:val="right"/>
            </w:pPr>
            <w:r>
              <w:rPr>
                <w:sz w:val="16"/>
              </w:rPr>
              <w:t>1</w:t>
            </w:r>
          </w:p>
        </w:tc>
      </w:tr>
      <w:tr w:rsidR="004D342C" w14:paraId="348F1CB0" w14:textId="77777777">
        <w:trPr>
          <w:cantSplit/>
          <w:jc w:val="center"/>
        </w:trPr>
        <w:tc>
          <w:tcPr>
            <w:tcW w:w="1944" w:type="dxa"/>
          </w:tcPr>
          <w:p w14:paraId="67DD01D9" w14:textId="77777777" w:rsidR="004D342C" w:rsidRDefault="00000000">
            <w:pPr>
              <w:spacing w:before="20" w:after="20"/>
              <w:ind w:firstLine="0"/>
            </w:pPr>
            <w:r>
              <w:rPr>
                <w:sz w:val="16"/>
              </w:rPr>
              <w:t>perf2health</w:t>
            </w:r>
          </w:p>
        </w:tc>
        <w:tc>
          <w:tcPr>
            <w:tcW w:w="2880" w:type="dxa"/>
          </w:tcPr>
          <w:p w14:paraId="249CC9FC" w14:textId="77777777" w:rsidR="004D342C" w:rsidRDefault="00000000">
            <w:pPr>
              <w:spacing w:before="20" w:after="20"/>
              <w:ind w:firstLine="0"/>
            </w:pPr>
            <w:r>
              <w:rPr>
                <w:sz w:val="16"/>
              </w:rPr>
              <w:t>QA17 EU PERFORMANCE: MAJOR HEALTH ISS</w:t>
            </w:r>
          </w:p>
        </w:tc>
        <w:tc>
          <w:tcPr>
            <w:tcW w:w="3456" w:type="dxa"/>
          </w:tcPr>
          <w:p w14:paraId="2DFD8E75" w14:textId="77777777" w:rsidR="004D342C" w:rsidRDefault="00000000">
            <w:pPr>
              <w:spacing w:before="20" w:after="20"/>
              <w:ind w:firstLine="0"/>
            </w:pPr>
            <w:r>
              <w:rPr>
                <w:sz w:val="16"/>
              </w:rPr>
              <w:t>1 Box 1 - Not at all satisfactory / 2 Box 2 / 3 Box 3 / 4 Box 4 / 5 Box 5 / 6 Box 6 / 7 Box 7 / 8 Box 8 / 9 Box 9 / 10 Box 10 - Very satisfactory</w:t>
            </w:r>
          </w:p>
        </w:tc>
        <w:tc>
          <w:tcPr>
            <w:tcW w:w="648" w:type="dxa"/>
          </w:tcPr>
          <w:p w14:paraId="734EE409" w14:textId="77777777" w:rsidR="004D342C" w:rsidRDefault="00000000">
            <w:pPr>
              <w:spacing w:before="20" w:after="20"/>
              <w:ind w:firstLine="0"/>
              <w:jc w:val="right"/>
            </w:pPr>
            <w:r>
              <w:rPr>
                <w:sz w:val="16"/>
              </w:rPr>
              <w:t>1</w:t>
            </w:r>
          </w:p>
        </w:tc>
      </w:tr>
      <w:tr w:rsidR="004D342C" w14:paraId="563F0A21" w14:textId="77777777">
        <w:trPr>
          <w:cantSplit/>
          <w:jc w:val="center"/>
        </w:trPr>
        <w:tc>
          <w:tcPr>
            <w:tcW w:w="1944" w:type="dxa"/>
          </w:tcPr>
          <w:p w14:paraId="714C69AC" w14:textId="77777777" w:rsidR="004D342C" w:rsidRDefault="00000000">
            <w:pPr>
              <w:spacing w:before="20" w:after="20"/>
              <w:ind w:firstLine="0"/>
            </w:pPr>
            <w:r>
              <w:rPr>
                <w:sz w:val="16"/>
              </w:rPr>
              <w:t>perf2jobs</w:t>
            </w:r>
          </w:p>
        </w:tc>
        <w:tc>
          <w:tcPr>
            <w:tcW w:w="2880" w:type="dxa"/>
          </w:tcPr>
          <w:p w14:paraId="1B7ECE3E" w14:textId="77777777" w:rsidR="004D342C" w:rsidRDefault="00000000">
            <w:pPr>
              <w:spacing w:before="20" w:after="20"/>
              <w:ind w:firstLine="0"/>
            </w:pPr>
            <w:r>
              <w:rPr>
                <w:sz w:val="16"/>
              </w:rPr>
              <w:t>QA17 EU PERFORMANCE: UNEMPLOYMENT</w:t>
            </w:r>
          </w:p>
        </w:tc>
        <w:tc>
          <w:tcPr>
            <w:tcW w:w="3456" w:type="dxa"/>
          </w:tcPr>
          <w:p w14:paraId="6ABAE395" w14:textId="77777777" w:rsidR="004D342C" w:rsidRDefault="00000000">
            <w:pPr>
              <w:spacing w:before="20" w:after="20"/>
              <w:ind w:firstLine="0"/>
            </w:pPr>
            <w:r>
              <w:rPr>
                <w:sz w:val="16"/>
              </w:rPr>
              <w:t>1 Box 1 - Not at all satisfactory / 2 Box 2 / 3 Box 3 / 4 Box 4 / 5 Box 5 / 6 Box 6 / 7 Box 7 / 8 Box 8 / 9 Box 9 / 10 Box 10 - Very satisfactory</w:t>
            </w:r>
          </w:p>
        </w:tc>
        <w:tc>
          <w:tcPr>
            <w:tcW w:w="648" w:type="dxa"/>
          </w:tcPr>
          <w:p w14:paraId="1EB9BAC6" w14:textId="77777777" w:rsidR="004D342C" w:rsidRDefault="00000000">
            <w:pPr>
              <w:spacing w:before="20" w:after="20"/>
              <w:ind w:firstLine="0"/>
              <w:jc w:val="right"/>
            </w:pPr>
            <w:r>
              <w:rPr>
                <w:sz w:val="16"/>
              </w:rPr>
              <w:t>1</w:t>
            </w:r>
          </w:p>
        </w:tc>
      </w:tr>
      <w:tr w:rsidR="004D342C" w14:paraId="3F6C1169" w14:textId="77777777">
        <w:trPr>
          <w:cantSplit/>
          <w:jc w:val="center"/>
        </w:trPr>
        <w:tc>
          <w:tcPr>
            <w:tcW w:w="1944" w:type="dxa"/>
          </w:tcPr>
          <w:p w14:paraId="4B7489C6" w14:textId="77777777" w:rsidR="004D342C" w:rsidRDefault="00000000">
            <w:pPr>
              <w:spacing w:before="20" w:after="20"/>
              <w:ind w:firstLine="0"/>
            </w:pPr>
            <w:r>
              <w:rPr>
                <w:sz w:val="16"/>
              </w:rPr>
              <w:t>perf2peace</w:t>
            </w:r>
          </w:p>
        </w:tc>
        <w:tc>
          <w:tcPr>
            <w:tcW w:w="2880" w:type="dxa"/>
          </w:tcPr>
          <w:p w14:paraId="50D65F73" w14:textId="77777777" w:rsidR="004D342C" w:rsidRDefault="00000000">
            <w:pPr>
              <w:spacing w:before="20" w:after="20"/>
              <w:ind w:firstLine="0"/>
            </w:pPr>
            <w:r>
              <w:rPr>
                <w:sz w:val="16"/>
              </w:rPr>
              <w:t>QA17 EU PERFORMANCE: DEMOCRACY/PEACE</w:t>
            </w:r>
          </w:p>
        </w:tc>
        <w:tc>
          <w:tcPr>
            <w:tcW w:w="3456" w:type="dxa"/>
          </w:tcPr>
          <w:p w14:paraId="4B18958B" w14:textId="77777777" w:rsidR="004D342C" w:rsidRDefault="00000000">
            <w:pPr>
              <w:spacing w:before="20" w:after="20"/>
              <w:ind w:firstLine="0"/>
            </w:pPr>
            <w:r>
              <w:rPr>
                <w:sz w:val="16"/>
              </w:rPr>
              <w:t>1 Box 1 - Not at all satisfactory / 2 Box 2 / 3 Box 3 / 4 Box 4 / 5 Box 5 / 6 Box 6 / 7 Box 7 / 8 Box 8 / 9 Box 9 / 10 Box 10 - Very satisfactory</w:t>
            </w:r>
          </w:p>
        </w:tc>
        <w:tc>
          <w:tcPr>
            <w:tcW w:w="648" w:type="dxa"/>
          </w:tcPr>
          <w:p w14:paraId="092DDC60" w14:textId="77777777" w:rsidR="004D342C" w:rsidRDefault="00000000">
            <w:pPr>
              <w:spacing w:before="20" w:after="20"/>
              <w:ind w:firstLine="0"/>
              <w:jc w:val="right"/>
            </w:pPr>
            <w:r>
              <w:rPr>
                <w:sz w:val="16"/>
              </w:rPr>
              <w:t>1</w:t>
            </w:r>
          </w:p>
        </w:tc>
      </w:tr>
      <w:tr w:rsidR="004D342C" w14:paraId="318DA264" w14:textId="77777777">
        <w:trPr>
          <w:cantSplit/>
          <w:jc w:val="center"/>
        </w:trPr>
        <w:tc>
          <w:tcPr>
            <w:tcW w:w="1944" w:type="dxa"/>
          </w:tcPr>
          <w:p w14:paraId="2FE4CE60" w14:textId="77777777" w:rsidR="004D342C" w:rsidRDefault="00000000">
            <w:pPr>
              <w:spacing w:before="20" w:after="20"/>
              <w:ind w:firstLine="0"/>
            </w:pPr>
            <w:r>
              <w:rPr>
                <w:sz w:val="16"/>
              </w:rPr>
              <w:t>perf2randd</w:t>
            </w:r>
          </w:p>
        </w:tc>
        <w:tc>
          <w:tcPr>
            <w:tcW w:w="2880" w:type="dxa"/>
          </w:tcPr>
          <w:p w14:paraId="77CDFB8F" w14:textId="77777777" w:rsidR="004D342C" w:rsidRDefault="00000000">
            <w:pPr>
              <w:spacing w:before="20" w:after="20"/>
              <w:ind w:firstLine="0"/>
            </w:pPr>
            <w:r>
              <w:rPr>
                <w:sz w:val="16"/>
              </w:rPr>
              <w:t>QA17 EU PERFORMANCE: RESEARCH COOP</w:t>
            </w:r>
          </w:p>
        </w:tc>
        <w:tc>
          <w:tcPr>
            <w:tcW w:w="3456" w:type="dxa"/>
          </w:tcPr>
          <w:p w14:paraId="3438901D" w14:textId="77777777" w:rsidR="004D342C" w:rsidRDefault="00000000">
            <w:pPr>
              <w:spacing w:before="20" w:after="20"/>
              <w:ind w:firstLine="0"/>
            </w:pPr>
            <w:r>
              <w:rPr>
                <w:sz w:val="16"/>
              </w:rPr>
              <w:t>1 Box 1 - Not at all satisfactory / 2 Box 2 / 3 Box 3 / 4 Box 4 / 5 Box 5 / 6 Box 6 / 7 Box 7 / 8 Box 8 / 9 Box 9 / 10 Box 10 - Very satisfactory</w:t>
            </w:r>
          </w:p>
        </w:tc>
        <w:tc>
          <w:tcPr>
            <w:tcW w:w="648" w:type="dxa"/>
          </w:tcPr>
          <w:p w14:paraId="78FD896A" w14:textId="77777777" w:rsidR="004D342C" w:rsidRDefault="00000000">
            <w:pPr>
              <w:spacing w:before="20" w:after="20"/>
              <w:ind w:firstLine="0"/>
              <w:jc w:val="right"/>
            </w:pPr>
            <w:r>
              <w:rPr>
                <w:sz w:val="16"/>
              </w:rPr>
              <w:t>1</w:t>
            </w:r>
          </w:p>
        </w:tc>
      </w:tr>
      <w:tr w:rsidR="004D342C" w14:paraId="64043202" w14:textId="77777777">
        <w:trPr>
          <w:cantSplit/>
          <w:jc w:val="center"/>
        </w:trPr>
        <w:tc>
          <w:tcPr>
            <w:tcW w:w="1944" w:type="dxa"/>
          </w:tcPr>
          <w:p w14:paraId="219BABF9" w14:textId="77777777" w:rsidR="004D342C" w:rsidRDefault="00000000">
            <w:pPr>
              <w:spacing w:before="20" w:after="20"/>
              <w:ind w:firstLine="0"/>
            </w:pPr>
            <w:r>
              <w:rPr>
                <w:sz w:val="16"/>
              </w:rPr>
              <w:t>perf2social</w:t>
            </w:r>
          </w:p>
        </w:tc>
        <w:tc>
          <w:tcPr>
            <w:tcW w:w="2880" w:type="dxa"/>
          </w:tcPr>
          <w:p w14:paraId="6C213A88" w14:textId="77777777" w:rsidR="004D342C" w:rsidRDefault="00000000">
            <w:pPr>
              <w:spacing w:before="20" w:after="20"/>
              <w:ind w:firstLine="0"/>
            </w:pPr>
            <w:r>
              <w:rPr>
                <w:sz w:val="16"/>
              </w:rPr>
              <w:t>QA17 EU PERFORMANCE: SOCIAL RIGHTS</w:t>
            </w:r>
          </w:p>
        </w:tc>
        <w:tc>
          <w:tcPr>
            <w:tcW w:w="3456" w:type="dxa"/>
          </w:tcPr>
          <w:p w14:paraId="51CF73C2" w14:textId="77777777" w:rsidR="004D342C" w:rsidRDefault="00000000">
            <w:pPr>
              <w:spacing w:before="20" w:after="20"/>
              <w:ind w:firstLine="0"/>
            </w:pPr>
            <w:r>
              <w:rPr>
                <w:sz w:val="16"/>
              </w:rPr>
              <w:t>1 Box 1 - Not at all satisfactory / 2 Box 2 / 3 Box 3 / 4 Box 4 / 5 Box 5 / 6 Box 6 / 7 Box 7 / 8 Box 8 / 9 Box 9 / 10 Box 10 - Very satisfactory</w:t>
            </w:r>
          </w:p>
        </w:tc>
        <w:tc>
          <w:tcPr>
            <w:tcW w:w="648" w:type="dxa"/>
          </w:tcPr>
          <w:p w14:paraId="1E98B92A" w14:textId="77777777" w:rsidR="004D342C" w:rsidRDefault="00000000">
            <w:pPr>
              <w:spacing w:before="20" w:after="20"/>
              <w:ind w:firstLine="0"/>
              <w:jc w:val="right"/>
            </w:pPr>
            <w:r>
              <w:rPr>
                <w:sz w:val="16"/>
              </w:rPr>
              <w:t>1</w:t>
            </w:r>
          </w:p>
        </w:tc>
      </w:tr>
      <w:tr w:rsidR="004D342C" w14:paraId="6FD5E733" w14:textId="77777777">
        <w:trPr>
          <w:cantSplit/>
          <w:jc w:val="center"/>
        </w:trPr>
        <w:tc>
          <w:tcPr>
            <w:tcW w:w="1944" w:type="dxa"/>
          </w:tcPr>
          <w:p w14:paraId="0FFF67F2" w14:textId="77777777" w:rsidR="004D342C" w:rsidRDefault="00000000">
            <w:pPr>
              <w:spacing w:before="20" w:after="20"/>
              <w:ind w:firstLine="0"/>
            </w:pPr>
            <w:r>
              <w:rPr>
                <w:sz w:val="16"/>
              </w:rPr>
              <w:lastRenderedPageBreak/>
              <w:t>perf2terrorism</w:t>
            </w:r>
          </w:p>
        </w:tc>
        <w:tc>
          <w:tcPr>
            <w:tcW w:w="2880" w:type="dxa"/>
          </w:tcPr>
          <w:p w14:paraId="544373FF" w14:textId="77777777" w:rsidR="004D342C" w:rsidRDefault="00000000">
            <w:pPr>
              <w:spacing w:before="20" w:after="20"/>
              <w:ind w:firstLine="0"/>
            </w:pPr>
            <w:r>
              <w:rPr>
                <w:sz w:val="16"/>
              </w:rPr>
              <w:t>QA17 EU PERFORMANCE: FIGHT TERRORISM</w:t>
            </w:r>
          </w:p>
        </w:tc>
        <w:tc>
          <w:tcPr>
            <w:tcW w:w="3456" w:type="dxa"/>
          </w:tcPr>
          <w:p w14:paraId="3AC5E99C" w14:textId="77777777" w:rsidR="004D342C" w:rsidRDefault="00000000">
            <w:pPr>
              <w:spacing w:before="20" w:after="20"/>
              <w:ind w:firstLine="0"/>
            </w:pPr>
            <w:r>
              <w:rPr>
                <w:sz w:val="16"/>
              </w:rPr>
              <w:t>1 Box 1 - Not at all satisfactory / 2 Box 2 / 3 Box 3 / 4 Box 4 / 5 Box 5 / 6 Box 6 / 7 Box 7 / 8 Box 8 / 9 Box 9 / 10 Box 10 - Very satisfactory</w:t>
            </w:r>
          </w:p>
        </w:tc>
        <w:tc>
          <w:tcPr>
            <w:tcW w:w="648" w:type="dxa"/>
          </w:tcPr>
          <w:p w14:paraId="559FD5B2" w14:textId="77777777" w:rsidR="004D342C" w:rsidRDefault="00000000">
            <w:pPr>
              <w:spacing w:before="20" w:after="20"/>
              <w:ind w:firstLine="0"/>
              <w:jc w:val="right"/>
            </w:pPr>
            <w:r>
              <w:rPr>
                <w:sz w:val="16"/>
              </w:rPr>
              <w:t>1</w:t>
            </w:r>
          </w:p>
        </w:tc>
      </w:tr>
      <w:tr w:rsidR="004D342C" w14:paraId="6A5A0240" w14:textId="77777777">
        <w:trPr>
          <w:cantSplit/>
          <w:jc w:val="center"/>
        </w:trPr>
        <w:tc>
          <w:tcPr>
            <w:tcW w:w="1944" w:type="dxa"/>
          </w:tcPr>
          <w:p w14:paraId="7C13920D" w14:textId="77777777" w:rsidR="004D342C" w:rsidRDefault="00000000">
            <w:pPr>
              <w:spacing w:before="20" w:after="20"/>
              <w:ind w:firstLine="0"/>
            </w:pPr>
            <w:r>
              <w:rPr>
                <w:sz w:val="16"/>
              </w:rPr>
              <w:t>persensitiveEU</w:t>
            </w:r>
            <w:r>
              <w:rPr>
                <w:sz w:val="16"/>
              </w:rPr>
              <w:br/>
              <w:t>(sensitiveEU)</w:t>
            </w:r>
          </w:p>
        </w:tc>
        <w:tc>
          <w:tcPr>
            <w:tcW w:w="2880" w:type="dxa"/>
          </w:tcPr>
          <w:p w14:paraId="15D6E6C0" w14:textId="77777777" w:rsidR="004D342C" w:rsidRDefault="00000000">
            <w:pPr>
              <w:spacing w:before="20" w:after="20"/>
              <w:ind w:firstLine="0"/>
            </w:pPr>
            <w:r>
              <w:rPr>
                <w:sz w:val="16"/>
              </w:rPr>
              <w:t>QA15A EU STATEMENTS: EU SNSTV TO NAT ISSUES</w:t>
            </w:r>
          </w:p>
        </w:tc>
        <w:tc>
          <w:tcPr>
            <w:tcW w:w="3456" w:type="dxa"/>
          </w:tcPr>
          <w:p w14:paraId="705F081F" w14:textId="77777777" w:rsidR="004D342C" w:rsidRDefault="00000000">
            <w:pPr>
              <w:spacing w:before="20" w:after="20"/>
              <w:ind w:firstLine="0"/>
            </w:pPr>
            <w:r>
              <w:rPr>
                <w:sz w:val="16"/>
              </w:rPr>
              <w:t>1 Tend to agree / 2 Tend to disagree</w:t>
            </w:r>
          </w:p>
        </w:tc>
        <w:tc>
          <w:tcPr>
            <w:tcW w:w="648" w:type="dxa"/>
          </w:tcPr>
          <w:p w14:paraId="08C78C32" w14:textId="77777777" w:rsidR="004D342C" w:rsidRDefault="00000000">
            <w:pPr>
              <w:spacing w:before="20" w:after="20"/>
              <w:ind w:firstLine="0"/>
              <w:jc w:val="right"/>
            </w:pPr>
            <w:r>
              <w:rPr>
                <w:sz w:val="16"/>
              </w:rPr>
              <w:t>1</w:t>
            </w:r>
          </w:p>
        </w:tc>
      </w:tr>
      <w:tr w:rsidR="004D342C" w14:paraId="617F4C0D" w14:textId="77777777">
        <w:trPr>
          <w:cantSplit/>
          <w:jc w:val="center"/>
        </w:trPr>
        <w:tc>
          <w:tcPr>
            <w:tcW w:w="1944" w:type="dxa"/>
          </w:tcPr>
          <w:p w14:paraId="1A1531E9" w14:textId="77777777" w:rsidR="004D342C" w:rsidRDefault="00000000">
            <w:pPr>
              <w:spacing w:before="20" w:after="20"/>
              <w:ind w:firstLine="0"/>
            </w:pPr>
            <w:r>
              <w:rPr>
                <w:sz w:val="16"/>
              </w:rPr>
              <w:t>persensitiveNAT</w:t>
            </w:r>
            <w:r>
              <w:rPr>
                <w:sz w:val="16"/>
              </w:rPr>
              <w:br/>
              <w:t>(sensitiveNAT)</w:t>
            </w:r>
          </w:p>
        </w:tc>
        <w:tc>
          <w:tcPr>
            <w:tcW w:w="2880" w:type="dxa"/>
          </w:tcPr>
          <w:p w14:paraId="3A287742" w14:textId="77777777" w:rsidR="004D342C" w:rsidRDefault="00000000">
            <w:pPr>
              <w:spacing w:before="20" w:after="20"/>
              <w:ind w:firstLine="0"/>
            </w:pPr>
            <w:r>
              <w:rPr>
                <w:sz w:val="16"/>
              </w:rPr>
              <w:t>QA15A EU STATEMENTS: GVRNMNT SNSTV NAT ISSUES</w:t>
            </w:r>
          </w:p>
        </w:tc>
        <w:tc>
          <w:tcPr>
            <w:tcW w:w="3456" w:type="dxa"/>
          </w:tcPr>
          <w:p w14:paraId="3D7400FC" w14:textId="77777777" w:rsidR="004D342C" w:rsidRDefault="00000000">
            <w:pPr>
              <w:spacing w:before="20" w:after="20"/>
              <w:ind w:firstLine="0"/>
            </w:pPr>
            <w:r>
              <w:rPr>
                <w:sz w:val="16"/>
              </w:rPr>
              <w:t>1 Tend to agree / 2 Tend to disagree</w:t>
            </w:r>
          </w:p>
        </w:tc>
        <w:tc>
          <w:tcPr>
            <w:tcW w:w="648" w:type="dxa"/>
          </w:tcPr>
          <w:p w14:paraId="26568D81" w14:textId="77777777" w:rsidR="004D342C" w:rsidRDefault="00000000">
            <w:pPr>
              <w:spacing w:before="20" w:after="20"/>
              <w:ind w:firstLine="0"/>
              <w:jc w:val="right"/>
            </w:pPr>
            <w:r>
              <w:rPr>
                <w:sz w:val="16"/>
              </w:rPr>
              <w:t>1</w:t>
            </w:r>
          </w:p>
        </w:tc>
      </w:tr>
      <w:tr w:rsidR="004D342C" w14:paraId="0568B653" w14:textId="77777777">
        <w:trPr>
          <w:cantSplit/>
          <w:jc w:val="center"/>
        </w:trPr>
        <w:tc>
          <w:tcPr>
            <w:tcW w:w="1944" w:type="dxa"/>
          </w:tcPr>
          <w:p w14:paraId="6B9585C8" w14:textId="77777777" w:rsidR="004D342C" w:rsidRDefault="00000000">
            <w:pPr>
              <w:spacing w:before="20" w:after="20"/>
              <w:ind w:firstLine="0"/>
            </w:pPr>
            <w:r>
              <w:rPr>
                <w:sz w:val="16"/>
              </w:rPr>
              <w:t>priority3academic</w:t>
            </w:r>
          </w:p>
        </w:tc>
        <w:tc>
          <w:tcPr>
            <w:tcW w:w="2880" w:type="dxa"/>
          </w:tcPr>
          <w:p w14:paraId="623A3B8C" w14:textId="77777777" w:rsidR="004D342C" w:rsidRDefault="00000000">
            <w:pPr>
              <w:spacing w:before="20" w:after="20"/>
              <w:ind w:firstLine="0"/>
            </w:pPr>
            <w:r>
              <w:rPr>
                <w:sz w:val="16"/>
              </w:rPr>
              <w:t>q23k: key eu priority: eu training quals</w:t>
            </w:r>
          </w:p>
        </w:tc>
        <w:tc>
          <w:tcPr>
            <w:tcW w:w="3456" w:type="dxa"/>
          </w:tcPr>
          <w:p w14:paraId="6F0B474B" w14:textId="77777777" w:rsidR="004D342C" w:rsidRDefault="00000000">
            <w:pPr>
              <w:spacing w:before="20" w:after="20"/>
              <w:ind w:firstLine="0"/>
            </w:pPr>
            <w:r>
              <w:rPr>
                <w:sz w:val="16"/>
              </w:rPr>
              <w:t>1 Key Priority / 2 Not Key Priority / 3 dont know</w:t>
            </w:r>
          </w:p>
        </w:tc>
        <w:tc>
          <w:tcPr>
            <w:tcW w:w="648" w:type="dxa"/>
          </w:tcPr>
          <w:p w14:paraId="1EBAF57E" w14:textId="77777777" w:rsidR="004D342C" w:rsidRDefault="00000000">
            <w:pPr>
              <w:spacing w:before="20" w:after="20"/>
              <w:ind w:firstLine="0"/>
              <w:jc w:val="right"/>
            </w:pPr>
            <w:r>
              <w:rPr>
                <w:sz w:val="16"/>
              </w:rPr>
              <w:t>1</w:t>
            </w:r>
          </w:p>
        </w:tc>
      </w:tr>
      <w:tr w:rsidR="004D342C" w14:paraId="17FDEA37" w14:textId="77777777">
        <w:trPr>
          <w:cantSplit/>
          <w:jc w:val="center"/>
        </w:trPr>
        <w:tc>
          <w:tcPr>
            <w:tcW w:w="1944" w:type="dxa"/>
          </w:tcPr>
          <w:p w14:paraId="1D272F93" w14:textId="77777777" w:rsidR="004D342C" w:rsidRDefault="00000000">
            <w:pPr>
              <w:spacing w:before="20" w:after="20"/>
              <w:ind w:firstLine="0"/>
            </w:pPr>
            <w:r>
              <w:rPr>
                <w:sz w:val="16"/>
              </w:rPr>
              <w:t>priority3borders</w:t>
            </w:r>
          </w:p>
        </w:tc>
        <w:tc>
          <w:tcPr>
            <w:tcW w:w="2880" w:type="dxa"/>
          </w:tcPr>
          <w:p w14:paraId="0358CE55" w14:textId="77777777" w:rsidR="004D342C" w:rsidRDefault="00000000">
            <w:pPr>
              <w:spacing w:before="20" w:after="20"/>
              <w:ind w:firstLine="0"/>
            </w:pPr>
            <w:r>
              <w:rPr>
                <w:sz w:val="16"/>
              </w:rPr>
              <w:t>q23v: key eu priority: xtrnl brdr cntrls</w:t>
            </w:r>
          </w:p>
        </w:tc>
        <w:tc>
          <w:tcPr>
            <w:tcW w:w="3456" w:type="dxa"/>
          </w:tcPr>
          <w:p w14:paraId="00F041A3" w14:textId="77777777" w:rsidR="004D342C" w:rsidRDefault="00000000">
            <w:pPr>
              <w:spacing w:before="20" w:after="20"/>
              <w:ind w:firstLine="0"/>
            </w:pPr>
            <w:r>
              <w:rPr>
                <w:sz w:val="16"/>
              </w:rPr>
              <w:t>1 Key Priority / 2 Not Key Priority / 3 dont know</w:t>
            </w:r>
          </w:p>
        </w:tc>
        <w:tc>
          <w:tcPr>
            <w:tcW w:w="648" w:type="dxa"/>
          </w:tcPr>
          <w:p w14:paraId="1C12CAE1" w14:textId="77777777" w:rsidR="004D342C" w:rsidRDefault="00000000">
            <w:pPr>
              <w:spacing w:before="20" w:after="20"/>
              <w:ind w:firstLine="0"/>
              <w:jc w:val="right"/>
            </w:pPr>
            <w:r>
              <w:rPr>
                <w:sz w:val="16"/>
              </w:rPr>
              <w:t>1</w:t>
            </w:r>
          </w:p>
        </w:tc>
      </w:tr>
      <w:tr w:rsidR="004D342C" w14:paraId="57E58516" w14:textId="77777777">
        <w:trPr>
          <w:cantSplit/>
          <w:jc w:val="center"/>
        </w:trPr>
        <w:tc>
          <w:tcPr>
            <w:tcW w:w="1944" w:type="dxa"/>
          </w:tcPr>
          <w:p w14:paraId="030F021C" w14:textId="77777777" w:rsidR="004D342C" w:rsidRDefault="00000000">
            <w:pPr>
              <w:spacing w:before="20" w:after="20"/>
              <w:ind w:firstLine="0"/>
            </w:pPr>
            <w:r>
              <w:rPr>
                <w:sz w:val="16"/>
              </w:rPr>
              <w:t>priority3currency</w:t>
            </w:r>
          </w:p>
        </w:tc>
        <w:tc>
          <w:tcPr>
            <w:tcW w:w="2880" w:type="dxa"/>
          </w:tcPr>
          <w:p w14:paraId="71D097E4" w14:textId="77777777" w:rsidR="004D342C" w:rsidRDefault="00000000">
            <w:pPr>
              <w:spacing w:before="20" w:after="20"/>
              <w:ind w:firstLine="0"/>
            </w:pPr>
            <w:r>
              <w:rPr>
                <w:sz w:val="16"/>
              </w:rPr>
              <w:t>q23p: key eu priority: strong eur crrncy</w:t>
            </w:r>
          </w:p>
        </w:tc>
        <w:tc>
          <w:tcPr>
            <w:tcW w:w="3456" w:type="dxa"/>
          </w:tcPr>
          <w:p w14:paraId="6A5FF25D" w14:textId="77777777" w:rsidR="004D342C" w:rsidRDefault="00000000">
            <w:pPr>
              <w:spacing w:before="20" w:after="20"/>
              <w:ind w:firstLine="0"/>
            </w:pPr>
            <w:r>
              <w:rPr>
                <w:sz w:val="16"/>
              </w:rPr>
              <w:t>1 Key Priority / 2 Not Key Priority / 3 dont know</w:t>
            </w:r>
          </w:p>
        </w:tc>
        <w:tc>
          <w:tcPr>
            <w:tcW w:w="648" w:type="dxa"/>
          </w:tcPr>
          <w:p w14:paraId="7DE1BB90" w14:textId="77777777" w:rsidR="004D342C" w:rsidRDefault="00000000">
            <w:pPr>
              <w:spacing w:before="20" w:after="20"/>
              <w:ind w:firstLine="0"/>
              <w:jc w:val="right"/>
            </w:pPr>
            <w:r>
              <w:rPr>
                <w:sz w:val="16"/>
              </w:rPr>
              <w:t>1</w:t>
            </w:r>
          </w:p>
        </w:tc>
      </w:tr>
      <w:tr w:rsidR="004D342C" w14:paraId="2187233F" w14:textId="77777777">
        <w:trPr>
          <w:cantSplit/>
          <w:jc w:val="center"/>
        </w:trPr>
        <w:tc>
          <w:tcPr>
            <w:tcW w:w="1944" w:type="dxa"/>
          </w:tcPr>
          <w:p w14:paraId="1B2F8DE9" w14:textId="77777777" w:rsidR="004D342C" w:rsidRDefault="00000000">
            <w:pPr>
              <w:spacing w:before="20" w:after="20"/>
              <w:ind w:firstLine="0"/>
            </w:pPr>
            <w:r>
              <w:rPr>
                <w:sz w:val="16"/>
              </w:rPr>
              <w:t>priority3freemovement</w:t>
            </w:r>
          </w:p>
        </w:tc>
        <w:tc>
          <w:tcPr>
            <w:tcW w:w="2880" w:type="dxa"/>
          </w:tcPr>
          <w:p w14:paraId="0A63F339" w14:textId="77777777" w:rsidR="004D342C" w:rsidRDefault="00000000">
            <w:pPr>
              <w:spacing w:before="20" w:after="20"/>
              <w:ind w:firstLine="0"/>
            </w:pPr>
            <w:r>
              <w:rPr>
                <w:sz w:val="16"/>
              </w:rPr>
              <w:t>q23cc key eu priorty liv/wrk/stdy any eu</w:t>
            </w:r>
          </w:p>
        </w:tc>
        <w:tc>
          <w:tcPr>
            <w:tcW w:w="3456" w:type="dxa"/>
          </w:tcPr>
          <w:p w14:paraId="37768170" w14:textId="77777777" w:rsidR="004D342C" w:rsidRDefault="00000000">
            <w:pPr>
              <w:spacing w:before="20" w:after="20"/>
              <w:ind w:firstLine="0"/>
            </w:pPr>
            <w:r>
              <w:rPr>
                <w:sz w:val="16"/>
              </w:rPr>
              <w:t>1 Key Priority / 2 Not Key Priority / 3 dont know</w:t>
            </w:r>
          </w:p>
        </w:tc>
        <w:tc>
          <w:tcPr>
            <w:tcW w:w="648" w:type="dxa"/>
          </w:tcPr>
          <w:p w14:paraId="58507436" w14:textId="77777777" w:rsidR="004D342C" w:rsidRDefault="00000000">
            <w:pPr>
              <w:spacing w:before="20" w:after="20"/>
              <w:ind w:firstLine="0"/>
              <w:jc w:val="right"/>
            </w:pPr>
            <w:r>
              <w:rPr>
                <w:sz w:val="16"/>
              </w:rPr>
              <w:t>1</w:t>
            </w:r>
          </w:p>
        </w:tc>
      </w:tr>
      <w:tr w:rsidR="004D342C" w14:paraId="6F32D51B" w14:textId="77777777">
        <w:trPr>
          <w:cantSplit/>
          <w:jc w:val="center"/>
        </w:trPr>
        <w:tc>
          <w:tcPr>
            <w:tcW w:w="1944" w:type="dxa"/>
          </w:tcPr>
          <w:p w14:paraId="585FE361" w14:textId="77777777" w:rsidR="004D342C" w:rsidRDefault="00000000">
            <w:pPr>
              <w:spacing w:before="20" w:after="20"/>
              <w:ind w:firstLine="0"/>
            </w:pPr>
            <w:r>
              <w:rPr>
                <w:sz w:val="16"/>
              </w:rPr>
              <w:t>priority3humanrights</w:t>
            </w:r>
          </w:p>
        </w:tc>
        <w:tc>
          <w:tcPr>
            <w:tcW w:w="2880" w:type="dxa"/>
          </w:tcPr>
          <w:p w14:paraId="71A2E29E" w14:textId="77777777" w:rsidR="004D342C" w:rsidRDefault="00000000">
            <w:pPr>
              <w:spacing w:before="20" w:after="20"/>
              <w:ind w:firstLine="0"/>
            </w:pPr>
            <w:r>
              <w:rPr>
                <w:sz w:val="16"/>
              </w:rPr>
              <w:t>q23u: key eu priority: dfnd human rights</w:t>
            </w:r>
          </w:p>
        </w:tc>
        <w:tc>
          <w:tcPr>
            <w:tcW w:w="3456" w:type="dxa"/>
          </w:tcPr>
          <w:p w14:paraId="10DCB433" w14:textId="77777777" w:rsidR="004D342C" w:rsidRDefault="00000000">
            <w:pPr>
              <w:spacing w:before="20" w:after="20"/>
              <w:ind w:firstLine="0"/>
            </w:pPr>
            <w:r>
              <w:rPr>
                <w:sz w:val="16"/>
              </w:rPr>
              <w:t>1 Key Priority / 2 Not Key Priority / 3 dont know</w:t>
            </w:r>
          </w:p>
        </w:tc>
        <w:tc>
          <w:tcPr>
            <w:tcW w:w="648" w:type="dxa"/>
          </w:tcPr>
          <w:p w14:paraId="7DF9B21C" w14:textId="77777777" w:rsidR="004D342C" w:rsidRDefault="00000000">
            <w:pPr>
              <w:spacing w:before="20" w:after="20"/>
              <w:ind w:firstLine="0"/>
              <w:jc w:val="right"/>
            </w:pPr>
            <w:r>
              <w:rPr>
                <w:sz w:val="16"/>
              </w:rPr>
              <w:t>1</w:t>
            </w:r>
          </w:p>
        </w:tc>
      </w:tr>
      <w:tr w:rsidR="004D342C" w14:paraId="74571EF8" w14:textId="77777777">
        <w:trPr>
          <w:cantSplit/>
          <w:jc w:val="center"/>
        </w:trPr>
        <w:tc>
          <w:tcPr>
            <w:tcW w:w="1944" w:type="dxa"/>
          </w:tcPr>
          <w:p w14:paraId="0C264D3F" w14:textId="77777777" w:rsidR="004D342C" w:rsidRDefault="00000000">
            <w:pPr>
              <w:spacing w:before="20" w:after="20"/>
              <w:ind w:firstLine="0"/>
            </w:pPr>
            <w:r>
              <w:rPr>
                <w:sz w:val="16"/>
              </w:rPr>
              <w:t>priority3minorities</w:t>
            </w:r>
          </w:p>
        </w:tc>
        <w:tc>
          <w:tcPr>
            <w:tcW w:w="2880" w:type="dxa"/>
          </w:tcPr>
          <w:p w14:paraId="346E14AC" w14:textId="77777777" w:rsidR="004D342C" w:rsidRDefault="00000000">
            <w:pPr>
              <w:spacing w:before="20" w:after="20"/>
              <w:ind w:firstLine="0"/>
            </w:pPr>
            <w:r>
              <w:rPr>
                <w:sz w:val="16"/>
              </w:rPr>
              <w:t>q23gg key eu priority eql opp minorities</w:t>
            </w:r>
          </w:p>
        </w:tc>
        <w:tc>
          <w:tcPr>
            <w:tcW w:w="3456" w:type="dxa"/>
          </w:tcPr>
          <w:p w14:paraId="7E1BD975" w14:textId="77777777" w:rsidR="004D342C" w:rsidRDefault="00000000">
            <w:pPr>
              <w:spacing w:before="20" w:after="20"/>
              <w:ind w:firstLine="0"/>
            </w:pPr>
            <w:r>
              <w:rPr>
                <w:sz w:val="16"/>
              </w:rPr>
              <w:t>1 Key Priority / 2 Not Key Priority / 3 dont know</w:t>
            </w:r>
          </w:p>
        </w:tc>
        <w:tc>
          <w:tcPr>
            <w:tcW w:w="648" w:type="dxa"/>
          </w:tcPr>
          <w:p w14:paraId="0D724894" w14:textId="77777777" w:rsidR="004D342C" w:rsidRDefault="00000000">
            <w:pPr>
              <w:spacing w:before="20" w:after="20"/>
              <w:ind w:firstLine="0"/>
              <w:jc w:val="right"/>
            </w:pPr>
            <w:r>
              <w:rPr>
                <w:sz w:val="16"/>
              </w:rPr>
              <w:t>1</w:t>
            </w:r>
          </w:p>
        </w:tc>
      </w:tr>
      <w:tr w:rsidR="004D342C" w14:paraId="06BA9604" w14:textId="77777777">
        <w:trPr>
          <w:cantSplit/>
          <w:jc w:val="center"/>
        </w:trPr>
        <w:tc>
          <w:tcPr>
            <w:tcW w:w="1944" w:type="dxa"/>
          </w:tcPr>
          <w:p w14:paraId="4D4BFBB1" w14:textId="77777777" w:rsidR="004D342C" w:rsidRDefault="00000000">
            <w:pPr>
              <w:spacing w:before="20" w:after="20"/>
              <w:ind w:firstLine="0"/>
            </w:pPr>
            <w:r>
              <w:rPr>
                <w:sz w:val="16"/>
              </w:rPr>
              <w:t>priority3products</w:t>
            </w:r>
          </w:p>
        </w:tc>
        <w:tc>
          <w:tcPr>
            <w:tcW w:w="2880" w:type="dxa"/>
          </w:tcPr>
          <w:p w14:paraId="770388D8" w14:textId="77777777" w:rsidR="004D342C" w:rsidRDefault="00000000">
            <w:pPr>
              <w:spacing w:before="20" w:after="20"/>
              <w:ind w:firstLine="0"/>
            </w:pPr>
            <w:r>
              <w:rPr>
                <w:sz w:val="16"/>
              </w:rPr>
              <w:t>q23g: key eu priority: eu trade protctn</w:t>
            </w:r>
          </w:p>
        </w:tc>
        <w:tc>
          <w:tcPr>
            <w:tcW w:w="3456" w:type="dxa"/>
          </w:tcPr>
          <w:p w14:paraId="5DA5B49D" w14:textId="77777777" w:rsidR="004D342C" w:rsidRDefault="00000000">
            <w:pPr>
              <w:spacing w:before="20" w:after="20"/>
              <w:ind w:firstLine="0"/>
            </w:pPr>
            <w:r>
              <w:rPr>
                <w:sz w:val="16"/>
              </w:rPr>
              <w:t>1 Key Priority / 2 Not Key Priority / 3 dont know</w:t>
            </w:r>
          </w:p>
        </w:tc>
        <w:tc>
          <w:tcPr>
            <w:tcW w:w="648" w:type="dxa"/>
          </w:tcPr>
          <w:p w14:paraId="390EC579" w14:textId="77777777" w:rsidR="004D342C" w:rsidRDefault="00000000">
            <w:pPr>
              <w:spacing w:before="20" w:after="20"/>
              <w:ind w:firstLine="0"/>
              <w:jc w:val="right"/>
            </w:pPr>
            <w:r>
              <w:rPr>
                <w:sz w:val="16"/>
              </w:rPr>
              <w:t>1</w:t>
            </w:r>
          </w:p>
        </w:tc>
      </w:tr>
      <w:tr w:rsidR="004D342C" w14:paraId="5F40435B" w14:textId="77777777">
        <w:trPr>
          <w:cantSplit/>
          <w:jc w:val="center"/>
        </w:trPr>
        <w:tc>
          <w:tcPr>
            <w:tcW w:w="1944" w:type="dxa"/>
          </w:tcPr>
          <w:p w14:paraId="3F19CFE0" w14:textId="77777777" w:rsidR="004D342C" w:rsidRDefault="00000000">
            <w:pPr>
              <w:spacing w:before="20" w:after="20"/>
              <w:ind w:firstLine="0"/>
            </w:pPr>
            <w:r>
              <w:rPr>
                <w:sz w:val="16"/>
              </w:rPr>
              <w:t>priority3smallerstates</w:t>
            </w:r>
          </w:p>
        </w:tc>
        <w:tc>
          <w:tcPr>
            <w:tcW w:w="2880" w:type="dxa"/>
          </w:tcPr>
          <w:p w14:paraId="5C489599" w14:textId="77777777" w:rsidR="004D342C" w:rsidRDefault="00000000">
            <w:pPr>
              <w:spacing w:before="20" w:after="20"/>
              <w:ind w:firstLine="0"/>
            </w:pPr>
            <w:r>
              <w:rPr>
                <w:sz w:val="16"/>
              </w:rPr>
              <w:t>q23aa: key eu priority: sml nation opps</w:t>
            </w:r>
          </w:p>
        </w:tc>
        <w:tc>
          <w:tcPr>
            <w:tcW w:w="3456" w:type="dxa"/>
          </w:tcPr>
          <w:p w14:paraId="679FE486" w14:textId="77777777" w:rsidR="004D342C" w:rsidRDefault="00000000">
            <w:pPr>
              <w:spacing w:before="20" w:after="20"/>
              <w:ind w:firstLine="0"/>
            </w:pPr>
            <w:r>
              <w:rPr>
                <w:sz w:val="16"/>
              </w:rPr>
              <w:t>1 Key Priority / 2 Not Key Priority / 3 dont know</w:t>
            </w:r>
          </w:p>
        </w:tc>
        <w:tc>
          <w:tcPr>
            <w:tcW w:w="648" w:type="dxa"/>
          </w:tcPr>
          <w:p w14:paraId="7C0ECFA1" w14:textId="77777777" w:rsidR="004D342C" w:rsidRDefault="00000000">
            <w:pPr>
              <w:spacing w:before="20" w:after="20"/>
              <w:ind w:firstLine="0"/>
              <w:jc w:val="right"/>
            </w:pPr>
            <w:r>
              <w:rPr>
                <w:sz w:val="16"/>
              </w:rPr>
              <w:t>1</w:t>
            </w:r>
          </w:p>
        </w:tc>
      </w:tr>
      <w:tr w:rsidR="004D342C" w14:paraId="7C3949A1" w14:textId="77777777">
        <w:trPr>
          <w:cantSplit/>
          <w:jc w:val="center"/>
        </w:trPr>
        <w:tc>
          <w:tcPr>
            <w:tcW w:w="1944" w:type="dxa"/>
          </w:tcPr>
          <w:p w14:paraId="3F64DB3E" w14:textId="77777777" w:rsidR="004D342C" w:rsidRDefault="00000000">
            <w:pPr>
              <w:spacing w:before="20" w:after="20"/>
              <w:ind w:firstLine="0"/>
            </w:pPr>
            <w:r>
              <w:rPr>
                <w:sz w:val="16"/>
              </w:rPr>
              <w:t>priority3transport</w:t>
            </w:r>
          </w:p>
        </w:tc>
        <w:tc>
          <w:tcPr>
            <w:tcW w:w="2880" w:type="dxa"/>
          </w:tcPr>
          <w:p w14:paraId="1B3BA38E" w14:textId="77777777" w:rsidR="004D342C" w:rsidRDefault="00000000">
            <w:pPr>
              <w:spacing w:before="20" w:after="20"/>
              <w:ind w:firstLine="0"/>
            </w:pPr>
            <w:r>
              <w:rPr>
                <w:sz w:val="16"/>
              </w:rPr>
              <w:t>q23t: key eu priority: efficnt transport</w:t>
            </w:r>
          </w:p>
        </w:tc>
        <w:tc>
          <w:tcPr>
            <w:tcW w:w="3456" w:type="dxa"/>
          </w:tcPr>
          <w:p w14:paraId="59FE43BE" w14:textId="77777777" w:rsidR="004D342C" w:rsidRDefault="00000000">
            <w:pPr>
              <w:spacing w:before="20" w:after="20"/>
              <w:ind w:firstLine="0"/>
            </w:pPr>
            <w:r>
              <w:rPr>
                <w:sz w:val="16"/>
              </w:rPr>
              <w:t>1 Key Priority / 2 Not Key Priority / 3 dont know</w:t>
            </w:r>
          </w:p>
        </w:tc>
        <w:tc>
          <w:tcPr>
            <w:tcW w:w="648" w:type="dxa"/>
          </w:tcPr>
          <w:p w14:paraId="0A79C2F8" w14:textId="77777777" w:rsidR="004D342C" w:rsidRDefault="00000000">
            <w:pPr>
              <w:spacing w:before="20" w:after="20"/>
              <w:ind w:firstLine="0"/>
              <w:jc w:val="right"/>
            </w:pPr>
            <w:r>
              <w:rPr>
                <w:sz w:val="16"/>
              </w:rPr>
              <w:t>1</w:t>
            </w:r>
          </w:p>
        </w:tc>
      </w:tr>
      <w:tr w:rsidR="004D342C" w14:paraId="77B0A291" w14:textId="77777777">
        <w:trPr>
          <w:cantSplit/>
          <w:jc w:val="center"/>
        </w:trPr>
        <w:tc>
          <w:tcPr>
            <w:tcW w:w="1944" w:type="dxa"/>
          </w:tcPr>
          <w:p w14:paraId="3CCAA5C4" w14:textId="77777777" w:rsidR="004D342C" w:rsidRDefault="00000000">
            <w:pPr>
              <w:spacing w:before="20" w:after="20"/>
              <w:ind w:firstLine="0"/>
            </w:pPr>
            <w:r>
              <w:rPr>
                <w:sz w:val="16"/>
              </w:rPr>
              <w:t>priority3understanding</w:t>
            </w:r>
          </w:p>
        </w:tc>
        <w:tc>
          <w:tcPr>
            <w:tcW w:w="2880" w:type="dxa"/>
          </w:tcPr>
          <w:p w14:paraId="454628D8" w14:textId="77777777" w:rsidR="004D342C" w:rsidRDefault="00000000">
            <w:pPr>
              <w:spacing w:before="20" w:after="20"/>
              <w:ind w:firstLine="0"/>
            </w:pPr>
            <w:r>
              <w:rPr>
                <w:sz w:val="16"/>
              </w:rPr>
              <w:t>q23bb: key eu priority: mutual undrstdng</w:t>
            </w:r>
          </w:p>
        </w:tc>
        <w:tc>
          <w:tcPr>
            <w:tcW w:w="3456" w:type="dxa"/>
          </w:tcPr>
          <w:p w14:paraId="2F99BBBD" w14:textId="77777777" w:rsidR="004D342C" w:rsidRDefault="00000000">
            <w:pPr>
              <w:spacing w:before="20" w:after="20"/>
              <w:ind w:firstLine="0"/>
            </w:pPr>
            <w:r>
              <w:rPr>
                <w:sz w:val="16"/>
              </w:rPr>
              <w:t>1 Key Priority / 2 Not Key Priority / 3 dont know</w:t>
            </w:r>
          </w:p>
        </w:tc>
        <w:tc>
          <w:tcPr>
            <w:tcW w:w="648" w:type="dxa"/>
          </w:tcPr>
          <w:p w14:paraId="37C41043" w14:textId="77777777" w:rsidR="004D342C" w:rsidRDefault="00000000">
            <w:pPr>
              <w:spacing w:before="20" w:after="20"/>
              <w:ind w:firstLine="0"/>
              <w:jc w:val="right"/>
            </w:pPr>
            <w:r>
              <w:rPr>
                <w:sz w:val="16"/>
              </w:rPr>
              <w:t>1</w:t>
            </w:r>
          </w:p>
        </w:tc>
      </w:tr>
      <w:tr w:rsidR="004D342C" w14:paraId="22F570C8" w14:textId="77777777">
        <w:trPr>
          <w:cantSplit/>
          <w:jc w:val="center"/>
        </w:trPr>
        <w:tc>
          <w:tcPr>
            <w:tcW w:w="1944" w:type="dxa"/>
          </w:tcPr>
          <w:p w14:paraId="4E5998C6" w14:textId="77777777" w:rsidR="004D342C" w:rsidRDefault="00000000">
            <w:pPr>
              <w:spacing w:before="20" w:after="20"/>
              <w:ind w:firstLine="0"/>
            </w:pPr>
            <w:r>
              <w:rPr>
                <w:sz w:val="16"/>
              </w:rPr>
              <w:t>priorityageing</w:t>
            </w:r>
          </w:p>
        </w:tc>
        <w:tc>
          <w:tcPr>
            <w:tcW w:w="2880" w:type="dxa"/>
          </w:tcPr>
          <w:p w14:paraId="5E46C6C2" w14:textId="77777777" w:rsidR="004D342C" w:rsidRDefault="00000000">
            <w:pPr>
              <w:spacing w:before="20" w:after="20"/>
              <w:ind w:firstLine="0"/>
            </w:pPr>
            <w:r>
              <w:rPr>
                <w:sz w:val="16"/>
              </w:rPr>
              <w:t>q.26.15. - i am going to read out a list</w:t>
            </w:r>
          </w:p>
        </w:tc>
        <w:tc>
          <w:tcPr>
            <w:tcW w:w="3456" w:type="dxa"/>
          </w:tcPr>
          <w:p w14:paraId="5C43F0B8" w14:textId="77777777" w:rsidR="004D342C" w:rsidRDefault="00000000">
            <w:pPr>
              <w:spacing w:before="20" w:after="20"/>
              <w:ind w:firstLine="0"/>
            </w:pPr>
            <w:r>
              <w:rPr>
                <w:sz w:val="16"/>
              </w:rPr>
              <w:t>1 priority / 2 not a priority / 3 dont know</w:t>
            </w:r>
          </w:p>
        </w:tc>
        <w:tc>
          <w:tcPr>
            <w:tcW w:w="648" w:type="dxa"/>
          </w:tcPr>
          <w:p w14:paraId="3576A06E" w14:textId="77777777" w:rsidR="004D342C" w:rsidRDefault="00000000">
            <w:pPr>
              <w:spacing w:before="20" w:after="20"/>
              <w:ind w:firstLine="0"/>
              <w:jc w:val="right"/>
            </w:pPr>
            <w:r>
              <w:rPr>
                <w:sz w:val="16"/>
              </w:rPr>
              <w:t>1</w:t>
            </w:r>
          </w:p>
        </w:tc>
      </w:tr>
      <w:tr w:rsidR="004D342C" w14:paraId="28AF0D0F" w14:textId="77777777">
        <w:trPr>
          <w:cantSplit/>
          <w:jc w:val="center"/>
        </w:trPr>
        <w:tc>
          <w:tcPr>
            <w:tcW w:w="1944" w:type="dxa"/>
          </w:tcPr>
          <w:p w14:paraId="3CF473CF" w14:textId="77777777" w:rsidR="004D342C" w:rsidRDefault="00000000">
            <w:pPr>
              <w:spacing w:before="20" w:after="20"/>
              <w:ind w:firstLine="0"/>
            </w:pPr>
            <w:r>
              <w:rPr>
                <w:sz w:val="16"/>
              </w:rPr>
              <w:t>priorityeconomy</w:t>
            </w:r>
          </w:p>
        </w:tc>
        <w:tc>
          <w:tcPr>
            <w:tcW w:w="2880" w:type="dxa"/>
          </w:tcPr>
          <w:p w14:paraId="090BAD29" w14:textId="77777777" w:rsidR="004D342C" w:rsidRDefault="00000000">
            <w:pPr>
              <w:spacing w:before="20" w:after="20"/>
              <w:ind w:firstLine="0"/>
            </w:pPr>
            <w:r>
              <w:rPr>
                <w:sz w:val="16"/>
              </w:rPr>
              <w:t>q.51.15. - i am going to read out a list</w:t>
            </w:r>
          </w:p>
        </w:tc>
        <w:tc>
          <w:tcPr>
            <w:tcW w:w="3456" w:type="dxa"/>
          </w:tcPr>
          <w:p w14:paraId="1FFEB305" w14:textId="77777777" w:rsidR="004D342C" w:rsidRDefault="00000000">
            <w:pPr>
              <w:spacing w:before="20" w:after="20"/>
              <w:ind w:firstLine="0"/>
            </w:pPr>
            <w:r>
              <w:rPr>
                <w:sz w:val="16"/>
              </w:rPr>
              <w:t>1 priority / 2 not a priority / 3 dont know</w:t>
            </w:r>
          </w:p>
        </w:tc>
        <w:tc>
          <w:tcPr>
            <w:tcW w:w="648" w:type="dxa"/>
          </w:tcPr>
          <w:p w14:paraId="09269858" w14:textId="77777777" w:rsidR="004D342C" w:rsidRDefault="00000000">
            <w:pPr>
              <w:spacing w:before="20" w:after="20"/>
              <w:ind w:firstLine="0"/>
              <w:jc w:val="right"/>
            </w:pPr>
            <w:r>
              <w:rPr>
                <w:sz w:val="16"/>
              </w:rPr>
              <w:t>1</w:t>
            </w:r>
          </w:p>
        </w:tc>
      </w:tr>
      <w:tr w:rsidR="004D342C" w14:paraId="6C69E794" w14:textId="77777777">
        <w:trPr>
          <w:cantSplit/>
          <w:jc w:val="center"/>
        </w:trPr>
        <w:tc>
          <w:tcPr>
            <w:tcW w:w="1944" w:type="dxa"/>
          </w:tcPr>
          <w:p w14:paraId="5E94CEEA" w14:textId="77777777" w:rsidR="004D342C" w:rsidRDefault="00000000">
            <w:pPr>
              <w:spacing w:before="20" w:after="20"/>
              <w:ind w:firstLine="0"/>
            </w:pPr>
            <w:r>
              <w:rPr>
                <w:sz w:val="16"/>
              </w:rPr>
              <w:t>priorityenlarg2</w:t>
            </w:r>
          </w:p>
        </w:tc>
        <w:tc>
          <w:tcPr>
            <w:tcW w:w="2880" w:type="dxa"/>
          </w:tcPr>
          <w:p w14:paraId="0DD2D861" w14:textId="77777777" w:rsidR="004D342C" w:rsidRDefault="00000000">
            <w:pPr>
              <w:spacing w:before="20" w:after="20"/>
              <w:ind w:firstLine="0"/>
            </w:pPr>
            <w:r>
              <w:rPr>
                <w:sz w:val="16"/>
              </w:rPr>
              <w:t>q.21.1. - now, i am going to read out a list of actions that the european union</w:t>
            </w:r>
          </w:p>
        </w:tc>
        <w:tc>
          <w:tcPr>
            <w:tcW w:w="3456" w:type="dxa"/>
          </w:tcPr>
          <w:p w14:paraId="6CC3ADE5" w14:textId="77777777" w:rsidR="004D342C" w:rsidRDefault="00000000">
            <w:pPr>
              <w:spacing w:before="20" w:after="20"/>
              <w:ind w:firstLine="0"/>
            </w:pPr>
            <w:r>
              <w:rPr>
                <w:sz w:val="16"/>
              </w:rPr>
              <w:t>1 priority / 2 not a priority / 3 dont know</w:t>
            </w:r>
          </w:p>
        </w:tc>
        <w:tc>
          <w:tcPr>
            <w:tcW w:w="648" w:type="dxa"/>
          </w:tcPr>
          <w:p w14:paraId="29F30DEC" w14:textId="77777777" w:rsidR="004D342C" w:rsidRDefault="00000000">
            <w:pPr>
              <w:spacing w:before="20" w:after="20"/>
              <w:ind w:firstLine="0"/>
              <w:jc w:val="right"/>
            </w:pPr>
            <w:r>
              <w:rPr>
                <w:sz w:val="16"/>
              </w:rPr>
              <w:t>1</w:t>
            </w:r>
          </w:p>
        </w:tc>
      </w:tr>
      <w:tr w:rsidR="004D342C" w14:paraId="75AEE4B9" w14:textId="77777777">
        <w:trPr>
          <w:cantSplit/>
          <w:jc w:val="center"/>
        </w:trPr>
        <w:tc>
          <w:tcPr>
            <w:tcW w:w="1944" w:type="dxa"/>
          </w:tcPr>
          <w:p w14:paraId="35E61898" w14:textId="77777777" w:rsidR="004D342C" w:rsidRDefault="00000000">
            <w:pPr>
              <w:keepNext/>
              <w:spacing w:before="20" w:after="20"/>
              <w:ind w:firstLine="0"/>
            </w:pPr>
            <w:r>
              <w:rPr>
                <w:sz w:val="16"/>
              </w:rPr>
              <w:t>issuehealth</w:t>
            </w:r>
          </w:p>
        </w:tc>
        <w:tc>
          <w:tcPr>
            <w:tcW w:w="2880" w:type="dxa"/>
          </w:tcPr>
          <w:p w14:paraId="574A5490" w14:textId="77777777" w:rsidR="004D342C" w:rsidRDefault="00000000">
            <w:pPr>
              <w:keepNext/>
              <w:spacing w:before="20" w:after="20"/>
              <w:ind w:firstLine="0"/>
            </w:pPr>
            <w:r>
              <w:rPr>
                <w:sz w:val="16"/>
              </w:rPr>
              <w:t>—</w:t>
            </w:r>
          </w:p>
        </w:tc>
        <w:tc>
          <w:tcPr>
            <w:tcW w:w="3456" w:type="dxa"/>
          </w:tcPr>
          <w:p w14:paraId="599AEDE1" w14:textId="77777777" w:rsidR="004D342C" w:rsidRDefault="00000000">
            <w:pPr>
              <w:keepNext/>
              <w:spacing w:before="20" w:after="20"/>
              <w:ind w:firstLine="0"/>
            </w:pPr>
            <w:r>
              <w:rPr>
                <w:sz w:val="16"/>
              </w:rPr>
              <w:t>—</w:t>
            </w:r>
          </w:p>
        </w:tc>
        <w:tc>
          <w:tcPr>
            <w:tcW w:w="648" w:type="dxa"/>
          </w:tcPr>
          <w:p w14:paraId="27A4BB37" w14:textId="77777777" w:rsidR="004D342C" w:rsidRDefault="00000000">
            <w:pPr>
              <w:keepNext/>
              <w:spacing w:before="20" w:after="20"/>
              <w:ind w:firstLine="0"/>
              <w:jc w:val="right"/>
            </w:pPr>
            <w:r>
              <w:rPr>
                <w:sz w:val="16"/>
              </w:rPr>
              <w:t>0</w:t>
            </w:r>
          </w:p>
        </w:tc>
      </w:tr>
    </w:tbl>
    <w:p w14:paraId="518992CE" w14:textId="77777777" w:rsidR="004D342C" w:rsidRDefault="00000000">
      <w:pPr>
        <w:pStyle w:val="Heading3"/>
      </w:pPr>
      <w:r>
        <w:rPr>
          <w:rFonts w:ascii="Times New Roman" w:hAnsi="Times New Roman" w:cs="Times New Roman"/>
        </w:rPr>
        <w:t>6.4.4  Identity/attachment/pride  (59 variables)</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1944"/>
        <w:gridCol w:w="2880"/>
        <w:gridCol w:w="3456"/>
        <w:gridCol w:w="648"/>
      </w:tblGrid>
      <w:tr w:rsidR="004D342C" w14:paraId="075183B8" w14:textId="77777777">
        <w:trPr>
          <w:cantSplit/>
          <w:tblHeader/>
          <w:jc w:val="center"/>
        </w:trPr>
        <w:tc>
          <w:tcPr>
            <w:tcW w:w="1944" w:type="dxa"/>
            <w:tcBorders>
              <w:bottom w:val="single" w:sz="6" w:space="0" w:color="1F4E79"/>
            </w:tcBorders>
            <w:shd w:val="clear" w:color="auto" w:fill="E7EDF3"/>
          </w:tcPr>
          <w:p w14:paraId="25D1BD95" w14:textId="77777777" w:rsidR="004D342C" w:rsidRDefault="00000000">
            <w:pPr>
              <w:spacing w:before="40" w:after="40"/>
              <w:ind w:firstLine="0"/>
            </w:pPr>
            <w:r>
              <w:rPr>
                <w:b/>
                <w:color w:val="1F4E79"/>
                <w:sz w:val="18"/>
              </w:rPr>
              <w:t>Variable</w:t>
            </w:r>
          </w:p>
        </w:tc>
        <w:tc>
          <w:tcPr>
            <w:tcW w:w="2880" w:type="dxa"/>
            <w:tcBorders>
              <w:bottom w:val="single" w:sz="6" w:space="0" w:color="1F4E79"/>
            </w:tcBorders>
            <w:shd w:val="clear" w:color="auto" w:fill="E7EDF3"/>
          </w:tcPr>
          <w:p w14:paraId="7A62C14F" w14:textId="77777777" w:rsidR="004D342C" w:rsidRDefault="00000000">
            <w:pPr>
              <w:spacing w:before="40" w:after="40"/>
              <w:ind w:firstLine="0"/>
            </w:pPr>
            <w:r>
              <w:rPr>
                <w:b/>
                <w:color w:val="1F4E79"/>
                <w:sz w:val="18"/>
              </w:rPr>
              <w:t>Label</w:t>
            </w:r>
          </w:p>
        </w:tc>
        <w:tc>
          <w:tcPr>
            <w:tcW w:w="3456" w:type="dxa"/>
            <w:tcBorders>
              <w:bottom w:val="single" w:sz="6" w:space="0" w:color="1F4E79"/>
            </w:tcBorders>
            <w:shd w:val="clear" w:color="auto" w:fill="E7EDF3"/>
          </w:tcPr>
          <w:p w14:paraId="399EFF24" w14:textId="77777777" w:rsidR="004D342C" w:rsidRDefault="00000000">
            <w:pPr>
              <w:spacing w:before="40" w:after="40"/>
              <w:ind w:firstLine="0"/>
            </w:pPr>
            <w:r>
              <w:rPr>
                <w:b/>
                <w:color w:val="1F4E79"/>
                <w:sz w:val="18"/>
              </w:rPr>
              <w:t>Coding</w:t>
            </w:r>
          </w:p>
        </w:tc>
        <w:tc>
          <w:tcPr>
            <w:tcW w:w="648" w:type="dxa"/>
            <w:tcBorders>
              <w:bottom w:val="single" w:sz="6" w:space="0" w:color="1F4E79"/>
            </w:tcBorders>
            <w:shd w:val="clear" w:color="auto" w:fill="E7EDF3"/>
          </w:tcPr>
          <w:p w14:paraId="23AEE345" w14:textId="77777777" w:rsidR="004D342C" w:rsidRDefault="00000000">
            <w:pPr>
              <w:spacing w:before="40" w:after="40"/>
              <w:ind w:firstLine="0"/>
              <w:jc w:val="right"/>
            </w:pPr>
            <w:r>
              <w:rPr>
                <w:b/>
                <w:color w:val="1F4E79"/>
                <w:sz w:val="18"/>
              </w:rPr>
              <w:t>Waves</w:t>
            </w:r>
          </w:p>
        </w:tc>
      </w:tr>
      <w:tr w:rsidR="004D342C" w14:paraId="0A028AFB" w14:textId="77777777">
        <w:trPr>
          <w:cantSplit/>
          <w:jc w:val="center"/>
        </w:trPr>
        <w:tc>
          <w:tcPr>
            <w:tcW w:w="1944" w:type="dxa"/>
          </w:tcPr>
          <w:p w14:paraId="5D36DF6B" w14:textId="77777777" w:rsidR="004D342C" w:rsidRDefault="00000000">
            <w:pPr>
              <w:spacing w:before="20" w:after="20"/>
              <w:ind w:firstLine="0"/>
            </w:pPr>
            <w:r>
              <w:rPr>
                <w:sz w:val="16"/>
              </w:rPr>
              <w:t>identity</w:t>
            </w:r>
          </w:p>
        </w:tc>
        <w:tc>
          <w:tcPr>
            <w:tcW w:w="2880" w:type="dxa"/>
          </w:tcPr>
          <w:p w14:paraId="1D25E0D8" w14:textId="77777777" w:rsidR="004D342C" w:rsidRDefault="00000000">
            <w:pPr>
              <w:spacing w:before="20" w:after="20"/>
              <w:ind w:firstLine="0"/>
            </w:pPr>
            <w:r>
              <w:rPr>
                <w:sz w:val="16"/>
              </w:rPr>
              <w:t>EUROPEAN CITIZENSHIP FEELING</w:t>
            </w:r>
          </w:p>
        </w:tc>
        <w:tc>
          <w:tcPr>
            <w:tcW w:w="3456" w:type="dxa"/>
          </w:tcPr>
          <w:p w14:paraId="512F7132" w14:textId="77777777" w:rsidR="004D342C" w:rsidRDefault="00000000">
            <w:pPr>
              <w:spacing w:before="20" w:after="20"/>
              <w:ind w:firstLine="0"/>
            </w:pPr>
            <w:r>
              <w:rPr>
                <w:sz w:val="16"/>
              </w:rPr>
              <w:t>1 (NATIONALITY) only / 2 (NATIONALITY) and European / 3 European and (NATIONALITY) / 4 European only / 5 None (SPONTANEOUS) / 6 Refusal (SPONTANEOUS) / 7 Dont know</w:t>
            </w:r>
          </w:p>
        </w:tc>
        <w:tc>
          <w:tcPr>
            <w:tcW w:w="648" w:type="dxa"/>
          </w:tcPr>
          <w:p w14:paraId="241663E2" w14:textId="77777777" w:rsidR="004D342C" w:rsidRDefault="00000000">
            <w:pPr>
              <w:spacing w:before="20" w:after="20"/>
              <w:ind w:firstLine="0"/>
              <w:jc w:val="right"/>
            </w:pPr>
            <w:r>
              <w:rPr>
                <w:sz w:val="16"/>
              </w:rPr>
              <w:t>39</w:t>
            </w:r>
          </w:p>
        </w:tc>
      </w:tr>
      <w:tr w:rsidR="004D342C" w14:paraId="73617319" w14:textId="77777777">
        <w:trPr>
          <w:cantSplit/>
          <w:jc w:val="center"/>
        </w:trPr>
        <w:tc>
          <w:tcPr>
            <w:tcW w:w="1944" w:type="dxa"/>
          </w:tcPr>
          <w:p w14:paraId="1E9A634D" w14:textId="77777777" w:rsidR="004D342C" w:rsidRDefault="00000000">
            <w:pPr>
              <w:spacing w:before="20" w:after="20"/>
              <w:ind w:firstLine="0"/>
            </w:pPr>
            <w:r>
              <w:rPr>
                <w:sz w:val="16"/>
              </w:rPr>
              <w:t>identityattachmentEU</w:t>
            </w:r>
            <w:r>
              <w:rPr>
                <w:sz w:val="16"/>
              </w:rPr>
              <w:br/>
              <w:t>(attachmentEurope)</w:t>
            </w:r>
          </w:p>
        </w:tc>
        <w:tc>
          <w:tcPr>
            <w:tcW w:w="2880" w:type="dxa"/>
          </w:tcPr>
          <w:p w14:paraId="23E04995" w14:textId="77777777" w:rsidR="004D342C" w:rsidRDefault="00000000">
            <w:pPr>
              <w:spacing w:before="20" w:after="20"/>
              <w:ind w:firstLine="0"/>
            </w:pPr>
            <w:r>
              <w:rPr>
                <w:sz w:val="16"/>
              </w:rPr>
              <w:t>ATTACHMENT TO: EUROPEAN UNION</w:t>
            </w:r>
          </w:p>
        </w:tc>
        <w:tc>
          <w:tcPr>
            <w:tcW w:w="3456" w:type="dxa"/>
          </w:tcPr>
          <w:p w14:paraId="6E738CFA" w14:textId="77777777" w:rsidR="004D342C" w:rsidRDefault="00000000">
            <w:pPr>
              <w:spacing w:before="20" w:after="20"/>
              <w:ind w:firstLine="0"/>
            </w:pPr>
            <w:r>
              <w:rPr>
                <w:sz w:val="16"/>
              </w:rPr>
              <w:t>1 very attached / 2 fairly attached / 3 not very attached / 4 not at all attached / 5 dont know</w:t>
            </w:r>
          </w:p>
        </w:tc>
        <w:tc>
          <w:tcPr>
            <w:tcW w:w="648" w:type="dxa"/>
          </w:tcPr>
          <w:p w14:paraId="61F44755" w14:textId="77777777" w:rsidR="004D342C" w:rsidRDefault="00000000">
            <w:pPr>
              <w:spacing w:before="20" w:after="20"/>
              <w:ind w:firstLine="0"/>
              <w:jc w:val="right"/>
            </w:pPr>
            <w:r>
              <w:rPr>
                <w:sz w:val="16"/>
              </w:rPr>
              <w:t>35</w:t>
            </w:r>
          </w:p>
        </w:tc>
      </w:tr>
      <w:tr w:rsidR="004D342C" w14:paraId="66E238F0" w14:textId="77777777">
        <w:trPr>
          <w:cantSplit/>
          <w:jc w:val="center"/>
        </w:trPr>
        <w:tc>
          <w:tcPr>
            <w:tcW w:w="1944" w:type="dxa"/>
          </w:tcPr>
          <w:p w14:paraId="7C898382" w14:textId="77777777" w:rsidR="004D342C" w:rsidRDefault="00000000">
            <w:pPr>
              <w:spacing w:before="20" w:after="20"/>
              <w:ind w:firstLine="0"/>
            </w:pPr>
            <w:r>
              <w:rPr>
                <w:sz w:val="16"/>
              </w:rPr>
              <w:t>identityattachmentcity</w:t>
            </w:r>
            <w:r>
              <w:rPr>
                <w:sz w:val="16"/>
              </w:rPr>
              <w:br/>
              <w:t>(attachmentcity)</w:t>
            </w:r>
          </w:p>
        </w:tc>
        <w:tc>
          <w:tcPr>
            <w:tcW w:w="2880" w:type="dxa"/>
          </w:tcPr>
          <w:p w14:paraId="42871520" w14:textId="77777777" w:rsidR="004D342C" w:rsidRDefault="00000000">
            <w:pPr>
              <w:spacing w:before="20" w:after="20"/>
              <w:ind w:firstLine="0"/>
            </w:pPr>
            <w:r>
              <w:rPr>
                <w:sz w:val="16"/>
              </w:rPr>
              <w:t>ATTACHMENT TO: CITY/TOWN/VILLAGE</w:t>
            </w:r>
          </w:p>
        </w:tc>
        <w:tc>
          <w:tcPr>
            <w:tcW w:w="3456" w:type="dxa"/>
          </w:tcPr>
          <w:p w14:paraId="5342530D" w14:textId="77777777" w:rsidR="004D342C" w:rsidRDefault="00000000">
            <w:pPr>
              <w:spacing w:before="20" w:after="20"/>
              <w:ind w:firstLine="0"/>
            </w:pPr>
            <w:r>
              <w:rPr>
                <w:sz w:val="16"/>
              </w:rPr>
              <w:t>1 very attached / 2 fairly attached / 3 not very attached / 4 not at all attached / 5 dont know</w:t>
            </w:r>
          </w:p>
        </w:tc>
        <w:tc>
          <w:tcPr>
            <w:tcW w:w="648" w:type="dxa"/>
          </w:tcPr>
          <w:p w14:paraId="3278FF2D" w14:textId="77777777" w:rsidR="004D342C" w:rsidRDefault="00000000">
            <w:pPr>
              <w:spacing w:before="20" w:after="20"/>
              <w:ind w:firstLine="0"/>
              <w:jc w:val="right"/>
            </w:pPr>
            <w:r>
              <w:rPr>
                <w:sz w:val="16"/>
              </w:rPr>
              <w:t>35</w:t>
            </w:r>
          </w:p>
        </w:tc>
      </w:tr>
      <w:tr w:rsidR="004D342C" w14:paraId="2EE82940" w14:textId="77777777">
        <w:trPr>
          <w:cantSplit/>
          <w:jc w:val="center"/>
        </w:trPr>
        <w:tc>
          <w:tcPr>
            <w:tcW w:w="1944" w:type="dxa"/>
          </w:tcPr>
          <w:p w14:paraId="0FAF35FE" w14:textId="77777777" w:rsidR="004D342C" w:rsidRDefault="00000000">
            <w:pPr>
              <w:spacing w:before="20" w:after="20"/>
              <w:ind w:firstLine="0"/>
            </w:pPr>
            <w:r>
              <w:rPr>
                <w:sz w:val="16"/>
              </w:rPr>
              <w:t>identityattachmentcountry</w:t>
            </w:r>
            <w:r>
              <w:rPr>
                <w:sz w:val="16"/>
              </w:rPr>
              <w:br/>
              <w:t>(attachmentcountry)</w:t>
            </w:r>
          </w:p>
        </w:tc>
        <w:tc>
          <w:tcPr>
            <w:tcW w:w="2880" w:type="dxa"/>
          </w:tcPr>
          <w:p w14:paraId="4FB70CD7" w14:textId="77777777" w:rsidR="004D342C" w:rsidRDefault="00000000">
            <w:pPr>
              <w:spacing w:before="20" w:after="20"/>
              <w:ind w:firstLine="0"/>
            </w:pPr>
            <w:r>
              <w:rPr>
                <w:sz w:val="16"/>
              </w:rPr>
              <w:t>ATTACHMENT TO: COUNTRY</w:t>
            </w:r>
          </w:p>
        </w:tc>
        <w:tc>
          <w:tcPr>
            <w:tcW w:w="3456" w:type="dxa"/>
          </w:tcPr>
          <w:p w14:paraId="3C747D75" w14:textId="77777777" w:rsidR="004D342C" w:rsidRDefault="00000000">
            <w:pPr>
              <w:spacing w:before="20" w:after="20"/>
              <w:ind w:firstLine="0"/>
            </w:pPr>
            <w:r>
              <w:rPr>
                <w:sz w:val="16"/>
              </w:rPr>
              <w:t>1 very attached / 2 fairly attached / 3 not very attached / 4 not at all attached / 5 dont know</w:t>
            </w:r>
          </w:p>
        </w:tc>
        <w:tc>
          <w:tcPr>
            <w:tcW w:w="648" w:type="dxa"/>
          </w:tcPr>
          <w:p w14:paraId="5BFDB3D0" w14:textId="77777777" w:rsidR="004D342C" w:rsidRDefault="00000000">
            <w:pPr>
              <w:spacing w:before="20" w:after="20"/>
              <w:ind w:firstLine="0"/>
              <w:jc w:val="right"/>
            </w:pPr>
            <w:r>
              <w:rPr>
                <w:sz w:val="16"/>
              </w:rPr>
              <w:t>35</w:t>
            </w:r>
          </w:p>
        </w:tc>
      </w:tr>
      <w:tr w:rsidR="004D342C" w14:paraId="2A17B357" w14:textId="77777777">
        <w:trPr>
          <w:cantSplit/>
          <w:jc w:val="center"/>
        </w:trPr>
        <w:tc>
          <w:tcPr>
            <w:tcW w:w="1944" w:type="dxa"/>
          </w:tcPr>
          <w:p w14:paraId="1B834B4D" w14:textId="77777777" w:rsidR="004D342C" w:rsidRDefault="00000000">
            <w:pPr>
              <w:spacing w:before="20" w:after="20"/>
              <w:ind w:firstLine="0"/>
            </w:pPr>
            <w:r>
              <w:rPr>
                <w:sz w:val="16"/>
              </w:rPr>
              <w:t>identityEUcitizen</w:t>
            </w:r>
          </w:p>
        </w:tc>
        <w:tc>
          <w:tcPr>
            <w:tcW w:w="2880" w:type="dxa"/>
          </w:tcPr>
          <w:p w14:paraId="16EC94A7" w14:textId="77777777" w:rsidR="004D342C" w:rsidRDefault="00000000">
            <w:pPr>
              <w:spacing w:before="20" w:after="20"/>
              <w:ind w:firstLine="0"/>
            </w:pPr>
            <w:r>
              <w:rPr>
                <w:sz w:val="16"/>
              </w:rPr>
              <w:t>Feel you are a citizen of the EU (1 yes definitely ... 4 no definitely not)</w:t>
            </w:r>
          </w:p>
        </w:tc>
        <w:tc>
          <w:tcPr>
            <w:tcW w:w="3456" w:type="dxa"/>
          </w:tcPr>
          <w:p w14:paraId="0D0F8FAE" w14:textId="77777777" w:rsidR="004D342C" w:rsidRDefault="00000000">
            <w:pPr>
              <w:spacing w:before="20" w:after="20"/>
              <w:ind w:firstLine="0"/>
            </w:pPr>
            <w:r>
              <w:rPr>
                <w:sz w:val="16"/>
              </w:rPr>
              <w:t>1 Yes, definitely / 2 Yes, to some extent / 3 No, not really / 4 No, definitely not / 5 Don't know (SPONTANEOUS)</w:t>
            </w:r>
          </w:p>
        </w:tc>
        <w:tc>
          <w:tcPr>
            <w:tcW w:w="648" w:type="dxa"/>
          </w:tcPr>
          <w:p w14:paraId="2907C4DA" w14:textId="77777777" w:rsidR="004D342C" w:rsidRDefault="00000000">
            <w:pPr>
              <w:spacing w:before="20" w:after="20"/>
              <w:ind w:firstLine="0"/>
              <w:jc w:val="right"/>
            </w:pPr>
            <w:r>
              <w:rPr>
                <w:sz w:val="16"/>
              </w:rPr>
              <w:t>31</w:t>
            </w:r>
          </w:p>
        </w:tc>
      </w:tr>
      <w:tr w:rsidR="004D342C" w14:paraId="4FF70172" w14:textId="77777777">
        <w:trPr>
          <w:cantSplit/>
          <w:jc w:val="center"/>
        </w:trPr>
        <w:tc>
          <w:tcPr>
            <w:tcW w:w="1944" w:type="dxa"/>
          </w:tcPr>
          <w:p w14:paraId="6A47E9C5" w14:textId="77777777" w:rsidR="004D342C" w:rsidRDefault="00000000">
            <w:pPr>
              <w:spacing w:before="20" w:after="20"/>
              <w:ind w:firstLine="0"/>
            </w:pPr>
            <w:r>
              <w:rPr>
                <w:sz w:val="16"/>
              </w:rPr>
              <w:t>identitycommonNAT</w:t>
            </w:r>
          </w:p>
        </w:tc>
        <w:tc>
          <w:tcPr>
            <w:tcW w:w="2880" w:type="dxa"/>
          </w:tcPr>
          <w:p w14:paraId="63E00A3F" w14:textId="77777777" w:rsidR="004D342C" w:rsidRDefault="00000000">
            <w:pPr>
              <w:spacing w:before="20" w:after="20"/>
              <w:ind w:firstLine="0"/>
            </w:pPr>
            <w:r>
              <w:rPr>
                <w:sz w:val="16"/>
              </w:rPr>
              <w:t>What most creates a feeling of community among EU citizens (multiple response)</w:t>
            </w:r>
          </w:p>
        </w:tc>
        <w:tc>
          <w:tcPr>
            <w:tcW w:w="3456" w:type="dxa"/>
          </w:tcPr>
          <w:p w14:paraId="24F6115E" w14:textId="77777777" w:rsidR="004D342C" w:rsidRDefault="00000000">
            <w:pPr>
              <w:spacing w:before="20" w:after="20"/>
              <w:ind w:firstLine="0"/>
            </w:pPr>
            <w:r>
              <w:rPr>
                <w:sz w:val="16"/>
              </w:rPr>
              <w:t>1 Totally agree / 2 Tend to agree / 3 Tend to disagree / 4 Totally disagree / 5 Don't know (SPONTANEOUS)</w:t>
            </w:r>
          </w:p>
        </w:tc>
        <w:tc>
          <w:tcPr>
            <w:tcW w:w="648" w:type="dxa"/>
          </w:tcPr>
          <w:p w14:paraId="0F050E01" w14:textId="77777777" w:rsidR="004D342C" w:rsidRDefault="00000000">
            <w:pPr>
              <w:spacing w:before="20" w:after="20"/>
              <w:ind w:firstLine="0"/>
              <w:jc w:val="right"/>
            </w:pPr>
            <w:r>
              <w:rPr>
                <w:sz w:val="16"/>
              </w:rPr>
              <w:t>23</w:t>
            </w:r>
          </w:p>
        </w:tc>
      </w:tr>
      <w:tr w:rsidR="004D342C" w14:paraId="4E1B4E10" w14:textId="77777777">
        <w:trPr>
          <w:cantSplit/>
          <w:jc w:val="center"/>
        </w:trPr>
        <w:tc>
          <w:tcPr>
            <w:tcW w:w="1944" w:type="dxa"/>
          </w:tcPr>
          <w:p w14:paraId="51FF5E63" w14:textId="77777777" w:rsidR="004D342C" w:rsidRDefault="00000000">
            <w:pPr>
              <w:spacing w:before="20" w:after="20"/>
              <w:ind w:firstLine="0"/>
            </w:pPr>
            <w:r>
              <w:rPr>
                <w:sz w:val="16"/>
              </w:rPr>
              <w:t>attachmentcontinent</w:t>
            </w:r>
          </w:p>
        </w:tc>
        <w:tc>
          <w:tcPr>
            <w:tcW w:w="2880" w:type="dxa"/>
          </w:tcPr>
          <w:p w14:paraId="4CD4CBFD" w14:textId="77777777" w:rsidR="004D342C" w:rsidRDefault="00000000">
            <w:pPr>
              <w:spacing w:before="20" w:after="20"/>
              <w:ind w:firstLine="0"/>
            </w:pPr>
            <w:r>
              <w:rPr>
                <w:sz w:val="16"/>
              </w:rPr>
              <w:t>Attachment to Europe as a continent (1 very attached ... 4 not at all)</w:t>
            </w:r>
          </w:p>
        </w:tc>
        <w:tc>
          <w:tcPr>
            <w:tcW w:w="3456" w:type="dxa"/>
          </w:tcPr>
          <w:p w14:paraId="1AA28274" w14:textId="77777777" w:rsidR="004D342C" w:rsidRDefault="00000000">
            <w:pPr>
              <w:spacing w:before="20" w:after="20"/>
              <w:ind w:firstLine="0"/>
            </w:pPr>
            <w:r>
              <w:rPr>
                <w:sz w:val="16"/>
              </w:rPr>
              <w:t>1 Very attached / 2 Fairly attached / 3 Not very attached / 4 Not at all attached / 5 Don't know (SPONTANEOUS)</w:t>
            </w:r>
          </w:p>
        </w:tc>
        <w:tc>
          <w:tcPr>
            <w:tcW w:w="648" w:type="dxa"/>
          </w:tcPr>
          <w:p w14:paraId="677351F0" w14:textId="77777777" w:rsidR="004D342C" w:rsidRDefault="00000000">
            <w:pPr>
              <w:spacing w:before="20" w:after="20"/>
              <w:ind w:firstLine="0"/>
              <w:jc w:val="right"/>
            </w:pPr>
            <w:r>
              <w:rPr>
                <w:sz w:val="16"/>
              </w:rPr>
              <w:t>22</w:t>
            </w:r>
          </w:p>
        </w:tc>
      </w:tr>
      <w:tr w:rsidR="004D342C" w14:paraId="235F7377" w14:textId="77777777">
        <w:trPr>
          <w:cantSplit/>
          <w:jc w:val="center"/>
        </w:trPr>
        <w:tc>
          <w:tcPr>
            <w:tcW w:w="1944" w:type="dxa"/>
          </w:tcPr>
          <w:p w14:paraId="088E888B" w14:textId="77777777" w:rsidR="004D342C" w:rsidRDefault="00000000">
            <w:pPr>
              <w:spacing w:before="20" w:after="20"/>
              <w:ind w:firstLine="0"/>
            </w:pPr>
            <w:r>
              <w:rPr>
                <w:sz w:val="16"/>
              </w:rPr>
              <w:t>identitypridenation</w:t>
            </w:r>
            <w:r>
              <w:rPr>
                <w:sz w:val="16"/>
              </w:rPr>
              <w:br/>
              <w:t>(pridenation)</w:t>
            </w:r>
          </w:p>
        </w:tc>
        <w:tc>
          <w:tcPr>
            <w:tcW w:w="2880" w:type="dxa"/>
          </w:tcPr>
          <w:p w14:paraId="5F18EFF8" w14:textId="77777777" w:rsidR="004D342C" w:rsidRDefault="00000000">
            <w:pPr>
              <w:spacing w:before="20" w:after="20"/>
              <w:ind w:firstLine="0"/>
            </w:pPr>
            <w:r>
              <w:rPr>
                <w:sz w:val="16"/>
              </w:rPr>
              <w:t>QA31 NATIONAL PRIDE</w:t>
            </w:r>
          </w:p>
        </w:tc>
        <w:tc>
          <w:tcPr>
            <w:tcW w:w="3456" w:type="dxa"/>
          </w:tcPr>
          <w:p w14:paraId="5ABAF521" w14:textId="77777777" w:rsidR="004D342C" w:rsidRDefault="00000000">
            <w:pPr>
              <w:spacing w:before="20" w:after="20"/>
              <w:ind w:firstLine="0"/>
            </w:pPr>
            <w:r>
              <w:rPr>
                <w:sz w:val="16"/>
              </w:rPr>
              <w:t>1 very proud / 2 fairly proud / 3 not very proud / 4 not at all proud / 5 dont know</w:t>
            </w:r>
          </w:p>
        </w:tc>
        <w:tc>
          <w:tcPr>
            <w:tcW w:w="648" w:type="dxa"/>
          </w:tcPr>
          <w:p w14:paraId="515ACC61" w14:textId="77777777" w:rsidR="004D342C" w:rsidRDefault="00000000">
            <w:pPr>
              <w:spacing w:before="20" w:after="20"/>
              <w:ind w:firstLine="0"/>
              <w:jc w:val="right"/>
            </w:pPr>
            <w:r>
              <w:rPr>
                <w:sz w:val="16"/>
              </w:rPr>
              <w:t>17</w:t>
            </w:r>
          </w:p>
        </w:tc>
      </w:tr>
      <w:tr w:rsidR="004D342C" w14:paraId="5BC4C805" w14:textId="77777777">
        <w:trPr>
          <w:cantSplit/>
          <w:jc w:val="center"/>
        </w:trPr>
        <w:tc>
          <w:tcPr>
            <w:tcW w:w="1944" w:type="dxa"/>
          </w:tcPr>
          <w:p w14:paraId="1FDD67FC" w14:textId="77777777" w:rsidR="004D342C" w:rsidRDefault="00000000">
            <w:pPr>
              <w:spacing w:before="20" w:after="20"/>
              <w:ind w:firstLine="0"/>
            </w:pPr>
            <w:r>
              <w:rPr>
                <w:sz w:val="16"/>
              </w:rPr>
              <w:t>identitycommonEU</w:t>
            </w:r>
          </w:p>
        </w:tc>
        <w:tc>
          <w:tcPr>
            <w:tcW w:w="2880" w:type="dxa"/>
          </w:tcPr>
          <w:p w14:paraId="0BEAFA87" w14:textId="77777777" w:rsidR="004D342C" w:rsidRDefault="00000000">
            <w:pPr>
              <w:spacing w:before="20" w:after="20"/>
              <w:ind w:firstLine="0"/>
            </w:pPr>
            <w:r>
              <w:rPr>
                <w:sz w:val="16"/>
              </w:rPr>
              <w:t>What most creates a feeling of community among EU citizens (multiple response)</w:t>
            </w:r>
          </w:p>
        </w:tc>
        <w:tc>
          <w:tcPr>
            <w:tcW w:w="3456" w:type="dxa"/>
          </w:tcPr>
          <w:p w14:paraId="5099C790" w14:textId="77777777" w:rsidR="004D342C" w:rsidRDefault="00000000">
            <w:pPr>
              <w:spacing w:before="20" w:after="20"/>
              <w:ind w:firstLine="0"/>
            </w:pPr>
            <w:r>
              <w:rPr>
                <w:sz w:val="16"/>
              </w:rPr>
              <w:t>1 Totally agree / 2 Tend to agree / 3 Tend to disagree / 4 Totally disagree / 5 Don't know (SPONTANEOUS)</w:t>
            </w:r>
          </w:p>
        </w:tc>
        <w:tc>
          <w:tcPr>
            <w:tcW w:w="648" w:type="dxa"/>
          </w:tcPr>
          <w:p w14:paraId="3689B3D5" w14:textId="77777777" w:rsidR="004D342C" w:rsidRDefault="00000000">
            <w:pPr>
              <w:spacing w:before="20" w:after="20"/>
              <w:ind w:firstLine="0"/>
              <w:jc w:val="right"/>
            </w:pPr>
            <w:r>
              <w:rPr>
                <w:sz w:val="16"/>
              </w:rPr>
              <w:t>15</w:t>
            </w:r>
          </w:p>
        </w:tc>
      </w:tr>
      <w:tr w:rsidR="004D342C" w14:paraId="08378217" w14:textId="77777777">
        <w:trPr>
          <w:cantSplit/>
          <w:jc w:val="center"/>
        </w:trPr>
        <w:tc>
          <w:tcPr>
            <w:tcW w:w="1944" w:type="dxa"/>
          </w:tcPr>
          <w:p w14:paraId="273A5942" w14:textId="77777777" w:rsidR="004D342C" w:rsidRDefault="00000000">
            <w:pPr>
              <w:spacing w:before="20" w:after="20"/>
              <w:ind w:firstLine="0"/>
            </w:pPr>
            <w:r>
              <w:rPr>
                <w:sz w:val="16"/>
              </w:rPr>
              <w:lastRenderedPageBreak/>
              <w:t>identityattachmentregion</w:t>
            </w:r>
            <w:r>
              <w:rPr>
                <w:sz w:val="16"/>
              </w:rPr>
              <w:br/>
              <w:t>(attachmentregion)</w:t>
            </w:r>
          </w:p>
        </w:tc>
        <w:tc>
          <w:tcPr>
            <w:tcW w:w="2880" w:type="dxa"/>
          </w:tcPr>
          <w:p w14:paraId="047F12F8" w14:textId="77777777" w:rsidR="004D342C" w:rsidRDefault="00000000">
            <w:pPr>
              <w:spacing w:before="20" w:after="20"/>
              <w:ind w:firstLine="0"/>
            </w:pPr>
            <w:r>
              <w:rPr>
                <w:sz w:val="16"/>
              </w:rPr>
              <w:t>QA35 ATTACHMENT TO REGION</w:t>
            </w:r>
          </w:p>
        </w:tc>
        <w:tc>
          <w:tcPr>
            <w:tcW w:w="3456" w:type="dxa"/>
          </w:tcPr>
          <w:p w14:paraId="1A076D57" w14:textId="77777777" w:rsidR="004D342C" w:rsidRDefault="00000000">
            <w:pPr>
              <w:spacing w:before="20" w:after="20"/>
              <w:ind w:firstLine="0"/>
            </w:pPr>
            <w:r>
              <w:rPr>
                <w:sz w:val="16"/>
              </w:rPr>
              <w:t>1 very attached / 2 fairly attached / 3 not very attached / 4 not at all attached / 5 dont know</w:t>
            </w:r>
          </w:p>
        </w:tc>
        <w:tc>
          <w:tcPr>
            <w:tcW w:w="648" w:type="dxa"/>
          </w:tcPr>
          <w:p w14:paraId="29FA73C1" w14:textId="77777777" w:rsidR="004D342C" w:rsidRDefault="00000000">
            <w:pPr>
              <w:spacing w:before="20" w:after="20"/>
              <w:ind w:firstLine="0"/>
              <w:jc w:val="right"/>
            </w:pPr>
            <w:r>
              <w:rPr>
                <w:sz w:val="16"/>
              </w:rPr>
              <w:t>9</w:t>
            </w:r>
          </w:p>
        </w:tc>
      </w:tr>
      <w:tr w:rsidR="004D342C" w14:paraId="0438BD77" w14:textId="77777777">
        <w:trPr>
          <w:cantSplit/>
          <w:jc w:val="center"/>
        </w:trPr>
        <w:tc>
          <w:tcPr>
            <w:tcW w:w="1944" w:type="dxa"/>
          </w:tcPr>
          <w:p w14:paraId="54867110" w14:textId="77777777" w:rsidR="004D342C" w:rsidRDefault="00000000">
            <w:pPr>
              <w:spacing w:before="20" w:after="20"/>
              <w:ind w:firstLine="0"/>
            </w:pPr>
            <w:r>
              <w:rPr>
                <w:sz w:val="16"/>
              </w:rPr>
              <w:t>identityprideEurope(prideEurope)</w:t>
            </w:r>
            <w:r>
              <w:rPr>
                <w:sz w:val="16"/>
              </w:rPr>
              <w:br/>
              <w:t/>
            </w:r>
          </w:p>
        </w:tc>
        <w:tc>
          <w:tcPr>
            <w:tcW w:w="2880" w:type="dxa"/>
          </w:tcPr>
          <w:p w14:paraId="44AC624E" w14:textId="77777777" w:rsidR="004D342C" w:rsidRDefault="00000000">
            <w:pPr>
              <w:spacing w:before="20" w:after="20"/>
              <w:ind w:firstLine="0"/>
            </w:pPr>
            <w:r>
              <w:rPr>
                <w:sz w:val="16"/>
              </w:rPr>
              <w:t>QA32 EUROPEAN PRIDE</w:t>
            </w:r>
          </w:p>
        </w:tc>
        <w:tc>
          <w:tcPr>
            <w:tcW w:w="3456" w:type="dxa"/>
          </w:tcPr>
          <w:p w14:paraId="24442EF7" w14:textId="77777777" w:rsidR="004D342C" w:rsidRDefault="00000000">
            <w:pPr>
              <w:spacing w:before="20" w:after="20"/>
              <w:ind w:firstLine="0"/>
            </w:pPr>
            <w:r>
              <w:rPr>
                <w:sz w:val="16"/>
              </w:rPr>
              <w:t>1 very proud / 2 fairly proud / 3 not very proud / 4 not at all proud / 5 dont know / 6 Does not feel European (EB62.0 and EB64.2 candidate countries only; EB66.1 all respondents)</w:t>
            </w:r>
          </w:p>
        </w:tc>
        <w:tc>
          <w:tcPr>
            <w:tcW w:w="648" w:type="dxa"/>
          </w:tcPr>
          <w:p w14:paraId="66CA9165" w14:textId="77777777" w:rsidR="004D342C" w:rsidRDefault="00000000">
            <w:pPr>
              <w:spacing w:before="20" w:after="20"/>
              <w:ind w:firstLine="0"/>
              <w:jc w:val="right"/>
            </w:pPr>
            <w:r>
              <w:rPr>
                <w:sz w:val="16"/>
              </w:rPr>
              <w:t>7</w:t>
            </w:r>
          </w:p>
        </w:tc>
      </w:tr>
      <w:tr w:rsidR="004D342C" w14:paraId="5F024D06" w14:textId="77777777">
        <w:trPr>
          <w:cantSplit/>
          <w:jc w:val="center"/>
        </w:trPr>
        <w:tc>
          <w:tcPr>
            <w:tcW w:w="1944" w:type="dxa"/>
          </w:tcPr>
          <w:p w14:paraId="0FC935AE" w14:textId="77777777" w:rsidR="004D342C" w:rsidRDefault="00000000">
            <w:pPr>
              <w:spacing w:before="20" w:after="20"/>
              <w:ind w:firstLine="0"/>
            </w:pPr>
            <w:r>
              <w:rPr>
                <w:sz w:val="16"/>
              </w:rPr>
              <w:t>identitycommonEastNeighbour</w:t>
            </w:r>
          </w:p>
        </w:tc>
        <w:tc>
          <w:tcPr>
            <w:tcW w:w="2880" w:type="dxa"/>
          </w:tcPr>
          <w:p w14:paraId="351D1793" w14:textId="77777777" w:rsidR="004D342C" w:rsidRDefault="00000000">
            <w:pPr>
              <w:spacing w:before="20" w:after="20"/>
              <w:ind w:firstLine="0"/>
            </w:pPr>
            <w:r>
              <w:rPr>
                <w:sz w:val="16"/>
              </w:rPr>
              <w:t>What most creates a feeling of community among EU citizens (multiple response)</w:t>
            </w:r>
          </w:p>
        </w:tc>
        <w:tc>
          <w:tcPr>
            <w:tcW w:w="3456" w:type="dxa"/>
          </w:tcPr>
          <w:p w14:paraId="381E2131" w14:textId="77777777" w:rsidR="004D342C" w:rsidRDefault="00000000">
            <w:pPr>
              <w:spacing w:before="20" w:after="20"/>
              <w:ind w:firstLine="0"/>
            </w:pPr>
            <w:r>
              <w:rPr>
                <w:sz w:val="16"/>
              </w:rPr>
              <w:t>1 Totally agree / 2 Tend to agree / 3 Tend to disagree / 4 Totally disagree / 5 Don't know (SPONTANEOUS)</w:t>
            </w:r>
          </w:p>
        </w:tc>
        <w:tc>
          <w:tcPr>
            <w:tcW w:w="648" w:type="dxa"/>
          </w:tcPr>
          <w:p w14:paraId="76EC36E1" w14:textId="77777777" w:rsidR="004D342C" w:rsidRDefault="00000000">
            <w:pPr>
              <w:spacing w:before="20" w:after="20"/>
              <w:ind w:firstLine="0"/>
              <w:jc w:val="right"/>
            </w:pPr>
            <w:r>
              <w:rPr>
                <w:sz w:val="16"/>
              </w:rPr>
              <w:t>6</w:t>
            </w:r>
          </w:p>
        </w:tc>
      </w:tr>
      <w:tr w:rsidR="004D342C" w14:paraId="59743B08" w14:textId="77777777">
        <w:trPr>
          <w:cantSplit/>
          <w:jc w:val="center"/>
        </w:trPr>
        <w:tc>
          <w:tcPr>
            <w:tcW w:w="1944" w:type="dxa"/>
          </w:tcPr>
          <w:p w14:paraId="7651BF9C" w14:textId="77777777" w:rsidR="004D342C" w:rsidRDefault="00000000">
            <w:pPr>
              <w:spacing w:before="20" w:after="20"/>
              <w:ind w:firstLine="0"/>
            </w:pPr>
            <w:r>
              <w:rPr>
                <w:sz w:val="16"/>
              </w:rPr>
              <w:t>identitycommonEurope</w:t>
            </w:r>
          </w:p>
        </w:tc>
        <w:tc>
          <w:tcPr>
            <w:tcW w:w="2880" w:type="dxa"/>
          </w:tcPr>
          <w:p w14:paraId="3930BB1C" w14:textId="77777777" w:rsidR="004D342C" w:rsidRDefault="00000000">
            <w:pPr>
              <w:spacing w:before="20" w:after="20"/>
              <w:ind w:firstLine="0"/>
            </w:pPr>
            <w:r>
              <w:rPr>
                <w:sz w:val="16"/>
              </w:rPr>
              <w:t>What most creates a feeling of community among EU citizens (multiple response)</w:t>
            </w:r>
          </w:p>
        </w:tc>
        <w:tc>
          <w:tcPr>
            <w:tcW w:w="3456" w:type="dxa"/>
          </w:tcPr>
          <w:p w14:paraId="1D86E955" w14:textId="77777777" w:rsidR="004D342C" w:rsidRDefault="00000000">
            <w:pPr>
              <w:spacing w:before="20" w:after="20"/>
              <w:ind w:firstLine="0"/>
            </w:pPr>
            <w:r>
              <w:rPr>
                <w:sz w:val="16"/>
              </w:rPr>
              <w:t>1 Totally agree / 2 Tend to agree / 3 Tend to disagree / 4 Totally disagree / 5 Don't know (SPONTANEOUS)</w:t>
            </w:r>
          </w:p>
        </w:tc>
        <w:tc>
          <w:tcPr>
            <w:tcW w:w="648" w:type="dxa"/>
          </w:tcPr>
          <w:p w14:paraId="5BB21248" w14:textId="77777777" w:rsidR="004D342C" w:rsidRDefault="00000000">
            <w:pPr>
              <w:spacing w:before="20" w:after="20"/>
              <w:ind w:firstLine="0"/>
              <w:jc w:val="right"/>
            </w:pPr>
            <w:r>
              <w:rPr>
                <w:sz w:val="16"/>
              </w:rPr>
              <w:t>3</w:t>
            </w:r>
          </w:p>
        </w:tc>
      </w:tr>
      <w:tr w:rsidR="004D342C" w14:paraId="378547E0" w14:textId="77777777">
        <w:trPr>
          <w:cantSplit/>
          <w:jc w:val="center"/>
        </w:trPr>
        <w:tc>
          <w:tcPr>
            <w:tcW w:w="1944" w:type="dxa"/>
          </w:tcPr>
          <w:p w14:paraId="5B098ACE" w14:textId="77777777" w:rsidR="004D342C" w:rsidRDefault="00000000">
            <w:pPr>
              <w:spacing w:before="20" w:after="20"/>
              <w:ind w:firstLine="0"/>
            </w:pPr>
            <w:r>
              <w:rPr>
                <w:sz w:val="16"/>
              </w:rPr>
              <w:t>globculture</w:t>
            </w:r>
          </w:p>
        </w:tc>
        <w:tc>
          <w:tcPr>
            <w:tcW w:w="2880" w:type="dxa"/>
          </w:tcPr>
          <w:p w14:paraId="181EE611" w14:textId="77777777" w:rsidR="004D342C" w:rsidRDefault="00000000">
            <w:pPr>
              <w:spacing w:before="20" w:after="20"/>
              <w:ind w:firstLine="0"/>
            </w:pPr>
            <w:r>
              <w:rPr>
                <w:sz w:val="16"/>
              </w:rPr>
              <w:t>QB3 GLOBALISATION: THREAT TO NATIONAL CULTURE</w:t>
            </w:r>
          </w:p>
        </w:tc>
        <w:tc>
          <w:tcPr>
            <w:tcW w:w="3456" w:type="dxa"/>
          </w:tcPr>
          <w:p w14:paraId="746CDCDC" w14:textId="77777777" w:rsidR="004D342C" w:rsidRDefault="00000000">
            <w:pPr>
              <w:spacing w:before="20" w:after="20"/>
              <w:ind w:firstLine="0"/>
            </w:pPr>
            <w:r>
              <w:rPr>
                <w:sz w:val="16"/>
              </w:rPr>
              <w:t>1 Totally agree / 2 Tend to agree / 3 Tend to disagree / 4 Totally disagree</w:t>
            </w:r>
          </w:p>
        </w:tc>
        <w:tc>
          <w:tcPr>
            <w:tcW w:w="648" w:type="dxa"/>
          </w:tcPr>
          <w:p w14:paraId="0F61D717" w14:textId="77777777" w:rsidR="004D342C" w:rsidRDefault="00000000">
            <w:pPr>
              <w:spacing w:before="20" w:after="20"/>
              <w:ind w:firstLine="0"/>
              <w:jc w:val="right"/>
            </w:pPr>
            <w:r>
              <w:rPr>
                <w:sz w:val="16"/>
              </w:rPr>
              <w:t>2</w:t>
            </w:r>
          </w:p>
        </w:tc>
      </w:tr>
      <w:tr w:rsidR="004D342C" w14:paraId="5AA7F766" w14:textId="77777777">
        <w:trPr>
          <w:cantSplit/>
          <w:jc w:val="center"/>
        </w:trPr>
        <w:tc>
          <w:tcPr>
            <w:tcW w:w="1944" w:type="dxa"/>
          </w:tcPr>
          <w:p w14:paraId="0F2330E6" w14:textId="77777777" w:rsidR="004D342C" w:rsidRDefault="00000000">
            <w:pPr>
              <w:spacing w:before="20" w:after="20"/>
              <w:ind w:firstLine="0"/>
            </w:pPr>
            <w:r>
              <w:rPr>
                <w:sz w:val="16"/>
              </w:rPr>
              <w:t>globopencultures</w:t>
            </w:r>
          </w:p>
        </w:tc>
        <w:tc>
          <w:tcPr>
            <w:tcW w:w="2880" w:type="dxa"/>
          </w:tcPr>
          <w:p w14:paraId="541796D5" w14:textId="77777777" w:rsidR="004D342C" w:rsidRDefault="00000000">
            <w:pPr>
              <w:spacing w:before="20" w:after="20"/>
              <w:ind w:firstLine="0"/>
            </w:pPr>
            <w:r>
              <w:rPr>
                <w:sz w:val="16"/>
              </w:rPr>
              <w:t>QB3 GLOBALISATION: OPENNESS TO EXTERNAL CULTURES</w:t>
            </w:r>
          </w:p>
        </w:tc>
        <w:tc>
          <w:tcPr>
            <w:tcW w:w="3456" w:type="dxa"/>
          </w:tcPr>
          <w:p w14:paraId="28025AD2" w14:textId="77777777" w:rsidR="004D342C" w:rsidRDefault="00000000">
            <w:pPr>
              <w:spacing w:before="20" w:after="20"/>
              <w:ind w:firstLine="0"/>
            </w:pPr>
            <w:r>
              <w:rPr>
                <w:sz w:val="16"/>
              </w:rPr>
              <w:t>1 Totally agree / 2 Tend to agree / 3 Tend to disagree / 4 Totally disagree</w:t>
            </w:r>
          </w:p>
        </w:tc>
        <w:tc>
          <w:tcPr>
            <w:tcW w:w="648" w:type="dxa"/>
          </w:tcPr>
          <w:p w14:paraId="7D630446" w14:textId="77777777" w:rsidR="004D342C" w:rsidRDefault="00000000">
            <w:pPr>
              <w:spacing w:before="20" w:after="20"/>
              <w:ind w:firstLine="0"/>
              <w:jc w:val="right"/>
            </w:pPr>
            <w:r>
              <w:rPr>
                <w:sz w:val="16"/>
              </w:rPr>
              <w:t>2</w:t>
            </w:r>
          </w:p>
        </w:tc>
      </w:tr>
      <w:tr w:rsidR="004D342C" w14:paraId="21B49390" w14:textId="77777777">
        <w:trPr>
          <w:cantSplit/>
          <w:jc w:val="center"/>
        </w:trPr>
        <w:tc>
          <w:tcPr>
            <w:tcW w:w="1944" w:type="dxa"/>
          </w:tcPr>
          <w:p w14:paraId="78CAFB90" w14:textId="77777777" w:rsidR="004D342C" w:rsidRDefault="00000000">
            <w:pPr>
              <w:spacing w:before="20" w:after="20"/>
              <w:ind w:firstLine="0"/>
            </w:pPr>
            <w:r>
              <w:rPr>
                <w:sz w:val="16"/>
              </w:rPr>
              <w:t>identity2anthem</w:t>
            </w:r>
          </w:p>
        </w:tc>
        <w:tc>
          <w:tcPr>
            <w:tcW w:w="2880" w:type="dxa"/>
          </w:tcPr>
          <w:p w14:paraId="1E21B8A7" w14:textId="77777777" w:rsidR="004D342C" w:rsidRDefault="00000000">
            <w:pPr>
              <w:spacing w:before="20" w:after="20"/>
              <w:ind w:firstLine="0"/>
            </w:pPr>
            <w:r>
              <w:rPr>
                <w:sz w:val="16"/>
              </w:rPr>
              <w:t>QD7 EUROPEAN IDENTITY: EUROPEAN ANTHEM</w:t>
            </w:r>
          </w:p>
        </w:tc>
        <w:tc>
          <w:tcPr>
            <w:tcW w:w="3456" w:type="dxa"/>
          </w:tcPr>
          <w:p w14:paraId="0EB5A388" w14:textId="77777777" w:rsidR="004D342C" w:rsidRDefault="00000000">
            <w:pPr>
              <w:spacing w:before="20" w:after="20"/>
              <w:ind w:firstLine="0"/>
            </w:pPr>
            <w:r>
              <w:rPr>
                <w:sz w:val="16"/>
              </w:rPr>
              <w:t>0 NOT MENTIONED / 1 The European anthem</w:t>
            </w:r>
          </w:p>
        </w:tc>
        <w:tc>
          <w:tcPr>
            <w:tcW w:w="648" w:type="dxa"/>
          </w:tcPr>
          <w:p w14:paraId="694F491C" w14:textId="77777777" w:rsidR="004D342C" w:rsidRDefault="00000000">
            <w:pPr>
              <w:spacing w:before="20" w:after="20"/>
              <w:ind w:firstLine="0"/>
              <w:jc w:val="right"/>
            </w:pPr>
            <w:r>
              <w:rPr>
                <w:sz w:val="16"/>
              </w:rPr>
              <w:t>2</w:t>
            </w:r>
          </w:p>
        </w:tc>
      </w:tr>
      <w:tr w:rsidR="004D342C" w14:paraId="1CA3571B" w14:textId="77777777">
        <w:trPr>
          <w:cantSplit/>
          <w:jc w:val="center"/>
        </w:trPr>
        <w:tc>
          <w:tcPr>
            <w:tcW w:w="1944" w:type="dxa"/>
          </w:tcPr>
          <w:p w14:paraId="278DAD5E" w14:textId="77777777" w:rsidR="004D342C" w:rsidRDefault="00000000">
            <w:pPr>
              <w:spacing w:before="20" w:after="20"/>
              <w:ind w:firstLine="0"/>
            </w:pPr>
            <w:r>
              <w:rPr>
                <w:sz w:val="16"/>
              </w:rPr>
              <w:t>identity2culture</w:t>
            </w:r>
          </w:p>
        </w:tc>
        <w:tc>
          <w:tcPr>
            <w:tcW w:w="2880" w:type="dxa"/>
          </w:tcPr>
          <w:p w14:paraId="0140AF84" w14:textId="77777777" w:rsidR="004D342C" w:rsidRDefault="00000000">
            <w:pPr>
              <w:spacing w:before="20" w:after="20"/>
              <w:ind w:firstLine="0"/>
            </w:pPr>
            <w:r>
              <w:rPr>
                <w:sz w:val="16"/>
              </w:rPr>
              <w:t>QD7 EUROPEAN IDENTITY: CULTURE</w:t>
            </w:r>
          </w:p>
        </w:tc>
        <w:tc>
          <w:tcPr>
            <w:tcW w:w="3456" w:type="dxa"/>
          </w:tcPr>
          <w:p w14:paraId="299A0F8E" w14:textId="77777777" w:rsidR="004D342C" w:rsidRDefault="00000000">
            <w:pPr>
              <w:spacing w:before="20" w:after="20"/>
              <w:ind w:firstLine="0"/>
            </w:pPr>
            <w:r>
              <w:rPr>
                <w:sz w:val="16"/>
              </w:rPr>
              <w:t>0 NOT MENTIONED / 1 Culture</w:t>
            </w:r>
          </w:p>
        </w:tc>
        <w:tc>
          <w:tcPr>
            <w:tcW w:w="648" w:type="dxa"/>
          </w:tcPr>
          <w:p w14:paraId="165381B2" w14:textId="77777777" w:rsidR="004D342C" w:rsidRDefault="00000000">
            <w:pPr>
              <w:spacing w:before="20" w:after="20"/>
              <w:ind w:firstLine="0"/>
              <w:jc w:val="right"/>
            </w:pPr>
            <w:r>
              <w:rPr>
                <w:sz w:val="16"/>
              </w:rPr>
              <w:t>2</w:t>
            </w:r>
          </w:p>
        </w:tc>
      </w:tr>
      <w:tr w:rsidR="004D342C" w14:paraId="3B205978" w14:textId="77777777">
        <w:trPr>
          <w:cantSplit/>
          <w:jc w:val="center"/>
        </w:trPr>
        <w:tc>
          <w:tcPr>
            <w:tcW w:w="1944" w:type="dxa"/>
          </w:tcPr>
          <w:p w14:paraId="415162F0" w14:textId="77777777" w:rsidR="004D342C" w:rsidRDefault="00000000">
            <w:pPr>
              <w:spacing w:before="20" w:after="20"/>
              <w:ind w:firstLine="0"/>
            </w:pPr>
            <w:r>
              <w:rPr>
                <w:sz w:val="16"/>
              </w:rPr>
              <w:t>identity2demovalues</w:t>
            </w:r>
          </w:p>
        </w:tc>
        <w:tc>
          <w:tcPr>
            <w:tcW w:w="2880" w:type="dxa"/>
          </w:tcPr>
          <w:p w14:paraId="6A4D7541" w14:textId="77777777" w:rsidR="004D342C" w:rsidRDefault="00000000">
            <w:pPr>
              <w:spacing w:before="20" w:after="20"/>
              <w:ind w:firstLine="0"/>
            </w:pPr>
            <w:r>
              <w:rPr>
                <w:sz w:val="16"/>
              </w:rPr>
              <w:t>QD7 EUROPEAN IDENTITY: DEMOCRATIC VALUES</w:t>
            </w:r>
          </w:p>
        </w:tc>
        <w:tc>
          <w:tcPr>
            <w:tcW w:w="3456" w:type="dxa"/>
          </w:tcPr>
          <w:p w14:paraId="38981B86" w14:textId="77777777" w:rsidR="004D342C" w:rsidRDefault="00000000">
            <w:pPr>
              <w:spacing w:before="20" w:after="20"/>
              <w:ind w:firstLine="0"/>
            </w:pPr>
            <w:r>
              <w:rPr>
                <w:sz w:val="16"/>
              </w:rPr>
              <w:t>0 NOT MENTIONED / 1 Democratic values</w:t>
            </w:r>
          </w:p>
        </w:tc>
        <w:tc>
          <w:tcPr>
            <w:tcW w:w="648" w:type="dxa"/>
          </w:tcPr>
          <w:p w14:paraId="3E64C683" w14:textId="77777777" w:rsidR="004D342C" w:rsidRDefault="00000000">
            <w:pPr>
              <w:spacing w:before="20" w:after="20"/>
              <w:ind w:firstLine="0"/>
              <w:jc w:val="right"/>
            </w:pPr>
            <w:r>
              <w:rPr>
                <w:sz w:val="16"/>
              </w:rPr>
              <w:t>2</w:t>
            </w:r>
          </w:p>
        </w:tc>
      </w:tr>
      <w:tr w:rsidR="004D342C" w14:paraId="4178ACC5" w14:textId="77777777">
        <w:trPr>
          <w:cantSplit/>
          <w:jc w:val="center"/>
        </w:trPr>
        <w:tc>
          <w:tcPr>
            <w:tcW w:w="1944" w:type="dxa"/>
          </w:tcPr>
          <w:p w14:paraId="63152E2D" w14:textId="77777777" w:rsidR="004D342C" w:rsidRDefault="00000000">
            <w:pPr>
              <w:spacing w:before="20" w:after="20"/>
              <w:ind w:firstLine="0"/>
            </w:pPr>
            <w:r>
              <w:rPr>
                <w:sz w:val="16"/>
              </w:rPr>
              <w:t>identity2dk</w:t>
            </w:r>
          </w:p>
        </w:tc>
        <w:tc>
          <w:tcPr>
            <w:tcW w:w="2880" w:type="dxa"/>
          </w:tcPr>
          <w:p w14:paraId="3E996F88" w14:textId="77777777" w:rsidR="004D342C" w:rsidRDefault="00000000">
            <w:pPr>
              <w:spacing w:before="20" w:after="20"/>
              <w:ind w:firstLine="0"/>
            </w:pPr>
            <w:r>
              <w:rPr>
                <w:sz w:val="16"/>
              </w:rPr>
              <w:t>QD7 EUROPEAN IDENTITY: DK</w:t>
            </w:r>
          </w:p>
        </w:tc>
        <w:tc>
          <w:tcPr>
            <w:tcW w:w="3456" w:type="dxa"/>
          </w:tcPr>
          <w:p w14:paraId="1F587F90" w14:textId="77777777" w:rsidR="004D342C" w:rsidRDefault="00000000">
            <w:pPr>
              <w:spacing w:before="20" w:after="20"/>
              <w:ind w:firstLine="0"/>
            </w:pPr>
            <w:r>
              <w:rPr>
                <w:sz w:val="16"/>
              </w:rPr>
              <w:t>0 NOT MENTIONED / 1 DK</w:t>
            </w:r>
          </w:p>
        </w:tc>
        <w:tc>
          <w:tcPr>
            <w:tcW w:w="648" w:type="dxa"/>
          </w:tcPr>
          <w:p w14:paraId="212271E9" w14:textId="77777777" w:rsidR="004D342C" w:rsidRDefault="00000000">
            <w:pPr>
              <w:spacing w:before="20" w:after="20"/>
              <w:ind w:firstLine="0"/>
              <w:jc w:val="right"/>
            </w:pPr>
            <w:r>
              <w:rPr>
                <w:sz w:val="16"/>
              </w:rPr>
              <w:t>2</w:t>
            </w:r>
          </w:p>
        </w:tc>
      </w:tr>
      <w:tr w:rsidR="004D342C" w14:paraId="7E98E4A4" w14:textId="77777777">
        <w:trPr>
          <w:cantSplit/>
          <w:jc w:val="center"/>
        </w:trPr>
        <w:tc>
          <w:tcPr>
            <w:tcW w:w="1944" w:type="dxa"/>
          </w:tcPr>
          <w:p w14:paraId="4D88D316" w14:textId="77777777" w:rsidR="004D342C" w:rsidRDefault="00000000">
            <w:pPr>
              <w:spacing w:before="20" w:after="20"/>
              <w:ind w:firstLine="0"/>
            </w:pPr>
            <w:r>
              <w:rPr>
                <w:sz w:val="16"/>
              </w:rPr>
              <w:t>identity2economy</w:t>
            </w:r>
          </w:p>
        </w:tc>
        <w:tc>
          <w:tcPr>
            <w:tcW w:w="2880" w:type="dxa"/>
          </w:tcPr>
          <w:p w14:paraId="1516E4D0" w14:textId="77777777" w:rsidR="004D342C" w:rsidRDefault="00000000">
            <w:pPr>
              <w:spacing w:before="20" w:after="20"/>
              <w:ind w:firstLine="0"/>
            </w:pPr>
            <w:r>
              <w:rPr>
                <w:sz w:val="16"/>
              </w:rPr>
              <w:t>QD7 EUROPEAN IDENTITY: ECONOMIC SUCCESSES</w:t>
            </w:r>
          </w:p>
        </w:tc>
        <w:tc>
          <w:tcPr>
            <w:tcW w:w="3456" w:type="dxa"/>
          </w:tcPr>
          <w:p w14:paraId="2A54AFAB" w14:textId="77777777" w:rsidR="004D342C" w:rsidRDefault="00000000">
            <w:pPr>
              <w:spacing w:before="20" w:after="20"/>
              <w:ind w:firstLine="0"/>
            </w:pPr>
            <w:r>
              <w:rPr>
                <w:sz w:val="16"/>
              </w:rPr>
              <w:t>0 NOT MENTIONED / 1 The successes of the European economy (European na</w:t>
            </w:r>
          </w:p>
        </w:tc>
        <w:tc>
          <w:tcPr>
            <w:tcW w:w="648" w:type="dxa"/>
          </w:tcPr>
          <w:p w14:paraId="0DE3FE21" w14:textId="77777777" w:rsidR="004D342C" w:rsidRDefault="00000000">
            <w:pPr>
              <w:spacing w:before="20" w:after="20"/>
              <w:ind w:firstLine="0"/>
              <w:jc w:val="right"/>
            </w:pPr>
            <w:r>
              <w:rPr>
                <w:sz w:val="16"/>
              </w:rPr>
              <w:t>2</w:t>
            </w:r>
          </w:p>
        </w:tc>
      </w:tr>
      <w:tr w:rsidR="004D342C" w14:paraId="66B39DA1" w14:textId="77777777">
        <w:trPr>
          <w:cantSplit/>
          <w:jc w:val="center"/>
        </w:trPr>
        <w:tc>
          <w:tcPr>
            <w:tcW w:w="1944" w:type="dxa"/>
          </w:tcPr>
          <w:p w14:paraId="4A8871AC" w14:textId="77777777" w:rsidR="004D342C" w:rsidRDefault="00000000">
            <w:pPr>
              <w:spacing w:before="20" w:after="20"/>
              <w:ind w:firstLine="0"/>
            </w:pPr>
            <w:r>
              <w:rPr>
                <w:sz w:val="16"/>
              </w:rPr>
              <w:t>identity2euro</w:t>
            </w:r>
          </w:p>
        </w:tc>
        <w:tc>
          <w:tcPr>
            <w:tcW w:w="2880" w:type="dxa"/>
          </w:tcPr>
          <w:p w14:paraId="6F7DA454" w14:textId="77777777" w:rsidR="004D342C" w:rsidRDefault="00000000">
            <w:pPr>
              <w:spacing w:before="20" w:after="20"/>
              <w:ind w:firstLine="0"/>
            </w:pPr>
            <w:r>
              <w:rPr>
                <w:sz w:val="16"/>
              </w:rPr>
              <w:t>QD7 EUROPEAN IDENTITY: SINGLE CURRENCY</w:t>
            </w:r>
          </w:p>
        </w:tc>
        <w:tc>
          <w:tcPr>
            <w:tcW w:w="3456" w:type="dxa"/>
          </w:tcPr>
          <w:p w14:paraId="42162A58" w14:textId="77777777" w:rsidR="004D342C" w:rsidRDefault="00000000">
            <w:pPr>
              <w:spacing w:before="20" w:after="20"/>
              <w:ind w:firstLine="0"/>
            </w:pPr>
            <w:r>
              <w:rPr>
                <w:sz w:val="16"/>
              </w:rPr>
              <w:t>0 NOT MENTIONED / 1 The single currency, the euro</w:t>
            </w:r>
          </w:p>
        </w:tc>
        <w:tc>
          <w:tcPr>
            <w:tcW w:w="648" w:type="dxa"/>
          </w:tcPr>
          <w:p w14:paraId="6763474F" w14:textId="77777777" w:rsidR="004D342C" w:rsidRDefault="00000000">
            <w:pPr>
              <w:spacing w:before="20" w:after="20"/>
              <w:ind w:firstLine="0"/>
              <w:jc w:val="right"/>
            </w:pPr>
            <w:r>
              <w:rPr>
                <w:sz w:val="16"/>
              </w:rPr>
              <w:t>2</w:t>
            </w:r>
          </w:p>
        </w:tc>
      </w:tr>
      <w:tr w:rsidR="004D342C" w14:paraId="6FCB9631" w14:textId="77777777">
        <w:trPr>
          <w:cantSplit/>
          <w:jc w:val="center"/>
        </w:trPr>
        <w:tc>
          <w:tcPr>
            <w:tcW w:w="1944" w:type="dxa"/>
          </w:tcPr>
          <w:p w14:paraId="13B313F7" w14:textId="77777777" w:rsidR="004D342C" w:rsidRDefault="00000000">
            <w:pPr>
              <w:spacing w:before="20" w:after="20"/>
              <w:ind w:firstLine="0"/>
            </w:pPr>
            <w:r>
              <w:rPr>
                <w:sz w:val="16"/>
              </w:rPr>
              <w:t>identity2flag</w:t>
            </w:r>
          </w:p>
        </w:tc>
        <w:tc>
          <w:tcPr>
            <w:tcW w:w="2880" w:type="dxa"/>
          </w:tcPr>
          <w:p w14:paraId="5811A27A" w14:textId="77777777" w:rsidR="004D342C" w:rsidRDefault="00000000">
            <w:pPr>
              <w:spacing w:before="20" w:after="20"/>
              <w:ind w:firstLine="0"/>
            </w:pPr>
            <w:r>
              <w:rPr>
                <w:sz w:val="16"/>
              </w:rPr>
              <w:t>QD7 EUROPEAN IDENTITY: EUROPEAN FLAG</w:t>
            </w:r>
          </w:p>
        </w:tc>
        <w:tc>
          <w:tcPr>
            <w:tcW w:w="3456" w:type="dxa"/>
          </w:tcPr>
          <w:p w14:paraId="3793018E" w14:textId="77777777" w:rsidR="004D342C" w:rsidRDefault="00000000">
            <w:pPr>
              <w:spacing w:before="20" w:after="20"/>
              <w:ind w:firstLine="0"/>
            </w:pPr>
            <w:r>
              <w:rPr>
                <w:sz w:val="16"/>
              </w:rPr>
              <w:t>0 NOT MENTIONED / 1 The European flag</w:t>
            </w:r>
          </w:p>
        </w:tc>
        <w:tc>
          <w:tcPr>
            <w:tcW w:w="648" w:type="dxa"/>
          </w:tcPr>
          <w:p w14:paraId="1DAF7942" w14:textId="77777777" w:rsidR="004D342C" w:rsidRDefault="00000000">
            <w:pPr>
              <w:spacing w:before="20" w:after="20"/>
              <w:ind w:firstLine="0"/>
              <w:jc w:val="right"/>
            </w:pPr>
            <w:r>
              <w:rPr>
                <w:sz w:val="16"/>
              </w:rPr>
              <w:t>2</w:t>
            </w:r>
          </w:p>
        </w:tc>
      </w:tr>
      <w:tr w:rsidR="004D342C" w14:paraId="75017011" w14:textId="77777777">
        <w:trPr>
          <w:cantSplit/>
          <w:jc w:val="center"/>
        </w:trPr>
        <w:tc>
          <w:tcPr>
            <w:tcW w:w="1944" w:type="dxa"/>
          </w:tcPr>
          <w:p w14:paraId="704DBEFF" w14:textId="77777777" w:rsidR="004D342C" w:rsidRDefault="00000000">
            <w:pPr>
              <w:spacing w:before="20" w:after="20"/>
              <w:ind w:firstLine="0"/>
            </w:pPr>
            <w:r>
              <w:rPr>
                <w:sz w:val="16"/>
              </w:rPr>
              <w:t>identity2geography</w:t>
            </w:r>
          </w:p>
        </w:tc>
        <w:tc>
          <w:tcPr>
            <w:tcW w:w="2880" w:type="dxa"/>
          </w:tcPr>
          <w:p w14:paraId="71A53DBC" w14:textId="77777777" w:rsidR="004D342C" w:rsidRDefault="00000000">
            <w:pPr>
              <w:spacing w:before="20" w:after="20"/>
              <w:ind w:firstLine="0"/>
            </w:pPr>
            <w:r>
              <w:rPr>
                <w:sz w:val="16"/>
              </w:rPr>
              <w:t>QD7 EUROPEAN IDENTITY: GEOGRAPHY</w:t>
            </w:r>
          </w:p>
        </w:tc>
        <w:tc>
          <w:tcPr>
            <w:tcW w:w="3456" w:type="dxa"/>
          </w:tcPr>
          <w:p w14:paraId="6B3E544C" w14:textId="77777777" w:rsidR="004D342C" w:rsidRDefault="00000000">
            <w:pPr>
              <w:spacing w:before="20" w:after="20"/>
              <w:ind w:firstLine="0"/>
            </w:pPr>
            <w:r>
              <w:rPr>
                <w:sz w:val="16"/>
              </w:rPr>
              <w:t>0 NOT MENTIONED / 1 Geography</w:t>
            </w:r>
          </w:p>
        </w:tc>
        <w:tc>
          <w:tcPr>
            <w:tcW w:w="648" w:type="dxa"/>
          </w:tcPr>
          <w:p w14:paraId="5134E351" w14:textId="77777777" w:rsidR="004D342C" w:rsidRDefault="00000000">
            <w:pPr>
              <w:spacing w:before="20" w:after="20"/>
              <w:ind w:firstLine="0"/>
              <w:jc w:val="right"/>
            </w:pPr>
            <w:r>
              <w:rPr>
                <w:sz w:val="16"/>
              </w:rPr>
              <w:t>2</w:t>
            </w:r>
          </w:p>
        </w:tc>
      </w:tr>
      <w:tr w:rsidR="004D342C" w14:paraId="3B88859A" w14:textId="77777777">
        <w:trPr>
          <w:cantSplit/>
          <w:jc w:val="center"/>
        </w:trPr>
        <w:tc>
          <w:tcPr>
            <w:tcW w:w="1944" w:type="dxa"/>
          </w:tcPr>
          <w:p w14:paraId="53352D9E" w14:textId="77777777" w:rsidR="004D342C" w:rsidRDefault="00000000">
            <w:pPr>
              <w:spacing w:before="20" w:after="20"/>
              <w:ind w:firstLine="0"/>
            </w:pPr>
            <w:r>
              <w:rPr>
                <w:sz w:val="16"/>
              </w:rPr>
              <w:t>identity2history</w:t>
            </w:r>
          </w:p>
        </w:tc>
        <w:tc>
          <w:tcPr>
            <w:tcW w:w="2880" w:type="dxa"/>
          </w:tcPr>
          <w:p w14:paraId="3A23E08A" w14:textId="77777777" w:rsidR="004D342C" w:rsidRDefault="00000000">
            <w:pPr>
              <w:spacing w:before="20" w:after="20"/>
              <w:ind w:firstLine="0"/>
            </w:pPr>
            <w:r>
              <w:rPr>
                <w:sz w:val="16"/>
              </w:rPr>
              <w:t>QD7 EUROPEAN IDENTITY: HISTORY</w:t>
            </w:r>
          </w:p>
        </w:tc>
        <w:tc>
          <w:tcPr>
            <w:tcW w:w="3456" w:type="dxa"/>
          </w:tcPr>
          <w:p w14:paraId="0D69D551" w14:textId="77777777" w:rsidR="004D342C" w:rsidRDefault="00000000">
            <w:pPr>
              <w:spacing w:before="20" w:after="20"/>
              <w:ind w:firstLine="0"/>
            </w:pPr>
            <w:r>
              <w:rPr>
                <w:sz w:val="16"/>
              </w:rPr>
              <w:t>0 NOT MENTIONED / 1 History</w:t>
            </w:r>
          </w:p>
        </w:tc>
        <w:tc>
          <w:tcPr>
            <w:tcW w:w="648" w:type="dxa"/>
          </w:tcPr>
          <w:p w14:paraId="30294D55" w14:textId="77777777" w:rsidR="004D342C" w:rsidRDefault="00000000">
            <w:pPr>
              <w:spacing w:before="20" w:after="20"/>
              <w:ind w:firstLine="0"/>
              <w:jc w:val="right"/>
            </w:pPr>
            <w:r>
              <w:rPr>
                <w:sz w:val="16"/>
              </w:rPr>
              <w:t>2</w:t>
            </w:r>
          </w:p>
        </w:tc>
      </w:tr>
      <w:tr w:rsidR="004D342C" w14:paraId="5A03ADC2" w14:textId="77777777">
        <w:trPr>
          <w:cantSplit/>
          <w:jc w:val="center"/>
        </w:trPr>
        <w:tc>
          <w:tcPr>
            <w:tcW w:w="1944" w:type="dxa"/>
          </w:tcPr>
          <w:p w14:paraId="7F7A48F9" w14:textId="77777777" w:rsidR="004D342C" w:rsidRDefault="00000000">
            <w:pPr>
              <w:spacing w:before="20" w:after="20"/>
              <w:ind w:firstLine="0"/>
            </w:pPr>
            <w:r>
              <w:rPr>
                <w:sz w:val="16"/>
              </w:rPr>
              <w:t>identity2motto</w:t>
            </w:r>
          </w:p>
        </w:tc>
        <w:tc>
          <w:tcPr>
            <w:tcW w:w="2880" w:type="dxa"/>
          </w:tcPr>
          <w:p w14:paraId="114E651B" w14:textId="77777777" w:rsidR="004D342C" w:rsidRDefault="00000000">
            <w:pPr>
              <w:spacing w:before="20" w:after="20"/>
              <w:ind w:firstLine="0"/>
            </w:pPr>
            <w:r>
              <w:rPr>
                <w:sz w:val="16"/>
              </w:rPr>
              <w:t>QD7 EUROPEAN IDENTITY: EU MOTTO</w:t>
            </w:r>
          </w:p>
        </w:tc>
        <w:tc>
          <w:tcPr>
            <w:tcW w:w="3456" w:type="dxa"/>
          </w:tcPr>
          <w:p w14:paraId="07897EF9" w14:textId="77777777" w:rsidR="004D342C" w:rsidRDefault="00000000">
            <w:pPr>
              <w:spacing w:before="20" w:after="20"/>
              <w:ind w:firstLine="0"/>
            </w:pPr>
            <w:r>
              <w:rPr>
                <w:sz w:val="16"/>
              </w:rPr>
              <w:t>0 NOT MENTIONED / 1 The European Union's motto: unity in diversity</w:t>
            </w:r>
          </w:p>
        </w:tc>
        <w:tc>
          <w:tcPr>
            <w:tcW w:w="648" w:type="dxa"/>
          </w:tcPr>
          <w:p w14:paraId="40D8D8D8" w14:textId="77777777" w:rsidR="004D342C" w:rsidRDefault="00000000">
            <w:pPr>
              <w:spacing w:before="20" w:after="20"/>
              <w:ind w:firstLine="0"/>
              <w:jc w:val="right"/>
            </w:pPr>
            <w:r>
              <w:rPr>
                <w:sz w:val="16"/>
              </w:rPr>
              <w:t>2</w:t>
            </w:r>
          </w:p>
        </w:tc>
      </w:tr>
      <w:tr w:rsidR="004D342C" w14:paraId="2F5D4F53" w14:textId="77777777">
        <w:trPr>
          <w:cantSplit/>
          <w:jc w:val="center"/>
        </w:trPr>
        <w:tc>
          <w:tcPr>
            <w:tcW w:w="1944" w:type="dxa"/>
          </w:tcPr>
          <w:p w14:paraId="5A2DDCC4" w14:textId="77777777" w:rsidR="004D342C" w:rsidRDefault="00000000">
            <w:pPr>
              <w:spacing w:before="20" w:after="20"/>
              <w:ind w:firstLine="0"/>
            </w:pPr>
            <w:r>
              <w:rPr>
                <w:sz w:val="16"/>
              </w:rPr>
              <w:t>identity2none</w:t>
            </w:r>
          </w:p>
        </w:tc>
        <w:tc>
          <w:tcPr>
            <w:tcW w:w="2880" w:type="dxa"/>
          </w:tcPr>
          <w:p w14:paraId="2C7B3D9F" w14:textId="77777777" w:rsidR="004D342C" w:rsidRDefault="00000000">
            <w:pPr>
              <w:spacing w:before="20" w:after="20"/>
              <w:ind w:firstLine="0"/>
            </w:pPr>
            <w:r>
              <w:rPr>
                <w:sz w:val="16"/>
              </w:rPr>
              <w:t>QD7 EUROPEAN IDENTITY: NONE</w:t>
            </w:r>
          </w:p>
        </w:tc>
        <w:tc>
          <w:tcPr>
            <w:tcW w:w="3456" w:type="dxa"/>
          </w:tcPr>
          <w:p w14:paraId="0EF7BE41" w14:textId="77777777" w:rsidR="004D342C" w:rsidRDefault="00000000">
            <w:pPr>
              <w:spacing w:before="20" w:after="20"/>
              <w:ind w:firstLine="0"/>
            </w:pPr>
            <w:r>
              <w:rPr>
                <w:sz w:val="16"/>
              </w:rPr>
              <w:t>0 NOT MENTIONED / 1 None (SPONTANEOUS)</w:t>
            </w:r>
          </w:p>
        </w:tc>
        <w:tc>
          <w:tcPr>
            <w:tcW w:w="648" w:type="dxa"/>
          </w:tcPr>
          <w:p w14:paraId="514A6DA6" w14:textId="77777777" w:rsidR="004D342C" w:rsidRDefault="00000000">
            <w:pPr>
              <w:spacing w:before="20" w:after="20"/>
              <w:ind w:firstLine="0"/>
              <w:jc w:val="right"/>
            </w:pPr>
            <w:r>
              <w:rPr>
                <w:sz w:val="16"/>
              </w:rPr>
              <w:t>2</w:t>
            </w:r>
          </w:p>
        </w:tc>
      </w:tr>
      <w:tr w:rsidR="004D342C" w14:paraId="3B97C608" w14:textId="77777777">
        <w:trPr>
          <w:cantSplit/>
          <w:jc w:val="center"/>
        </w:trPr>
        <w:tc>
          <w:tcPr>
            <w:tcW w:w="1944" w:type="dxa"/>
          </w:tcPr>
          <w:p w14:paraId="29B8EAB6" w14:textId="77777777" w:rsidR="004D342C" w:rsidRDefault="00000000">
            <w:pPr>
              <w:spacing w:before="20" w:after="20"/>
              <w:ind w:firstLine="0"/>
            </w:pPr>
            <w:r>
              <w:rPr>
                <w:sz w:val="16"/>
              </w:rPr>
              <w:t>identity2other</w:t>
            </w:r>
          </w:p>
        </w:tc>
        <w:tc>
          <w:tcPr>
            <w:tcW w:w="2880" w:type="dxa"/>
          </w:tcPr>
          <w:p w14:paraId="36110D80" w14:textId="77777777" w:rsidR="004D342C" w:rsidRDefault="00000000">
            <w:pPr>
              <w:spacing w:before="20" w:after="20"/>
              <w:ind w:firstLine="0"/>
            </w:pPr>
            <w:r>
              <w:rPr>
                <w:sz w:val="16"/>
              </w:rPr>
              <w:t>QD7 EUROPEAN IDENTITY: OTHERS</w:t>
            </w:r>
          </w:p>
        </w:tc>
        <w:tc>
          <w:tcPr>
            <w:tcW w:w="3456" w:type="dxa"/>
          </w:tcPr>
          <w:p w14:paraId="473FC8FB" w14:textId="77777777" w:rsidR="004D342C" w:rsidRDefault="00000000">
            <w:pPr>
              <w:spacing w:before="20" w:after="20"/>
              <w:ind w:firstLine="0"/>
            </w:pPr>
            <w:r>
              <w:rPr>
                <w:sz w:val="16"/>
              </w:rPr>
              <w:t>0 NOT MENTIONED / 1 Other (SPONTANEOUS)</w:t>
            </w:r>
          </w:p>
        </w:tc>
        <w:tc>
          <w:tcPr>
            <w:tcW w:w="648" w:type="dxa"/>
          </w:tcPr>
          <w:p w14:paraId="750E2B15" w14:textId="77777777" w:rsidR="004D342C" w:rsidRDefault="00000000">
            <w:pPr>
              <w:spacing w:before="20" w:after="20"/>
              <w:ind w:firstLine="0"/>
              <w:jc w:val="right"/>
            </w:pPr>
            <w:r>
              <w:rPr>
                <w:sz w:val="16"/>
              </w:rPr>
              <w:t>2</w:t>
            </w:r>
          </w:p>
        </w:tc>
      </w:tr>
      <w:tr w:rsidR="004D342C" w14:paraId="6834A011" w14:textId="77777777">
        <w:trPr>
          <w:cantSplit/>
          <w:jc w:val="center"/>
        </w:trPr>
        <w:tc>
          <w:tcPr>
            <w:tcW w:w="1944" w:type="dxa"/>
          </w:tcPr>
          <w:p w14:paraId="4894EF0E" w14:textId="77777777" w:rsidR="004D342C" w:rsidRDefault="00000000">
            <w:pPr>
              <w:spacing w:before="20" w:after="20"/>
              <w:ind w:firstLine="0"/>
            </w:pPr>
            <w:r>
              <w:rPr>
                <w:sz w:val="16"/>
              </w:rPr>
              <w:t>identityEU</w:t>
            </w:r>
          </w:p>
        </w:tc>
        <w:tc>
          <w:tcPr>
            <w:tcW w:w="2880" w:type="dxa"/>
          </w:tcPr>
          <w:p w14:paraId="14A3D73D" w14:textId="77777777" w:rsidR="004D342C" w:rsidRDefault="00000000">
            <w:pPr>
              <w:spacing w:before="20" w:after="20"/>
              <w:ind w:firstLine="0"/>
            </w:pPr>
            <w:r>
              <w:rPr>
                <w:sz w:val="16"/>
              </w:rPr>
              <w:t>QE4 SENSE OF BELONGING: EUROPEAN</w:t>
            </w:r>
          </w:p>
        </w:tc>
        <w:tc>
          <w:tcPr>
            <w:tcW w:w="3456" w:type="dxa"/>
          </w:tcPr>
          <w:p w14:paraId="6C84E8E5" w14:textId="77777777" w:rsidR="004D342C" w:rsidRDefault="00000000">
            <w:pPr>
              <w:spacing w:before="20" w:after="20"/>
              <w:ind w:firstLine="0"/>
            </w:pPr>
            <w:r>
              <w:rPr>
                <w:sz w:val="16"/>
              </w:rPr>
              <w:t>1 To a great extent / 2 Somewhat / 3 Not really / 4 Not at all</w:t>
            </w:r>
          </w:p>
        </w:tc>
        <w:tc>
          <w:tcPr>
            <w:tcW w:w="648" w:type="dxa"/>
          </w:tcPr>
          <w:p w14:paraId="41E779B3" w14:textId="77777777" w:rsidR="004D342C" w:rsidRDefault="00000000">
            <w:pPr>
              <w:spacing w:before="20" w:after="20"/>
              <w:ind w:firstLine="0"/>
              <w:jc w:val="right"/>
            </w:pPr>
            <w:r>
              <w:rPr>
                <w:sz w:val="16"/>
              </w:rPr>
              <w:t>2</w:t>
            </w:r>
          </w:p>
        </w:tc>
      </w:tr>
      <w:tr w:rsidR="004D342C" w14:paraId="164291C7" w14:textId="77777777">
        <w:trPr>
          <w:cantSplit/>
          <w:jc w:val="center"/>
        </w:trPr>
        <w:tc>
          <w:tcPr>
            <w:tcW w:w="1944" w:type="dxa"/>
          </w:tcPr>
          <w:p w14:paraId="45ED966D" w14:textId="77777777" w:rsidR="004D342C" w:rsidRDefault="00000000">
            <w:pPr>
              <w:spacing w:before="20" w:after="20"/>
              <w:ind w:firstLine="0"/>
            </w:pPr>
            <w:r>
              <w:rPr>
                <w:sz w:val="16"/>
              </w:rPr>
              <w:t>identityNAT</w:t>
            </w:r>
          </w:p>
        </w:tc>
        <w:tc>
          <w:tcPr>
            <w:tcW w:w="2880" w:type="dxa"/>
          </w:tcPr>
          <w:p w14:paraId="46B09CCD" w14:textId="77777777" w:rsidR="004D342C" w:rsidRDefault="00000000">
            <w:pPr>
              <w:spacing w:before="20" w:after="20"/>
              <w:ind w:firstLine="0"/>
            </w:pPr>
            <w:r>
              <w:rPr>
                <w:sz w:val="16"/>
              </w:rPr>
              <w:t>QE4 SENSE OF BELONGING: NATIONALITY</w:t>
            </w:r>
          </w:p>
        </w:tc>
        <w:tc>
          <w:tcPr>
            <w:tcW w:w="3456" w:type="dxa"/>
          </w:tcPr>
          <w:p w14:paraId="007C5013" w14:textId="77777777" w:rsidR="004D342C" w:rsidRDefault="00000000">
            <w:pPr>
              <w:spacing w:before="20" w:after="20"/>
              <w:ind w:firstLine="0"/>
            </w:pPr>
            <w:r>
              <w:rPr>
                <w:sz w:val="16"/>
              </w:rPr>
              <w:t>1 To a great extent / 2 Somewhat / 3 Not really / 4 Not at all</w:t>
            </w:r>
          </w:p>
        </w:tc>
        <w:tc>
          <w:tcPr>
            <w:tcW w:w="648" w:type="dxa"/>
          </w:tcPr>
          <w:p w14:paraId="3C189616" w14:textId="77777777" w:rsidR="004D342C" w:rsidRDefault="00000000">
            <w:pPr>
              <w:spacing w:before="20" w:after="20"/>
              <w:ind w:firstLine="0"/>
              <w:jc w:val="right"/>
            </w:pPr>
            <w:r>
              <w:rPr>
                <w:sz w:val="16"/>
              </w:rPr>
              <w:t>2</w:t>
            </w:r>
          </w:p>
        </w:tc>
      </w:tr>
      <w:tr w:rsidR="004D342C" w14:paraId="26FFC834" w14:textId="77777777">
        <w:trPr>
          <w:cantSplit/>
          <w:jc w:val="center"/>
        </w:trPr>
        <w:tc>
          <w:tcPr>
            <w:tcW w:w="1944" w:type="dxa"/>
          </w:tcPr>
          <w:p w14:paraId="12DF3EAF" w14:textId="77777777" w:rsidR="004D342C" w:rsidRDefault="00000000">
            <w:pPr>
              <w:spacing w:before="20" w:after="20"/>
              <w:ind w:firstLine="0"/>
            </w:pPr>
            <w:r>
              <w:rPr>
                <w:sz w:val="16"/>
              </w:rPr>
              <w:t>identityregion</w:t>
            </w:r>
          </w:p>
        </w:tc>
        <w:tc>
          <w:tcPr>
            <w:tcW w:w="2880" w:type="dxa"/>
          </w:tcPr>
          <w:p w14:paraId="19748CAE" w14:textId="77777777" w:rsidR="004D342C" w:rsidRDefault="00000000">
            <w:pPr>
              <w:spacing w:before="20" w:after="20"/>
              <w:ind w:firstLine="0"/>
            </w:pPr>
            <w:r>
              <w:rPr>
                <w:sz w:val="16"/>
              </w:rPr>
              <w:t>QE4 SENSE OF BELONGING: REGION INHABITANT</w:t>
            </w:r>
          </w:p>
        </w:tc>
        <w:tc>
          <w:tcPr>
            <w:tcW w:w="3456" w:type="dxa"/>
          </w:tcPr>
          <w:p w14:paraId="27459F2B" w14:textId="77777777" w:rsidR="004D342C" w:rsidRDefault="00000000">
            <w:pPr>
              <w:spacing w:before="20" w:after="20"/>
              <w:ind w:firstLine="0"/>
            </w:pPr>
            <w:r>
              <w:rPr>
                <w:sz w:val="16"/>
              </w:rPr>
              <w:t>1 To a great extent / 2 Somewhat / 3 Not really / 4 Not at all</w:t>
            </w:r>
          </w:p>
        </w:tc>
        <w:tc>
          <w:tcPr>
            <w:tcW w:w="648" w:type="dxa"/>
          </w:tcPr>
          <w:p w14:paraId="34F7F1B0" w14:textId="77777777" w:rsidR="004D342C" w:rsidRDefault="00000000">
            <w:pPr>
              <w:spacing w:before="20" w:after="20"/>
              <w:ind w:firstLine="0"/>
              <w:jc w:val="right"/>
            </w:pPr>
            <w:r>
              <w:rPr>
                <w:sz w:val="16"/>
              </w:rPr>
              <w:t>2</w:t>
            </w:r>
          </w:p>
        </w:tc>
      </w:tr>
      <w:tr w:rsidR="004D342C" w14:paraId="4FFA1675" w14:textId="77777777">
        <w:trPr>
          <w:cantSplit/>
          <w:jc w:val="center"/>
        </w:trPr>
        <w:tc>
          <w:tcPr>
            <w:tcW w:w="1944" w:type="dxa"/>
          </w:tcPr>
          <w:p w14:paraId="3DB02F82" w14:textId="77777777" w:rsidR="004D342C" w:rsidRDefault="00000000">
            <w:pPr>
              <w:spacing w:before="20" w:after="20"/>
              <w:ind w:firstLine="0"/>
            </w:pPr>
            <w:r>
              <w:rPr>
                <w:sz w:val="16"/>
              </w:rPr>
              <w:t>identityworld</w:t>
            </w:r>
          </w:p>
        </w:tc>
        <w:tc>
          <w:tcPr>
            <w:tcW w:w="2880" w:type="dxa"/>
          </w:tcPr>
          <w:p w14:paraId="2B1B660B" w14:textId="77777777" w:rsidR="004D342C" w:rsidRDefault="00000000">
            <w:pPr>
              <w:spacing w:before="20" w:after="20"/>
              <w:ind w:firstLine="0"/>
            </w:pPr>
            <w:r>
              <w:rPr>
                <w:sz w:val="16"/>
              </w:rPr>
              <w:t>QE4 SENSE OF BELONGING: WORLD CITIZEN</w:t>
            </w:r>
          </w:p>
        </w:tc>
        <w:tc>
          <w:tcPr>
            <w:tcW w:w="3456" w:type="dxa"/>
          </w:tcPr>
          <w:p w14:paraId="55268957" w14:textId="77777777" w:rsidR="004D342C" w:rsidRDefault="00000000">
            <w:pPr>
              <w:spacing w:before="20" w:after="20"/>
              <w:ind w:firstLine="0"/>
            </w:pPr>
            <w:r>
              <w:rPr>
                <w:sz w:val="16"/>
              </w:rPr>
              <w:t>1 To a great extent / 2 Somewhat / 3 Not really / 4 Not at all</w:t>
            </w:r>
          </w:p>
        </w:tc>
        <w:tc>
          <w:tcPr>
            <w:tcW w:w="648" w:type="dxa"/>
          </w:tcPr>
          <w:p w14:paraId="426FA42C" w14:textId="77777777" w:rsidR="004D342C" w:rsidRDefault="00000000">
            <w:pPr>
              <w:spacing w:before="20" w:after="20"/>
              <w:ind w:firstLine="0"/>
              <w:jc w:val="right"/>
            </w:pPr>
            <w:r>
              <w:rPr>
                <w:sz w:val="16"/>
              </w:rPr>
              <w:t>2</w:t>
            </w:r>
          </w:p>
        </w:tc>
      </w:tr>
      <w:tr w:rsidR="004D342C" w14:paraId="55325293" w14:textId="77777777">
        <w:trPr>
          <w:cantSplit/>
          <w:jc w:val="center"/>
        </w:trPr>
        <w:tc>
          <w:tcPr>
            <w:tcW w:w="1944" w:type="dxa"/>
          </w:tcPr>
          <w:p w14:paraId="483C649D" w14:textId="77777777" w:rsidR="004D342C" w:rsidRDefault="00000000">
            <w:pPr>
              <w:spacing w:before="20" w:after="20"/>
              <w:ind w:firstLine="0"/>
            </w:pPr>
            <w:r>
              <w:rPr>
                <w:sz w:val="16"/>
              </w:rPr>
              <w:t>identitybus</w:t>
            </w:r>
          </w:p>
        </w:tc>
        <w:tc>
          <w:tcPr>
            <w:tcW w:w="2880" w:type="dxa"/>
          </w:tcPr>
          <w:p w14:paraId="4FECBA45" w14:textId="77777777" w:rsidR="004D342C" w:rsidRDefault="00000000">
            <w:pPr>
              <w:spacing w:before="20" w:after="20"/>
              <w:ind w:firstLine="0"/>
            </w:pPr>
            <w:r>
              <w:rPr>
                <w:sz w:val="16"/>
              </w:rPr>
              <w:t>QE1 EUROP IDENTITY ELEM: ENTREPRENEURSHIP</w:t>
            </w:r>
          </w:p>
        </w:tc>
        <w:tc>
          <w:tcPr>
            <w:tcW w:w="3456" w:type="dxa"/>
          </w:tcPr>
          <w:p w14:paraId="47B2BDBC" w14:textId="77777777" w:rsidR="004D342C" w:rsidRDefault="00000000">
            <w:pPr>
              <w:spacing w:before="20" w:after="20"/>
              <w:ind w:firstLine="0"/>
            </w:pPr>
            <w:r>
              <w:rPr>
                <w:sz w:val="16"/>
              </w:rPr>
              <w:t>0 Not mentioned / 1 Mentioned</w:t>
            </w:r>
          </w:p>
        </w:tc>
        <w:tc>
          <w:tcPr>
            <w:tcW w:w="648" w:type="dxa"/>
          </w:tcPr>
          <w:p w14:paraId="2F25B8E1" w14:textId="77777777" w:rsidR="004D342C" w:rsidRDefault="00000000">
            <w:pPr>
              <w:spacing w:before="20" w:after="20"/>
              <w:ind w:firstLine="0"/>
              <w:jc w:val="right"/>
            </w:pPr>
            <w:r>
              <w:rPr>
                <w:sz w:val="16"/>
              </w:rPr>
              <w:t>1</w:t>
            </w:r>
          </w:p>
        </w:tc>
      </w:tr>
      <w:tr w:rsidR="004D342C" w14:paraId="468626BE" w14:textId="77777777">
        <w:trPr>
          <w:cantSplit/>
          <w:jc w:val="center"/>
        </w:trPr>
        <w:tc>
          <w:tcPr>
            <w:tcW w:w="1944" w:type="dxa"/>
          </w:tcPr>
          <w:p w14:paraId="0696AC25" w14:textId="77777777" w:rsidR="004D342C" w:rsidRDefault="00000000">
            <w:pPr>
              <w:spacing w:before="20" w:after="20"/>
              <w:ind w:firstLine="0"/>
            </w:pPr>
            <w:r>
              <w:rPr>
                <w:sz w:val="16"/>
              </w:rPr>
              <w:t>identitycommonNATwithEU</w:t>
            </w:r>
          </w:p>
        </w:tc>
        <w:tc>
          <w:tcPr>
            <w:tcW w:w="2880" w:type="dxa"/>
          </w:tcPr>
          <w:p w14:paraId="5D56B9A4" w14:textId="77777777" w:rsidR="004D342C" w:rsidRDefault="00000000">
            <w:pPr>
              <w:spacing w:before="20" w:after="20"/>
              <w:ind w:firstLine="0"/>
            </w:pPr>
            <w:r>
              <w:rPr>
                <w:sz w:val="16"/>
              </w:rPr>
              <w:t>What most creates a feeling of community among EU citizens (multiple response)</w:t>
            </w:r>
          </w:p>
        </w:tc>
        <w:tc>
          <w:tcPr>
            <w:tcW w:w="3456" w:type="dxa"/>
          </w:tcPr>
          <w:p w14:paraId="631CBD3D" w14:textId="77777777" w:rsidR="004D342C" w:rsidRDefault="00000000">
            <w:pPr>
              <w:spacing w:before="20" w:after="20"/>
              <w:ind w:firstLine="0"/>
            </w:pPr>
            <w:r>
              <w:rPr>
                <w:sz w:val="16"/>
              </w:rPr>
              <w:t>1 Totally agree / 2 Tend to agree / 3 Tend to disagree / 4 Totally disagree / 5 Don't know (SPONTANEOUS)</w:t>
            </w:r>
          </w:p>
        </w:tc>
        <w:tc>
          <w:tcPr>
            <w:tcW w:w="648" w:type="dxa"/>
          </w:tcPr>
          <w:p w14:paraId="6094C63E" w14:textId="77777777" w:rsidR="004D342C" w:rsidRDefault="00000000">
            <w:pPr>
              <w:spacing w:before="20" w:after="20"/>
              <w:ind w:firstLine="0"/>
              <w:jc w:val="right"/>
            </w:pPr>
            <w:r>
              <w:rPr>
                <w:sz w:val="16"/>
              </w:rPr>
              <w:t>1</w:t>
            </w:r>
          </w:p>
        </w:tc>
      </w:tr>
      <w:tr w:rsidR="004D342C" w14:paraId="21D457BB" w14:textId="77777777">
        <w:trPr>
          <w:cantSplit/>
          <w:jc w:val="center"/>
        </w:trPr>
        <w:tc>
          <w:tcPr>
            <w:tcW w:w="1944" w:type="dxa"/>
          </w:tcPr>
          <w:p w14:paraId="23892848" w14:textId="77777777" w:rsidR="004D342C" w:rsidRDefault="00000000">
            <w:pPr>
              <w:spacing w:before="20" w:after="20"/>
              <w:ind w:firstLine="0"/>
            </w:pPr>
            <w:r>
              <w:rPr>
                <w:sz w:val="16"/>
              </w:rPr>
              <w:t>identityculture</w:t>
            </w:r>
          </w:p>
        </w:tc>
        <w:tc>
          <w:tcPr>
            <w:tcW w:w="2880" w:type="dxa"/>
          </w:tcPr>
          <w:p w14:paraId="5FDB2327" w14:textId="77777777" w:rsidR="004D342C" w:rsidRDefault="00000000">
            <w:pPr>
              <w:spacing w:before="20" w:after="20"/>
              <w:ind w:firstLine="0"/>
            </w:pPr>
            <w:r>
              <w:rPr>
                <w:sz w:val="16"/>
              </w:rPr>
              <w:t>QE1 EUROP IDENTITY ELEM: COMMON CULTURE</w:t>
            </w:r>
          </w:p>
        </w:tc>
        <w:tc>
          <w:tcPr>
            <w:tcW w:w="3456" w:type="dxa"/>
          </w:tcPr>
          <w:p w14:paraId="74E07691" w14:textId="77777777" w:rsidR="004D342C" w:rsidRDefault="00000000">
            <w:pPr>
              <w:spacing w:before="20" w:after="20"/>
              <w:ind w:firstLine="0"/>
            </w:pPr>
            <w:r>
              <w:rPr>
                <w:sz w:val="16"/>
              </w:rPr>
              <w:t>0 Not mentioned / 1 Mentioned</w:t>
            </w:r>
          </w:p>
        </w:tc>
        <w:tc>
          <w:tcPr>
            <w:tcW w:w="648" w:type="dxa"/>
          </w:tcPr>
          <w:p w14:paraId="62318BFD" w14:textId="77777777" w:rsidR="004D342C" w:rsidRDefault="00000000">
            <w:pPr>
              <w:spacing w:before="20" w:after="20"/>
              <w:ind w:firstLine="0"/>
              <w:jc w:val="right"/>
            </w:pPr>
            <w:r>
              <w:rPr>
                <w:sz w:val="16"/>
              </w:rPr>
              <w:t>1</w:t>
            </w:r>
          </w:p>
        </w:tc>
      </w:tr>
      <w:tr w:rsidR="004D342C" w14:paraId="5E3BEEA2" w14:textId="77777777">
        <w:trPr>
          <w:cantSplit/>
          <w:jc w:val="center"/>
        </w:trPr>
        <w:tc>
          <w:tcPr>
            <w:tcW w:w="1944" w:type="dxa"/>
          </w:tcPr>
          <w:p w14:paraId="6A366D35" w14:textId="77777777" w:rsidR="004D342C" w:rsidRDefault="00000000">
            <w:pPr>
              <w:spacing w:before="20" w:after="20"/>
              <w:ind w:firstLine="0"/>
            </w:pPr>
            <w:r>
              <w:rPr>
                <w:sz w:val="16"/>
              </w:rPr>
              <w:lastRenderedPageBreak/>
              <w:t>identitydemovalues</w:t>
            </w:r>
          </w:p>
        </w:tc>
        <w:tc>
          <w:tcPr>
            <w:tcW w:w="2880" w:type="dxa"/>
          </w:tcPr>
          <w:p w14:paraId="45088702" w14:textId="77777777" w:rsidR="004D342C" w:rsidRDefault="00000000">
            <w:pPr>
              <w:spacing w:before="20" w:after="20"/>
              <w:ind w:firstLine="0"/>
            </w:pPr>
            <w:r>
              <w:rPr>
                <w:sz w:val="16"/>
              </w:rPr>
              <w:t>QE1 EUROP IDENTITY ELEM: DEMOCRATIC VALUES</w:t>
            </w:r>
          </w:p>
        </w:tc>
        <w:tc>
          <w:tcPr>
            <w:tcW w:w="3456" w:type="dxa"/>
          </w:tcPr>
          <w:p w14:paraId="7330421F" w14:textId="77777777" w:rsidR="004D342C" w:rsidRDefault="00000000">
            <w:pPr>
              <w:spacing w:before="20" w:after="20"/>
              <w:ind w:firstLine="0"/>
            </w:pPr>
            <w:r>
              <w:rPr>
                <w:sz w:val="16"/>
              </w:rPr>
              <w:t>0 Not mentioned / 1 Mentioned</w:t>
            </w:r>
          </w:p>
        </w:tc>
        <w:tc>
          <w:tcPr>
            <w:tcW w:w="648" w:type="dxa"/>
          </w:tcPr>
          <w:p w14:paraId="1D659CC5" w14:textId="77777777" w:rsidR="004D342C" w:rsidRDefault="00000000">
            <w:pPr>
              <w:spacing w:before="20" w:after="20"/>
              <w:ind w:firstLine="0"/>
              <w:jc w:val="right"/>
            </w:pPr>
            <w:r>
              <w:rPr>
                <w:sz w:val="16"/>
              </w:rPr>
              <w:t>1</w:t>
            </w:r>
          </w:p>
        </w:tc>
      </w:tr>
      <w:tr w:rsidR="004D342C" w14:paraId="429E8836" w14:textId="77777777">
        <w:trPr>
          <w:cantSplit/>
          <w:jc w:val="center"/>
        </w:trPr>
        <w:tc>
          <w:tcPr>
            <w:tcW w:w="1944" w:type="dxa"/>
          </w:tcPr>
          <w:p w14:paraId="3C3E981D" w14:textId="77777777" w:rsidR="004D342C" w:rsidRDefault="00000000">
            <w:pPr>
              <w:spacing w:before="20" w:after="20"/>
              <w:ind w:firstLine="0"/>
            </w:pPr>
            <w:r>
              <w:rPr>
                <w:sz w:val="16"/>
              </w:rPr>
              <w:t>identitydk</w:t>
            </w:r>
          </w:p>
        </w:tc>
        <w:tc>
          <w:tcPr>
            <w:tcW w:w="2880" w:type="dxa"/>
          </w:tcPr>
          <w:p w14:paraId="485E7384" w14:textId="77777777" w:rsidR="004D342C" w:rsidRDefault="00000000">
            <w:pPr>
              <w:spacing w:before="20" w:after="20"/>
              <w:ind w:firstLine="0"/>
            </w:pPr>
            <w:r>
              <w:rPr>
                <w:sz w:val="16"/>
              </w:rPr>
              <w:t>QE1 EUROP IDENTITY ELEM: DK</w:t>
            </w:r>
          </w:p>
        </w:tc>
        <w:tc>
          <w:tcPr>
            <w:tcW w:w="3456" w:type="dxa"/>
          </w:tcPr>
          <w:p w14:paraId="6A8266C4" w14:textId="77777777" w:rsidR="004D342C" w:rsidRDefault="00000000">
            <w:pPr>
              <w:spacing w:before="20" w:after="20"/>
              <w:ind w:firstLine="0"/>
            </w:pPr>
            <w:r>
              <w:rPr>
                <w:sz w:val="16"/>
              </w:rPr>
              <w:t>0 Not mentioned / 1 Mentioned</w:t>
            </w:r>
          </w:p>
        </w:tc>
        <w:tc>
          <w:tcPr>
            <w:tcW w:w="648" w:type="dxa"/>
          </w:tcPr>
          <w:p w14:paraId="27AD68E9" w14:textId="77777777" w:rsidR="004D342C" w:rsidRDefault="00000000">
            <w:pPr>
              <w:spacing w:before="20" w:after="20"/>
              <w:ind w:firstLine="0"/>
              <w:jc w:val="right"/>
            </w:pPr>
            <w:r>
              <w:rPr>
                <w:sz w:val="16"/>
              </w:rPr>
              <w:t>1</w:t>
            </w:r>
          </w:p>
        </w:tc>
      </w:tr>
      <w:tr w:rsidR="004D342C" w14:paraId="52D22E22" w14:textId="77777777">
        <w:trPr>
          <w:cantSplit/>
          <w:jc w:val="center"/>
        </w:trPr>
        <w:tc>
          <w:tcPr>
            <w:tcW w:w="1944" w:type="dxa"/>
          </w:tcPr>
          <w:p w14:paraId="56DC6A17" w14:textId="77777777" w:rsidR="004D342C" w:rsidRDefault="00000000">
            <w:pPr>
              <w:spacing w:before="20" w:after="20"/>
              <w:ind w:firstLine="0"/>
            </w:pPr>
            <w:r>
              <w:rPr>
                <w:sz w:val="16"/>
              </w:rPr>
              <w:t>identitygeography</w:t>
            </w:r>
          </w:p>
        </w:tc>
        <w:tc>
          <w:tcPr>
            <w:tcW w:w="2880" w:type="dxa"/>
          </w:tcPr>
          <w:p w14:paraId="60DED277" w14:textId="77777777" w:rsidR="004D342C" w:rsidRDefault="00000000">
            <w:pPr>
              <w:spacing w:before="20" w:after="20"/>
              <w:ind w:firstLine="0"/>
            </w:pPr>
            <w:r>
              <w:rPr>
                <w:sz w:val="16"/>
              </w:rPr>
              <w:t>QE1 EUROP IDENTITY ELEM: GEOGRAPHY</w:t>
            </w:r>
          </w:p>
        </w:tc>
        <w:tc>
          <w:tcPr>
            <w:tcW w:w="3456" w:type="dxa"/>
          </w:tcPr>
          <w:p w14:paraId="5F3CFE76" w14:textId="77777777" w:rsidR="004D342C" w:rsidRDefault="00000000">
            <w:pPr>
              <w:spacing w:before="20" w:after="20"/>
              <w:ind w:firstLine="0"/>
            </w:pPr>
            <w:r>
              <w:rPr>
                <w:sz w:val="16"/>
              </w:rPr>
              <w:t>0 Not mentioned / 1 Mentioned</w:t>
            </w:r>
          </w:p>
        </w:tc>
        <w:tc>
          <w:tcPr>
            <w:tcW w:w="648" w:type="dxa"/>
          </w:tcPr>
          <w:p w14:paraId="41FAEFE6" w14:textId="77777777" w:rsidR="004D342C" w:rsidRDefault="00000000">
            <w:pPr>
              <w:spacing w:before="20" w:after="20"/>
              <w:ind w:firstLine="0"/>
              <w:jc w:val="right"/>
            </w:pPr>
            <w:r>
              <w:rPr>
                <w:sz w:val="16"/>
              </w:rPr>
              <w:t>1</w:t>
            </w:r>
          </w:p>
        </w:tc>
      </w:tr>
      <w:tr w:rsidR="004D342C" w14:paraId="0235CC5A" w14:textId="77777777">
        <w:trPr>
          <w:cantSplit/>
          <w:jc w:val="center"/>
        </w:trPr>
        <w:tc>
          <w:tcPr>
            <w:tcW w:w="1944" w:type="dxa"/>
          </w:tcPr>
          <w:p w14:paraId="6440B78D" w14:textId="77777777" w:rsidR="004D342C" w:rsidRDefault="00000000">
            <w:pPr>
              <w:spacing w:before="20" w:after="20"/>
              <w:ind w:firstLine="0"/>
            </w:pPr>
            <w:r>
              <w:rPr>
                <w:sz w:val="16"/>
              </w:rPr>
              <w:t>identityhistory</w:t>
            </w:r>
          </w:p>
        </w:tc>
        <w:tc>
          <w:tcPr>
            <w:tcW w:w="2880" w:type="dxa"/>
          </w:tcPr>
          <w:p w14:paraId="21CE76F7" w14:textId="77777777" w:rsidR="004D342C" w:rsidRDefault="00000000">
            <w:pPr>
              <w:spacing w:before="20" w:after="20"/>
              <w:ind w:firstLine="0"/>
            </w:pPr>
            <w:r>
              <w:rPr>
                <w:sz w:val="16"/>
              </w:rPr>
              <w:t>QE1 EUROP IDENTITY ELEM: COMMON HISTORY</w:t>
            </w:r>
          </w:p>
        </w:tc>
        <w:tc>
          <w:tcPr>
            <w:tcW w:w="3456" w:type="dxa"/>
          </w:tcPr>
          <w:p w14:paraId="08B693F0" w14:textId="77777777" w:rsidR="004D342C" w:rsidRDefault="00000000">
            <w:pPr>
              <w:spacing w:before="20" w:after="20"/>
              <w:ind w:firstLine="0"/>
            </w:pPr>
            <w:r>
              <w:rPr>
                <w:sz w:val="16"/>
              </w:rPr>
              <w:t>0 Not mentioned / 1 Mentioned</w:t>
            </w:r>
          </w:p>
        </w:tc>
        <w:tc>
          <w:tcPr>
            <w:tcW w:w="648" w:type="dxa"/>
          </w:tcPr>
          <w:p w14:paraId="5F56061F" w14:textId="77777777" w:rsidR="004D342C" w:rsidRDefault="00000000">
            <w:pPr>
              <w:spacing w:before="20" w:after="20"/>
              <w:ind w:firstLine="0"/>
              <w:jc w:val="right"/>
            </w:pPr>
            <w:r>
              <w:rPr>
                <w:sz w:val="16"/>
              </w:rPr>
              <w:t>1</w:t>
            </w:r>
          </w:p>
        </w:tc>
      </w:tr>
      <w:tr w:rsidR="004D342C" w14:paraId="42DC467F" w14:textId="77777777">
        <w:trPr>
          <w:cantSplit/>
          <w:jc w:val="center"/>
        </w:trPr>
        <w:tc>
          <w:tcPr>
            <w:tcW w:w="1944" w:type="dxa"/>
          </w:tcPr>
          <w:p w14:paraId="64ED3A30" w14:textId="77777777" w:rsidR="004D342C" w:rsidRDefault="00000000">
            <w:pPr>
              <w:spacing w:before="20" w:after="20"/>
              <w:ind w:firstLine="0"/>
            </w:pPr>
            <w:r>
              <w:rPr>
                <w:sz w:val="16"/>
              </w:rPr>
              <w:t>identitynone</w:t>
            </w:r>
          </w:p>
        </w:tc>
        <w:tc>
          <w:tcPr>
            <w:tcW w:w="2880" w:type="dxa"/>
          </w:tcPr>
          <w:p w14:paraId="7BDE24B2" w14:textId="77777777" w:rsidR="004D342C" w:rsidRDefault="00000000">
            <w:pPr>
              <w:spacing w:before="20" w:after="20"/>
              <w:ind w:firstLine="0"/>
            </w:pPr>
            <w:r>
              <w:rPr>
                <w:sz w:val="16"/>
              </w:rPr>
              <w:t>QE1 EUROP IDENTITY ELEM: NONE/NO IDENTITY</w:t>
            </w:r>
          </w:p>
        </w:tc>
        <w:tc>
          <w:tcPr>
            <w:tcW w:w="3456" w:type="dxa"/>
          </w:tcPr>
          <w:p w14:paraId="1432A8AB" w14:textId="77777777" w:rsidR="004D342C" w:rsidRDefault="00000000">
            <w:pPr>
              <w:spacing w:before="20" w:after="20"/>
              <w:ind w:firstLine="0"/>
            </w:pPr>
            <w:r>
              <w:rPr>
                <w:sz w:val="16"/>
              </w:rPr>
              <w:t>0 Not mentioned / 1 Mentioned</w:t>
            </w:r>
          </w:p>
        </w:tc>
        <w:tc>
          <w:tcPr>
            <w:tcW w:w="648" w:type="dxa"/>
          </w:tcPr>
          <w:p w14:paraId="767D6017" w14:textId="77777777" w:rsidR="004D342C" w:rsidRDefault="00000000">
            <w:pPr>
              <w:spacing w:before="20" w:after="20"/>
              <w:ind w:firstLine="0"/>
              <w:jc w:val="right"/>
            </w:pPr>
            <w:r>
              <w:rPr>
                <w:sz w:val="16"/>
              </w:rPr>
              <w:t>1</w:t>
            </w:r>
          </w:p>
        </w:tc>
      </w:tr>
      <w:tr w:rsidR="004D342C" w14:paraId="01190232" w14:textId="77777777">
        <w:trPr>
          <w:cantSplit/>
          <w:jc w:val="center"/>
        </w:trPr>
        <w:tc>
          <w:tcPr>
            <w:tcW w:w="1944" w:type="dxa"/>
          </w:tcPr>
          <w:p w14:paraId="17893E98" w14:textId="77777777" w:rsidR="004D342C" w:rsidRDefault="00000000">
            <w:pPr>
              <w:spacing w:before="20" w:after="20"/>
              <w:ind w:firstLine="0"/>
            </w:pPr>
            <w:r>
              <w:rPr>
                <w:sz w:val="16"/>
              </w:rPr>
              <w:t>identityothers</w:t>
            </w:r>
          </w:p>
        </w:tc>
        <w:tc>
          <w:tcPr>
            <w:tcW w:w="2880" w:type="dxa"/>
          </w:tcPr>
          <w:p w14:paraId="07331980" w14:textId="77777777" w:rsidR="004D342C" w:rsidRDefault="00000000">
            <w:pPr>
              <w:spacing w:before="20" w:after="20"/>
              <w:ind w:firstLine="0"/>
            </w:pPr>
            <w:r>
              <w:rPr>
                <w:sz w:val="16"/>
              </w:rPr>
              <w:t>QE1 EUROP IDENTITY ELEM: OTHERS</w:t>
            </w:r>
          </w:p>
        </w:tc>
        <w:tc>
          <w:tcPr>
            <w:tcW w:w="3456" w:type="dxa"/>
          </w:tcPr>
          <w:p w14:paraId="4E65F387" w14:textId="77777777" w:rsidR="004D342C" w:rsidRDefault="00000000">
            <w:pPr>
              <w:spacing w:before="20" w:after="20"/>
              <w:ind w:firstLine="0"/>
            </w:pPr>
            <w:r>
              <w:rPr>
                <w:sz w:val="16"/>
              </w:rPr>
              <w:t>0 Not mentioned / 1 Mentioned</w:t>
            </w:r>
          </w:p>
        </w:tc>
        <w:tc>
          <w:tcPr>
            <w:tcW w:w="648" w:type="dxa"/>
          </w:tcPr>
          <w:p w14:paraId="383C6C71" w14:textId="77777777" w:rsidR="004D342C" w:rsidRDefault="00000000">
            <w:pPr>
              <w:spacing w:before="20" w:after="20"/>
              <w:ind w:firstLine="0"/>
              <w:jc w:val="right"/>
            </w:pPr>
            <w:r>
              <w:rPr>
                <w:sz w:val="16"/>
              </w:rPr>
              <w:t>1</w:t>
            </w:r>
          </w:p>
        </w:tc>
      </w:tr>
      <w:tr w:rsidR="004D342C" w14:paraId="31C8CCB9" w14:textId="77777777">
        <w:trPr>
          <w:cantSplit/>
          <w:jc w:val="center"/>
        </w:trPr>
        <w:tc>
          <w:tcPr>
            <w:tcW w:w="1944" w:type="dxa"/>
          </w:tcPr>
          <w:p w14:paraId="3775F528" w14:textId="77777777" w:rsidR="004D342C" w:rsidRDefault="00000000">
            <w:pPr>
              <w:spacing w:before="20" w:after="20"/>
              <w:ind w:firstLine="0"/>
            </w:pPr>
            <w:r>
              <w:rPr>
                <w:sz w:val="16"/>
              </w:rPr>
              <w:t>identityreligion</w:t>
            </w:r>
          </w:p>
        </w:tc>
        <w:tc>
          <w:tcPr>
            <w:tcW w:w="2880" w:type="dxa"/>
          </w:tcPr>
          <w:p w14:paraId="434AD3D4" w14:textId="77777777" w:rsidR="004D342C" w:rsidRDefault="00000000">
            <w:pPr>
              <w:spacing w:before="20" w:after="20"/>
              <w:ind w:firstLine="0"/>
            </w:pPr>
            <w:r>
              <w:rPr>
                <w:sz w:val="16"/>
              </w:rPr>
              <w:t>QE1 EUROP IDENTITY ELEM: RELIGIOUS HERITAGE</w:t>
            </w:r>
          </w:p>
        </w:tc>
        <w:tc>
          <w:tcPr>
            <w:tcW w:w="3456" w:type="dxa"/>
          </w:tcPr>
          <w:p w14:paraId="28AD3838" w14:textId="77777777" w:rsidR="004D342C" w:rsidRDefault="00000000">
            <w:pPr>
              <w:spacing w:before="20" w:after="20"/>
              <w:ind w:firstLine="0"/>
            </w:pPr>
            <w:r>
              <w:rPr>
                <w:sz w:val="16"/>
              </w:rPr>
              <w:t>0 Not mentioned / 1 Mentioned</w:t>
            </w:r>
          </w:p>
        </w:tc>
        <w:tc>
          <w:tcPr>
            <w:tcW w:w="648" w:type="dxa"/>
          </w:tcPr>
          <w:p w14:paraId="18528BC5" w14:textId="77777777" w:rsidR="004D342C" w:rsidRDefault="00000000">
            <w:pPr>
              <w:spacing w:before="20" w:after="20"/>
              <w:ind w:firstLine="0"/>
              <w:jc w:val="right"/>
            </w:pPr>
            <w:r>
              <w:rPr>
                <w:sz w:val="16"/>
              </w:rPr>
              <w:t>1</w:t>
            </w:r>
          </w:p>
        </w:tc>
      </w:tr>
      <w:tr w:rsidR="004D342C" w14:paraId="3A56F742" w14:textId="77777777">
        <w:trPr>
          <w:cantSplit/>
          <w:jc w:val="center"/>
        </w:trPr>
        <w:tc>
          <w:tcPr>
            <w:tcW w:w="1944" w:type="dxa"/>
          </w:tcPr>
          <w:p w14:paraId="7F62ABF8" w14:textId="77777777" w:rsidR="004D342C" w:rsidRDefault="00000000">
            <w:pPr>
              <w:keepNext/>
              <w:spacing w:before="20" w:after="20"/>
              <w:ind w:firstLine="0"/>
            </w:pPr>
            <w:r>
              <w:rPr>
                <w:sz w:val="16"/>
              </w:rPr>
              <w:t>identitysocialprot</w:t>
            </w:r>
          </w:p>
        </w:tc>
        <w:tc>
          <w:tcPr>
            <w:tcW w:w="2880" w:type="dxa"/>
          </w:tcPr>
          <w:p w14:paraId="076C5656" w14:textId="77777777" w:rsidR="004D342C" w:rsidRDefault="00000000">
            <w:pPr>
              <w:keepNext/>
              <w:spacing w:before="20" w:after="20"/>
              <w:ind w:firstLine="0"/>
            </w:pPr>
            <w:r>
              <w:rPr>
                <w:sz w:val="16"/>
              </w:rPr>
              <w:t>QE1 EUROP IDENTITY ELEM: SOCIAL PROTECTION</w:t>
            </w:r>
          </w:p>
        </w:tc>
        <w:tc>
          <w:tcPr>
            <w:tcW w:w="3456" w:type="dxa"/>
          </w:tcPr>
          <w:p w14:paraId="6238E3DA" w14:textId="77777777" w:rsidR="004D342C" w:rsidRDefault="00000000">
            <w:pPr>
              <w:keepNext/>
              <w:spacing w:before="20" w:after="20"/>
              <w:ind w:firstLine="0"/>
            </w:pPr>
            <w:r>
              <w:rPr>
                <w:sz w:val="16"/>
              </w:rPr>
              <w:t>0 Not mentioned / 1 Mentioned</w:t>
            </w:r>
          </w:p>
        </w:tc>
        <w:tc>
          <w:tcPr>
            <w:tcW w:w="648" w:type="dxa"/>
          </w:tcPr>
          <w:p w14:paraId="3B8A0E64" w14:textId="77777777" w:rsidR="004D342C" w:rsidRDefault="00000000">
            <w:pPr>
              <w:keepNext/>
              <w:spacing w:before="20" w:after="20"/>
              <w:ind w:firstLine="0"/>
              <w:jc w:val="right"/>
            </w:pPr>
            <w:r>
              <w:rPr>
                <w:sz w:val="16"/>
              </w:rPr>
              <w:t>1</w:t>
            </w:r>
          </w:p>
        </w:tc>
      </w:tr>
      <w:tr w:rsidR="004D342C" w14:paraId="50000002" w14:textId="77777777">
        <w:trPr>
          <w:cantSplit/>
          <w:jc w:val="center"/>
        </w:trPr>
        <w:tc>
          <w:tcPr>
            <w:tcW w:w="1944" w:type="dxa"/>
          </w:tcPr>
          <w:p w14:paraId="50000003" w14:textId="77777777" w:rsidR="004D342C" w:rsidRDefault="00000000">
            <w:pPr>
              <w:keepNext/>
              <w:spacing w:before="20" w:after="20"/>
              <w:ind w:firstLine="0"/>
            </w:pPr>
            <w:r>
              <w:rPr>
                <w:sz w:val="16"/>
              </w:rPr>
              <w:t>euidentity</w:t>
            </w:r>
          </w:p>
        </w:tc>
        <w:tc>
          <w:tcPr>
            <w:tcW w:w="2880" w:type="dxa"/>
          </w:tcPr>
          <w:p w14:paraId="50000004" w14:textId="77777777" w:rsidR="004D342C" w:rsidRDefault="00000000">
            <w:pPr>
              <w:keepNext/>
              <w:spacing w:before="20" w:after="20"/>
              <w:ind w:firstLine="0"/>
            </w:pPr>
            <w:r>
              <w:rPr>
                <w:sz w:val="16"/>
              </w:rPr>
              <w:t>European identity score (frozen 6-item composite, standardized)</w:t>
            </w:r>
          </w:p>
        </w:tc>
        <w:tc>
          <w:tcPr>
            <w:tcW w:w="3456" w:type="dxa"/>
          </w:tcPr>
          <w:p w14:paraId="50000005" w14:textId="77777777" w:rsidR="004D342C" w:rsidRDefault="00000000">
            <w:pPr>
              <w:keepNext/>
              <w:spacing w:before="20" w:after="20"/>
              <w:ind w:firstLine="0"/>
            </w:pPr>
            <w:r>
              <w:rPr>
                <w:sz w:val="16"/>
              </w:rPr>
              <w:t>continuous, mean 0 / SD 1 over all scored ERD respondents; higher = stronger European identity</w:t>
            </w:r>
          </w:p>
        </w:tc>
        <w:tc>
          <w:tcPr>
            <w:tcW w:w="648" w:type="dxa"/>
          </w:tcPr>
          <w:p w14:paraId="50000006" w14:textId="77777777" w:rsidR="004D342C" w:rsidRDefault="00000000">
            <w:pPr>
              <w:keepNext/>
              <w:spacing w:before="20" w:after="20"/>
              <w:ind w:firstLine="0"/>
              <w:jc w:val="right"/>
            </w:pPr>
            <w:r>
              <w:rPr>
                <w:sz w:val="16"/>
              </w:rPr>
              <w:t>0</w:t>
            </w:r>
          </w:p>
        </w:tc>
      </w:tr>
      <w:tr w:rsidR="004D342C" w14:paraId="50000007" w14:textId="77777777">
        <w:trPr>
          <w:cantSplit/>
          <w:jc w:val="center"/>
        </w:trPr>
        <w:tc>
          <w:tcPr>
            <w:tcW w:w="1944" w:type="dxa"/>
          </w:tcPr>
          <w:p w14:paraId="50000008" w14:textId="77777777" w:rsidR="004D342C" w:rsidRDefault="00000000">
            <w:pPr>
              <w:keepNext/>
              <w:spacing w:before="20" w:after="20"/>
              <w:ind w:firstLine="0"/>
            </w:pPr>
            <w:r>
              <w:rPr>
                <w:sz w:val="16"/>
              </w:rPr>
              <w:t>id_attcont</w:t>
            </w:r>
          </w:p>
        </w:tc>
        <w:tc>
          <w:tcPr>
            <w:tcW w:w="2880" w:type="dxa"/>
          </w:tcPr>
          <w:p w14:paraId="50000009" w14:textId="77777777" w:rsidR="004D342C" w:rsidRDefault="00000000">
            <w:pPr>
              <w:keepNext/>
              <w:spacing w:before="20" w:after="20"/>
              <w:ind w:firstLine="0"/>
            </w:pPr>
            <w:r>
              <w:rPr>
                <w:sz w:val="16"/>
              </w:rPr>
              <w:t>Attachment to Europe (continent) as used in euidentity</w:t>
            </w:r>
          </w:p>
        </w:tc>
        <w:tc>
          <w:tcPr>
            <w:tcW w:w="3456" w:type="dxa"/>
          </w:tcPr>
          <w:p w14:paraId="5000000A" w14:textId="77777777" w:rsidR="004D342C" w:rsidRDefault="00000000">
            <w:pPr>
              <w:keepNext/>
              <w:spacing w:before="20" w:after="20"/>
              <w:ind w:firstLine="0"/>
            </w:pPr>
            <w:r>
              <w:rPr>
                <w:sz w:val="16"/>
              </w:rPr>
              <w:t>1 not at all ... 4 very; DK missing</w:t>
            </w:r>
          </w:p>
        </w:tc>
        <w:tc>
          <w:tcPr>
            <w:tcW w:w="648" w:type="dxa"/>
          </w:tcPr>
          <w:p w14:paraId="5000000B" w14:textId="77777777" w:rsidR="004D342C" w:rsidRDefault="00000000">
            <w:pPr>
              <w:keepNext/>
              <w:spacing w:before="20" w:after="20"/>
              <w:ind w:firstLine="0"/>
              <w:jc w:val="right"/>
            </w:pPr>
            <w:r>
              <w:rPr>
                <w:sz w:val="16"/>
              </w:rPr>
              <w:t>0</w:t>
            </w:r>
          </w:p>
        </w:tc>
      </w:tr>
      <w:tr w:rsidR="004D342C" w14:paraId="5000000C" w14:textId="77777777">
        <w:trPr>
          <w:cantSplit/>
          <w:jc w:val="center"/>
        </w:trPr>
        <w:tc>
          <w:tcPr>
            <w:tcW w:w="1944" w:type="dxa"/>
          </w:tcPr>
          <w:p w14:paraId="5000000D" w14:textId="77777777" w:rsidR="004D342C" w:rsidRDefault="00000000">
            <w:pPr>
              <w:keepNext/>
              <w:spacing w:before="20" w:after="20"/>
              <w:ind w:firstLine="0"/>
            </w:pPr>
            <w:r>
              <w:rPr>
                <w:sz w:val="16"/>
              </w:rPr>
              <w:t>id_atteu</w:t>
            </w:r>
          </w:p>
        </w:tc>
        <w:tc>
          <w:tcPr>
            <w:tcW w:w="2880" w:type="dxa"/>
          </w:tcPr>
          <w:p w14:paraId="5000000E" w14:textId="77777777" w:rsidR="004D342C" w:rsidRDefault="00000000">
            <w:pPr>
              <w:keepNext/>
              <w:spacing w:before="20" w:after="20"/>
              <w:ind w:firstLine="0"/>
            </w:pPr>
            <w:r>
              <w:rPr>
                <w:sz w:val="16"/>
              </w:rPr>
              <w:t>Attachment to the EU as used in euidentity</w:t>
            </w:r>
          </w:p>
        </w:tc>
        <w:tc>
          <w:tcPr>
            <w:tcW w:w="3456" w:type="dxa"/>
          </w:tcPr>
          <w:p w14:paraId="5000000F" w14:textId="77777777" w:rsidR="004D342C" w:rsidRDefault="00000000">
            <w:pPr>
              <w:keepNext/>
              <w:spacing w:before="20" w:after="20"/>
              <w:ind w:firstLine="0"/>
            </w:pPr>
            <w:r>
              <w:rPr>
                <w:sz w:val="16"/>
              </w:rPr>
              <w:t>1 not at all attached ... 4 very attached; DK missing</w:t>
            </w:r>
          </w:p>
        </w:tc>
        <w:tc>
          <w:tcPr>
            <w:tcW w:w="648" w:type="dxa"/>
          </w:tcPr>
          <w:p w14:paraId="50000010" w14:textId="77777777" w:rsidR="004D342C" w:rsidRDefault="00000000">
            <w:pPr>
              <w:keepNext/>
              <w:spacing w:before="20" w:after="20"/>
              <w:ind w:firstLine="0"/>
              <w:jc w:val="right"/>
            </w:pPr>
            <w:r>
              <w:rPr>
                <w:sz w:val="16"/>
              </w:rPr>
              <w:t>0</w:t>
            </w:r>
          </w:p>
        </w:tc>
      </w:tr>
      <w:tr w:rsidR="004D342C" w14:paraId="50000011" w14:textId="77777777">
        <w:trPr>
          <w:cantSplit/>
          <w:jc w:val="center"/>
        </w:trPr>
        <w:tc>
          <w:tcPr>
            <w:tcW w:w="1944" w:type="dxa"/>
          </w:tcPr>
          <w:p w14:paraId="50000012" w14:textId="77777777" w:rsidR="004D342C" w:rsidRDefault="00000000">
            <w:pPr>
              <w:keepNext/>
              <w:spacing w:before="20" w:after="20"/>
              <w:ind w:firstLine="0"/>
            </w:pPr>
            <w:r>
              <w:rPr>
                <w:sz w:val="16"/>
              </w:rPr>
              <w:t>id_attnat</w:t>
            </w:r>
          </w:p>
        </w:tc>
        <w:tc>
          <w:tcPr>
            <w:tcW w:w="2880" w:type="dxa"/>
          </w:tcPr>
          <w:p w14:paraId="50000013" w14:textId="77777777" w:rsidR="004D342C" w:rsidRDefault="00000000">
            <w:pPr>
              <w:keepNext/>
              <w:spacing w:before="20" w:after="20"/>
              <w:ind w:firstLine="0"/>
            </w:pPr>
            <w:r>
              <w:rPr>
                <w:sz w:val="16"/>
              </w:rPr>
              <w:t>Attachment to country as used in natidentity</w:t>
            </w:r>
          </w:p>
        </w:tc>
        <w:tc>
          <w:tcPr>
            <w:tcW w:w="3456" w:type="dxa"/>
          </w:tcPr>
          <w:p w14:paraId="50000014" w14:textId="77777777" w:rsidR="004D342C" w:rsidRDefault="00000000">
            <w:pPr>
              <w:keepNext/>
              <w:spacing w:before="20" w:after="20"/>
              <w:ind w:firstLine="0"/>
            </w:pPr>
            <w:r>
              <w:rPr>
                <w:sz w:val="16"/>
              </w:rPr>
              <w:t>1 not at all ... 4 very; DK and unlabelled codes 0/9 missing</w:t>
            </w:r>
          </w:p>
        </w:tc>
        <w:tc>
          <w:tcPr>
            <w:tcW w:w="648" w:type="dxa"/>
          </w:tcPr>
          <w:p w14:paraId="50000015" w14:textId="77777777" w:rsidR="004D342C" w:rsidRDefault="00000000">
            <w:pPr>
              <w:keepNext/>
              <w:spacing w:before="20" w:after="20"/>
              <w:ind w:firstLine="0"/>
              <w:jc w:val="right"/>
            </w:pPr>
            <w:r>
              <w:rPr>
                <w:sz w:val="16"/>
              </w:rPr>
              <w:t>0</w:t>
            </w:r>
          </w:p>
        </w:tc>
      </w:tr>
      <w:tr w:rsidR="004D342C" w14:paraId="70000002" w14:textId="77777777">
        <w:trPr>
          <w:cantSplit/>
          <w:jc w:val="center"/>
        </w:trPr>
        <w:tc>
          <w:tcPr>
            <w:tcW w:w="1944" w:type="dxa"/>
          </w:tcPr>
          <w:p w14:paraId="70000003" w14:textId="77777777" w:rsidR="004D342C" w:rsidRDefault="00000000">
            <w:pPr>
              <w:keepNext/>
              <w:spacing w:before="20" w:after="20"/>
              <w:ind w:firstLine="0"/>
            </w:pPr>
            <w:r>
              <w:rPr>
                <w:sz w:val="16"/>
              </w:rPr>
              <w:t>id_eubelong</w:t>
            </w:r>
          </w:p>
        </w:tc>
        <w:tc>
          <w:tcPr>
            <w:tcW w:w="2880" w:type="dxa"/>
          </w:tcPr>
          <w:p w14:paraId="70000004" w14:textId="77777777" w:rsidR="004D342C" w:rsidRDefault="00000000">
            <w:pPr>
              <w:keepNext/>
              <w:spacing w:before="20" w:after="20"/>
              <w:ind w:firstLine="0"/>
            </w:pPr>
            <w:r>
              <w:rPr>
                <w:sz w:val="16"/>
              </w:rPr>
              <w:t>Sense of belonging - European (2008-2009) as used in euidentity</w:t>
            </w:r>
          </w:p>
        </w:tc>
        <w:tc>
          <w:tcPr>
            <w:tcW w:w="3456" w:type="dxa"/>
          </w:tcPr>
          <w:p w14:paraId="70000005" w14:textId="77777777" w:rsidR="004D342C" w:rsidRDefault="00000000">
            <w:pPr>
              <w:keepNext/>
              <w:spacing w:before="20" w:after="20"/>
              <w:ind w:firstLine="0"/>
            </w:pPr>
            <w:r>
              <w:rPr>
                <w:sz w:val="16"/>
              </w:rPr>
              <w:t>1 not at all / 2 not really / 3 somewhat / 4 to a great extent; DK missing</w:t>
            </w:r>
          </w:p>
        </w:tc>
        <w:tc>
          <w:tcPr>
            <w:tcW w:w="648" w:type="dxa"/>
          </w:tcPr>
          <w:p w14:paraId="70000006" w14:textId="77777777" w:rsidR="004D342C" w:rsidRDefault="00000000">
            <w:pPr>
              <w:keepNext/>
              <w:spacing w:before="20" w:after="20"/>
              <w:ind w:firstLine="0"/>
              <w:jc w:val="right"/>
            </w:pPr>
            <w:r>
              <w:rPr>
                <w:sz w:val="16"/>
              </w:rPr>
              <w:t>0</w:t>
            </w:r>
          </w:p>
        </w:tc>
      </w:tr>
      <w:tr w:rsidR="004D342C" w14:paraId="50000016" w14:textId="77777777">
        <w:trPr>
          <w:cantSplit/>
          <w:jc w:val="center"/>
        </w:trPr>
        <w:tc>
          <w:tcPr>
            <w:tcW w:w="1944" w:type="dxa"/>
          </w:tcPr>
          <w:p w14:paraId="50000017" w14:textId="77777777" w:rsidR="004D342C" w:rsidRDefault="00000000">
            <w:pPr>
              <w:keepNext/>
              <w:spacing w:before="20" w:after="20"/>
              <w:ind w:firstLine="0"/>
            </w:pPr>
            <w:r>
              <w:rPr>
                <w:sz w:val="16"/>
              </w:rPr>
              <w:t>id_eucit</w:t>
            </w:r>
          </w:p>
        </w:tc>
        <w:tc>
          <w:tcPr>
            <w:tcW w:w="2880" w:type="dxa"/>
          </w:tcPr>
          <w:p w14:paraId="50000018" w14:textId="77777777" w:rsidR="004D342C" w:rsidRDefault="00000000">
            <w:pPr>
              <w:keepNext/>
              <w:spacing w:before="20" w:after="20"/>
              <w:ind w:firstLine="0"/>
            </w:pPr>
            <w:r>
              <w:rPr>
                <w:sz w:val="16"/>
              </w:rPr>
              <w:t>Feels an EU citizen as used in euidentity</w:t>
            </w:r>
          </w:p>
        </w:tc>
        <w:tc>
          <w:tcPr>
            <w:tcW w:w="3456" w:type="dxa"/>
          </w:tcPr>
          <w:p w14:paraId="50000019" w14:textId="77777777" w:rsidR="004D342C" w:rsidRDefault="00000000">
            <w:pPr>
              <w:keepNext/>
              <w:spacing w:before="20" w:after="20"/>
              <w:ind w:firstLine="0"/>
            </w:pPr>
            <w:r>
              <w:rPr>
                <w:sz w:val="16"/>
              </w:rPr>
              <w:t>1 no definitely not ... 4 yes definitely; DK and inapplicable missing</w:t>
            </w:r>
          </w:p>
        </w:tc>
        <w:tc>
          <w:tcPr>
            <w:tcW w:w="648" w:type="dxa"/>
          </w:tcPr>
          <w:p w14:paraId="5000001A" w14:textId="77777777" w:rsidR="004D342C" w:rsidRDefault="00000000">
            <w:pPr>
              <w:keepNext/>
              <w:spacing w:before="20" w:after="20"/>
              <w:ind w:firstLine="0"/>
              <w:jc w:val="right"/>
            </w:pPr>
            <w:r>
              <w:rPr>
                <w:sz w:val="16"/>
              </w:rPr>
              <w:t>0</w:t>
            </w:r>
          </w:p>
        </w:tc>
      </w:tr>
      <w:tr w:rsidR="004D342C" w14:paraId="5000001B" w14:textId="77777777">
        <w:trPr>
          <w:cantSplit/>
          <w:jc w:val="center"/>
        </w:trPr>
        <w:tc>
          <w:tcPr>
            <w:tcW w:w="1944" w:type="dxa"/>
          </w:tcPr>
          <w:p w14:paraId="5000001C" w14:textId="77777777" w:rsidR="004D342C" w:rsidRDefault="00000000">
            <w:pPr>
              <w:keepNext/>
              <w:spacing w:before="20" w:after="20"/>
              <w:ind w:firstLine="0"/>
            </w:pPr>
            <w:r>
              <w:rPr>
                <w:sz w:val="16"/>
              </w:rPr>
              <w:t>id_eun</w:t>
            </w:r>
          </w:p>
        </w:tc>
        <w:tc>
          <w:tcPr>
            <w:tcW w:w="2880" w:type="dxa"/>
          </w:tcPr>
          <w:p w14:paraId="5000001D" w14:textId="77777777" w:rsidR="004D342C" w:rsidRDefault="00000000">
            <w:pPr>
              <w:keepNext/>
              <w:spacing w:before="20" w:after="20"/>
              <w:ind w:firstLine="0"/>
            </w:pPr>
            <w:r>
              <w:rPr>
                <w:sz w:val="16"/>
              </w:rPr>
              <w:t>Number of European-identity items the respondent answered</w:t>
            </w:r>
          </w:p>
        </w:tc>
        <w:tc>
          <w:tcPr>
            <w:tcW w:w="3456" w:type="dxa"/>
          </w:tcPr>
          <w:p w14:paraId="5000001E" w14:textId="77777777" w:rsidR="004D342C" w:rsidRDefault="00000000">
            <w:pPr>
              <w:keepNext/>
              <w:spacing w:before="20" w:after="20"/>
              <w:ind w:firstLine="0"/>
            </w:pPr>
            <w:r>
              <w:rPr>
                <w:sz w:val="16"/>
              </w:rPr>
              <w:t>0-6</w:t>
            </w:r>
          </w:p>
        </w:tc>
        <w:tc>
          <w:tcPr>
            <w:tcW w:w="648" w:type="dxa"/>
          </w:tcPr>
          <w:p w14:paraId="5000001F" w14:textId="77777777" w:rsidR="004D342C" w:rsidRDefault="00000000">
            <w:pPr>
              <w:keepNext/>
              <w:spacing w:before="20" w:after="20"/>
              <w:ind w:firstLine="0"/>
              <w:jc w:val="right"/>
            </w:pPr>
            <w:r>
              <w:rPr>
                <w:sz w:val="16"/>
              </w:rPr>
              <w:t>0</w:t>
            </w:r>
          </w:p>
        </w:tc>
      </w:tr>
      <w:tr w:rsidR="004D342C" w14:paraId="50000020" w14:textId="77777777">
        <w:trPr>
          <w:cantSplit/>
          <w:jc w:val="center"/>
        </w:trPr>
        <w:tc>
          <w:tcPr>
            <w:tcW w:w="1944" w:type="dxa"/>
          </w:tcPr>
          <w:p w14:paraId="50000021" w14:textId="77777777" w:rsidR="004D342C" w:rsidRDefault="00000000">
            <w:pPr>
              <w:keepNext/>
              <w:spacing w:before="20" w:after="20"/>
              <w:ind w:firstLine="0"/>
            </w:pPr>
            <w:r>
              <w:rPr>
                <w:sz w:val="16"/>
              </w:rPr>
              <w:t>id_euraw</w:t>
            </w:r>
          </w:p>
        </w:tc>
        <w:tc>
          <w:tcPr>
            <w:tcW w:w="2880" w:type="dxa"/>
          </w:tcPr>
          <w:p w14:paraId="50000022" w14:textId="77777777" w:rsidR="004D342C" w:rsidRDefault="00000000">
            <w:pPr>
              <w:keepNext/>
              <w:spacing w:before="20" w:after="20"/>
              <w:ind w:firstLine="0"/>
            </w:pPr>
            <w:r>
              <w:rPr>
                <w:sz w:val="16"/>
              </w:rPr>
              <w:t>Loading-weighted mean of the normal-scored EU-identity items, before standardization</w:t>
            </w:r>
          </w:p>
        </w:tc>
        <w:tc>
          <w:tcPr>
            <w:tcW w:w="3456" w:type="dxa"/>
          </w:tcPr>
          <w:p w14:paraId="50000023" w14:textId="77777777" w:rsidR="004D342C" w:rsidRDefault="00000000">
            <w:pPr>
              <w:keepNext/>
              <w:spacing w:before="20" w:after="20"/>
              <w:ind w:firstLine="0"/>
            </w:pPr>
            <w:r>
              <w:rPr>
                <w:sz w:val="16"/>
              </w:rPr>
              <w:t>continuous</w:t>
            </w:r>
          </w:p>
        </w:tc>
        <w:tc>
          <w:tcPr>
            <w:tcW w:w="648" w:type="dxa"/>
          </w:tcPr>
          <w:p w14:paraId="50000024" w14:textId="77777777" w:rsidR="004D342C" w:rsidRDefault="00000000">
            <w:pPr>
              <w:keepNext/>
              <w:spacing w:before="20" w:after="20"/>
              <w:ind w:firstLine="0"/>
              <w:jc w:val="right"/>
            </w:pPr>
            <w:r>
              <w:rPr>
                <w:sz w:val="16"/>
              </w:rPr>
              <w:t>0</w:t>
            </w:r>
          </w:p>
        </w:tc>
      </w:tr>
      <w:tr w:rsidR="004D342C" w14:paraId="50000025" w14:textId="77777777">
        <w:trPr>
          <w:cantSplit/>
          <w:jc w:val="center"/>
        </w:trPr>
        <w:tc>
          <w:tcPr>
            <w:tcW w:w="1944" w:type="dxa"/>
          </w:tcPr>
          <w:p w14:paraId="50000026" w14:textId="77777777" w:rsidR="004D342C" w:rsidRDefault="00000000">
            <w:pPr>
              <w:keepNext/>
              <w:spacing w:before="20" w:after="20"/>
              <w:ind w:firstLine="0"/>
            </w:pPr>
            <w:r>
              <w:rPr>
                <w:sz w:val="16"/>
              </w:rPr>
              <w:t>id_moreno</w:t>
            </w:r>
          </w:p>
        </w:tc>
        <w:tc>
          <w:tcPr>
            <w:tcW w:w="2880" w:type="dxa"/>
          </w:tcPr>
          <w:p w14:paraId="50000027" w14:textId="77777777" w:rsidR="004D342C" w:rsidRDefault="00000000">
            <w:pPr>
              <w:keepNext/>
              <w:spacing w:before="20" w:after="20"/>
              <w:ind w:firstLine="0"/>
            </w:pPr>
            <w:r>
              <w:rPr>
                <w:sz w:val="16"/>
              </w:rPr>
              <w:t>Moreno identity item as used in euidentity</w:t>
            </w:r>
          </w:p>
        </w:tc>
        <w:tc>
          <w:tcPr>
            <w:tcW w:w="3456" w:type="dxa"/>
          </w:tcPr>
          <w:p w14:paraId="50000028" w14:textId="77777777" w:rsidR="004D342C" w:rsidRDefault="00000000">
            <w:pPr>
              <w:keepNext/>
              <w:spacing w:before="20" w:after="20"/>
              <w:ind w:firstLine="0"/>
            </w:pPr>
            <w:r>
              <w:rPr>
                <w:sz w:val="16"/>
              </w:rPr>
              <w:t>0 none (spontaneous) / 1 (NATIONALITY) only / 2 (NATIONALITY) and European / 3 European and (NATIONALITY) / 4 European only; refusal, DK missing</w:t>
            </w:r>
          </w:p>
        </w:tc>
        <w:tc>
          <w:tcPr>
            <w:tcW w:w="648" w:type="dxa"/>
          </w:tcPr>
          <w:p w14:paraId="50000029" w14:textId="77777777" w:rsidR="004D342C" w:rsidRDefault="00000000">
            <w:pPr>
              <w:keepNext/>
              <w:spacing w:before="20" w:after="20"/>
              <w:ind w:firstLine="0"/>
              <w:jc w:val="right"/>
            </w:pPr>
            <w:r>
              <w:rPr>
                <w:sz w:val="16"/>
              </w:rPr>
              <w:t>0</w:t>
            </w:r>
          </w:p>
        </w:tc>
      </w:tr>
      <w:tr w:rsidR="004D342C" w14:paraId="70000007" w14:textId="77777777">
        <w:trPr>
          <w:cantSplit/>
          <w:jc w:val="center"/>
        </w:trPr>
        <w:tc>
          <w:tcPr>
            <w:tcW w:w="1944" w:type="dxa"/>
          </w:tcPr>
          <w:p w14:paraId="70000008" w14:textId="77777777" w:rsidR="004D342C" w:rsidRDefault="00000000">
            <w:pPr>
              <w:keepNext/>
              <w:spacing w:before="20" w:after="20"/>
              <w:ind w:firstLine="0"/>
            </w:pPr>
            <w:r>
              <w:rPr>
                <w:sz w:val="16"/>
              </w:rPr>
              <w:t>id_natbelong</w:t>
            </w:r>
          </w:p>
        </w:tc>
        <w:tc>
          <w:tcPr>
            <w:tcW w:w="2880" w:type="dxa"/>
          </w:tcPr>
          <w:p w14:paraId="70000009" w14:textId="77777777" w:rsidR="004D342C" w:rsidRDefault="00000000">
            <w:pPr>
              <w:keepNext/>
              <w:spacing w:before="20" w:after="20"/>
              <w:ind w:firstLine="0"/>
            </w:pPr>
            <w:r>
              <w:rPr>
                <w:sz w:val="16"/>
              </w:rPr>
              <w:t>Sense of belonging - (NATIONALITY) (2008-2009) as used in natidentity</w:t>
            </w:r>
          </w:p>
        </w:tc>
        <w:tc>
          <w:tcPr>
            <w:tcW w:w="3456" w:type="dxa"/>
          </w:tcPr>
          <w:p w14:paraId="7000000A" w14:textId="77777777" w:rsidR="004D342C" w:rsidRDefault="00000000">
            <w:pPr>
              <w:keepNext/>
              <w:spacing w:before="20" w:after="20"/>
              <w:ind w:firstLine="0"/>
            </w:pPr>
            <w:r>
              <w:rPr>
                <w:sz w:val="16"/>
              </w:rPr>
              <w:t>1 not at all / 2 not really / 3 somewhat / 4 to a great extent; DK missing</w:t>
            </w:r>
          </w:p>
        </w:tc>
        <w:tc>
          <w:tcPr>
            <w:tcW w:w="648" w:type="dxa"/>
          </w:tcPr>
          <w:p w14:paraId="7000000B" w14:textId="77777777" w:rsidR="004D342C" w:rsidRDefault="00000000">
            <w:pPr>
              <w:keepNext/>
              <w:spacing w:before="20" w:after="20"/>
              <w:ind w:firstLine="0"/>
              <w:jc w:val="right"/>
            </w:pPr>
            <w:r>
              <w:rPr>
                <w:sz w:val="16"/>
              </w:rPr>
              <w:t>0</w:t>
            </w:r>
          </w:p>
        </w:tc>
      </w:tr>
      <w:tr w:rsidR="004D342C" w14:paraId="5000002A" w14:textId="77777777">
        <w:trPr>
          <w:cantSplit/>
          <w:jc w:val="center"/>
        </w:trPr>
        <w:tc>
          <w:tcPr>
            <w:tcW w:w="1944" w:type="dxa"/>
          </w:tcPr>
          <w:p w14:paraId="5000002B" w14:textId="77777777" w:rsidR="004D342C" w:rsidRDefault="00000000">
            <w:pPr>
              <w:keepNext/>
              <w:spacing w:before="20" w:after="20"/>
              <w:ind w:firstLine="0"/>
            </w:pPr>
            <w:r>
              <w:rPr>
                <w:sz w:val="16"/>
              </w:rPr>
              <w:t>id_natn</w:t>
            </w:r>
          </w:p>
        </w:tc>
        <w:tc>
          <w:tcPr>
            <w:tcW w:w="2880" w:type="dxa"/>
          </w:tcPr>
          <w:p w14:paraId="5000002C" w14:textId="77777777" w:rsidR="004D342C" w:rsidRDefault="00000000">
            <w:pPr>
              <w:keepNext/>
              <w:spacing w:before="20" w:after="20"/>
              <w:ind w:firstLine="0"/>
            </w:pPr>
            <w:r>
              <w:rPr>
                <w:sz w:val="16"/>
              </w:rPr>
              <w:t>Number of national-identity items the respondent answered</w:t>
            </w:r>
          </w:p>
        </w:tc>
        <w:tc>
          <w:tcPr>
            <w:tcW w:w="3456" w:type="dxa"/>
          </w:tcPr>
          <w:p w14:paraId="5000002D" w14:textId="77777777" w:rsidR="004D342C" w:rsidRDefault="00000000">
            <w:pPr>
              <w:keepNext/>
              <w:spacing w:before="20" w:after="20"/>
              <w:ind w:firstLine="0"/>
            </w:pPr>
            <w:r>
              <w:rPr>
                <w:sz w:val="16"/>
              </w:rPr>
              <w:t>0-3</w:t>
            </w:r>
          </w:p>
        </w:tc>
        <w:tc>
          <w:tcPr>
            <w:tcW w:w="648" w:type="dxa"/>
          </w:tcPr>
          <w:p w14:paraId="5000002E" w14:textId="77777777" w:rsidR="004D342C" w:rsidRDefault="00000000">
            <w:pPr>
              <w:keepNext/>
              <w:spacing w:before="20" w:after="20"/>
              <w:ind w:firstLine="0"/>
              <w:jc w:val="right"/>
            </w:pPr>
            <w:r>
              <w:rPr>
                <w:sz w:val="16"/>
              </w:rPr>
              <w:t>0</w:t>
            </w:r>
          </w:p>
        </w:tc>
      </w:tr>
      <w:tr w:rsidR="004D342C" w14:paraId="5000002F" w14:textId="77777777">
        <w:trPr>
          <w:cantSplit/>
          <w:jc w:val="center"/>
        </w:trPr>
        <w:tc>
          <w:tcPr>
            <w:tcW w:w="1944" w:type="dxa"/>
          </w:tcPr>
          <w:p w14:paraId="50000030" w14:textId="77777777" w:rsidR="004D342C" w:rsidRDefault="00000000">
            <w:pPr>
              <w:keepNext/>
              <w:spacing w:before="20" w:after="20"/>
              <w:ind w:firstLine="0"/>
            </w:pPr>
            <w:r>
              <w:rPr>
                <w:sz w:val="16"/>
              </w:rPr>
              <w:t>id_natraw</w:t>
            </w:r>
          </w:p>
        </w:tc>
        <w:tc>
          <w:tcPr>
            <w:tcW w:w="2880" w:type="dxa"/>
          </w:tcPr>
          <w:p w14:paraId="50000031" w14:textId="77777777" w:rsidR="004D342C" w:rsidRDefault="00000000">
            <w:pPr>
              <w:keepNext/>
              <w:spacing w:before="20" w:after="20"/>
              <w:ind w:firstLine="0"/>
            </w:pPr>
            <w:r>
              <w:rPr>
                <w:sz w:val="16"/>
              </w:rPr>
              <w:t>Loading-weighted mean of the normal-scored national-identity items, before standardization</w:t>
            </w:r>
          </w:p>
        </w:tc>
        <w:tc>
          <w:tcPr>
            <w:tcW w:w="3456" w:type="dxa"/>
          </w:tcPr>
          <w:p w14:paraId="50000032" w14:textId="77777777" w:rsidR="004D342C" w:rsidRDefault="00000000">
            <w:pPr>
              <w:keepNext/>
              <w:spacing w:before="20" w:after="20"/>
              <w:ind w:firstLine="0"/>
            </w:pPr>
            <w:r>
              <w:rPr>
                <w:sz w:val="16"/>
              </w:rPr>
              <w:t>continuous</w:t>
            </w:r>
          </w:p>
        </w:tc>
        <w:tc>
          <w:tcPr>
            <w:tcW w:w="648" w:type="dxa"/>
          </w:tcPr>
          <w:p w14:paraId="50000033" w14:textId="77777777" w:rsidR="004D342C" w:rsidRDefault="00000000">
            <w:pPr>
              <w:keepNext/>
              <w:spacing w:before="20" w:after="20"/>
              <w:ind w:firstLine="0"/>
              <w:jc w:val="right"/>
            </w:pPr>
            <w:r>
              <w:rPr>
                <w:sz w:val="16"/>
              </w:rPr>
              <w:t>0</w:t>
            </w:r>
          </w:p>
        </w:tc>
      </w:tr>
      <w:tr w:rsidR="004D342C" w14:paraId="50000034" w14:textId="77777777">
        <w:trPr>
          <w:cantSplit/>
          <w:jc w:val="center"/>
        </w:trPr>
        <w:tc>
          <w:tcPr>
            <w:tcW w:w="1944" w:type="dxa"/>
          </w:tcPr>
          <w:p w14:paraId="50000035" w14:textId="77777777" w:rsidR="004D342C" w:rsidRDefault="00000000">
            <w:pPr>
              <w:keepNext/>
              <w:spacing w:before="20" w:after="20"/>
              <w:ind w:firstLine="0"/>
            </w:pPr>
            <w:r>
              <w:rPr>
                <w:sz w:val="16"/>
              </w:rPr>
              <w:t>id_pridenat</w:t>
            </w:r>
          </w:p>
        </w:tc>
        <w:tc>
          <w:tcPr>
            <w:tcW w:w="2880" w:type="dxa"/>
          </w:tcPr>
          <w:p w14:paraId="50000036" w14:textId="77777777" w:rsidR="004D342C" w:rsidRDefault="00000000">
            <w:pPr>
              <w:keepNext/>
              <w:spacing w:before="20" w:after="20"/>
              <w:ind w:firstLine="0"/>
            </w:pPr>
            <w:r>
              <w:rPr>
                <w:sz w:val="16"/>
              </w:rPr>
              <w:t>Proud of nationality as used in natidentity</w:t>
            </w:r>
          </w:p>
        </w:tc>
        <w:tc>
          <w:tcPr>
            <w:tcW w:w="3456" w:type="dxa"/>
          </w:tcPr>
          <w:p w14:paraId="50000037" w14:textId="77777777" w:rsidR="004D342C" w:rsidRDefault="00000000">
            <w:pPr>
              <w:keepNext/>
              <w:spacing w:before="20" w:after="20"/>
              <w:ind w:firstLine="0"/>
            </w:pPr>
            <w:r>
              <w:rPr>
                <w:sz w:val="16"/>
              </w:rPr>
              <w:t>1 not at all ... 4 very; DK missing</w:t>
            </w:r>
          </w:p>
        </w:tc>
        <w:tc>
          <w:tcPr>
            <w:tcW w:w="648" w:type="dxa"/>
          </w:tcPr>
          <w:p w14:paraId="50000038" w14:textId="77777777" w:rsidR="004D342C" w:rsidRDefault="00000000">
            <w:pPr>
              <w:keepNext/>
              <w:spacing w:before="20" w:after="20"/>
              <w:ind w:firstLine="0"/>
              <w:jc w:val="right"/>
            </w:pPr>
            <w:r>
              <w:rPr>
                <w:sz w:val="16"/>
              </w:rPr>
              <w:t>0</w:t>
            </w:r>
          </w:p>
        </w:tc>
      </w:tr>
      <w:tr w:rsidR="004D342C" w14:paraId="50000039" w14:textId="77777777">
        <w:trPr>
          <w:cantSplit/>
          <w:jc w:val="center"/>
        </w:trPr>
        <w:tc>
          <w:tcPr>
            <w:tcW w:w="1944" w:type="dxa"/>
          </w:tcPr>
          <w:p w14:paraId="5000003A" w14:textId="77777777" w:rsidR="004D342C" w:rsidRDefault="00000000">
            <w:pPr>
              <w:keepNext/>
              <w:spacing w:before="20" w:after="20"/>
              <w:ind w:firstLine="0"/>
            </w:pPr>
            <w:r>
              <w:rPr>
                <w:sz w:val="16"/>
              </w:rPr>
              <w:t>id_prideu</w:t>
            </w:r>
          </w:p>
        </w:tc>
        <w:tc>
          <w:tcPr>
            <w:tcW w:w="2880" w:type="dxa"/>
          </w:tcPr>
          <w:p w14:paraId="5000003B" w14:textId="77777777" w:rsidR="004D342C" w:rsidRDefault="00000000">
            <w:pPr>
              <w:keepNext/>
              <w:spacing w:before="20" w:after="20"/>
              <w:ind w:firstLine="0"/>
            </w:pPr>
            <w:r>
              <w:rPr>
                <w:sz w:val="16"/>
              </w:rPr>
              <w:t>Proud to be European as used in euidentity</w:t>
            </w:r>
          </w:p>
        </w:tc>
        <w:tc>
          <w:tcPr>
            <w:tcW w:w="3456" w:type="dxa"/>
          </w:tcPr>
          <w:p w14:paraId="5000003C" w14:textId="77777777" w:rsidR="004D342C" w:rsidRDefault="00000000">
            <w:pPr>
              <w:keepNext/>
              <w:spacing w:before="20" w:after="20"/>
              <w:ind w:firstLine="0"/>
            </w:pPr>
            <w:r>
              <w:rPr>
                <w:sz w:val="16"/>
              </w:rPr>
              <w:t>1 does not feel European / 2 not at all proud / 3 not very / 4 fairly / 5 very proud; DK missing</w:t>
            </w:r>
          </w:p>
        </w:tc>
        <w:tc>
          <w:tcPr>
            <w:tcW w:w="648" w:type="dxa"/>
          </w:tcPr>
          <w:p w14:paraId="5000003D" w14:textId="77777777" w:rsidR="004D342C" w:rsidRDefault="00000000">
            <w:pPr>
              <w:keepNext/>
              <w:spacing w:before="20" w:after="20"/>
              <w:ind w:firstLine="0"/>
              <w:jc w:val="right"/>
            </w:pPr>
            <w:r>
              <w:rPr>
                <w:sz w:val="16"/>
              </w:rPr>
              <w:t>0</w:t>
            </w:r>
          </w:p>
        </w:tc>
      </w:tr>
      <w:tr w:rsidR="004D342C" w14:paraId="5000003E" w14:textId="77777777">
        <w:trPr>
          <w:cantSplit/>
          <w:jc w:val="center"/>
        </w:trPr>
        <w:tc>
          <w:tcPr>
            <w:tcW w:w="1944" w:type="dxa"/>
          </w:tcPr>
          <w:p w14:paraId="5000003F" w14:textId="77777777" w:rsidR="004D342C" w:rsidRDefault="00000000">
            <w:pPr>
              <w:keepNext/>
              <w:spacing w:before="20" w:after="20"/>
              <w:ind w:firstLine="0"/>
            </w:pPr>
            <w:r>
              <w:rPr>
                <w:sz w:val="16"/>
              </w:rPr>
              <w:t>idtype</w:t>
            </w:r>
          </w:p>
        </w:tc>
        <w:tc>
          <w:tcPr>
            <w:tcW w:w="2880" w:type="dxa"/>
          </w:tcPr>
          <w:p w14:paraId="50000040" w14:textId="77777777" w:rsidR="004D342C" w:rsidRDefault="00000000">
            <w:pPr>
              <w:keepNext/>
              <w:spacing w:before="20" w:after="20"/>
              <w:ind w:firstLine="0"/>
            </w:pPr>
            <w:r>
              <w:rPr>
                <w:sz w:val="16"/>
              </w:rPr>
              <w:t>Identity type by the sign of the two identity scores</w:t>
            </w:r>
          </w:p>
        </w:tc>
        <w:tc>
          <w:tcPr>
            <w:tcW w:w="3456" w:type="dxa"/>
          </w:tcPr>
          <w:p w14:paraId="50000041" w14:textId="77777777" w:rsidR="004D342C" w:rsidRDefault="00000000">
            <w:pPr>
              <w:keepNext/>
              <w:spacing w:before="20" w:after="20"/>
              <w:ind w:firstLine="0"/>
            </w:pPr>
            <w:r>
              <w:rPr>
                <w:sz w:val="16"/>
              </w:rPr>
              <w:t>1 Exclusive national (natidentity &gt; 0 and euidentity &lt;= 0) / 2 Neither (both &lt;= 0) / 3 European-leaning (euidentity &gt; 0 and natidentity &lt;= 0) / 4 Dual</w:t>
            </w:r>
          </w:p>
        </w:tc>
        <w:tc>
          <w:tcPr>
            <w:tcW w:w="648" w:type="dxa"/>
          </w:tcPr>
          <w:p w14:paraId="50000042" w14:textId="77777777" w:rsidR="004D342C" w:rsidRDefault="00000000">
            <w:pPr>
              <w:keepNext/>
              <w:spacing w:before="20" w:after="20"/>
              <w:ind w:firstLine="0"/>
              <w:jc w:val="right"/>
            </w:pPr>
            <w:r>
              <w:rPr>
                <w:sz w:val="16"/>
              </w:rPr>
              <w:t>0</w:t>
            </w:r>
          </w:p>
        </w:tc>
      </w:tr>
      <w:tr w:rsidR="004D342C" w14:paraId="50000043" w14:textId="77777777">
        <w:trPr>
          <w:cantSplit/>
          <w:jc w:val="center"/>
        </w:trPr>
        <w:tc>
          <w:tcPr>
            <w:tcW w:w="1944" w:type="dxa"/>
          </w:tcPr>
          <w:p w14:paraId="50000044" w14:textId="77777777" w:rsidR="004D342C" w:rsidRDefault="00000000">
            <w:pPr>
              <w:keepNext/>
              <w:spacing w:before="20" w:after="20"/>
              <w:ind w:firstLine="0"/>
            </w:pPr>
            <w:r>
              <w:rPr>
                <w:sz w:val="16"/>
              </w:rPr>
              <w:t>natidentity</w:t>
            </w:r>
          </w:p>
        </w:tc>
        <w:tc>
          <w:tcPr>
            <w:tcW w:w="2880" w:type="dxa"/>
          </w:tcPr>
          <w:p w14:paraId="50000045" w14:textId="77777777" w:rsidR="004D342C" w:rsidRDefault="00000000">
            <w:pPr>
              <w:keepNext/>
              <w:spacing w:before="20" w:after="20"/>
              <w:ind w:firstLine="0"/>
            </w:pPr>
            <w:r>
              <w:rPr>
                <w:sz w:val="16"/>
              </w:rPr>
              <w:t>National identity score (frozen 3-item composite, standardized)</w:t>
            </w:r>
          </w:p>
        </w:tc>
        <w:tc>
          <w:tcPr>
            <w:tcW w:w="3456" w:type="dxa"/>
          </w:tcPr>
          <w:p w14:paraId="50000046" w14:textId="77777777" w:rsidR="004D342C" w:rsidRDefault="00000000">
            <w:pPr>
              <w:keepNext/>
              <w:spacing w:before="20" w:after="20"/>
              <w:ind w:firstLine="0"/>
            </w:pPr>
            <w:r>
              <w:rPr>
                <w:sz w:val="16"/>
              </w:rPr>
              <w:t>continuous, mean 0 / SD 1; higher = stronger national identity</w:t>
            </w:r>
          </w:p>
        </w:tc>
        <w:tc>
          <w:tcPr>
            <w:tcW w:w="648" w:type="dxa"/>
          </w:tcPr>
          <w:p w14:paraId="50000047" w14:textId="77777777" w:rsidR="004D342C" w:rsidRDefault="00000000">
            <w:pPr>
              <w:keepNext/>
              <w:spacing w:before="20" w:after="20"/>
              <w:ind w:firstLine="0"/>
              <w:jc w:val="right"/>
            </w:pPr>
            <w:r>
              <w:rPr>
                <w:sz w:val="16"/>
              </w:rPr>
              <w:t>0</w:t>
            </w:r>
          </w:p>
        </w:tc>
      </w:tr>
      <w:tr w:rsidR="004D342C" w14:paraId="50000048" w14:textId="77777777">
        <w:trPr>
          <w:cantSplit/>
          <w:jc w:val="center"/>
        </w:trPr>
        <w:tc>
          <w:tcPr>
            <w:tcW w:w="1944" w:type="dxa"/>
          </w:tcPr>
          <w:p w14:paraId="50000049" w14:textId="77777777" w:rsidR="004D342C" w:rsidRDefault="00000000">
            <w:pPr>
              <w:keepNext/>
              <w:spacing w:before="20" w:after="20"/>
              <w:ind w:firstLine="0"/>
            </w:pPr>
            <w:r>
              <w:rPr>
                <w:sz w:val="16"/>
              </w:rPr>
              <w:t>relidentity</w:t>
            </w:r>
          </w:p>
        </w:tc>
        <w:tc>
          <w:tcPr>
            <w:tcW w:w="2880" w:type="dxa"/>
          </w:tcPr>
          <w:p w14:paraId="5000004A" w14:textId="77777777" w:rsidR="004D342C" w:rsidRDefault="00000000">
            <w:pPr>
              <w:keepNext/>
              <w:spacing w:before="20" w:after="20"/>
              <w:ind w:firstLine="0"/>
            </w:pPr>
            <w:r>
              <w:rPr>
                <w:sz w:val="16"/>
              </w:rPr>
              <w:t>Relative identity: euidentity minus natidentity</w:t>
            </w:r>
          </w:p>
        </w:tc>
        <w:tc>
          <w:tcPr>
            <w:tcW w:w="3456" w:type="dxa"/>
          </w:tcPr>
          <w:p w14:paraId="5000004B" w14:textId="77777777" w:rsidR="004D342C" w:rsidRDefault="00000000">
            <w:pPr>
              <w:keepNext/>
              <w:spacing w:before="20" w:after="20"/>
              <w:ind w:firstLine="0"/>
            </w:pPr>
            <w:r>
              <w:rPr>
                <w:sz w:val="16"/>
              </w:rPr>
              <w:t>continuous; higher = more European than national, negative = national identity held without or above European identity; not re-standardized</w:t>
            </w:r>
          </w:p>
        </w:tc>
        <w:tc>
          <w:tcPr>
            <w:tcW w:w="648" w:type="dxa"/>
          </w:tcPr>
          <w:p w14:paraId="5000004C" w14:textId="77777777" w:rsidR="004D342C" w:rsidRDefault="00000000">
            <w:pPr>
              <w:keepNext/>
              <w:spacing w:before="20" w:after="20"/>
              <w:ind w:firstLine="0"/>
              <w:jc w:val="right"/>
            </w:pPr>
            <w:r>
              <w:rPr>
                <w:sz w:val="16"/>
              </w:rPr>
              <w:t>0</w:t>
            </w:r>
          </w:p>
        </w:tc>
      </w:tr>
    </w:tbl>
    <w:p w14:paraId="35586C27" w14:textId="77777777" w:rsidR="004D342C" w:rsidRDefault="00000000">
      <w:pPr>
        <w:pStyle w:val="Heading3"/>
      </w:pPr>
      <w:r>
        <w:rPr>
          <w:rFonts w:ascii="Times New Roman" w:hAnsi="Times New Roman" w:cs="Times New Roman"/>
        </w:rPr>
        <w:t>6.4.5  Elections/Values  (51 variables)</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1944"/>
        <w:gridCol w:w="2880"/>
        <w:gridCol w:w="3456"/>
        <w:gridCol w:w="648"/>
      </w:tblGrid>
      <w:tr w:rsidR="004D342C" w14:paraId="1C8BFF2D" w14:textId="77777777">
        <w:trPr>
          <w:cantSplit/>
          <w:tblHeader/>
          <w:jc w:val="center"/>
        </w:trPr>
        <w:tc>
          <w:tcPr>
            <w:tcW w:w="1944" w:type="dxa"/>
            <w:tcBorders>
              <w:bottom w:val="single" w:sz="6" w:space="0" w:color="1F4E79"/>
            </w:tcBorders>
            <w:shd w:val="clear" w:color="auto" w:fill="E7EDF3"/>
          </w:tcPr>
          <w:p w14:paraId="1C39F175" w14:textId="77777777" w:rsidR="004D342C" w:rsidRDefault="00000000">
            <w:pPr>
              <w:spacing w:before="40" w:after="40"/>
              <w:ind w:firstLine="0"/>
            </w:pPr>
            <w:r>
              <w:rPr>
                <w:b/>
                <w:color w:val="1F4E79"/>
                <w:sz w:val="18"/>
              </w:rPr>
              <w:t>Variable</w:t>
            </w:r>
          </w:p>
        </w:tc>
        <w:tc>
          <w:tcPr>
            <w:tcW w:w="2880" w:type="dxa"/>
            <w:tcBorders>
              <w:bottom w:val="single" w:sz="6" w:space="0" w:color="1F4E79"/>
            </w:tcBorders>
            <w:shd w:val="clear" w:color="auto" w:fill="E7EDF3"/>
          </w:tcPr>
          <w:p w14:paraId="75F0CE72" w14:textId="77777777" w:rsidR="004D342C" w:rsidRDefault="00000000">
            <w:pPr>
              <w:spacing w:before="40" w:after="40"/>
              <w:ind w:firstLine="0"/>
            </w:pPr>
            <w:r>
              <w:rPr>
                <w:b/>
                <w:color w:val="1F4E79"/>
                <w:sz w:val="18"/>
              </w:rPr>
              <w:t>Label</w:t>
            </w:r>
          </w:p>
        </w:tc>
        <w:tc>
          <w:tcPr>
            <w:tcW w:w="3456" w:type="dxa"/>
            <w:tcBorders>
              <w:bottom w:val="single" w:sz="6" w:space="0" w:color="1F4E79"/>
            </w:tcBorders>
            <w:shd w:val="clear" w:color="auto" w:fill="E7EDF3"/>
          </w:tcPr>
          <w:p w14:paraId="322CED6A" w14:textId="77777777" w:rsidR="004D342C" w:rsidRDefault="00000000">
            <w:pPr>
              <w:spacing w:before="40" w:after="40"/>
              <w:ind w:firstLine="0"/>
            </w:pPr>
            <w:r>
              <w:rPr>
                <w:b/>
                <w:color w:val="1F4E79"/>
                <w:sz w:val="18"/>
              </w:rPr>
              <w:t>Coding</w:t>
            </w:r>
          </w:p>
        </w:tc>
        <w:tc>
          <w:tcPr>
            <w:tcW w:w="648" w:type="dxa"/>
            <w:tcBorders>
              <w:bottom w:val="single" w:sz="6" w:space="0" w:color="1F4E79"/>
            </w:tcBorders>
            <w:shd w:val="clear" w:color="auto" w:fill="E7EDF3"/>
          </w:tcPr>
          <w:p w14:paraId="009CDB0C" w14:textId="77777777" w:rsidR="004D342C" w:rsidRDefault="00000000">
            <w:pPr>
              <w:spacing w:before="40" w:after="40"/>
              <w:ind w:firstLine="0"/>
              <w:jc w:val="right"/>
            </w:pPr>
            <w:r>
              <w:rPr>
                <w:b/>
                <w:color w:val="1F4E79"/>
                <w:sz w:val="18"/>
              </w:rPr>
              <w:t>Waves</w:t>
            </w:r>
          </w:p>
        </w:tc>
      </w:tr>
      <w:tr w:rsidR="004D342C" w14:paraId="79011BDA" w14:textId="77777777">
        <w:trPr>
          <w:cantSplit/>
          <w:jc w:val="center"/>
        </w:trPr>
        <w:tc>
          <w:tcPr>
            <w:tcW w:w="1944" w:type="dxa"/>
          </w:tcPr>
          <w:p w14:paraId="41C93472" w14:textId="77777777" w:rsidR="004D342C" w:rsidRDefault="00000000">
            <w:pPr>
              <w:spacing w:before="20" w:after="20"/>
              <w:ind w:firstLine="0"/>
            </w:pPr>
            <w:r>
              <w:rPr>
                <w:sz w:val="16"/>
              </w:rPr>
              <w:t>demoideology</w:t>
            </w:r>
          </w:p>
        </w:tc>
        <w:tc>
          <w:tcPr>
            <w:tcW w:w="2880" w:type="dxa"/>
          </w:tcPr>
          <w:p w14:paraId="5EEDC940" w14:textId="77777777" w:rsidR="004D342C" w:rsidRDefault="00000000">
            <w:pPr>
              <w:spacing w:before="20" w:after="20"/>
              <w:ind w:firstLine="0"/>
            </w:pPr>
            <w:r>
              <w:rPr>
                <w:sz w:val="16"/>
              </w:rPr>
              <w:t>LEFT-RIGHT PLACEMENT</w:t>
            </w:r>
          </w:p>
        </w:tc>
        <w:tc>
          <w:tcPr>
            <w:tcW w:w="3456" w:type="dxa"/>
          </w:tcPr>
          <w:p w14:paraId="634E7783" w14:textId="77777777" w:rsidR="004D342C" w:rsidRDefault="00000000">
            <w:pPr>
              <w:spacing w:before="20" w:after="20"/>
              <w:ind w:firstLine="0"/>
            </w:pPr>
            <w:r>
              <w:rPr>
                <w:sz w:val="16"/>
              </w:rPr>
              <w:t>1 left / 10 right / 11 refusal / 12 dont know</w:t>
            </w:r>
          </w:p>
        </w:tc>
        <w:tc>
          <w:tcPr>
            <w:tcW w:w="648" w:type="dxa"/>
          </w:tcPr>
          <w:p w14:paraId="544BBF92" w14:textId="77777777" w:rsidR="004D342C" w:rsidRDefault="00000000">
            <w:pPr>
              <w:spacing w:before="20" w:after="20"/>
              <w:ind w:firstLine="0"/>
              <w:jc w:val="right"/>
            </w:pPr>
            <w:r>
              <w:rPr>
                <w:sz w:val="16"/>
              </w:rPr>
              <w:t>104</w:t>
            </w:r>
          </w:p>
        </w:tc>
      </w:tr>
      <w:tr w:rsidR="004D342C" w14:paraId="05C71C0A" w14:textId="77777777">
        <w:trPr>
          <w:cantSplit/>
          <w:jc w:val="center"/>
        </w:trPr>
        <w:tc>
          <w:tcPr>
            <w:tcW w:w="1944" w:type="dxa"/>
          </w:tcPr>
          <w:p w14:paraId="3A9675E7" w14:textId="77777777" w:rsidR="004D342C" w:rsidRDefault="00000000">
            <w:pPr>
              <w:spacing w:before="20" w:after="20"/>
              <w:ind w:firstLine="0"/>
            </w:pPr>
            <w:r>
              <w:rPr>
                <w:sz w:val="16"/>
              </w:rPr>
              <w:t>voteintentionNAT2</w:t>
            </w:r>
            <w:r>
              <w:rPr>
                <w:sz w:val="16"/>
              </w:rPr>
              <w:br/>
              <w:t>(demovoteintention100)</w:t>
            </w:r>
          </w:p>
        </w:tc>
        <w:tc>
          <w:tcPr>
            <w:tcW w:w="2880" w:type="dxa"/>
          </w:tcPr>
          <w:p w14:paraId="3935F490" w14:textId="77777777" w:rsidR="004D342C" w:rsidRDefault="00000000">
            <w:pPr>
              <w:spacing w:before="20" w:after="20"/>
              <w:ind w:firstLine="0"/>
            </w:pPr>
            <w:r>
              <w:rPr>
                <w:sz w:val="16"/>
              </w:rPr>
              <w:t>D4 VOTE INTENTION</w:t>
            </w:r>
          </w:p>
        </w:tc>
        <w:tc>
          <w:tcPr>
            <w:tcW w:w="3456" w:type="dxa"/>
          </w:tcPr>
          <w:p w14:paraId="65F40363" w14:textId="77777777" w:rsidR="004D342C" w:rsidRDefault="00000000">
            <w:pPr>
              <w:spacing w:before="20" w:after="20"/>
              <w:ind w:firstLine="0"/>
            </w:pPr>
            <w:r>
              <w:rPr>
                <w:sz w:val="16"/>
              </w:rPr>
              <w:t>country-specific party codes (see wave codebook), plus 90 other party / 95 blank or spoilt / 96 would not vote / 97 no answer / 98 DK</w:t>
            </w:r>
          </w:p>
        </w:tc>
        <w:tc>
          <w:tcPr>
            <w:tcW w:w="648" w:type="dxa"/>
          </w:tcPr>
          <w:p w14:paraId="5D32ED51" w14:textId="77777777" w:rsidR="004D342C" w:rsidRDefault="00000000">
            <w:pPr>
              <w:spacing w:before="20" w:after="20"/>
              <w:ind w:firstLine="0"/>
              <w:jc w:val="right"/>
            </w:pPr>
            <w:r>
              <w:rPr>
                <w:sz w:val="16"/>
              </w:rPr>
              <w:t>49</w:t>
            </w:r>
          </w:p>
        </w:tc>
      </w:tr>
      <w:tr w:rsidR="004D342C" w14:paraId="180281A1" w14:textId="77777777">
        <w:trPr>
          <w:cantSplit/>
          <w:jc w:val="center"/>
        </w:trPr>
        <w:tc>
          <w:tcPr>
            <w:tcW w:w="1944" w:type="dxa"/>
          </w:tcPr>
          <w:p w14:paraId="428B566B" w14:textId="77777777" w:rsidR="004D342C" w:rsidRDefault="00000000">
            <w:pPr>
              <w:spacing w:before="20" w:after="20"/>
              <w:ind w:firstLine="0"/>
            </w:pPr>
            <w:r>
              <w:rPr>
                <w:sz w:val="16"/>
              </w:rPr>
              <w:t>values</w:t>
            </w:r>
            <w:r>
              <w:rPr>
                <w:sz w:val="16"/>
              </w:rPr>
              <w:br/>
              <w:t>(demovalues)</w:t>
            </w:r>
          </w:p>
        </w:tc>
        <w:tc>
          <w:tcPr>
            <w:tcW w:w="2880" w:type="dxa"/>
          </w:tcPr>
          <w:p w14:paraId="767F15D8" w14:textId="77777777" w:rsidR="004D342C" w:rsidRDefault="00000000">
            <w:pPr>
              <w:spacing w:before="20" w:after="20"/>
              <w:ind w:firstLine="0"/>
            </w:pPr>
            <w:r>
              <w:rPr>
                <w:sz w:val="16"/>
              </w:rPr>
              <w:t>QD6A VALUE PRIORITIES - POL GOALS 1ST</w:t>
            </w:r>
          </w:p>
        </w:tc>
        <w:tc>
          <w:tcPr>
            <w:tcW w:w="3456" w:type="dxa"/>
          </w:tcPr>
          <w:p w14:paraId="0475EA8C" w14:textId="77777777" w:rsidR="004D342C" w:rsidRDefault="00000000">
            <w:pPr>
              <w:spacing w:before="20" w:after="20"/>
              <w:ind w:firstLine="0"/>
            </w:pPr>
            <w:r>
              <w:rPr>
                <w:sz w:val="16"/>
              </w:rPr>
              <w:t xml:space="preserve">1 Maintaining order in the country / 2 Giving the people more say in important government decisions / 3 Fighting rising prices / 4 Protecting freedom </w:t>
            </w:r>
          </w:p>
        </w:tc>
        <w:tc>
          <w:tcPr>
            <w:tcW w:w="648" w:type="dxa"/>
          </w:tcPr>
          <w:p w14:paraId="3AB39FB4" w14:textId="77777777" w:rsidR="004D342C" w:rsidRDefault="00000000">
            <w:pPr>
              <w:spacing w:before="20" w:after="20"/>
              <w:ind w:firstLine="0"/>
              <w:jc w:val="right"/>
            </w:pPr>
            <w:r>
              <w:rPr>
                <w:sz w:val="16"/>
              </w:rPr>
              <w:t>39</w:t>
            </w:r>
          </w:p>
        </w:tc>
      </w:tr>
      <w:tr w:rsidR="004D342C" w14:paraId="4F547E5B" w14:textId="77777777">
        <w:trPr>
          <w:cantSplit/>
          <w:jc w:val="center"/>
        </w:trPr>
        <w:tc>
          <w:tcPr>
            <w:tcW w:w="1944" w:type="dxa"/>
          </w:tcPr>
          <w:p w14:paraId="3333AAAC" w14:textId="77777777" w:rsidR="004D342C" w:rsidRDefault="00000000">
            <w:pPr>
              <w:spacing w:before="20" w:after="20"/>
              <w:ind w:firstLine="0"/>
            </w:pPr>
            <w:r>
              <w:rPr>
                <w:sz w:val="16"/>
              </w:rPr>
              <w:t>values2</w:t>
            </w:r>
            <w:r>
              <w:rPr>
                <w:sz w:val="16"/>
              </w:rPr>
              <w:br/>
              <w:t>(demovaluesb)</w:t>
            </w:r>
          </w:p>
        </w:tc>
        <w:tc>
          <w:tcPr>
            <w:tcW w:w="2880" w:type="dxa"/>
          </w:tcPr>
          <w:p w14:paraId="60275044" w14:textId="77777777" w:rsidR="004D342C" w:rsidRDefault="00000000">
            <w:pPr>
              <w:spacing w:before="20" w:after="20"/>
              <w:ind w:firstLine="0"/>
            </w:pPr>
            <w:r>
              <w:rPr>
                <w:sz w:val="16"/>
              </w:rPr>
              <w:t>QD6B VALUE PRIORITIES - POL GOALS 2ND</w:t>
            </w:r>
          </w:p>
        </w:tc>
        <w:tc>
          <w:tcPr>
            <w:tcW w:w="3456" w:type="dxa"/>
          </w:tcPr>
          <w:p w14:paraId="5F3F1AFD" w14:textId="77777777" w:rsidR="004D342C" w:rsidRDefault="00000000">
            <w:pPr>
              <w:spacing w:before="20" w:after="20"/>
              <w:ind w:firstLine="0"/>
            </w:pPr>
            <w:r>
              <w:rPr>
                <w:sz w:val="16"/>
              </w:rPr>
              <w:t xml:space="preserve">1 Maintaining order in the country / 2 Giving the people more say in important government decisions / 3 Fighting rising prices / 4 Protecting freedom </w:t>
            </w:r>
          </w:p>
        </w:tc>
        <w:tc>
          <w:tcPr>
            <w:tcW w:w="648" w:type="dxa"/>
          </w:tcPr>
          <w:p w14:paraId="12FB5765" w14:textId="77777777" w:rsidR="004D342C" w:rsidRDefault="00000000">
            <w:pPr>
              <w:spacing w:before="20" w:after="20"/>
              <w:ind w:firstLine="0"/>
              <w:jc w:val="right"/>
            </w:pPr>
            <w:r>
              <w:rPr>
                <w:sz w:val="16"/>
              </w:rPr>
              <w:t>39</w:t>
            </w:r>
          </w:p>
        </w:tc>
      </w:tr>
      <w:tr w:rsidR="004D342C" w14:paraId="5C72B73C" w14:textId="77777777">
        <w:trPr>
          <w:cantSplit/>
          <w:jc w:val="center"/>
        </w:trPr>
        <w:tc>
          <w:tcPr>
            <w:tcW w:w="1944" w:type="dxa"/>
          </w:tcPr>
          <w:p w14:paraId="77803987" w14:textId="77777777" w:rsidR="004D342C" w:rsidRDefault="00000000">
            <w:pPr>
              <w:spacing w:before="20" w:after="20"/>
              <w:ind w:firstLine="0"/>
            </w:pPr>
            <w:r>
              <w:rPr>
                <w:sz w:val="16"/>
              </w:rPr>
              <w:t>pvalDemocracy</w:t>
            </w:r>
          </w:p>
        </w:tc>
        <w:tc>
          <w:tcPr>
            <w:tcW w:w="2880" w:type="dxa"/>
          </w:tcPr>
          <w:p w14:paraId="0D2BF365" w14:textId="77777777" w:rsidR="004D342C" w:rsidRDefault="00000000">
            <w:pPr>
              <w:spacing w:before="20" w:after="20"/>
              <w:ind w:firstLine="0"/>
            </w:pPr>
            <w:r>
              <w:rPr>
                <w:sz w:val="16"/>
              </w:rPr>
              <w:t>Personal values: which values matter most to you personally (multiple response; 1 mentioned / 0 not)</w:t>
            </w:r>
          </w:p>
        </w:tc>
        <w:tc>
          <w:tcPr>
            <w:tcW w:w="3456" w:type="dxa"/>
          </w:tcPr>
          <w:p w14:paraId="6A252D33" w14:textId="77777777" w:rsidR="004D342C" w:rsidRDefault="00000000">
            <w:pPr>
              <w:spacing w:before="20" w:after="20"/>
              <w:ind w:firstLine="0"/>
            </w:pPr>
            <w:r>
              <w:rPr>
                <w:sz w:val="16"/>
              </w:rPr>
              <w:t>0 Not mentioned / 1 Democracy</w:t>
            </w:r>
          </w:p>
        </w:tc>
        <w:tc>
          <w:tcPr>
            <w:tcW w:w="648" w:type="dxa"/>
          </w:tcPr>
          <w:p w14:paraId="2F43F09E" w14:textId="77777777" w:rsidR="004D342C" w:rsidRDefault="00000000">
            <w:pPr>
              <w:spacing w:before="20" w:after="20"/>
              <w:ind w:firstLine="0"/>
              <w:jc w:val="right"/>
            </w:pPr>
            <w:r>
              <w:rPr>
                <w:sz w:val="16"/>
              </w:rPr>
              <w:t>24</w:t>
            </w:r>
          </w:p>
        </w:tc>
      </w:tr>
      <w:tr w:rsidR="004D342C" w14:paraId="3A96647A" w14:textId="77777777">
        <w:trPr>
          <w:cantSplit/>
          <w:jc w:val="center"/>
        </w:trPr>
        <w:tc>
          <w:tcPr>
            <w:tcW w:w="1944" w:type="dxa"/>
          </w:tcPr>
          <w:p w14:paraId="37EC70D5" w14:textId="77777777" w:rsidR="004D342C" w:rsidRDefault="00000000">
            <w:pPr>
              <w:spacing w:before="20" w:after="20"/>
              <w:ind w:firstLine="0"/>
            </w:pPr>
            <w:r>
              <w:rPr>
                <w:sz w:val="16"/>
              </w:rPr>
              <w:t>pvalEquality</w:t>
            </w:r>
          </w:p>
        </w:tc>
        <w:tc>
          <w:tcPr>
            <w:tcW w:w="2880" w:type="dxa"/>
          </w:tcPr>
          <w:p w14:paraId="04B174C6" w14:textId="77777777" w:rsidR="004D342C" w:rsidRDefault="00000000">
            <w:pPr>
              <w:spacing w:before="20" w:after="20"/>
              <w:ind w:firstLine="0"/>
            </w:pPr>
            <w:r>
              <w:rPr>
                <w:sz w:val="16"/>
              </w:rPr>
              <w:t>Personal values: which values matter most to you personally (multiple response; 1 mentioned / 0 not)</w:t>
            </w:r>
          </w:p>
        </w:tc>
        <w:tc>
          <w:tcPr>
            <w:tcW w:w="3456" w:type="dxa"/>
          </w:tcPr>
          <w:p w14:paraId="26D977CB" w14:textId="77777777" w:rsidR="004D342C" w:rsidRDefault="00000000">
            <w:pPr>
              <w:spacing w:before="20" w:after="20"/>
              <w:ind w:firstLine="0"/>
            </w:pPr>
            <w:r>
              <w:rPr>
                <w:sz w:val="16"/>
              </w:rPr>
              <w:t>0 Not mentioned / 1 Equality</w:t>
            </w:r>
          </w:p>
        </w:tc>
        <w:tc>
          <w:tcPr>
            <w:tcW w:w="648" w:type="dxa"/>
          </w:tcPr>
          <w:p w14:paraId="7FD5727F" w14:textId="77777777" w:rsidR="004D342C" w:rsidRDefault="00000000">
            <w:pPr>
              <w:spacing w:before="20" w:after="20"/>
              <w:ind w:firstLine="0"/>
              <w:jc w:val="right"/>
            </w:pPr>
            <w:r>
              <w:rPr>
                <w:sz w:val="16"/>
              </w:rPr>
              <w:t>24</w:t>
            </w:r>
          </w:p>
        </w:tc>
      </w:tr>
      <w:tr w:rsidR="004D342C" w14:paraId="20190899" w14:textId="77777777">
        <w:trPr>
          <w:cantSplit/>
          <w:jc w:val="center"/>
        </w:trPr>
        <w:tc>
          <w:tcPr>
            <w:tcW w:w="1944" w:type="dxa"/>
          </w:tcPr>
          <w:p w14:paraId="36997D5A" w14:textId="77777777" w:rsidR="004D342C" w:rsidRDefault="00000000">
            <w:pPr>
              <w:spacing w:before="20" w:after="20"/>
              <w:ind w:firstLine="0"/>
            </w:pPr>
            <w:r>
              <w:rPr>
                <w:sz w:val="16"/>
              </w:rPr>
              <w:t>pvalHumanLife</w:t>
            </w:r>
          </w:p>
        </w:tc>
        <w:tc>
          <w:tcPr>
            <w:tcW w:w="2880" w:type="dxa"/>
          </w:tcPr>
          <w:p w14:paraId="396AC827" w14:textId="77777777" w:rsidR="004D342C" w:rsidRDefault="00000000">
            <w:pPr>
              <w:spacing w:before="20" w:after="20"/>
              <w:ind w:firstLine="0"/>
            </w:pPr>
            <w:r>
              <w:rPr>
                <w:sz w:val="16"/>
              </w:rPr>
              <w:t>Personal values: which values matter most to you personally (multiple response; 1 mentioned / 0 not)</w:t>
            </w:r>
          </w:p>
        </w:tc>
        <w:tc>
          <w:tcPr>
            <w:tcW w:w="3456" w:type="dxa"/>
          </w:tcPr>
          <w:p w14:paraId="508D4D91" w14:textId="77777777" w:rsidR="004D342C" w:rsidRDefault="00000000">
            <w:pPr>
              <w:spacing w:before="20" w:after="20"/>
              <w:ind w:firstLine="0"/>
            </w:pPr>
            <w:r>
              <w:rPr>
                <w:sz w:val="16"/>
              </w:rPr>
              <w:t>0 Not mentioned / 1 Respect for human life</w:t>
            </w:r>
          </w:p>
        </w:tc>
        <w:tc>
          <w:tcPr>
            <w:tcW w:w="648" w:type="dxa"/>
          </w:tcPr>
          <w:p w14:paraId="57E5A5DE" w14:textId="77777777" w:rsidR="004D342C" w:rsidRDefault="00000000">
            <w:pPr>
              <w:spacing w:before="20" w:after="20"/>
              <w:ind w:firstLine="0"/>
              <w:jc w:val="right"/>
            </w:pPr>
            <w:r>
              <w:rPr>
                <w:sz w:val="16"/>
              </w:rPr>
              <w:t>24</w:t>
            </w:r>
          </w:p>
        </w:tc>
      </w:tr>
      <w:tr w:rsidR="004D342C" w14:paraId="296B763A" w14:textId="77777777">
        <w:trPr>
          <w:cantSplit/>
          <w:jc w:val="center"/>
        </w:trPr>
        <w:tc>
          <w:tcPr>
            <w:tcW w:w="1944" w:type="dxa"/>
          </w:tcPr>
          <w:p w14:paraId="7B6B8BFA" w14:textId="77777777" w:rsidR="004D342C" w:rsidRDefault="00000000">
            <w:pPr>
              <w:spacing w:before="20" w:after="20"/>
              <w:ind w:firstLine="0"/>
            </w:pPr>
            <w:r>
              <w:rPr>
                <w:sz w:val="16"/>
              </w:rPr>
              <w:t>pvalHumanRights</w:t>
            </w:r>
          </w:p>
        </w:tc>
        <w:tc>
          <w:tcPr>
            <w:tcW w:w="2880" w:type="dxa"/>
          </w:tcPr>
          <w:p w14:paraId="67E5F113" w14:textId="77777777" w:rsidR="004D342C" w:rsidRDefault="00000000">
            <w:pPr>
              <w:spacing w:before="20" w:after="20"/>
              <w:ind w:firstLine="0"/>
            </w:pPr>
            <w:r>
              <w:rPr>
                <w:sz w:val="16"/>
              </w:rPr>
              <w:t>Personal values: which values matter most to you personally (multiple response; 1 mentioned / 0 not)</w:t>
            </w:r>
          </w:p>
        </w:tc>
        <w:tc>
          <w:tcPr>
            <w:tcW w:w="3456" w:type="dxa"/>
          </w:tcPr>
          <w:p w14:paraId="7B5E5E75" w14:textId="77777777" w:rsidR="004D342C" w:rsidRDefault="00000000">
            <w:pPr>
              <w:spacing w:before="20" w:after="20"/>
              <w:ind w:firstLine="0"/>
            </w:pPr>
            <w:r>
              <w:rPr>
                <w:sz w:val="16"/>
              </w:rPr>
              <w:t>0 Not mentioned / 1 Human rights</w:t>
            </w:r>
          </w:p>
        </w:tc>
        <w:tc>
          <w:tcPr>
            <w:tcW w:w="648" w:type="dxa"/>
          </w:tcPr>
          <w:p w14:paraId="6E5AB8AB" w14:textId="77777777" w:rsidR="004D342C" w:rsidRDefault="00000000">
            <w:pPr>
              <w:spacing w:before="20" w:after="20"/>
              <w:ind w:firstLine="0"/>
              <w:jc w:val="right"/>
            </w:pPr>
            <w:r>
              <w:rPr>
                <w:sz w:val="16"/>
              </w:rPr>
              <w:t>24</w:t>
            </w:r>
          </w:p>
        </w:tc>
      </w:tr>
      <w:tr w:rsidR="004D342C" w14:paraId="1912D3D6" w14:textId="77777777">
        <w:trPr>
          <w:cantSplit/>
          <w:jc w:val="center"/>
        </w:trPr>
        <w:tc>
          <w:tcPr>
            <w:tcW w:w="1944" w:type="dxa"/>
          </w:tcPr>
          <w:p w14:paraId="1AA35D86" w14:textId="77777777" w:rsidR="004D342C" w:rsidRDefault="00000000">
            <w:pPr>
              <w:spacing w:before="20" w:after="20"/>
              <w:ind w:firstLine="0"/>
            </w:pPr>
            <w:r>
              <w:rPr>
                <w:sz w:val="16"/>
              </w:rPr>
              <w:t>pvalIndividualFreedom</w:t>
            </w:r>
          </w:p>
        </w:tc>
        <w:tc>
          <w:tcPr>
            <w:tcW w:w="2880" w:type="dxa"/>
          </w:tcPr>
          <w:p w14:paraId="084797FA" w14:textId="77777777" w:rsidR="004D342C" w:rsidRDefault="00000000">
            <w:pPr>
              <w:spacing w:before="20" w:after="20"/>
              <w:ind w:firstLine="0"/>
            </w:pPr>
            <w:r>
              <w:rPr>
                <w:sz w:val="16"/>
              </w:rPr>
              <w:t>Personal values: which values matter most to you personally (multiple response; 1 mentioned / 0 not)</w:t>
            </w:r>
          </w:p>
        </w:tc>
        <w:tc>
          <w:tcPr>
            <w:tcW w:w="3456" w:type="dxa"/>
          </w:tcPr>
          <w:p w14:paraId="3D9E116F" w14:textId="77777777" w:rsidR="004D342C" w:rsidRDefault="00000000">
            <w:pPr>
              <w:spacing w:before="20" w:after="20"/>
              <w:ind w:firstLine="0"/>
            </w:pPr>
            <w:r>
              <w:rPr>
                <w:sz w:val="16"/>
              </w:rPr>
              <w:t>0 Not mentioned / 1 Individual freedom</w:t>
            </w:r>
          </w:p>
        </w:tc>
        <w:tc>
          <w:tcPr>
            <w:tcW w:w="648" w:type="dxa"/>
          </w:tcPr>
          <w:p w14:paraId="740FB154" w14:textId="77777777" w:rsidR="004D342C" w:rsidRDefault="00000000">
            <w:pPr>
              <w:spacing w:before="20" w:after="20"/>
              <w:ind w:firstLine="0"/>
              <w:jc w:val="right"/>
            </w:pPr>
            <w:r>
              <w:rPr>
                <w:sz w:val="16"/>
              </w:rPr>
              <w:t>24</w:t>
            </w:r>
          </w:p>
        </w:tc>
      </w:tr>
      <w:tr w:rsidR="004D342C" w14:paraId="0787CDDA" w14:textId="77777777">
        <w:trPr>
          <w:cantSplit/>
          <w:jc w:val="center"/>
        </w:trPr>
        <w:tc>
          <w:tcPr>
            <w:tcW w:w="1944" w:type="dxa"/>
          </w:tcPr>
          <w:p w14:paraId="02557703" w14:textId="77777777" w:rsidR="004D342C" w:rsidRDefault="00000000">
            <w:pPr>
              <w:spacing w:before="20" w:after="20"/>
              <w:ind w:firstLine="0"/>
            </w:pPr>
            <w:r>
              <w:rPr>
                <w:sz w:val="16"/>
              </w:rPr>
              <w:t>pvalPeace</w:t>
            </w:r>
          </w:p>
        </w:tc>
        <w:tc>
          <w:tcPr>
            <w:tcW w:w="2880" w:type="dxa"/>
          </w:tcPr>
          <w:p w14:paraId="23C35F65" w14:textId="77777777" w:rsidR="004D342C" w:rsidRDefault="00000000">
            <w:pPr>
              <w:spacing w:before="20" w:after="20"/>
              <w:ind w:firstLine="0"/>
            </w:pPr>
            <w:r>
              <w:rPr>
                <w:sz w:val="16"/>
              </w:rPr>
              <w:t>Personal values: which values matter most to you personally (multiple response; 1 mentioned / 0 not)</w:t>
            </w:r>
          </w:p>
        </w:tc>
        <w:tc>
          <w:tcPr>
            <w:tcW w:w="3456" w:type="dxa"/>
          </w:tcPr>
          <w:p w14:paraId="192F6D1A" w14:textId="77777777" w:rsidR="004D342C" w:rsidRDefault="00000000">
            <w:pPr>
              <w:spacing w:before="20" w:after="20"/>
              <w:ind w:firstLine="0"/>
            </w:pPr>
            <w:r>
              <w:rPr>
                <w:sz w:val="16"/>
              </w:rPr>
              <w:t>0 Not mentioned / 1 Peace</w:t>
            </w:r>
          </w:p>
        </w:tc>
        <w:tc>
          <w:tcPr>
            <w:tcW w:w="648" w:type="dxa"/>
          </w:tcPr>
          <w:p w14:paraId="4B794CE5" w14:textId="77777777" w:rsidR="004D342C" w:rsidRDefault="00000000">
            <w:pPr>
              <w:spacing w:before="20" w:after="20"/>
              <w:ind w:firstLine="0"/>
              <w:jc w:val="right"/>
            </w:pPr>
            <w:r>
              <w:rPr>
                <w:sz w:val="16"/>
              </w:rPr>
              <w:t>24</w:t>
            </w:r>
          </w:p>
        </w:tc>
      </w:tr>
      <w:tr w:rsidR="004D342C" w14:paraId="1802DFE6" w14:textId="77777777">
        <w:trPr>
          <w:cantSplit/>
          <w:jc w:val="center"/>
        </w:trPr>
        <w:tc>
          <w:tcPr>
            <w:tcW w:w="1944" w:type="dxa"/>
          </w:tcPr>
          <w:p w14:paraId="7FF0E3CE" w14:textId="77777777" w:rsidR="004D342C" w:rsidRDefault="00000000">
            <w:pPr>
              <w:spacing w:before="20" w:after="20"/>
              <w:ind w:firstLine="0"/>
            </w:pPr>
            <w:r>
              <w:rPr>
                <w:sz w:val="16"/>
              </w:rPr>
              <w:t>pvalRespectCultures</w:t>
            </w:r>
          </w:p>
        </w:tc>
        <w:tc>
          <w:tcPr>
            <w:tcW w:w="2880" w:type="dxa"/>
          </w:tcPr>
          <w:p w14:paraId="57605E34" w14:textId="77777777" w:rsidR="004D342C" w:rsidRDefault="00000000">
            <w:pPr>
              <w:spacing w:before="20" w:after="20"/>
              <w:ind w:firstLine="0"/>
            </w:pPr>
            <w:r>
              <w:rPr>
                <w:sz w:val="16"/>
              </w:rPr>
              <w:t>Personal values: which values matter most to you personally (multiple response; 1 mentioned / 0 not)</w:t>
            </w:r>
          </w:p>
        </w:tc>
        <w:tc>
          <w:tcPr>
            <w:tcW w:w="3456" w:type="dxa"/>
          </w:tcPr>
          <w:p w14:paraId="270AE136" w14:textId="77777777" w:rsidR="004D342C" w:rsidRDefault="00000000">
            <w:pPr>
              <w:spacing w:before="20" w:after="20"/>
              <w:ind w:firstLine="0"/>
            </w:pPr>
            <w:r>
              <w:rPr>
                <w:sz w:val="16"/>
              </w:rPr>
              <w:t>0 Not mentioned / 1 Respect for other cultures</w:t>
            </w:r>
          </w:p>
        </w:tc>
        <w:tc>
          <w:tcPr>
            <w:tcW w:w="648" w:type="dxa"/>
          </w:tcPr>
          <w:p w14:paraId="676E92CE" w14:textId="77777777" w:rsidR="004D342C" w:rsidRDefault="00000000">
            <w:pPr>
              <w:spacing w:before="20" w:after="20"/>
              <w:ind w:firstLine="0"/>
              <w:jc w:val="right"/>
            </w:pPr>
            <w:r>
              <w:rPr>
                <w:sz w:val="16"/>
              </w:rPr>
              <w:t>24</w:t>
            </w:r>
          </w:p>
        </w:tc>
      </w:tr>
      <w:tr w:rsidR="004D342C" w14:paraId="294128AE" w14:textId="77777777">
        <w:trPr>
          <w:cantSplit/>
          <w:jc w:val="center"/>
        </w:trPr>
        <w:tc>
          <w:tcPr>
            <w:tcW w:w="1944" w:type="dxa"/>
          </w:tcPr>
          <w:p w14:paraId="41544615" w14:textId="77777777" w:rsidR="004D342C" w:rsidRDefault="00000000">
            <w:pPr>
              <w:spacing w:before="20" w:after="20"/>
              <w:ind w:firstLine="0"/>
            </w:pPr>
            <w:r>
              <w:rPr>
                <w:sz w:val="16"/>
              </w:rPr>
              <w:lastRenderedPageBreak/>
              <w:t>pvalRuleOfLaw</w:t>
            </w:r>
          </w:p>
        </w:tc>
        <w:tc>
          <w:tcPr>
            <w:tcW w:w="2880" w:type="dxa"/>
          </w:tcPr>
          <w:p w14:paraId="59117110" w14:textId="77777777" w:rsidR="004D342C" w:rsidRDefault="00000000">
            <w:pPr>
              <w:spacing w:before="20" w:after="20"/>
              <w:ind w:firstLine="0"/>
            </w:pPr>
            <w:r>
              <w:rPr>
                <w:sz w:val="16"/>
              </w:rPr>
              <w:t>Personal values: which values matter most to you personally (multiple response; 1 mentioned / 0 not)</w:t>
            </w:r>
          </w:p>
        </w:tc>
        <w:tc>
          <w:tcPr>
            <w:tcW w:w="3456" w:type="dxa"/>
          </w:tcPr>
          <w:p w14:paraId="0D2B6010" w14:textId="77777777" w:rsidR="004D342C" w:rsidRDefault="00000000">
            <w:pPr>
              <w:spacing w:before="20" w:after="20"/>
              <w:ind w:firstLine="0"/>
            </w:pPr>
            <w:r>
              <w:rPr>
                <w:sz w:val="16"/>
              </w:rPr>
              <w:t>0 Not mentioned / 1 The rule of law</w:t>
            </w:r>
          </w:p>
        </w:tc>
        <w:tc>
          <w:tcPr>
            <w:tcW w:w="648" w:type="dxa"/>
          </w:tcPr>
          <w:p w14:paraId="5410F2D8" w14:textId="77777777" w:rsidR="004D342C" w:rsidRDefault="00000000">
            <w:pPr>
              <w:spacing w:before="20" w:after="20"/>
              <w:ind w:firstLine="0"/>
              <w:jc w:val="right"/>
            </w:pPr>
            <w:r>
              <w:rPr>
                <w:sz w:val="16"/>
              </w:rPr>
              <w:t>24</w:t>
            </w:r>
          </w:p>
        </w:tc>
      </w:tr>
      <w:tr w:rsidR="004D342C" w14:paraId="4E80F330" w14:textId="77777777">
        <w:trPr>
          <w:cantSplit/>
          <w:jc w:val="center"/>
        </w:trPr>
        <w:tc>
          <w:tcPr>
            <w:tcW w:w="1944" w:type="dxa"/>
          </w:tcPr>
          <w:p w14:paraId="43C25761" w14:textId="77777777" w:rsidR="004D342C" w:rsidRDefault="00000000">
            <w:pPr>
              <w:spacing w:before="20" w:after="20"/>
              <w:ind w:firstLine="0"/>
            </w:pPr>
            <w:r>
              <w:rPr>
                <w:sz w:val="16"/>
              </w:rPr>
              <w:t>pvalSelfFulfilment</w:t>
            </w:r>
          </w:p>
        </w:tc>
        <w:tc>
          <w:tcPr>
            <w:tcW w:w="2880" w:type="dxa"/>
          </w:tcPr>
          <w:p w14:paraId="119EF89C" w14:textId="77777777" w:rsidR="004D342C" w:rsidRDefault="00000000">
            <w:pPr>
              <w:spacing w:before="20" w:after="20"/>
              <w:ind w:firstLine="0"/>
            </w:pPr>
            <w:r>
              <w:rPr>
                <w:sz w:val="16"/>
              </w:rPr>
              <w:t>Personal values: which values matter most to you personally (multiple response; 1 mentioned / 0 not)</w:t>
            </w:r>
          </w:p>
        </w:tc>
        <w:tc>
          <w:tcPr>
            <w:tcW w:w="3456" w:type="dxa"/>
          </w:tcPr>
          <w:p w14:paraId="1AB44061" w14:textId="77777777" w:rsidR="004D342C" w:rsidRDefault="00000000">
            <w:pPr>
              <w:spacing w:before="20" w:after="20"/>
              <w:ind w:firstLine="0"/>
            </w:pPr>
            <w:r>
              <w:rPr>
                <w:sz w:val="16"/>
              </w:rPr>
              <w:t>0 Not mentioned / 1 Self-fulfilment</w:t>
            </w:r>
          </w:p>
        </w:tc>
        <w:tc>
          <w:tcPr>
            <w:tcW w:w="648" w:type="dxa"/>
          </w:tcPr>
          <w:p w14:paraId="10169C90" w14:textId="77777777" w:rsidR="004D342C" w:rsidRDefault="00000000">
            <w:pPr>
              <w:spacing w:before="20" w:after="20"/>
              <w:ind w:firstLine="0"/>
              <w:jc w:val="right"/>
            </w:pPr>
            <w:r>
              <w:rPr>
                <w:sz w:val="16"/>
              </w:rPr>
              <w:t>24</w:t>
            </w:r>
          </w:p>
        </w:tc>
      </w:tr>
      <w:tr w:rsidR="004D342C" w14:paraId="77DFE7C2" w14:textId="77777777">
        <w:trPr>
          <w:cantSplit/>
          <w:jc w:val="center"/>
        </w:trPr>
        <w:tc>
          <w:tcPr>
            <w:tcW w:w="1944" w:type="dxa"/>
          </w:tcPr>
          <w:p w14:paraId="43FE5F17" w14:textId="77777777" w:rsidR="004D342C" w:rsidRDefault="00000000">
            <w:pPr>
              <w:spacing w:before="20" w:after="20"/>
              <w:ind w:firstLine="0"/>
            </w:pPr>
            <w:r>
              <w:rPr>
                <w:sz w:val="16"/>
              </w:rPr>
              <w:t>pvalSolidarity</w:t>
            </w:r>
          </w:p>
        </w:tc>
        <w:tc>
          <w:tcPr>
            <w:tcW w:w="2880" w:type="dxa"/>
          </w:tcPr>
          <w:p w14:paraId="1092C95A" w14:textId="77777777" w:rsidR="004D342C" w:rsidRDefault="00000000">
            <w:pPr>
              <w:spacing w:before="20" w:after="20"/>
              <w:ind w:firstLine="0"/>
            </w:pPr>
            <w:r>
              <w:rPr>
                <w:sz w:val="16"/>
              </w:rPr>
              <w:t>Personal values: which values matter most to you personally (multiple response; 1 mentioned / 0 not)</w:t>
            </w:r>
          </w:p>
        </w:tc>
        <w:tc>
          <w:tcPr>
            <w:tcW w:w="3456" w:type="dxa"/>
          </w:tcPr>
          <w:p w14:paraId="6A434CEC" w14:textId="77777777" w:rsidR="004D342C" w:rsidRDefault="00000000">
            <w:pPr>
              <w:spacing w:before="20" w:after="20"/>
              <w:ind w:firstLine="0"/>
            </w:pPr>
            <w:r>
              <w:rPr>
                <w:sz w:val="16"/>
              </w:rPr>
              <w:t>0 Not mentioned / 1 Solidarity, support for others</w:t>
            </w:r>
          </w:p>
        </w:tc>
        <w:tc>
          <w:tcPr>
            <w:tcW w:w="648" w:type="dxa"/>
          </w:tcPr>
          <w:p w14:paraId="32EAE1A9" w14:textId="77777777" w:rsidR="004D342C" w:rsidRDefault="00000000">
            <w:pPr>
              <w:spacing w:before="20" w:after="20"/>
              <w:ind w:firstLine="0"/>
              <w:jc w:val="right"/>
            </w:pPr>
            <w:r>
              <w:rPr>
                <w:sz w:val="16"/>
              </w:rPr>
              <w:t>24</w:t>
            </w:r>
          </w:p>
        </w:tc>
      </w:tr>
      <w:tr w:rsidR="004D342C" w14:paraId="66918ED7" w14:textId="77777777">
        <w:trPr>
          <w:cantSplit/>
          <w:jc w:val="center"/>
        </w:trPr>
        <w:tc>
          <w:tcPr>
            <w:tcW w:w="1944" w:type="dxa"/>
          </w:tcPr>
          <w:p w14:paraId="63CAF5BC" w14:textId="77777777" w:rsidR="004D342C" w:rsidRDefault="00000000">
            <w:pPr>
              <w:spacing w:before="20" w:after="20"/>
              <w:ind w:firstLine="0"/>
            </w:pPr>
            <w:r>
              <w:rPr>
                <w:sz w:val="16"/>
              </w:rPr>
              <w:t>pvalTolerance</w:t>
            </w:r>
          </w:p>
        </w:tc>
        <w:tc>
          <w:tcPr>
            <w:tcW w:w="2880" w:type="dxa"/>
          </w:tcPr>
          <w:p w14:paraId="7C421BAA" w14:textId="77777777" w:rsidR="004D342C" w:rsidRDefault="00000000">
            <w:pPr>
              <w:spacing w:before="20" w:after="20"/>
              <w:ind w:firstLine="0"/>
            </w:pPr>
            <w:r>
              <w:rPr>
                <w:sz w:val="16"/>
              </w:rPr>
              <w:t>Personal values: which values matter most to you personally (multiple response; 1 mentioned / 0 not)</w:t>
            </w:r>
          </w:p>
        </w:tc>
        <w:tc>
          <w:tcPr>
            <w:tcW w:w="3456" w:type="dxa"/>
          </w:tcPr>
          <w:p w14:paraId="0F2C37F4" w14:textId="77777777" w:rsidR="004D342C" w:rsidRDefault="00000000">
            <w:pPr>
              <w:spacing w:before="20" w:after="20"/>
              <w:ind w:firstLine="0"/>
            </w:pPr>
            <w:r>
              <w:rPr>
                <w:sz w:val="16"/>
              </w:rPr>
              <w:t>0 Not mentioned / 1 Tolerance, non-discrimination</w:t>
            </w:r>
          </w:p>
        </w:tc>
        <w:tc>
          <w:tcPr>
            <w:tcW w:w="648" w:type="dxa"/>
          </w:tcPr>
          <w:p w14:paraId="2E6B5466" w14:textId="77777777" w:rsidR="004D342C" w:rsidRDefault="00000000">
            <w:pPr>
              <w:spacing w:before="20" w:after="20"/>
              <w:ind w:firstLine="0"/>
              <w:jc w:val="right"/>
            </w:pPr>
            <w:r>
              <w:rPr>
                <w:sz w:val="16"/>
              </w:rPr>
              <w:t>24</w:t>
            </w:r>
          </w:p>
        </w:tc>
      </w:tr>
      <w:tr w:rsidR="004D342C" w14:paraId="152FBE0B" w14:textId="77777777">
        <w:trPr>
          <w:cantSplit/>
          <w:jc w:val="center"/>
        </w:trPr>
        <w:tc>
          <w:tcPr>
            <w:tcW w:w="1944" w:type="dxa"/>
          </w:tcPr>
          <w:p w14:paraId="7921BA60" w14:textId="77777777" w:rsidR="004D342C" w:rsidRDefault="00000000">
            <w:pPr>
              <w:spacing w:before="20" w:after="20"/>
              <w:ind w:firstLine="0"/>
            </w:pPr>
            <w:r>
              <w:rPr>
                <w:sz w:val="16"/>
              </w:rPr>
              <w:t>demopartyid</w:t>
            </w:r>
          </w:p>
        </w:tc>
        <w:tc>
          <w:tcPr>
            <w:tcW w:w="2880" w:type="dxa"/>
          </w:tcPr>
          <w:p w14:paraId="1DF7E0C6" w14:textId="77777777" w:rsidR="004D342C" w:rsidRDefault="00000000">
            <w:pPr>
              <w:spacing w:before="20" w:after="20"/>
              <w:ind w:firstLine="0"/>
            </w:pPr>
            <w:r>
              <w:rPr>
                <w:sz w:val="16"/>
              </w:rPr>
              <w:t>Closeness to a political party</w:t>
            </w:r>
          </w:p>
        </w:tc>
        <w:tc>
          <w:tcPr>
            <w:tcW w:w="3456" w:type="dxa"/>
          </w:tcPr>
          <w:p w14:paraId="4976D4FC" w14:textId="77777777" w:rsidR="004D342C" w:rsidRDefault="00000000">
            <w:pPr>
              <w:spacing w:before="20" w:after="20"/>
              <w:ind w:firstLine="0"/>
            </w:pPr>
            <w:r>
              <w:rPr>
                <w:sz w:val="16"/>
              </w:rPr>
              <w:t>1 very close / very involved / 2 fairly close / 3 merely a sympathiser / 4 close to no party</w:t>
            </w:r>
          </w:p>
        </w:tc>
        <w:tc>
          <w:tcPr>
            <w:tcW w:w="648" w:type="dxa"/>
          </w:tcPr>
          <w:p w14:paraId="6ED5A534" w14:textId="77777777" w:rsidR="004D342C" w:rsidRDefault="00000000">
            <w:pPr>
              <w:spacing w:before="20" w:after="20"/>
              <w:ind w:firstLine="0"/>
              <w:jc w:val="right"/>
            </w:pPr>
            <w:r>
              <w:rPr>
                <w:sz w:val="16"/>
              </w:rPr>
              <w:t>22</w:t>
            </w:r>
          </w:p>
        </w:tc>
      </w:tr>
      <w:tr w:rsidR="004D342C" w14:paraId="5A025A4F" w14:textId="77777777">
        <w:trPr>
          <w:cantSplit/>
          <w:jc w:val="center"/>
        </w:trPr>
        <w:tc>
          <w:tcPr>
            <w:tcW w:w="1944" w:type="dxa"/>
          </w:tcPr>
          <w:p w14:paraId="639A731A" w14:textId="77777777" w:rsidR="004D342C" w:rsidRDefault="00000000">
            <w:pPr>
              <w:spacing w:before="20" w:after="20"/>
              <w:ind w:firstLine="0"/>
            </w:pPr>
            <w:r>
              <w:rPr>
                <w:sz w:val="16"/>
              </w:rPr>
              <w:t>pvalReligion</w:t>
            </w:r>
          </w:p>
        </w:tc>
        <w:tc>
          <w:tcPr>
            <w:tcW w:w="2880" w:type="dxa"/>
          </w:tcPr>
          <w:p w14:paraId="373E94BF" w14:textId="77777777" w:rsidR="004D342C" w:rsidRDefault="00000000">
            <w:pPr>
              <w:spacing w:before="20" w:after="20"/>
              <w:ind w:firstLine="0"/>
            </w:pPr>
            <w:r>
              <w:rPr>
                <w:sz w:val="16"/>
              </w:rPr>
              <w:t>Personal values: which values matter most to you personally (multiple response; 1 mentioned / 0 not)</w:t>
            </w:r>
          </w:p>
        </w:tc>
        <w:tc>
          <w:tcPr>
            <w:tcW w:w="3456" w:type="dxa"/>
          </w:tcPr>
          <w:p w14:paraId="76DD373A" w14:textId="77777777" w:rsidR="004D342C" w:rsidRDefault="00000000">
            <w:pPr>
              <w:spacing w:before="20" w:after="20"/>
              <w:ind w:firstLine="0"/>
            </w:pPr>
            <w:r>
              <w:rPr>
                <w:sz w:val="16"/>
              </w:rPr>
              <w:t>0 Not mentioned / 1 Religion</w:t>
            </w:r>
          </w:p>
        </w:tc>
        <w:tc>
          <w:tcPr>
            <w:tcW w:w="648" w:type="dxa"/>
          </w:tcPr>
          <w:p w14:paraId="1F9CB617" w14:textId="77777777" w:rsidR="004D342C" w:rsidRDefault="00000000">
            <w:pPr>
              <w:spacing w:before="20" w:after="20"/>
              <w:ind w:firstLine="0"/>
              <w:jc w:val="right"/>
            </w:pPr>
            <w:r>
              <w:rPr>
                <w:sz w:val="16"/>
              </w:rPr>
              <w:t>22</w:t>
            </w:r>
          </w:p>
        </w:tc>
      </w:tr>
      <w:tr w:rsidR="004D342C" w14:paraId="62E19520" w14:textId="77777777">
        <w:trPr>
          <w:cantSplit/>
          <w:jc w:val="center"/>
        </w:trPr>
        <w:tc>
          <w:tcPr>
            <w:tcW w:w="1944" w:type="dxa"/>
          </w:tcPr>
          <w:p w14:paraId="274F6D41" w14:textId="77777777" w:rsidR="004D342C" w:rsidRDefault="00000000">
            <w:pPr>
              <w:spacing w:before="20" w:after="20"/>
              <w:ind w:firstLine="0"/>
            </w:pPr>
            <w:r>
              <w:rPr>
                <w:sz w:val="16"/>
              </w:rPr>
              <w:t>demosocialchange</w:t>
            </w:r>
          </w:p>
        </w:tc>
        <w:tc>
          <w:tcPr>
            <w:tcW w:w="2880" w:type="dxa"/>
          </w:tcPr>
          <w:p w14:paraId="2D1F2750" w14:textId="77777777" w:rsidR="004D342C" w:rsidRDefault="00000000">
            <w:pPr>
              <w:spacing w:before="20" w:after="20"/>
              <w:ind w:firstLine="0"/>
            </w:pPr>
            <w:r>
              <w:rPr>
                <w:sz w:val="16"/>
              </w:rPr>
              <w:t>Attitude to social change (revolution / reform / defend)</w:t>
            </w:r>
          </w:p>
        </w:tc>
        <w:tc>
          <w:tcPr>
            <w:tcW w:w="3456" w:type="dxa"/>
          </w:tcPr>
          <w:p w14:paraId="1F33F398" w14:textId="77777777" w:rsidR="004D342C" w:rsidRDefault="00000000">
            <w:pPr>
              <w:spacing w:before="20" w:after="20"/>
              <w:ind w:firstLine="0"/>
            </w:pPr>
            <w:r>
              <w:rPr>
                <w:sz w:val="16"/>
              </w:rPr>
              <w:t>1 revolutionary action / 2 gradual reforms / 3 defend present society</w:t>
            </w:r>
          </w:p>
        </w:tc>
        <w:tc>
          <w:tcPr>
            <w:tcW w:w="648" w:type="dxa"/>
          </w:tcPr>
          <w:p w14:paraId="2714C54B" w14:textId="77777777" w:rsidR="004D342C" w:rsidRDefault="00000000">
            <w:pPr>
              <w:spacing w:before="20" w:after="20"/>
              <w:ind w:firstLine="0"/>
              <w:jc w:val="right"/>
            </w:pPr>
            <w:r>
              <w:rPr>
                <w:sz w:val="16"/>
              </w:rPr>
              <w:t>21</w:t>
            </w:r>
          </w:p>
        </w:tc>
      </w:tr>
      <w:tr w:rsidR="004D342C" w14:paraId="6B0B1256" w14:textId="77777777">
        <w:trPr>
          <w:cantSplit/>
          <w:jc w:val="center"/>
        </w:trPr>
        <w:tc>
          <w:tcPr>
            <w:tcW w:w="1944" w:type="dxa"/>
          </w:tcPr>
          <w:p w14:paraId="0322E663" w14:textId="77777777" w:rsidR="004D342C" w:rsidRDefault="00000000">
            <w:pPr>
              <w:spacing w:before="20" w:after="20"/>
              <w:ind w:firstLine="0"/>
            </w:pPr>
            <w:r>
              <w:rPr>
                <w:sz w:val="16"/>
              </w:rPr>
              <w:t>demovaluesindex</w:t>
            </w:r>
          </w:p>
        </w:tc>
        <w:tc>
          <w:tcPr>
            <w:tcW w:w="2880" w:type="dxa"/>
          </w:tcPr>
          <w:p w14:paraId="6CED1DCF" w14:textId="77777777" w:rsidR="004D342C" w:rsidRDefault="00000000">
            <w:pPr>
              <w:spacing w:before="20" w:after="20"/>
              <w:ind w:firstLine="0"/>
            </w:pPr>
            <w:r>
              <w:rPr>
                <w:sz w:val="16"/>
              </w:rPr>
              <w:t>Inglehart values index</w:t>
            </w:r>
          </w:p>
        </w:tc>
        <w:tc>
          <w:tcPr>
            <w:tcW w:w="3456" w:type="dxa"/>
          </w:tcPr>
          <w:p w14:paraId="5F9D70BB" w14:textId="77777777" w:rsidR="004D342C" w:rsidRDefault="00000000">
            <w:pPr>
              <w:spacing w:before="20" w:after="20"/>
              <w:ind w:firstLine="0"/>
            </w:pPr>
            <w:r>
              <w:rPr>
                <w:sz w:val="16"/>
              </w:rPr>
              <w:t>1 materialist / 2 mixed / 3 post-materialist</w:t>
            </w:r>
          </w:p>
        </w:tc>
        <w:tc>
          <w:tcPr>
            <w:tcW w:w="648" w:type="dxa"/>
          </w:tcPr>
          <w:p w14:paraId="35FAA14F" w14:textId="77777777" w:rsidR="004D342C" w:rsidRDefault="00000000">
            <w:pPr>
              <w:spacing w:before="20" w:after="20"/>
              <w:ind w:firstLine="0"/>
              <w:jc w:val="right"/>
            </w:pPr>
            <w:r>
              <w:rPr>
                <w:sz w:val="16"/>
              </w:rPr>
              <w:t>21</w:t>
            </w:r>
          </w:p>
        </w:tc>
      </w:tr>
      <w:tr w:rsidR="004D342C" w14:paraId="0443A6BF" w14:textId="77777777">
        <w:trPr>
          <w:cantSplit/>
          <w:jc w:val="center"/>
        </w:trPr>
        <w:tc>
          <w:tcPr>
            <w:tcW w:w="1944" w:type="dxa"/>
          </w:tcPr>
          <w:p w14:paraId="22CB67C1" w14:textId="77777777" w:rsidR="004D342C" w:rsidRDefault="00000000">
            <w:pPr>
              <w:spacing w:before="20" w:after="20"/>
              <w:ind w:firstLine="0"/>
            </w:pPr>
            <w:r>
              <w:rPr>
                <w:sz w:val="16"/>
              </w:rPr>
              <w:t>voteintentionleftright</w:t>
            </w:r>
          </w:p>
        </w:tc>
        <w:tc>
          <w:tcPr>
            <w:tcW w:w="2880" w:type="dxa"/>
          </w:tcPr>
          <w:p w14:paraId="705809FD" w14:textId="77777777" w:rsidR="004D342C" w:rsidRDefault="00000000">
            <w:pPr>
              <w:spacing w:before="20" w:after="20"/>
              <w:ind w:firstLine="0"/>
            </w:pPr>
            <w:r>
              <w:rPr>
                <w:sz w:val="16"/>
              </w:rPr>
              <w:t>Vote intention party classified left / centre-other / right</w:t>
            </w:r>
          </w:p>
        </w:tc>
        <w:tc>
          <w:tcPr>
            <w:tcW w:w="3456" w:type="dxa"/>
          </w:tcPr>
          <w:p w14:paraId="7C84158F" w14:textId="77777777" w:rsidR="004D342C" w:rsidRDefault="00000000">
            <w:pPr>
              <w:spacing w:before="20" w:after="20"/>
              <w:ind w:firstLine="0"/>
            </w:pPr>
            <w:r>
              <w:rPr>
                <w:sz w:val="16"/>
              </w:rPr>
              <w:t>1 left / 2 centre / other / 3 right</w:t>
            </w:r>
          </w:p>
        </w:tc>
        <w:tc>
          <w:tcPr>
            <w:tcW w:w="648" w:type="dxa"/>
          </w:tcPr>
          <w:p w14:paraId="723C0974" w14:textId="77777777" w:rsidR="004D342C" w:rsidRDefault="00000000">
            <w:pPr>
              <w:spacing w:before="20" w:after="20"/>
              <w:ind w:firstLine="0"/>
              <w:jc w:val="right"/>
            </w:pPr>
            <w:r>
              <w:rPr>
                <w:sz w:val="16"/>
              </w:rPr>
              <w:t>10</w:t>
            </w:r>
          </w:p>
        </w:tc>
      </w:tr>
      <w:tr w:rsidR="004D342C" w14:paraId="58214197" w14:textId="77777777">
        <w:trPr>
          <w:cantSplit/>
          <w:jc w:val="center"/>
        </w:trPr>
        <w:tc>
          <w:tcPr>
            <w:tcW w:w="1944" w:type="dxa"/>
          </w:tcPr>
          <w:p w14:paraId="3260ADC0" w14:textId="77777777" w:rsidR="004D342C" w:rsidRDefault="00000000">
            <w:pPr>
              <w:spacing w:before="20" w:after="20"/>
              <w:ind w:firstLine="0"/>
            </w:pPr>
            <w:r>
              <w:rPr>
                <w:sz w:val="16"/>
              </w:rPr>
              <w:t>pvalRespectPlanet</w:t>
            </w:r>
          </w:p>
        </w:tc>
        <w:tc>
          <w:tcPr>
            <w:tcW w:w="2880" w:type="dxa"/>
          </w:tcPr>
          <w:p w14:paraId="41F679B7" w14:textId="77777777" w:rsidR="004D342C" w:rsidRDefault="00000000">
            <w:pPr>
              <w:spacing w:before="20" w:after="20"/>
              <w:ind w:firstLine="0"/>
            </w:pPr>
            <w:r>
              <w:rPr>
                <w:sz w:val="16"/>
              </w:rPr>
              <w:t>Personal values: which values matter most to you personally (multiple response; 1 mentioned / 0 not)</w:t>
            </w:r>
          </w:p>
        </w:tc>
        <w:tc>
          <w:tcPr>
            <w:tcW w:w="3456" w:type="dxa"/>
          </w:tcPr>
          <w:p w14:paraId="27A82897" w14:textId="77777777" w:rsidR="004D342C" w:rsidRDefault="00000000">
            <w:pPr>
              <w:spacing w:before="20" w:after="20"/>
              <w:ind w:firstLine="0"/>
            </w:pPr>
            <w:r>
              <w:rPr>
                <w:sz w:val="16"/>
              </w:rPr>
              <w:t>0 Not mentioned / 1 Respect for the planet</w:t>
            </w:r>
          </w:p>
        </w:tc>
        <w:tc>
          <w:tcPr>
            <w:tcW w:w="648" w:type="dxa"/>
          </w:tcPr>
          <w:p w14:paraId="7929EACA" w14:textId="77777777" w:rsidR="004D342C" w:rsidRDefault="00000000">
            <w:pPr>
              <w:spacing w:before="20" w:after="20"/>
              <w:ind w:firstLine="0"/>
              <w:jc w:val="right"/>
            </w:pPr>
            <w:r>
              <w:rPr>
                <w:sz w:val="16"/>
              </w:rPr>
              <w:t>9</w:t>
            </w:r>
          </w:p>
        </w:tc>
      </w:tr>
      <w:tr w:rsidR="004D342C" w14:paraId="096031AD" w14:textId="77777777">
        <w:trPr>
          <w:cantSplit/>
          <w:jc w:val="center"/>
        </w:trPr>
        <w:tc>
          <w:tcPr>
            <w:tcW w:w="1944" w:type="dxa"/>
          </w:tcPr>
          <w:p w14:paraId="0EDE2197" w14:textId="77777777" w:rsidR="004D342C" w:rsidRDefault="00000000">
            <w:pPr>
              <w:spacing w:before="20" w:after="20"/>
              <w:ind w:firstLine="0"/>
            </w:pPr>
            <w:r>
              <w:rPr>
                <w:sz w:val="16"/>
              </w:rPr>
              <w:t>valuesstatepower</w:t>
            </w:r>
            <w:r>
              <w:rPr>
                <w:sz w:val="16"/>
              </w:rPr>
              <w:br/>
              <w:t>(statepower)</w:t>
            </w:r>
          </w:p>
        </w:tc>
        <w:tc>
          <w:tcPr>
            <w:tcW w:w="2880" w:type="dxa"/>
          </w:tcPr>
          <w:p w14:paraId="7ABB4843" w14:textId="77777777" w:rsidR="004D342C" w:rsidRDefault="00000000">
            <w:pPr>
              <w:spacing w:before="20" w:after="20"/>
              <w:ind w:firstLine="0"/>
            </w:pPr>
            <w:r>
              <w:rPr>
                <w:sz w:val="16"/>
              </w:rPr>
              <w:t>STATEMENTS: STATE INTERVENES TOO MUCH</w:t>
            </w:r>
          </w:p>
        </w:tc>
        <w:tc>
          <w:tcPr>
            <w:tcW w:w="3456" w:type="dxa"/>
          </w:tcPr>
          <w:p w14:paraId="7DD02B32" w14:textId="77777777" w:rsidR="004D342C" w:rsidRDefault="00000000">
            <w:pPr>
              <w:spacing w:before="20" w:after="20"/>
              <w:ind w:firstLine="0"/>
            </w:pPr>
            <w:r>
              <w:rPr>
                <w:sz w:val="16"/>
              </w:rPr>
              <w:t>1 Totally agree / 2 Tend to agree / 3 Tend to disagree / 4 Totally disagree / 5 DK</w:t>
            </w:r>
          </w:p>
        </w:tc>
        <w:tc>
          <w:tcPr>
            <w:tcW w:w="648" w:type="dxa"/>
          </w:tcPr>
          <w:p w14:paraId="36161CEB" w14:textId="77777777" w:rsidR="004D342C" w:rsidRDefault="00000000">
            <w:pPr>
              <w:spacing w:before="20" w:after="20"/>
              <w:ind w:firstLine="0"/>
              <w:jc w:val="right"/>
            </w:pPr>
            <w:r>
              <w:rPr>
                <w:sz w:val="16"/>
              </w:rPr>
              <w:t>8</w:t>
            </w:r>
          </w:p>
        </w:tc>
      </w:tr>
      <w:tr w:rsidR="004D342C" w14:paraId="7B980867" w14:textId="77777777">
        <w:trPr>
          <w:cantSplit/>
          <w:jc w:val="center"/>
        </w:trPr>
        <w:tc>
          <w:tcPr>
            <w:tcW w:w="1944" w:type="dxa"/>
          </w:tcPr>
          <w:p w14:paraId="4A5E6634" w14:textId="77777777" w:rsidR="004D342C" w:rsidRDefault="00000000">
            <w:pPr>
              <w:spacing w:before="20" w:after="20"/>
              <w:ind w:firstLine="0"/>
            </w:pPr>
            <w:r>
              <w:rPr>
                <w:sz w:val="16"/>
              </w:rPr>
              <w:t>demopoltypology</w:t>
            </w:r>
          </w:p>
        </w:tc>
        <w:tc>
          <w:tcPr>
            <w:tcW w:w="2880" w:type="dxa"/>
          </w:tcPr>
          <w:p w14:paraId="2283C71D" w14:textId="77777777" w:rsidR="004D342C" w:rsidRDefault="00000000">
            <w:pPr>
              <w:spacing w:before="20" w:after="20"/>
              <w:ind w:firstLine="0"/>
            </w:pPr>
            <w:r>
              <w:rPr>
                <w:sz w:val="16"/>
              </w:rPr>
              <w:t>Political typology (mobilization x values)</w:t>
            </w:r>
          </w:p>
        </w:tc>
        <w:tc>
          <w:tcPr>
            <w:tcW w:w="3456" w:type="dxa"/>
          </w:tcPr>
          <w:p w14:paraId="347A5E6E" w14:textId="77777777" w:rsidR="004D342C" w:rsidRDefault="00000000">
            <w:pPr>
              <w:spacing w:before="20" w:after="20"/>
              <w:ind w:firstLine="0"/>
            </w:pPr>
            <w:r>
              <w:rPr>
                <w:sz w:val="16"/>
              </w:rPr>
              <w:t>1 unmobilized materialist / 2 unmobilized mixed / 3 unmobilized post-materialist / 4 mobilized materialist / 5 mobilized mixed / 6 mobilized post-mate</w:t>
            </w:r>
          </w:p>
        </w:tc>
        <w:tc>
          <w:tcPr>
            <w:tcW w:w="648" w:type="dxa"/>
          </w:tcPr>
          <w:p w14:paraId="558572F5" w14:textId="77777777" w:rsidR="004D342C" w:rsidRDefault="00000000">
            <w:pPr>
              <w:spacing w:before="20" w:after="20"/>
              <w:ind w:firstLine="0"/>
              <w:jc w:val="right"/>
            </w:pPr>
            <w:r>
              <w:rPr>
                <w:sz w:val="16"/>
              </w:rPr>
              <w:t>6</w:t>
            </w:r>
          </w:p>
        </w:tc>
      </w:tr>
      <w:tr w:rsidR="004D342C" w14:paraId="6FB52CFB" w14:textId="77777777">
        <w:trPr>
          <w:cantSplit/>
          <w:jc w:val="center"/>
        </w:trPr>
        <w:tc>
          <w:tcPr>
            <w:tcW w:w="1944" w:type="dxa"/>
          </w:tcPr>
          <w:p w14:paraId="12874ABC" w14:textId="77777777" w:rsidR="004D342C" w:rsidRDefault="00000000">
            <w:pPr>
              <w:spacing w:before="20" w:after="20"/>
              <w:ind w:firstLine="0"/>
            </w:pPr>
            <w:r>
              <w:rPr>
                <w:sz w:val="16"/>
              </w:rPr>
              <w:t>electioneplikelyvote</w:t>
            </w:r>
          </w:p>
        </w:tc>
        <w:tc>
          <w:tcPr>
            <w:tcW w:w="2880" w:type="dxa"/>
          </w:tcPr>
          <w:p w14:paraId="6B4AD6C0" w14:textId="77777777" w:rsidR="004D342C" w:rsidRDefault="00000000">
            <w:pPr>
              <w:spacing w:before="20" w:after="20"/>
              <w:ind w:firstLine="0"/>
            </w:pPr>
            <w:r>
              <w:rPr>
                <w:sz w:val="16"/>
              </w:rPr>
              <w:t>QC3 EUROPEAN ELECTIONS - VOTE INTENTION</w:t>
            </w:r>
          </w:p>
        </w:tc>
        <w:tc>
          <w:tcPr>
            <w:tcW w:w="3456" w:type="dxa"/>
          </w:tcPr>
          <w:p w14:paraId="311D7664" w14:textId="77777777" w:rsidR="004D342C" w:rsidRDefault="00000000">
            <w:pPr>
              <w:spacing w:before="20" w:after="20"/>
              <w:ind w:firstLine="0"/>
            </w:pPr>
            <w:r>
              <w:rPr>
                <w:sz w:val="16"/>
              </w:rPr>
              <w:t>1 Box 1 - Definitely would not vote / 2 Box 2 / 3 Box 3 / 4 Box 4 / 5 Box 5 / 6 Box 6 / 7 Box 7 / 8 Box 8 / 9 Box 9 / 10 Box 10 - Would definitely vot</w:t>
            </w:r>
          </w:p>
        </w:tc>
        <w:tc>
          <w:tcPr>
            <w:tcW w:w="648" w:type="dxa"/>
          </w:tcPr>
          <w:p w14:paraId="5253B0DF" w14:textId="77777777" w:rsidR="004D342C" w:rsidRDefault="00000000">
            <w:pPr>
              <w:spacing w:before="20" w:after="20"/>
              <w:ind w:firstLine="0"/>
              <w:jc w:val="right"/>
            </w:pPr>
            <w:r>
              <w:rPr>
                <w:sz w:val="16"/>
              </w:rPr>
              <w:t>6</w:t>
            </w:r>
          </w:p>
        </w:tc>
      </w:tr>
      <w:tr w:rsidR="004D342C" w14:paraId="7274D9D9" w14:textId="77777777">
        <w:trPr>
          <w:cantSplit/>
          <w:jc w:val="center"/>
        </w:trPr>
        <w:tc>
          <w:tcPr>
            <w:tcW w:w="1944" w:type="dxa"/>
          </w:tcPr>
          <w:p w14:paraId="148B8E73" w14:textId="77777777" w:rsidR="004D342C" w:rsidRDefault="00000000">
            <w:pPr>
              <w:spacing w:before="20" w:after="20"/>
              <w:ind w:firstLine="0"/>
            </w:pPr>
            <w:r>
              <w:rPr>
                <w:sz w:val="16"/>
              </w:rPr>
              <w:t>valuescompetition</w:t>
            </w:r>
            <w:r>
              <w:rPr>
                <w:sz w:val="16"/>
              </w:rPr>
              <w:br/>
              <w:t>(competition)</w:t>
            </w:r>
          </w:p>
        </w:tc>
        <w:tc>
          <w:tcPr>
            <w:tcW w:w="2880" w:type="dxa"/>
          </w:tcPr>
          <w:p w14:paraId="48E48F98" w14:textId="77777777" w:rsidR="004D342C" w:rsidRDefault="00000000">
            <w:pPr>
              <w:spacing w:before="20" w:after="20"/>
              <w:ind w:firstLine="0"/>
            </w:pPr>
            <w:r>
              <w:rPr>
                <w:sz w:val="16"/>
              </w:rPr>
              <w:t>QE1 STATEMENTS: COMPETITION GUARANTEES PROSPERITY</w:t>
            </w:r>
          </w:p>
        </w:tc>
        <w:tc>
          <w:tcPr>
            <w:tcW w:w="3456" w:type="dxa"/>
          </w:tcPr>
          <w:p w14:paraId="03658E71" w14:textId="77777777" w:rsidR="004D342C" w:rsidRDefault="00000000">
            <w:pPr>
              <w:spacing w:before="20" w:after="20"/>
              <w:ind w:firstLine="0"/>
            </w:pPr>
            <w:r>
              <w:rPr>
                <w:sz w:val="16"/>
              </w:rPr>
              <w:t>1 Totally agree / 2 Tend to agree / 3 Tend to disagree / 4 Totally disagree / 5 DK</w:t>
            </w:r>
          </w:p>
        </w:tc>
        <w:tc>
          <w:tcPr>
            <w:tcW w:w="648" w:type="dxa"/>
          </w:tcPr>
          <w:p w14:paraId="6A163ED1" w14:textId="77777777" w:rsidR="004D342C" w:rsidRDefault="00000000">
            <w:pPr>
              <w:spacing w:before="20" w:after="20"/>
              <w:ind w:firstLine="0"/>
              <w:jc w:val="right"/>
            </w:pPr>
            <w:r>
              <w:rPr>
                <w:sz w:val="16"/>
              </w:rPr>
              <w:t>6</w:t>
            </w:r>
          </w:p>
        </w:tc>
      </w:tr>
      <w:tr w:rsidR="004D342C" w14:paraId="6E2A9A9B" w14:textId="77777777">
        <w:trPr>
          <w:cantSplit/>
          <w:jc w:val="center"/>
        </w:trPr>
        <w:tc>
          <w:tcPr>
            <w:tcW w:w="1944" w:type="dxa"/>
          </w:tcPr>
          <w:p w14:paraId="07D658B0" w14:textId="77777777" w:rsidR="004D342C" w:rsidRDefault="00000000">
            <w:pPr>
              <w:spacing w:before="20" w:after="20"/>
              <w:ind w:firstLine="0"/>
            </w:pPr>
            <w:r>
              <w:rPr>
                <w:sz w:val="16"/>
              </w:rPr>
              <w:t>electionepinterest</w:t>
            </w:r>
          </w:p>
        </w:tc>
        <w:tc>
          <w:tcPr>
            <w:tcW w:w="2880" w:type="dxa"/>
          </w:tcPr>
          <w:p w14:paraId="45151F58" w14:textId="77777777" w:rsidR="004D342C" w:rsidRDefault="00000000">
            <w:pPr>
              <w:spacing w:before="20" w:after="20"/>
              <w:ind w:firstLine="0"/>
            </w:pPr>
            <w:r>
              <w:rPr>
                <w:sz w:val="16"/>
              </w:rPr>
              <w:t>QC2 EUROPEAN ELECTIONS - INTEREST</w:t>
            </w:r>
          </w:p>
        </w:tc>
        <w:tc>
          <w:tcPr>
            <w:tcW w:w="3456" w:type="dxa"/>
          </w:tcPr>
          <w:p w14:paraId="566050C7" w14:textId="77777777" w:rsidR="004D342C" w:rsidRDefault="00000000">
            <w:pPr>
              <w:spacing w:before="20" w:after="20"/>
              <w:ind w:firstLine="0"/>
            </w:pPr>
            <w:r>
              <w:rPr>
                <w:sz w:val="16"/>
              </w:rPr>
              <w:t>1 Very interested / 2 Somewhat interested / 3 Somewhat disinterested / 4 Very disinterested</w:t>
            </w:r>
          </w:p>
        </w:tc>
        <w:tc>
          <w:tcPr>
            <w:tcW w:w="648" w:type="dxa"/>
          </w:tcPr>
          <w:p w14:paraId="4807CC04" w14:textId="77777777" w:rsidR="004D342C" w:rsidRDefault="00000000">
            <w:pPr>
              <w:spacing w:before="20" w:after="20"/>
              <w:ind w:firstLine="0"/>
              <w:jc w:val="right"/>
            </w:pPr>
            <w:r>
              <w:rPr>
                <w:sz w:val="16"/>
              </w:rPr>
              <w:t>5</w:t>
            </w:r>
          </w:p>
        </w:tc>
      </w:tr>
      <w:tr w:rsidR="004D342C" w14:paraId="31DBE268" w14:textId="77777777">
        <w:trPr>
          <w:cantSplit/>
          <w:jc w:val="center"/>
        </w:trPr>
        <w:tc>
          <w:tcPr>
            <w:tcW w:w="1944" w:type="dxa"/>
          </w:tcPr>
          <w:p w14:paraId="737A0E63" w14:textId="77777777" w:rsidR="004D342C" w:rsidRDefault="00000000">
            <w:pPr>
              <w:spacing w:before="20" w:after="20"/>
              <w:ind w:firstLine="0"/>
            </w:pPr>
            <w:r>
              <w:rPr>
                <w:sz w:val="16"/>
              </w:rPr>
              <w:t>electionsepvote</w:t>
            </w:r>
          </w:p>
        </w:tc>
        <w:tc>
          <w:tcPr>
            <w:tcW w:w="2880" w:type="dxa"/>
          </w:tcPr>
          <w:p w14:paraId="2C86E354" w14:textId="77777777" w:rsidR="004D342C" w:rsidRDefault="00000000">
            <w:pPr>
              <w:spacing w:before="20" w:after="20"/>
              <w:ind w:firstLine="0"/>
            </w:pPr>
            <w:r>
              <w:rPr>
                <w:sz w:val="16"/>
              </w:rPr>
              <w:t>QK1 EUROPEAN ELECTIONS - PARTICIPATION</w:t>
            </w:r>
          </w:p>
        </w:tc>
        <w:tc>
          <w:tcPr>
            <w:tcW w:w="3456" w:type="dxa"/>
          </w:tcPr>
          <w:p w14:paraId="4DCBCEA1" w14:textId="77777777" w:rsidR="004D342C" w:rsidRDefault="00000000">
            <w:pPr>
              <w:spacing w:before="20" w:after="20"/>
              <w:ind w:firstLine="0"/>
            </w:pPr>
            <w:r>
              <w:rPr>
                <w:sz w:val="16"/>
              </w:rPr>
              <w:t>1 Voted / 2 Did not vote</w:t>
            </w:r>
          </w:p>
        </w:tc>
        <w:tc>
          <w:tcPr>
            <w:tcW w:w="648" w:type="dxa"/>
          </w:tcPr>
          <w:p w14:paraId="1EC2CA69" w14:textId="77777777" w:rsidR="004D342C" w:rsidRDefault="00000000">
            <w:pPr>
              <w:spacing w:before="20" w:after="20"/>
              <w:ind w:firstLine="0"/>
              <w:jc w:val="right"/>
            </w:pPr>
            <w:r>
              <w:rPr>
                <w:sz w:val="16"/>
              </w:rPr>
              <w:t>5</w:t>
            </w:r>
          </w:p>
        </w:tc>
      </w:tr>
      <w:tr w:rsidR="004D342C" w14:paraId="265A5440" w14:textId="77777777">
        <w:trPr>
          <w:cantSplit/>
          <w:jc w:val="center"/>
        </w:trPr>
        <w:tc>
          <w:tcPr>
            <w:tcW w:w="1944" w:type="dxa"/>
          </w:tcPr>
          <w:p w14:paraId="5B897577" w14:textId="77777777" w:rsidR="004D342C" w:rsidRDefault="00000000">
            <w:pPr>
              <w:spacing w:before="20" w:after="20"/>
              <w:ind w:firstLine="0"/>
            </w:pPr>
            <w:r>
              <w:rPr>
                <w:sz w:val="16"/>
              </w:rPr>
              <w:t>epvoteintentiongroup</w:t>
            </w:r>
          </w:p>
        </w:tc>
        <w:tc>
          <w:tcPr>
            <w:tcW w:w="2880" w:type="dxa"/>
          </w:tcPr>
          <w:p w14:paraId="436C2D39" w14:textId="77777777" w:rsidR="004D342C" w:rsidRDefault="00000000">
            <w:pPr>
              <w:spacing w:before="20" w:after="20"/>
              <w:ind w:firstLine="0"/>
            </w:pPr>
            <w:r>
              <w:rPr>
                <w:sz w:val="16"/>
              </w:rPr>
              <w:t>EUROP PARL PARTY GROUP - 1ST PREFERENCE</w:t>
            </w:r>
          </w:p>
        </w:tc>
        <w:tc>
          <w:tcPr>
            <w:tcW w:w="3456" w:type="dxa"/>
          </w:tcPr>
          <w:p w14:paraId="280FB921" w14:textId="77777777" w:rsidR="004D342C" w:rsidRDefault="00000000">
            <w:pPr>
              <w:spacing w:before="20" w:after="20"/>
              <w:ind w:firstLine="0"/>
            </w:pPr>
            <w:r>
              <w:rPr>
                <w:sz w:val="16"/>
              </w:rPr>
              <w:t>1 Communists and allies / 2 Socialists / 3 Christian Democrats / 4 Liberals and Democrats / 5 European Conservatives / 6 European Progressive Democrat</w:t>
            </w:r>
          </w:p>
        </w:tc>
        <w:tc>
          <w:tcPr>
            <w:tcW w:w="648" w:type="dxa"/>
          </w:tcPr>
          <w:p w14:paraId="7E3DDD28" w14:textId="77777777" w:rsidR="004D342C" w:rsidRDefault="00000000">
            <w:pPr>
              <w:spacing w:before="20" w:after="20"/>
              <w:ind w:firstLine="0"/>
              <w:jc w:val="right"/>
            </w:pPr>
            <w:r>
              <w:rPr>
                <w:sz w:val="16"/>
              </w:rPr>
              <w:t>4</w:t>
            </w:r>
          </w:p>
        </w:tc>
      </w:tr>
      <w:tr w:rsidR="004D342C" w14:paraId="4DEA95F2" w14:textId="77777777">
        <w:trPr>
          <w:cantSplit/>
          <w:jc w:val="center"/>
        </w:trPr>
        <w:tc>
          <w:tcPr>
            <w:tcW w:w="1944" w:type="dxa"/>
          </w:tcPr>
          <w:p w14:paraId="725ED385" w14:textId="77777777" w:rsidR="004D342C" w:rsidRDefault="00000000">
            <w:pPr>
              <w:spacing w:before="20" w:after="20"/>
              <w:ind w:firstLine="0"/>
            </w:pPr>
            <w:r>
              <w:rPr>
                <w:sz w:val="16"/>
              </w:rPr>
              <w:t>demopartyecemphasis</w:t>
            </w:r>
          </w:p>
        </w:tc>
        <w:tc>
          <w:tcPr>
            <w:tcW w:w="2880" w:type="dxa"/>
          </w:tcPr>
          <w:p w14:paraId="3AE57EF7" w14:textId="77777777" w:rsidR="004D342C" w:rsidRDefault="00000000">
            <w:pPr>
              <w:spacing w:before="20" w:after="20"/>
              <w:ind w:firstLine="0"/>
            </w:pPr>
            <w:r>
              <w:rPr>
                <w:sz w:val="16"/>
              </w:rPr>
              <w:t>PARTY - DEDICATION TO EC PROBLEMS</w:t>
            </w:r>
          </w:p>
        </w:tc>
        <w:tc>
          <w:tcPr>
            <w:tcW w:w="3456" w:type="dxa"/>
          </w:tcPr>
          <w:p w14:paraId="1144A812" w14:textId="77777777" w:rsidR="004D342C" w:rsidRDefault="00000000">
            <w:pPr>
              <w:spacing w:before="20" w:after="20"/>
              <w:ind w:firstLine="0"/>
            </w:pPr>
            <w:r>
              <w:rPr>
                <w:sz w:val="16"/>
              </w:rPr>
              <w:t>1 too much importance / 2 not enough importance</w:t>
            </w:r>
          </w:p>
        </w:tc>
        <w:tc>
          <w:tcPr>
            <w:tcW w:w="648" w:type="dxa"/>
          </w:tcPr>
          <w:p w14:paraId="11F061F4" w14:textId="77777777" w:rsidR="004D342C" w:rsidRDefault="00000000">
            <w:pPr>
              <w:spacing w:before="20" w:after="20"/>
              <w:ind w:firstLine="0"/>
              <w:jc w:val="right"/>
            </w:pPr>
            <w:r>
              <w:rPr>
                <w:sz w:val="16"/>
              </w:rPr>
              <w:t>3</w:t>
            </w:r>
          </w:p>
        </w:tc>
      </w:tr>
      <w:tr w:rsidR="004D342C" w14:paraId="79011BDA" w14:textId="77777777">
        <w:trPr>
          <w:cantSplit/>
          <w:jc w:val="center"/>
        </w:trPr>
        <w:tc>
          <w:tcPr>
            <w:tcW w:w="1944" w:type="dxa"/>
          </w:tcPr>
          <w:p w14:paraId="41C93472" w14:textId="77777777" w:rsidR="004D342C" w:rsidRDefault="00000000">
            <w:pPr>
              <w:spacing w:before="20" w:after="20"/>
              <w:ind w:firstLine="0"/>
            </w:pPr>
            <w:r>
              <w:rPr>
                <w:sz w:val="16"/>
              </w:rPr>
              <w:t>electionepreasonforvote2</w:t>
            </w:r>
          </w:p>
        </w:tc>
        <w:tc>
          <w:tcPr>
            <w:tcW w:w="2880" w:type="dxa"/>
          </w:tcPr>
          <w:p w14:paraId="5EEDC940" w14:textId="77777777" w:rsidR="004D342C" w:rsidRDefault="00000000">
            <w:pPr>
              <w:spacing w:before="20" w:after="20"/>
              <w:ind w:firstLine="0"/>
            </w:pPr>
            <w:r>
              <w:rPr>
                <w:sz w:val="16"/>
              </w:rPr>
              <w:t>EUROPEAN ELECTIONS VOTE - CRITERIA FOR CHOOSING A CANDIDATE (EB69.2, EB71.1)</w:t>
            </w:r>
          </w:p>
        </w:tc>
        <w:tc>
          <w:tcPr>
            <w:tcW w:w="3456" w:type="dxa"/>
          </w:tcPr>
          <w:p w14:paraId="634E7783" w14:textId="77777777" w:rsidR="004D342C" w:rsidRDefault="00000000">
            <w:pPr>
              <w:spacing w:before="20" w:after="20"/>
              <w:ind w:firstLine="0"/>
            </w:pPr>
            <w:r>
              <w:rPr>
                <w:sz w:val="16"/>
              </w:rPr>
              <w:t>1 Personality of candidates / 2 Candidates' positions on national issues / 3 Candidates' positions on European issues / 4 Parties' positions on Europe / 5 Notoriety of candidates / 6 Candidates' experience / 7 Party affiliation / 8 None (SPONTANEOUS) / 9 Other (SPONTANEOUS)</w:t>
            </w:r>
          </w:p>
        </w:tc>
        <w:tc>
          <w:tcPr>
            <w:tcW w:w="648" w:type="dxa"/>
          </w:tcPr>
          <w:p w14:paraId="544BBF92" w14:textId="77777777" w:rsidR="004D342C" w:rsidRDefault="00000000">
            <w:pPr>
              <w:spacing w:before="20" w:after="20"/>
              <w:ind w:firstLine="0"/>
              <w:jc w:val="right"/>
            </w:pPr>
            <w:r>
              <w:rPr>
                <w:sz w:val="16"/>
              </w:rPr>
              <w:t>2</w:t>
            </w:r>
          </w:p>
        </w:tc>
      </w:tr>
      <w:tr w:rsidR="004D342C" w14:paraId="35B82DD8" w14:textId="77777777">
        <w:trPr>
          <w:cantSplit/>
          <w:jc w:val="center"/>
        </w:trPr>
        <w:tc>
          <w:tcPr>
            <w:tcW w:w="1944" w:type="dxa"/>
          </w:tcPr>
          <w:p w14:paraId="3B87499E" w14:textId="77777777" w:rsidR="004D342C" w:rsidRDefault="00000000">
            <w:pPr>
              <w:spacing w:before="20" w:after="20"/>
              <w:ind w:firstLine="0"/>
            </w:pPr>
            <w:r>
              <w:rPr>
                <w:sz w:val="16"/>
              </w:rPr>
              <w:t>electionepreasonforvote</w:t>
            </w:r>
          </w:p>
        </w:tc>
        <w:tc>
          <w:tcPr>
            <w:tcW w:w="2880" w:type="dxa"/>
          </w:tcPr>
          <w:p w14:paraId="50201108" w14:textId="77777777" w:rsidR="004D342C" w:rsidRDefault="00000000">
            <w:pPr>
              <w:spacing w:before="20" w:after="20"/>
              <w:ind w:firstLine="0"/>
            </w:pPr>
            <w:r>
              <w:rPr>
                <w:sz w:val="16"/>
              </w:rPr>
              <w:t>EUROPEAN ELECTION - WHY RESPONDENT DID NOT VOTE (EB22)</w:t>
            </w:r>
          </w:p>
        </w:tc>
        <w:tc>
          <w:tcPr>
            <w:tcW w:w="3456" w:type="dxa"/>
          </w:tcPr>
          <w:p w14:paraId="793A498D" w14:textId="77777777" w:rsidR="004D342C" w:rsidRDefault="00000000">
            <w:pPr>
              <w:spacing w:before="20" w:after="20"/>
              <w:ind w:firstLine="0"/>
            </w:pPr>
            <w:r>
              <w:rPr>
                <w:sz w:val="16"/>
              </w:rPr>
              <w:t>1 Not eligible to vote / not on register / 2 Personal reason / 3 Lack of interest in politics / 4 Lack of interest in European matters / 5 Hostility to Europe / 6 Not informed enough / 7 No party or candidate worth voting for / 8 Vote changes nothing / 9 Deliberate abstention / 10 Other reply</w:t>
            </w:r>
          </w:p>
        </w:tc>
        <w:tc>
          <w:tcPr>
            <w:tcW w:w="648" w:type="dxa"/>
          </w:tcPr>
          <w:p w14:paraId="4C24AAC5" w14:textId="77777777" w:rsidR="004D342C" w:rsidRDefault="00000000">
            <w:pPr>
              <w:spacing w:before="20" w:after="20"/>
              <w:ind w:firstLine="0"/>
              <w:jc w:val="right"/>
            </w:pPr>
            <w:r>
              <w:rPr>
                <w:sz w:val="16"/>
              </w:rPr>
              <w:t>1</w:t>
            </w:r>
          </w:p>
        </w:tc>
      </w:tr>
      <w:tr w:rsidR="004D342C" w14:paraId="4EA10EA5" w14:textId="77777777">
        <w:trPr>
          <w:cantSplit/>
          <w:jc w:val="center"/>
        </w:trPr>
        <w:tc>
          <w:tcPr>
            <w:tcW w:w="1944" w:type="dxa"/>
          </w:tcPr>
          <w:p w14:paraId="75C38EFB" w14:textId="77777777" w:rsidR="004D342C" w:rsidRDefault="00000000">
            <w:pPr>
              <w:spacing w:before="20" w:after="20"/>
              <w:ind w:firstLine="0"/>
            </w:pPr>
            <w:r>
              <w:rPr>
                <w:sz w:val="16"/>
              </w:rPr>
              <w:t>epvoteintention100</w:t>
            </w:r>
          </w:p>
        </w:tc>
        <w:tc>
          <w:tcPr>
            <w:tcW w:w="2880" w:type="dxa"/>
          </w:tcPr>
          <w:p w14:paraId="6A513961" w14:textId="77777777" w:rsidR="004D342C" w:rsidRDefault="00000000">
            <w:pPr>
              <w:spacing w:before="20" w:after="20"/>
              <w:ind w:firstLine="0"/>
            </w:pPr>
            <w:r>
              <w:rPr>
                <w:sz w:val="16"/>
              </w:rPr>
              <w:t>VOTE INTENTION EUROP ELECT - 1ST PREF</w:t>
            </w:r>
          </w:p>
        </w:tc>
        <w:tc>
          <w:tcPr>
            <w:tcW w:w="3456" w:type="dxa"/>
          </w:tcPr>
          <w:p w14:paraId="4913245E" w14:textId="77777777" w:rsidR="004D342C" w:rsidRDefault="00000000">
            <w:pPr>
              <w:spacing w:before="20" w:after="20"/>
              <w:ind w:firstLine="0"/>
            </w:pPr>
            <w:r>
              <w:rPr>
                <w:sz w:val="16"/>
              </w:rPr>
              <w:t>country-specific party codes kept raw (see wave codebook)</w:t>
            </w:r>
          </w:p>
        </w:tc>
        <w:tc>
          <w:tcPr>
            <w:tcW w:w="648" w:type="dxa"/>
          </w:tcPr>
          <w:p w14:paraId="7E66F3B9" w14:textId="77777777" w:rsidR="004D342C" w:rsidRDefault="00000000">
            <w:pPr>
              <w:spacing w:before="20" w:after="20"/>
              <w:ind w:firstLine="0"/>
              <w:jc w:val="right"/>
            </w:pPr>
            <w:r>
              <w:rPr>
                <w:sz w:val="16"/>
              </w:rPr>
              <w:t>3</w:t>
            </w:r>
          </w:p>
        </w:tc>
      </w:tr>
      <w:tr w:rsidR="004D342C" w14:paraId="179AF1CF" w14:textId="77777777">
        <w:trPr>
          <w:cantSplit/>
          <w:jc w:val="center"/>
        </w:trPr>
        <w:tc>
          <w:tcPr>
            <w:tcW w:w="1944" w:type="dxa"/>
          </w:tcPr>
          <w:p w14:paraId="13BBB553" w14:textId="77777777" w:rsidR="004D342C" w:rsidRDefault="00000000">
            <w:pPr>
              <w:spacing w:before="20" w:after="20"/>
              <w:ind w:firstLine="0"/>
            </w:pPr>
            <w:r>
              <w:rPr>
                <w:sz w:val="16"/>
              </w:rPr>
              <w:t>demoelectoralregister</w:t>
            </w:r>
          </w:p>
        </w:tc>
        <w:tc>
          <w:tcPr>
            <w:tcW w:w="2880" w:type="dxa"/>
          </w:tcPr>
          <w:p w14:paraId="2327DB6A" w14:textId="77777777" w:rsidR="004D342C" w:rsidRDefault="00000000">
            <w:pPr>
              <w:spacing w:before="20" w:after="20"/>
              <w:ind w:firstLine="0"/>
            </w:pPr>
            <w:r>
              <w:rPr>
                <w:sz w:val="16"/>
              </w:rPr>
              <w:t>EUROP ELECTIONS - ENTITLED TO VOTE</w:t>
            </w:r>
          </w:p>
        </w:tc>
        <w:tc>
          <w:tcPr>
            <w:tcW w:w="3456" w:type="dxa"/>
          </w:tcPr>
          <w:p w14:paraId="4B193611" w14:textId="77777777" w:rsidR="004D342C" w:rsidRDefault="00000000">
            <w:pPr>
              <w:spacing w:before="20" w:after="20"/>
              <w:ind w:firstLine="0"/>
            </w:pPr>
            <w:r>
              <w:rPr>
                <w:sz w:val="16"/>
              </w:rPr>
              <w:t>1 registered at present address / 2 registered at another address / 3 does not know if registered / 4 not registered</w:t>
            </w:r>
          </w:p>
        </w:tc>
        <w:tc>
          <w:tcPr>
            <w:tcW w:w="648" w:type="dxa"/>
          </w:tcPr>
          <w:p w14:paraId="213C0BBC" w14:textId="77777777" w:rsidR="004D342C" w:rsidRDefault="00000000">
            <w:pPr>
              <w:spacing w:before="20" w:after="20"/>
              <w:ind w:firstLine="0"/>
              <w:jc w:val="right"/>
            </w:pPr>
            <w:r>
              <w:rPr>
                <w:sz w:val="16"/>
              </w:rPr>
              <w:t>3</w:t>
            </w:r>
          </w:p>
        </w:tc>
      </w:tr>
      <w:tr w:rsidR="004D342C" w14:paraId="795FFC9E" w14:textId="77777777">
        <w:trPr>
          <w:cantSplit/>
          <w:jc w:val="center"/>
        </w:trPr>
        <w:tc>
          <w:tcPr>
            <w:tcW w:w="1944" w:type="dxa"/>
          </w:tcPr>
          <w:p w14:paraId="2E3B42C1" w14:textId="77777777" w:rsidR="004D342C" w:rsidRDefault="00000000">
            <w:pPr>
              <w:spacing w:before="20" w:after="20"/>
              <w:ind w:firstLine="0"/>
            </w:pPr>
            <w:r>
              <w:rPr>
                <w:sz w:val="16"/>
              </w:rPr>
              <w:lastRenderedPageBreak/>
              <w:t>demopartyattach</w:t>
            </w:r>
          </w:p>
        </w:tc>
        <w:tc>
          <w:tcPr>
            <w:tcW w:w="2880" w:type="dxa"/>
          </w:tcPr>
          <w:p w14:paraId="327CB490" w14:textId="77777777" w:rsidR="004D342C" w:rsidRDefault="00000000">
            <w:pPr>
              <w:spacing w:before="20" w:after="20"/>
              <w:ind w:firstLine="0"/>
            </w:pPr>
            <w:r>
              <w:rPr>
                <w:sz w:val="16"/>
              </w:rPr>
              <w:t>PARTY ATTACHMENT</w:t>
            </w:r>
          </w:p>
        </w:tc>
        <w:tc>
          <w:tcPr>
            <w:tcW w:w="3456" w:type="dxa"/>
          </w:tcPr>
          <w:p w14:paraId="7527D8F8" w14:textId="77777777" w:rsidR="004D342C" w:rsidRDefault="00000000">
            <w:pPr>
              <w:spacing w:before="20" w:after="20"/>
              <w:ind w:firstLine="0"/>
            </w:pPr>
            <w:r>
              <w:rPr>
                <w:sz w:val="16"/>
              </w:rPr>
              <w:t>1 very close / 2 fairly close / 3 sympathizer / 4 close to no party</w:t>
            </w:r>
          </w:p>
        </w:tc>
        <w:tc>
          <w:tcPr>
            <w:tcW w:w="648" w:type="dxa"/>
          </w:tcPr>
          <w:p w14:paraId="14BB8813" w14:textId="77777777" w:rsidR="004D342C" w:rsidRDefault="00000000">
            <w:pPr>
              <w:spacing w:before="20" w:after="20"/>
              <w:ind w:firstLine="0"/>
              <w:jc w:val="right"/>
            </w:pPr>
            <w:r>
              <w:rPr>
                <w:sz w:val="16"/>
              </w:rPr>
              <w:t>2</w:t>
            </w:r>
          </w:p>
        </w:tc>
      </w:tr>
      <w:tr w:rsidR="004D342C" w14:paraId="77CD9867" w14:textId="77777777">
        <w:trPr>
          <w:cantSplit/>
          <w:jc w:val="center"/>
        </w:trPr>
        <w:tc>
          <w:tcPr>
            <w:tcW w:w="1944" w:type="dxa"/>
          </w:tcPr>
          <w:p w14:paraId="726B30AE" w14:textId="77777777" w:rsidR="004D342C" w:rsidRDefault="00000000">
            <w:pPr>
              <w:spacing w:before="20" w:after="20"/>
              <w:ind w:firstLine="0"/>
            </w:pPr>
            <w:r>
              <w:rPr>
                <w:sz w:val="16"/>
              </w:rPr>
              <w:t>demopostmat</w:t>
            </w:r>
          </w:p>
        </w:tc>
        <w:tc>
          <w:tcPr>
            <w:tcW w:w="2880" w:type="dxa"/>
          </w:tcPr>
          <w:p w14:paraId="15378A03" w14:textId="77777777" w:rsidR="004D342C" w:rsidRDefault="00000000">
            <w:pPr>
              <w:spacing w:before="20" w:after="20"/>
              <w:ind w:firstLine="0"/>
            </w:pPr>
            <w:r>
              <w:rPr>
                <w:sz w:val="16"/>
              </w:rPr>
              <w:t>VALUE ORIENTATION (POST-MATERIALISM)</w:t>
            </w:r>
          </w:p>
        </w:tc>
        <w:tc>
          <w:tcPr>
            <w:tcW w:w="3456" w:type="dxa"/>
          </w:tcPr>
          <w:p w14:paraId="0EB63FE1" w14:textId="77777777" w:rsidR="004D342C" w:rsidRDefault="00000000">
            <w:pPr>
              <w:spacing w:before="20" w:after="20"/>
              <w:ind w:firstLine="0"/>
            </w:pPr>
            <w:r>
              <w:rPr>
                <w:sz w:val="16"/>
              </w:rPr>
              <w:t>1 materialist / 2 mixed / 3 postmaterialist</w:t>
            </w:r>
          </w:p>
        </w:tc>
        <w:tc>
          <w:tcPr>
            <w:tcW w:w="648" w:type="dxa"/>
          </w:tcPr>
          <w:p w14:paraId="00BD435B" w14:textId="77777777" w:rsidR="004D342C" w:rsidRDefault="00000000">
            <w:pPr>
              <w:spacing w:before="20" w:after="20"/>
              <w:ind w:firstLine="0"/>
              <w:jc w:val="right"/>
            </w:pPr>
            <w:r>
              <w:rPr>
                <w:sz w:val="16"/>
              </w:rPr>
              <w:t>2</w:t>
            </w:r>
          </w:p>
        </w:tc>
      </w:tr>
      <w:tr w:rsidR="004D342C" w14:paraId="4996C472" w14:textId="77777777">
        <w:trPr>
          <w:cantSplit/>
          <w:jc w:val="center"/>
        </w:trPr>
        <w:tc>
          <w:tcPr>
            <w:tcW w:w="1944" w:type="dxa"/>
          </w:tcPr>
          <w:p w14:paraId="255C96EA" w14:textId="77777777" w:rsidR="004D342C" w:rsidRDefault="00000000">
            <w:pPr>
              <w:spacing w:before="20" w:after="20"/>
              <w:ind w:firstLine="0"/>
            </w:pPr>
            <w:r>
              <w:rPr>
                <w:sz w:val="16"/>
              </w:rPr>
              <w:t>demovaluesc</w:t>
            </w:r>
          </w:p>
        </w:tc>
        <w:tc>
          <w:tcPr>
            <w:tcW w:w="2880" w:type="dxa"/>
          </w:tcPr>
          <w:p w14:paraId="6C1658CF" w14:textId="77777777" w:rsidR="004D342C" w:rsidRDefault="00000000">
            <w:pPr>
              <w:spacing w:before="20" w:after="20"/>
              <w:ind w:firstLine="0"/>
            </w:pPr>
            <w:r>
              <w:rPr>
                <w:sz w:val="16"/>
              </w:rPr>
              <w:t>VALUE ORIENTATION - POL GOALS 1-4 1ST</w:t>
            </w:r>
          </w:p>
        </w:tc>
        <w:tc>
          <w:tcPr>
            <w:tcW w:w="3456" w:type="dxa"/>
          </w:tcPr>
          <w:p w14:paraId="3059FA2E" w14:textId="77777777" w:rsidR="004D342C" w:rsidRDefault="00000000">
            <w:pPr>
              <w:spacing w:before="20" w:after="20"/>
              <w:ind w:firstLine="0"/>
            </w:pPr>
            <w:r>
              <w:rPr>
                <w:sz w:val="16"/>
              </w:rPr>
              <w:t>1 economic growth / 2 strong defence forces / 3 more say at work and in the community / 4 more beautiful cities</w:t>
            </w:r>
          </w:p>
        </w:tc>
        <w:tc>
          <w:tcPr>
            <w:tcW w:w="648" w:type="dxa"/>
          </w:tcPr>
          <w:p w14:paraId="06DF8FA8" w14:textId="77777777" w:rsidR="004D342C" w:rsidRDefault="00000000">
            <w:pPr>
              <w:spacing w:before="20" w:after="20"/>
              <w:ind w:firstLine="0"/>
              <w:jc w:val="right"/>
            </w:pPr>
            <w:r>
              <w:rPr>
                <w:sz w:val="16"/>
              </w:rPr>
              <w:t>2</w:t>
            </w:r>
          </w:p>
        </w:tc>
      </w:tr>
      <w:tr w:rsidR="004D342C" w14:paraId="2D62B450" w14:textId="77777777">
        <w:trPr>
          <w:cantSplit/>
          <w:jc w:val="center"/>
        </w:trPr>
        <w:tc>
          <w:tcPr>
            <w:tcW w:w="1944" w:type="dxa"/>
          </w:tcPr>
          <w:p w14:paraId="37FB2DE5" w14:textId="77777777" w:rsidR="004D342C" w:rsidRDefault="00000000">
            <w:pPr>
              <w:spacing w:before="20" w:after="20"/>
              <w:ind w:firstLine="0"/>
            </w:pPr>
            <w:r>
              <w:rPr>
                <w:sz w:val="16"/>
              </w:rPr>
              <w:t>demovaluesd</w:t>
            </w:r>
          </w:p>
        </w:tc>
        <w:tc>
          <w:tcPr>
            <w:tcW w:w="2880" w:type="dxa"/>
          </w:tcPr>
          <w:p w14:paraId="3A1C73EC" w14:textId="77777777" w:rsidR="004D342C" w:rsidRDefault="00000000">
            <w:pPr>
              <w:spacing w:before="20" w:after="20"/>
              <w:ind w:firstLine="0"/>
            </w:pPr>
            <w:r>
              <w:rPr>
                <w:sz w:val="16"/>
              </w:rPr>
              <w:t>VALUE ORIENTATION - POL GOALS 1-4 2ND</w:t>
            </w:r>
          </w:p>
        </w:tc>
        <w:tc>
          <w:tcPr>
            <w:tcW w:w="3456" w:type="dxa"/>
          </w:tcPr>
          <w:p w14:paraId="7097F461" w14:textId="77777777" w:rsidR="004D342C" w:rsidRDefault="00000000">
            <w:pPr>
              <w:spacing w:before="20" w:after="20"/>
              <w:ind w:firstLine="0"/>
            </w:pPr>
            <w:r>
              <w:rPr>
                <w:sz w:val="16"/>
              </w:rPr>
              <w:t>1 economic growth / 2 strong defence forces / 3 more say at work and in the community / 4 more beautiful cities</w:t>
            </w:r>
          </w:p>
        </w:tc>
        <w:tc>
          <w:tcPr>
            <w:tcW w:w="648" w:type="dxa"/>
          </w:tcPr>
          <w:p w14:paraId="108730AA" w14:textId="77777777" w:rsidR="004D342C" w:rsidRDefault="00000000">
            <w:pPr>
              <w:spacing w:before="20" w:after="20"/>
              <w:ind w:firstLine="0"/>
              <w:jc w:val="right"/>
            </w:pPr>
            <w:r>
              <w:rPr>
                <w:sz w:val="16"/>
              </w:rPr>
              <w:t>2</w:t>
            </w:r>
          </w:p>
        </w:tc>
      </w:tr>
      <w:tr w:rsidR="004D342C" w14:paraId="02F014BD" w14:textId="77777777">
        <w:trPr>
          <w:cantSplit/>
          <w:jc w:val="center"/>
        </w:trPr>
        <w:tc>
          <w:tcPr>
            <w:tcW w:w="1944" w:type="dxa"/>
          </w:tcPr>
          <w:p w14:paraId="3EAC30A3" w14:textId="77777777" w:rsidR="004D342C" w:rsidRDefault="00000000">
            <w:pPr>
              <w:spacing w:before="20" w:after="20"/>
              <w:ind w:firstLine="0"/>
            </w:pPr>
            <w:r>
              <w:rPr>
                <w:sz w:val="16"/>
              </w:rPr>
              <w:t>voteintentionNAT</w:t>
            </w:r>
            <w:r>
              <w:rPr>
                <w:sz w:val="16"/>
              </w:rPr>
              <w:br/>
              <w:t>(demovoteintention)</w:t>
            </w:r>
          </w:p>
        </w:tc>
        <w:tc>
          <w:tcPr>
            <w:tcW w:w="2880" w:type="dxa"/>
          </w:tcPr>
          <w:p w14:paraId="6ED2B34E" w14:textId="77777777" w:rsidR="004D342C" w:rsidRDefault="00000000">
            <w:pPr>
              <w:spacing w:before="20" w:after="20"/>
              <w:ind w:firstLine="0"/>
            </w:pPr>
            <w:r>
              <w:rPr>
                <w:sz w:val="16"/>
              </w:rPr>
              <w:t>d4 vote intention</w:t>
            </w:r>
          </w:p>
        </w:tc>
        <w:tc>
          <w:tcPr>
            <w:tcW w:w="3456" w:type="dxa"/>
          </w:tcPr>
          <w:p w14:paraId="2435AC3A" w14:textId="77777777" w:rsidR="004D342C" w:rsidRDefault="00000000">
            <w:pPr>
              <w:spacing w:before="20" w:after="20"/>
              <w:ind w:firstLine="0"/>
            </w:pPr>
            <w:r>
              <w:rPr>
                <w:sz w:val="16"/>
              </w:rPr>
              <w:t xml:space="preserve">1 Party A / 2 Party B / 3 Party C / 4 Party D / 5 Party E / 6 Party F / 7 Party G / 8 Party H / 9 Party I / 10 Party J / 11 Party K / 12 Party L / 13 </w:t>
            </w:r>
          </w:p>
        </w:tc>
        <w:tc>
          <w:tcPr>
            <w:tcW w:w="648" w:type="dxa"/>
          </w:tcPr>
          <w:p w14:paraId="3A1CEE55" w14:textId="77777777" w:rsidR="004D342C" w:rsidRDefault="00000000">
            <w:pPr>
              <w:spacing w:before="20" w:after="20"/>
              <w:ind w:firstLine="0"/>
              <w:jc w:val="right"/>
            </w:pPr>
            <w:r>
              <w:rPr>
                <w:sz w:val="16"/>
              </w:rPr>
              <w:t>6</w:t>
            </w:r>
          </w:p>
        </w:tc>
      </w:tr>
      <w:tr w:rsidR="004D342C" w14:paraId="3D2DCED9" w14:textId="77777777">
        <w:trPr>
          <w:cantSplit/>
          <w:jc w:val="center"/>
        </w:trPr>
        <w:tc>
          <w:tcPr>
            <w:tcW w:w="1944" w:type="dxa"/>
          </w:tcPr>
          <w:p w14:paraId="4F5852AD" w14:textId="77777777" w:rsidR="004D342C" w:rsidRDefault="00000000">
            <w:pPr>
              <w:spacing w:before="20" w:after="20"/>
              <w:ind w:firstLine="0"/>
            </w:pPr>
            <w:r>
              <w:rPr>
                <w:sz w:val="16"/>
              </w:rPr>
              <w:t>epvoteintention</w:t>
            </w:r>
          </w:p>
        </w:tc>
        <w:tc>
          <w:tcPr>
            <w:tcW w:w="2880" w:type="dxa"/>
          </w:tcPr>
          <w:p w14:paraId="0A68A3A6" w14:textId="77777777" w:rsidR="004D342C" w:rsidRDefault="00000000">
            <w:pPr>
              <w:spacing w:before="20" w:after="20"/>
              <w:ind w:firstLine="0"/>
            </w:pPr>
            <w:r>
              <w:rPr>
                <w:sz w:val="16"/>
              </w:rPr>
              <w:t>ELECTORAL PARTICIPATION - EUROPEAN</w:t>
            </w:r>
          </w:p>
        </w:tc>
        <w:tc>
          <w:tcPr>
            <w:tcW w:w="3456" w:type="dxa"/>
          </w:tcPr>
          <w:p w14:paraId="6B5AD7E4" w14:textId="77777777" w:rsidR="004D342C" w:rsidRDefault="00000000">
            <w:pPr>
              <w:spacing w:before="20" w:after="20"/>
              <w:ind w:firstLine="0"/>
            </w:pPr>
            <w:r>
              <w:rPr>
                <w:sz w:val="16"/>
              </w:rPr>
              <w:t>1 certainly vote / 2 probably vote / 3 probably not vote / 4 certainly not vote / 5 it depends</w:t>
            </w:r>
          </w:p>
        </w:tc>
        <w:tc>
          <w:tcPr>
            <w:tcW w:w="648" w:type="dxa"/>
          </w:tcPr>
          <w:p w14:paraId="171935B3" w14:textId="77777777" w:rsidR="004D342C" w:rsidRDefault="00000000">
            <w:pPr>
              <w:spacing w:before="20" w:after="20"/>
              <w:ind w:firstLine="0"/>
              <w:jc w:val="right"/>
            </w:pPr>
            <w:r>
              <w:rPr>
                <w:sz w:val="16"/>
              </w:rPr>
              <w:t>1</w:t>
            </w:r>
          </w:p>
        </w:tc>
      </w:tr>
      <w:tr w:rsidR="004D342C" w14:paraId="31140043" w14:textId="77777777">
        <w:trPr>
          <w:cantSplit/>
          <w:jc w:val="center"/>
        </w:trPr>
        <w:tc>
          <w:tcPr>
            <w:tcW w:w="1944" w:type="dxa"/>
          </w:tcPr>
          <w:p w14:paraId="216524DD" w14:textId="77777777" w:rsidR="004D342C" w:rsidRDefault="00000000">
            <w:pPr>
              <w:spacing w:before="20" w:after="20"/>
              <w:ind w:firstLine="0"/>
            </w:pPr>
            <w:r>
              <w:rPr>
                <w:sz w:val="16"/>
              </w:rPr>
              <w:t>valueslistassociations</w:t>
            </w:r>
            <w:r>
              <w:rPr>
                <w:sz w:val="16"/>
              </w:rPr>
              <w:br/>
              <w:t>(demovaluesassociations)</w:t>
            </w:r>
          </w:p>
        </w:tc>
        <w:tc>
          <w:tcPr>
            <w:tcW w:w="2880" w:type="dxa"/>
          </w:tcPr>
          <w:p w14:paraId="4043F772" w14:textId="77777777" w:rsidR="004D342C" w:rsidRDefault="00000000">
            <w:pPr>
              <w:spacing w:before="20" w:after="20"/>
              <w:ind w:firstLine="0"/>
            </w:pPr>
            <w:r>
              <w:rPr>
                <w:sz w:val="16"/>
              </w:rPr>
              <w:t>q46 civil rights: freedom of association</w:t>
            </w:r>
          </w:p>
        </w:tc>
        <w:tc>
          <w:tcPr>
            <w:tcW w:w="3456" w:type="dxa"/>
          </w:tcPr>
          <w:p w14:paraId="0A789CFF" w14:textId="77777777" w:rsidR="004D342C" w:rsidRDefault="00000000">
            <w:pPr>
              <w:spacing w:before="20" w:after="20"/>
              <w:ind w:firstLine="0"/>
            </w:pPr>
            <w:r>
              <w:rPr>
                <w:sz w:val="16"/>
              </w:rPr>
              <w:t>1 all circumstances / 2 it depends / 3 dont know</w:t>
            </w:r>
          </w:p>
        </w:tc>
        <w:tc>
          <w:tcPr>
            <w:tcW w:w="648" w:type="dxa"/>
          </w:tcPr>
          <w:p w14:paraId="502B882D" w14:textId="77777777" w:rsidR="004D342C" w:rsidRDefault="00000000">
            <w:pPr>
              <w:spacing w:before="20" w:after="20"/>
              <w:ind w:firstLine="0"/>
              <w:jc w:val="right"/>
            </w:pPr>
            <w:r>
              <w:rPr>
                <w:sz w:val="16"/>
              </w:rPr>
              <w:t>1</w:t>
            </w:r>
          </w:p>
        </w:tc>
      </w:tr>
      <w:tr w:rsidR="004D342C" w14:paraId="1609A45A" w14:textId="77777777">
        <w:trPr>
          <w:cantSplit/>
          <w:jc w:val="center"/>
        </w:trPr>
        <w:tc>
          <w:tcPr>
            <w:tcW w:w="1944" w:type="dxa"/>
          </w:tcPr>
          <w:p w14:paraId="675AE2FA" w14:textId="77777777" w:rsidR="004D342C" w:rsidRDefault="00000000">
            <w:pPr>
              <w:spacing w:before="20" w:after="20"/>
              <w:ind w:firstLine="0"/>
            </w:pPr>
            <w:r>
              <w:rPr>
                <w:sz w:val="16"/>
              </w:rPr>
              <w:t>valueslistculture</w:t>
            </w:r>
            <w:r>
              <w:rPr>
                <w:sz w:val="16"/>
              </w:rPr>
              <w:br/>
              <w:t>(demovaluesculture)</w:t>
            </w:r>
          </w:p>
        </w:tc>
        <w:tc>
          <w:tcPr>
            <w:tcW w:w="2880" w:type="dxa"/>
          </w:tcPr>
          <w:p w14:paraId="24C28C74" w14:textId="77777777" w:rsidR="004D342C" w:rsidRDefault="00000000">
            <w:pPr>
              <w:spacing w:before="20" w:after="20"/>
              <w:ind w:firstLine="0"/>
            </w:pPr>
            <w:r>
              <w:rPr>
                <w:sz w:val="16"/>
              </w:rPr>
              <w:t>q46 civil rights: own culture/language</w:t>
            </w:r>
          </w:p>
        </w:tc>
        <w:tc>
          <w:tcPr>
            <w:tcW w:w="3456" w:type="dxa"/>
          </w:tcPr>
          <w:p w14:paraId="56930CBD" w14:textId="77777777" w:rsidR="004D342C" w:rsidRDefault="00000000">
            <w:pPr>
              <w:spacing w:before="20" w:after="20"/>
              <w:ind w:firstLine="0"/>
            </w:pPr>
            <w:r>
              <w:rPr>
                <w:sz w:val="16"/>
              </w:rPr>
              <w:t>1 all circumstances / 2 it depends / 3 dont know</w:t>
            </w:r>
          </w:p>
        </w:tc>
        <w:tc>
          <w:tcPr>
            <w:tcW w:w="648" w:type="dxa"/>
          </w:tcPr>
          <w:p w14:paraId="625C9D41" w14:textId="77777777" w:rsidR="004D342C" w:rsidRDefault="00000000">
            <w:pPr>
              <w:spacing w:before="20" w:after="20"/>
              <w:ind w:firstLine="0"/>
              <w:jc w:val="right"/>
            </w:pPr>
            <w:r>
              <w:rPr>
                <w:sz w:val="16"/>
              </w:rPr>
              <w:t>1</w:t>
            </w:r>
          </w:p>
        </w:tc>
      </w:tr>
      <w:tr w:rsidR="004D342C" w14:paraId="0DB84789" w14:textId="77777777">
        <w:trPr>
          <w:cantSplit/>
          <w:jc w:val="center"/>
        </w:trPr>
        <w:tc>
          <w:tcPr>
            <w:tcW w:w="1944" w:type="dxa"/>
          </w:tcPr>
          <w:p w14:paraId="0AF2CD17" w14:textId="77777777" w:rsidR="004D342C" w:rsidRDefault="00000000">
            <w:pPr>
              <w:spacing w:before="20" w:after="20"/>
              <w:ind w:firstLine="0"/>
            </w:pPr>
            <w:r>
              <w:rPr>
                <w:sz w:val="16"/>
              </w:rPr>
              <w:t>valueslistdiscrim</w:t>
            </w:r>
            <w:r>
              <w:rPr>
                <w:sz w:val="16"/>
              </w:rPr>
              <w:br/>
              <w:t>(demovaluesdiscrim)</w:t>
            </w:r>
          </w:p>
        </w:tc>
        <w:tc>
          <w:tcPr>
            <w:tcW w:w="2880" w:type="dxa"/>
          </w:tcPr>
          <w:p w14:paraId="1FB2AE45" w14:textId="77777777" w:rsidR="004D342C" w:rsidRDefault="00000000">
            <w:pPr>
              <w:spacing w:before="20" w:after="20"/>
              <w:ind w:firstLine="0"/>
            </w:pPr>
            <w:r>
              <w:rPr>
                <w:sz w:val="16"/>
              </w:rPr>
              <w:t>q46 civil rights: prot ag discrimination</w:t>
            </w:r>
          </w:p>
        </w:tc>
        <w:tc>
          <w:tcPr>
            <w:tcW w:w="3456" w:type="dxa"/>
          </w:tcPr>
          <w:p w14:paraId="24D44869" w14:textId="77777777" w:rsidR="004D342C" w:rsidRDefault="00000000">
            <w:pPr>
              <w:spacing w:before="20" w:after="20"/>
              <w:ind w:firstLine="0"/>
            </w:pPr>
            <w:r>
              <w:rPr>
                <w:sz w:val="16"/>
              </w:rPr>
              <w:t>1 all circumstances / 2 it depends / 3 dont know</w:t>
            </w:r>
          </w:p>
        </w:tc>
        <w:tc>
          <w:tcPr>
            <w:tcW w:w="648" w:type="dxa"/>
          </w:tcPr>
          <w:p w14:paraId="7EEAB896" w14:textId="77777777" w:rsidR="004D342C" w:rsidRDefault="00000000">
            <w:pPr>
              <w:spacing w:before="20" w:after="20"/>
              <w:ind w:firstLine="0"/>
              <w:jc w:val="right"/>
            </w:pPr>
            <w:r>
              <w:rPr>
                <w:sz w:val="16"/>
              </w:rPr>
              <w:t>1</w:t>
            </w:r>
          </w:p>
        </w:tc>
      </w:tr>
      <w:tr w:rsidR="004D342C" w14:paraId="1B00CD42" w14:textId="77777777">
        <w:trPr>
          <w:cantSplit/>
          <w:jc w:val="center"/>
        </w:trPr>
        <w:tc>
          <w:tcPr>
            <w:tcW w:w="1944" w:type="dxa"/>
          </w:tcPr>
          <w:p w14:paraId="719CFBC1" w14:textId="77777777" w:rsidR="004D342C" w:rsidRDefault="00000000">
            <w:pPr>
              <w:spacing w:before="20" w:after="20"/>
              <w:ind w:firstLine="0"/>
            </w:pPr>
            <w:r>
              <w:rPr>
                <w:sz w:val="16"/>
              </w:rPr>
              <w:t>valueslisteducation</w:t>
            </w:r>
            <w:r>
              <w:rPr>
                <w:sz w:val="16"/>
              </w:rPr>
              <w:br/>
              <w:t>(demovalueseducation)</w:t>
            </w:r>
          </w:p>
        </w:tc>
        <w:tc>
          <w:tcPr>
            <w:tcW w:w="2880" w:type="dxa"/>
          </w:tcPr>
          <w:p w14:paraId="2E7302AA" w14:textId="77777777" w:rsidR="004D342C" w:rsidRDefault="00000000">
            <w:pPr>
              <w:spacing w:before="20" w:after="20"/>
              <w:ind w:firstLine="0"/>
            </w:pPr>
            <w:r>
              <w:rPr>
                <w:sz w:val="16"/>
              </w:rPr>
              <w:t>q46 civil rights: education/training</w:t>
            </w:r>
          </w:p>
        </w:tc>
        <w:tc>
          <w:tcPr>
            <w:tcW w:w="3456" w:type="dxa"/>
          </w:tcPr>
          <w:p w14:paraId="0D3A0ECD" w14:textId="77777777" w:rsidR="004D342C" w:rsidRDefault="00000000">
            <w:pPr>
              <w:spacing w:before="20" w:after="20"/>
              <w:ind w:firstLine="0"/>
            </w:pPr>
            <w:r>
              <w:rPr>
                <w:sz w:val="16"/>
              </w:rPr>
              <w:t>1 all circumstances / 2 it depends / 3 dont know</w:t>
            </w:r>
          </w:p>
        </w:tc>
        <w:tc>
          <w:tcPr>
            <w:tcW w:w="648" w:type="dxa"/>
          </w:tcPr>
          <w:p w14:paraId="07567630" w14:textId="77777777" w:rsidR="004D342C" w:rsidRDefault="00000000">
            <w:pPr>
              <w:spacing w:before="20" w:after="20"/>
              <w:ind w:firstLine="0"/>
              <w:jc w:val="right"/>
            </w:pPr>
            <w:r>
              <w:rPr>
                <w:sz w:val="16"/>
              </w:rPr>
              <w:t>1</w:t>
            </w:r>
          </w:p>
        </w:tc>
      </w:tr>
      <w:tr w:rsidR="004D342C" w14:paraId="586050BA" w14:textId="77777777">
        <w:trPr>
          <w:cantSplit/>
          <w:jc w:val="center"/>
        </w:trPr>
        <w:tc>
          <w:tcPr>
            <w:tcW w:w="1944" w:type="dxa"/>
          </w:tcPr>
          <w:p w14:paraId="08CF0AD6" w14:textId="77777777" w:rsidR="004D342C" w:rsidRDefault="00000000">
            <w:pPr>
              <w:spacing w:before="20" w:after="20"/>
              <w:ind w:firstLine="0"/>
            </w:pPr>
            <w:r>
              <w:rPr>
                <w:sz w:val="16"/>
              </w:rPr>
              <w:t>valueslistequality</w:t>
            </w:r>
            <w:r>
              <w:rPr>
                <w:sz w:val="16"/>
              </w:rPr>
              <w:br/>
              <w:t>(demovaluesequality)</w:t>
            </w:r>
          </w:p>
        </w:tc>
        <w:tc>
          <w:tcPr>
            <w:tcW w:w="2880" w:type="dxa"/>
          </w:tcPr>
          <w:p w14:paraId="09DF6D84" w14:textId="77777777" w:rsidR="004D342C" w:rsidRDefault="00000000">
            <w:pPr>
              <w:spacing w:before="20" w:after="20"/>
              <w:ind w:firstLine="0"/>
            </w:pPr>
            <w:r>
              <w:rPr>
                <w:sz w:val="16"/>
              </w:rPr>
              <w:t>q46 civil rights: equality before law</w:t>
            </w:r>
          </w:p>
        </w:tc>
        <w:tc>
          <w:tcPr>
            <w:tcW w:w="3456" w:type="dxa"/>
          </w:tcPr>
          <w:p w14:paraId="5B791627" w14:textId="77777777" w:rsidR="004D342C" w:rsidRDefault="00000000">
            <w:pPr>
              <w:spacing w:before="20" w:after="20"/>
              <w:ind w:firstLine="0"/>
            </w:pPr>
            <w:r>
              <w:rPr>
                <w:sz w:val="16"/>
              </w:rPr>
              <w:t>1 all circumstances / 2 it depends / 3 dont know</w:t>
            </w:r>
          </w:p>
        </w:tc>
        <w:tc>
          <w:tcPr>
            <w:tcW w:w="648" w:type="dxa"/>
          </w:tcPr>
          <w:p w14:paraId="4F53AEA8" w14:textId="77777777" w:rsidR="004D342C" w:rsidRDefault="00000000">
            <w:pPr>
              <w:spacing w:before="20" w:after="20"/>
              <w:ind w:firstLine="0"/>
              <w:jc w:val="right"/>
            </w:pPr>
            <w:r>
              <w:rPr>
                <w:sz w:val="16"/>
              </w:rPr>
              <w:t>1</w:t>
            </w:r>
          </w:p>
        </w:tc>
      </w:tr>
      <w:tr w:rsidR="004D342C" w14:paraId="4F07CDF5" w14:textId="77777777">
        <w:trPr>
          <w:cantSplit/>
          <w:jc w:val="center"/>
        </w:trPr>
        <w:tc>
          <w:tcPr>
            <w:tcW w:w="1944" w:type="dxa"/>
          </w:tcPr>
          <w:p w14:paraId="0205C66B" w14:textId="77777777" w:rsidR="004D342C" w:rsidRDefault="00000000">
            <w:pPr>
              <w:spacing w:before="20" w:after="20"/>
              <w:ind w:firstLine="0"/>
            </w:pPr>
            <w:r>
              <w:rPr>
                <w:sz w:val="16"/>
              </w:rPr>
              <w:t>valueslistfamily</w:t>
            </w:r>
            <w:r>
              <w:rPr>
                <w:sz w:val="16"/>
              </w:rPr>
              <w:br/>
              <w:t>(demovaluesfamily)</w:t>
            </w:r>
          </w:p>
        </w:tc>
        <w:tc>
          <w:tcPr>
            <w:tcW w:w="2880" w:type="dxa"/>
          </w:tcPr>
          <w:p w14:paraId="329997FE" w14:textId="77777777" w:rsidR="004D342C" w:rsidRDefault="00000000">
            <w:pPr>
              <w:spacing w:before="20" w:after="20"/>
              <w:ind w:firstLine="0"/>
            </w:pPr>
            <w:r>
              <w:rPr>
                <w:sz w:val="16"/>
              </w:rPr>
              <w:t>q46 civil rights: live with family</w:t>
            </w:r>
          </w:p>
        </w:tc>
        <w:tc>
          <w:tcPr>
            <w:tcW w:w="3456" w:type="dxa"/>
          </w:tcPr>
          <w:p w14:paraId="4968A9B1" w14:textId="77777777" w:rsidR="004D342C" w:rsidRDefault="00000000">
            <w:pPr>
              <w:spacing w:before="20" w:after="20"/>
              <w:ind w:firstLine="0"/>
            </w:pPr>
            <w:r>
              <w:rPr>
                <w:sz w:val="16"/>
              </w:rPr>
              <w:t>1 all circumstances / 2 it depends / 3 dont know</w:t>
            </w:r>
          </w:p>
        </w:tc>
        <w:tc>
          <w:tcPr>
            <w:tcW w:w="648" w:type="dxa"/>
          </w:tcPr>
          <w:p w14:paraId="4F42C18B" w14:textId="77777777" w:rsidR="004D342C" w:rsidRDefault="00000000">
            <w:pPr>
              <w:spacing w:before="20" w:after="20"/>
              <w:ind w:firstLine="0"/>
              <w:jc w:val="right"/>
            </w:pPr>
            <w:r>
              <w:rPr>
                <w:sz w:val="16"/>
              </w:rPr>
              <w:t>1</w:t>
            </w:r>
          </w:p>
        </w:tc>
      </w:tr>
      <w:tr w:rsidR="004D342C" w14:paraId="31558159" w14:textId="77777777">
        <w:trPr>
          <w:cantSplit/>
          <w:jc w:val="center"/>
        </w:trPr>
        <w:tc>
          <w:tcPr>
            <w:tcW w:w="1944" w:type="dxa"/>
          </w:tcPr>
          <w:p w14:paraId="79750F62" w14:textId="77777777" w:rsidR="004D342C" w:rsidRDefault="00000000">
            <w:pPr>
              <w:spacing w:before="20" w:after="20"/>
              <w:ind w:firstLine="0"/>
            </w:pPr>
            <w:r>
              <w:rPr>
                <w:sz w:val="16"/>
              </w:rPr>
              <w:t>valueslisthousing</w:t>
            </w:r>
            <w:r>
              <w:rPr>
                <w:sz w:val="16"/>
              </w:rPr>
              <w:br/>
              <w:t>(demovalueshousing)</w:t>
            </w:r>
          </w:p>
        </w:tc>
        <w:tc>
          <w:tcPr>
            <w:tcW w:w="2880" w:type="dxa"/>
          </w:tcPr>
          <w:p w14:paraId="1ADC2B93" w14:textId="77777777" w:rsidR="004D342C" w:rsidRDefault="00000000">
            <w:pPr>
              <w:spacing w:before="20" w:after="20"/>
              <w:ind w:firstLine="0"/>
            </w:pPr>
            <w:r>
              <w:rPr>
                <w:sz w:val="16"/>
              </w:rPr>
              <w:t>q46 civil rights: housing</w:t>
            </w:r>
          </w:p>
        </w:tc>
        <w:tc>
          <w:tcPr>
            <w:tcW w:w="3456" w:type="dxa"/>
          </w:tcPr>
          <w:p w14:paraId="0B805B61" w14:textId="77777777" w:rsidR="004D342C" w:rsidRDefault="00000000">
            <w:pPr>
              <w:spacing w:before="20" w:after="20"/>
              <w:ind w:firstLine="0"/>
            </w:pPr>
            <w:r>
              <w:rPr>
                <w:sz w:val="16"/>
              </w:rPr>
              <w:t>1 all circumstances / 2 it depends / 3 dont know</w:t>
            </w:r>
          </w:p>
        </w:tc>
        <w:tc>
          <w:tcPr>
            <w:tcW w:w="648" w:type="dxa"/>
          </w:tcPr>
          <w:p w14:paraId="563E5BD3" w14:textId="77777777" w:rsidR="004D342C" w:rsidRDefault="00000000">
            <w:pPr>
              <w:spacing w:before="20" w:after="20"/>
              <w:ind w:firstLine="0"/>
              <w:jc w:val="right"/>
            </w:pPr>
            <w:r>
              <w:rPr>
                <w:sz w:val="16"/>
              </w:rPr>
              <w:t>1</w:t>
            </w:r>
          </w:p>
        </w:tc>
      </w:tr>
      <w:tr w:rsidR="004D342C" w14:paraId="3DF33E11" w14:textId="77777777">
        <w:trPr>
          <w:cantSplit/>
          <w:jc w:val="center"/>
        </w:trPr>
        <w:tc>
          <w:tcPr>
            <w:tcW w:w="1944" w:type="dxa"/>
          </w:tcPr>
          <w:p w14:paraId="3850090D" w14:textId="77777777" w:rsidR="004D342C" w:rsidRDefault="00000000">
            <w:pPr>
              <w:spacing w:before="20" w:after="20"/>
              <w:ind w:firstLine="0"/>
            </w:pPr>
            <w:r>
              <w:rPr>
                <w:sz w:val="16"/>
              </w:rPr>
              <w:t>valueslistpoliasylum</w:t>
            </w:r>
            <w:r>
              <w:rPr>
                <w:sz w:val="16"/>
              </w:rPr>
              <w:br/>
              <w:t>(demovaluespoliasylum)</w:t>
            </w:r>
          </w:p>
        </w:tc>
        <w:tc>
          <w:tcPr>
            <w:tcW w:w="2880" w:type="dxa"/>
          </w:tcPr>
          <w:p w14:paraId="717809C4" w14:textId="77777777" w:rsidR="004D342C" w:rsidRDefault="00000000">
            <w:pPr>
              <w:spacing w:before="20" w:after="20"/>
              <w:ind w:firstLine="0"/>
            </w:pPr>
            <w:r>
              <w:rPr>
                <w:sz w:val="16"/>
              </w:rPr>
              <w:t>q46 civil rights: asylum political prsct</w:t>
            </w:r>
          </w:p>
        </w:tc>
        <w:tc>
          <w:tcPr>
            <w:tcW w:w="3456" w:type="dxa"/>
          </w:tcPr>
          <w:p w14:paraId="251BA070" w14:textId="77777777" w:rsidR="004D342C" w:rsidRDefault="00000000">
            <w:pPr>
              <w:spacing w:before="20" w:after="20"/>
              <w:ind w:firstLine="0"/>
            </w:pPr>
            <w:r>
              <w:rPr>
                <w:sz w:val="16"/>
              </w:rPr>
              <w:t>1 all circumstances / 2 it depends / 3 dont know</w:t>
            </w:r>
          </w:p>
        </w:tc>
        <w:tc>
          <w:tcPr>
            <w:tcW w:w="648" w:type="dxa"/>
          </w:tcPr>
          <w:p w14:paraId="2FE6A275" w14:textId="77777777" w:rsidR="004D342C" w:rsidRDefault="00000000">
            <w:pPr>
              <w:spacing w:before="20" w:after="20"/>
              <w:ind w:firstLine="0"/>
              <w:jc w:val="right"/>
            </w:pPr>
            <w:r>
              <w:rPr>
                <w:sz w:val="16"/>
              </w:rPr>
              <w:t>1</w:t>
            </w:r>
          </w:p>
        </w:tc>
      </w:tr>
      <w:tr w:rsidR="004D342C" w14:paraId="34DB7553" w14:textId="77777777">
        <w:trPr>
          <w:cantSplit/>
          <w:jc w:val="center"/>
        </w:trPr>
        <w:tc>
          <w:tcPr>
            <w:tcW w:w="1944" w:type="dxa"/>
          </w:tcPr>
          <w:p w14:paraId="37A0EAAB" w14:textId="77777777" w:rsidR="004D342C" w:rsidRDefault="00000000">
            <w:pPr>
              <w:spacing w:before="20" w:after="20"/>
              <w:ind w:firstLine="0"/>
            </w:pPr>
            <w:r>
              <w:rPr>
                <w:sz w:val="16"/>
              </w:rPr>
              <w:t>valueslistreligasylum</w:t>
            </w:r>
            <w:r>
              <w:rPr>
                <w:sz w:val="16"/>
              </w:rPr>
              <w:br/>
              <w:t>(demovaluesreligasylum)</w:t>
            </w:r>
          </w:p>
        </w:tc>
        <w:tc>
          <w:tcPr>
            <w:tcW w:w="2880" w:type="dxa"/>
          </w:tcPr>
          <w:p w14:paraId="33576974" w14:textId="77777777" w:rsidR="004D342C" w:rsidRDefault="00000000">
            <w:pPr>
              <w:spacing w:before="20" w:after="20"/>
              <w:ind w:firstLine="0"/>
            </w:pPr>
            <w:r>
              <w:rPr>
                <w:sz w:val="16"/>
              </w:rPr>
              <w:t>q46 civil rights: asylum religious prsct</w:t>
            </w:r>
          </w:p>
        </w:tc>
        <w:tc>
          <w:tcPr>
            <w:tcW w:w="3456" w:type="dxa"/>
          </w:tcPr>
          <w:p w14:paraId="3B755DFC" w14:textId="77777777" w:rsidR="004D342C" w:rsidRDefault="00000000">
            <w:pPr>
              <w:spacing w:before="20" w:after="20"/>
              <w:ind w:firstLine="0"/>
            </w:pPr>
            <w:r>
              <w:rPr>
                <w:sz w:val="16"/>
              </w:rPr>
              <w:t>1 all circumstances / 2 it depends / 3 dont know</w:t>
            </w:r>
          </w:p>
        </w:tc>
        <w:tc>
          <w:tcPr>
            <w:tcW w:w="648" w:type="dxa"/>
          </w:tcPr>
          <w:p w14:paraId="20A35408" w14:textId="77777777" w:rsidR="004D342C" w:rsidRDefault="00000000">
            <w:pPr>
              <w:spacing w:before="20" w:after="20"/>
              <w:ind w:firstLine="0"/>
              <w:jc w:val="right"/>
            </w:pPr>
            <w:r>
              <w:rPr>
                <w:sz w:val="16"/>
              </w:rPr>
              <w:t>1</w:t>
            </w:r>
          </w:p>
        </w:tc>
      </w:tr>
      <w:tr w:rsidR="004D342C" w14:paraId="698B9DAF" w14:textId="77777777">
        <w:trPr>
          <w:cantSplit/>
          <w:jc w:val="center"/>
        </w:trPr>
        <w:tc>
          <w:tcPr>
            <w:tcW w:w="1944" w:type="dxa"/>
          </w:tcPr>
          <w:p w14:paraId="6230B064" w14:textId="77777777" w:rsidR="004D342C" w:rsidRDefault="00000000">
            <w:pPr>
              <w:spacing w:before="20" w:after="20"/>
              <w:ind w:firstLine="0"/>
            </w:pPr>
            <w:r>
              <w:rPr>
                <w:sz w:val="16"/>
              </w:rPr>
              <w:t>valueslistreligion</w:t>
            </w:r>
            <w:r>
              <w:rPr>
                <w:sz w:val="16"/>
              </w:rPr>
              <w:br/>
              <w:t>(demovaluesreligion)</w:t>
            </w:r>
          </w:p>
        </w:tc>
        <w:tc>
          <w:tcPr>
            <w:tcW w:w="2880" w:type="dxa"/>
          </w:tcPr>
          <w:p w14:paraId="00EBD1DC" w14:textId="77777777" w:rsidR="004D342C" w:rsidRDefault="00000000">
            <w:pPr>
              <w:spacing w:before="20" w:after="20"/>
              <w:ind w:firstLine="0"/>
            </w:pPr>
            <w:r>
              <w:rPr>
                <w:sz w:val="16"/>
              </w:rPr>
              <w:t>q46 civil rights: religious liberty</w:t>
            </w:r>
          </w:p>
        </w:tc>
        <w:tc>
          <w:tcPr>
            <w:tcW w:w="3456" w:type="dxa"/>
          </w:tcPr>
          <w:p w14:paraId="71DE9D1E" w14:textId="77777777" w:rsidR="004D342C" w:rsidRDefault="00000000">
            <w:pPr>
              <w:spacing w:before="20" w:after="20"/>
              <w:ind w:firstLine="0"/>
            </w:pPr>
            <w:r>
              <w:rPr>
                <w:sz w:val="16"/>
              </w:rPr>
              <w:t>1 all circumstances / 2 it depends / 3 dont know</w:t>
            </w:r>
          </w:p>
        </w:tc>
        <w:tc>
          <w:tcPr>
            <w:tcW w:w="648" w:type="dxa"/>
          </w:tcPr>
          <w:p w14:paraId="043E6A96" w14:textId="77777777" w:rsidR="004D342C" w:rsidRDefault="00000000">
            <w:pPr>
              <w:spacing w:before="20" w:after="20"/>
              <w:ind w:firstLine="0"/>
              <w:jc w:val="right"/>
            </w:pPr>
            <w:r>
              <w:rPr>
                <w:sz w:val="16"/>
              </w:rPr>
              <w:t>1</w:t>
            </w:r>
          </w:p>
        </w:tc>
      </w:tr>
      <w:tr w:rsidR="004D342C" w14:paraId="3A00386D" w14:textId="77777777">
        <w:trPr>
          <w:cantSplit/>
          <w:jc w:val="center"/>
        </w:trPr>
        <w:tc>
          <w:tcPr>
            <w:tcW w:w="1944" w:type="dxa"/>
          </w:tcPr>
          <w:p w14:paraId="2C2D2E53" w14:textId="77777777" w:rsidR="004D342C" w:rsidRDefault="00000000">
            <w:pPr>
              <w:spacing w:before="20" w:after="20"/>
              <w:ind w:firstLine="0"/>
            </w:pPr>
            <w:r>
              <w:rPr>
                <w:sz w:val="16"/>
              </w:rPr>
              <w:t>valueslistspeech</w:t>
            </w:r>
            <w:r>
              <w:rPr>
                <w:sz w:val="16"/>
              </w:rPr>
              <w:br/>
              <w:t>(demovaluesspeech)</w:t>
            </w:r>
          </w:p>
        </w:tc>
        <w:tc>
          <w:tcPr>
            <w:tcW w:w="2880" w:type="dxa"/>
          </w:tcPr>
          <w:p w14:paraId="5C56E145" w14:textId="77777777" w:rsidR="004D342C" w:rsidRDefault="00000000">
            <w:pPr>
              <w:spacing w:before="20" w:after="20"/>
              <w:ind w:firstLine="0"/>
            </w:pPr>
            <w:r>
              <w:rPr>
                <w:sz w:val="16"/>
              </w:rPr>
              <w:t>q46 civil rights: freedom of speech</w:t>
            </w:r>
          </w:p>
        </w:tc>
        <w:tc>
          <w:tcPr>
            <w:tcW w:w="3456" w:type="dxa"/>
          </w:tcPr>
          <w:p w14:paraId="0C0CF9F9" w14:textId="77777777" w:rsidR="004D342C" w:rsidRDefault="00000000">
            <w:pPr>
              <w:spacing w:before="20" w:after="20"/>
              <w:ind w:firstLine="0"/>
            </w:pPr>
            <w:r>
              <w:rPr>
                <w:sz w:val="16"/>
              </w:rPr>
              <w:t>1 all circumstances / 2 it depends / 3 dont know</w:t>
            </w:r>
          </w:p>
        </w:tc>
        <w:tc>
          <w:tcPr>
            <w:tcW w:w="648" w:type="dxa"/>
          </w:tcPr>
          <w:p w14:paraId="68DE7A21" w14:textId="77777777" w:rsidR="004D342C" w:rsidRDefault="00000000">
            <w:pPr>
              <w:spacing w:before="20" w:after="20"/>
              <w:ind w:firstLine="0"/>
              <w:jc w:val="right"/>
            </w:pPr>
            <w:r>
              <w:rPr>
                <w:sz w:val="16"/>
              </w:rPr>
              <w:t>1</w:t>
            </w:r>
          </w:p>
        </w:tc>
      </w:tr>
      <w:tr w:rsidR="004D342C" w14:paraId="25460A0F" w14:textId="77777777">
        <w:trPr>
          <w:cantSplit/>
          <w:jc w:val="center"/>
        </w:trPr>
        <w:tc>
          <w:tcPr>
            <w:tcW w:w="1944" w:type="dxa"/>
          </w:tcPr>
          <w:p w14:paraId="358191C7" w14:textId="77777777" w:rsidR="004D342C" w:rsidRDefault="00000000">
            <w:pPr>
              <w:keepNext/>
              <w:spacing w:before="20" w:after="20"/>
              <w:ind w:firstLine="0"/>
            </w:pPr>
            <w:r>
              <w:rPr>
                <w:sz w:val="16"/>
              </w:rPr>
              <w:t>valueslistvote</w:t>
            </w:r>
            <w:r>
              <w:rPr>
                <w:sz w:val="16"/>
              </w:rPr>
              <w:br/>
              <w:t>(demovaluesvote)</w:t>
            </w:r>
          </w:p>
        </w:tc>
        <w:tc>
          <w:tcPr>
            <w:tcW w:w="2880" w:type="dxa"/>
          </w:tcPr>
          <w:p w14:paraId="46C25383" w14:textId="77777777" w:rsidR="004D342C" w:rsidRDefault="00000000">
            <w:pPr>
              <w:keepNext/>
              <w:spacing w:before="20" w:after="20"/>
              <w:ind w:firstLine="0"/>
            </w:pPr>
            <w:r>
              <w:rPr>
                <w:sz w:val="16"/>
              </w:rPr>
              <w:t>q46 civil rights: vote/be candidate</w:t>
            </w:r>
          </w:p>
        </w:tc>
        <w:tc>
          <w:tcPr>
            <w:tcW w:w="3456" w:type="dxa"/>
          </w:tcPr>
          <w:p w14:paraId="280AA8BA" w14:textId="77777777" w:rsidR="004D342C" w:rsidRDefault="00000000">
            <w:pPr>
              <w:keepNext/>
              <w:spacing w:before="20" w:after="20"/>
              <w:ind w:firstLine="0"/>
            </w:pPr>
            <w:r>
              <w:rPr>
                <w:sz w:val="16"/>
              </w:rPr>
              <w:t>1 all circumstances / 2 it depends / 3 dont know</w:t>
            </w:r>
          </w:p>
        </w:tc>
        <w:tc>
          <w:tcPr>
            <w:tcW w:w="648" w:type="dxa"/>
          </w:tcPr>
          <w:p w14:paraId="3BF79CC5" w14:textId="77777777" w:rsidR="004D342C" w:rsidRDefault="00000000">
            <w:pPr>
              <w:keepNext/>
              <w:spacing w:before="20" w:after="20"/>
              <w:ind w:firstLine="0"/>
              <w:jc w:val="right"/>
            </w:pPr>
            <w:r>
              <w:rPr>
                <w:sz w:val="16"/>
              </w:rPr>
              <w:t>1</w:t>
            </w:r>
          </w:p>
        </w:tc>
      </w:tr>
    </w:tbl>
    <w:p w14:paraId="0AFCA8C9" w14:textId="77777777" w:rsidR="004D342C" w:rsidRDefault="00000000">
      <w:pPr>
        <w:pStyle w:val="Heading3"/>
      </w:pPr>
      <w:r>
        <w:rPr>
          <w:rFonts w:ascii="Times New Roman" w:hAnsi="Times New Roman" w:cs="Times New Roman"/>
        </w:rPr>
        <w:t>6.4.6  Economic perceptions/crisis  (68 variables)</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1944"/>
        <w:gridCol w:w="2880"/>
        <w:gridCol w:w="3456"/>
        <w:gridCol w:w="648"/>
      </w:tblGrid>
      <w:tr w:rsidR="004D342C" w14:paraId="5E81229F" w14:textId="77777777">
        <w:trPr>
          <w:cantSplit/>
          <w:tblHeader/>
          <w:jc w:val="center"/>
        </w:trPr>
        <w:tc>
          <w:tcPr>
            <w:tcW w:w="1944" w:type="dxa"/>
            <w:tcBorders>
              <w:bottom w:val="single" w:sz="6" w:space="0" w:color="1F4E79"/>
            </w:tcBorders>
            <w:shd w:val="clear" w:color="auto" w:fill="E7EDF3"/>
          </w:tcPr>
          <w:p w14:paraId="19E3D780" w14:textId="77777777" w:rsidR="004D342C" w:rsidRDefault="00000000">
            <w:pPr>
              <w:spacing w:before="40" w:after="40"/>
              <w:ind w:firstLine="0"/>
            </w:pPr>
            <w:r>
              <w:rPr>
                <w:b/>
                <w:color w:val="1F4E79"/>
                <w:sz w:val="18"/>
              </w:rPr>
              <w:t>Variable</w:t>
            </w:r>
          </w:p>
        </w:tc>
        <w:tc>
          <w:tcPr>
            <w:tcW w:w="2880" w:type="dxa"/>
            <w:tcBorders>
              <w:bottom w:val="single" w:sz="6" w:space="0" w:color="1F4E79"/>
            </w:tcBorders>
            <w:shd w:val="clear" w:color="auto" w:fill="E7EDF3"/>
          </w:tcPr>
          <w:p w14:paraId="54CF10FB" w14:textId="77777777" w:rsidR="004D342C" w:rsidRDefault="00000000">
            <w:pPr>
              <w:spacing w:before="40" w:after="40"/>
              <w:ind w:firstLine="0"/>
            </w:pPr>
            <w:r>
              <w:rPr>
                <w:b/>
                <w:color w:val="1F4E79"/>
                <w:sz w:val="18"/>
              </w:rPr>
              <w:t>Label</w:t>
            </w:r>
          </w:p>
        </w:tc>
        <w:tc>
          <w:tcPr>
            <w:tcW w:w="3456" w:type="dxa"/>
            <w:tcBorders>
              <w:bottom w:val="single" w:sz="6" w:space="0" w:color="1F4E79"/>
            </w:tcBorders>
            <w:shd w:val="clear" w:color="auto" w:fill="E7EDF3"/>
          </w:tcPr>
          <w:p w14:paraId="26CB51F7" w14:textId="77777777" w:rsidR="004D342C" w:rsidRDefault="00000000">
            <w:pPr>
              <w:spacing w:before="40" w:after="40"/>
              <w:ind w:firstLine="0"/>
            </w:pPr>
            <w:r>
              <w:rPr>
                <w:b/>
                <w:color w:val="1F4E79"/>
                <w:sz w:val="18"/>
              </w:rPr>
              <w:t>Coding</w:t>
            </w:r>
          </w:p>
        </w:tc>
        <w:tc>
          <w:tcPr>
            <w:tcW w:w="648" w:type="dxa"/>
            <w:tcBorders>
              <w:bottom w:val="single" w:sz="6" w:space="0" w:color="1F4E79"/>
            </w:tcBorders>
            <w:shd w:val="clear" w:color="auto" w:fill="E7EDF3"/>
          </w:tcPr>
          <w:p w14:paraId="61142FF8" w14:textId="77777777" w:rsidR="004D342C" w:rsidRDefault="00000000">
            <w:pPr>
              <w:spacing w:before="40" w:after="40"/>
              <w:ind w:firstLine="0"/>
              <w:jc w:val="right"/>
            </w:pPr>
            <w:r>
              <w:rPr>
                <w:b/>
                <w:color w:val="1F4E79"/>
                <w:sz w:val="18"/>
              </w:rPr>
              <w:t>Waves</w:t>
            </w:r>
          </w:p>
        </w:tc>
      </w:tr>
      <w:tr w:rsidR="004D342C" w14:paraId="0B7879AD" w14:textId="77777777">
        <w:trPr>
          <w:cantSplit/>
          <w:jc w:val="center"/>
        </w:trPr>
        <w:tc>
          <w:tcPr>
            <w:tcW w:w="1944" w:type="dxa"/>
          </w:tcPr>
          <w:p w14:paraId="1B1A0C53" w14:textId="77777777" w:rsidR="004D342C" w:rsidRDefault="00000000">
            <w:pPr>
              <w:spacing w:before="20" w:after="20"/>
              <w:ind w:firstLine="0"/>
            </w:pPr>
            <w:r>
              <w:rPr>
                <w:sz w:val="16"/>
              </w:rPr>
              <w:t>econforecastlife</w:t>
            </w:r>
            <w:r>
              <w:rPr>
                <w:sz w:val="16"/>
              </w:rPr>
              <w:br/>
              <w:t>(demoexpectlife)</w:t>
            </w:r>
          </w:p>
        </w:tc>
        <w:tc>
          <w:tcPr>
            <w:tcW w:w="2880" w:type="dxa"/>
          </w:tcPr>
          <w:p w14:paraId="51578878" w14:textId="77777777" w:rsidR="004D342C" w:rsidRDefault="00000000">
            <w:pPr>
              <w:spacing w:before="20" w:after="20"/>
              <w:ind w:firstLine="0"/>
            </w:pPr>
            <w:r>
              <w:rPr>
                <w:sz w:val="16"/>
              </w:rPr>
              <w:t>EXPECTATIONS: LIFE IN GENERAL</w:t>
            </w:r>
          </w:p>
        </w:tc>
        <w:tc>
          <w:tcPr>
            <w:tcW w:w="3456" w:type="dxa"/>
          </w:tcPr>
          <w:p w14:paraId="261B45E7" w14:textId="77777777" w:rsidR="004D342C" w:rsidRDefault="00000000">
            <w:pPr>
              <w:spacing w:before="20" w:after="20"/>
              <w:ind w:firstLine="0"/>
            </w:pPr>
            <w:r>
              <w:rPr>
                <w:sz w:val="16"/>
              </w:rPr>
              <w:t>1 better / 2 worse / 3 same / 4 dont know</w:t>
            </w:r>
          </w:p>
        </w:tc>
        <w:tc>
          <w:tcPr>
            <w:tcW w:w="648" w:type="dxa"/>
          </w:tcPr>
          <w:p w14:paraId="7F556E61" w14:textId="77777777" w:rsidR="004D342C" w:rsidRDefault="00000000">
            <w:pPr>
              <w:spacing w:before="20" w:after="20"/>
              <w:ind w:firstLine="0"/>
              <w:jc w:val="right"/>
            </w:pPr>
            <w:r>
              <w:rPr>
                <w:sz w:val="16"/>
              </w:rPr>
              <w:t>65</w:t>
            </w:r>
          </w:p>
        </w:tc>
      </w:tr>
      <w:tr w:rsidR="004D342C" w14:paraId="0FD15B6F" w14:textId="77777777">
        <w:trPr>
          <w:cantSplit/>
          <w:jc w:val="center"/>
        </w:trPr>
        <w:tc>
          <w:tcPr>
            <w:tcW w:w="1944" w:type="dxa"/>
          </w:tcPr>
          <w:p w14:paraId="27E08DD5" w14:textId="77777777" w:rsidR="004D342C" w:rsidRDefault="00000000">
            <w:pPr>
              <w:spacing w:before="20" w:after="20"/>
              <w:ind w:firstLine="0"/>
            </w:pPr>
            <w:r>
              <w:rPr>
                <w:sz w:val="16"/>
              </w:rPr>
              <w:t>econforecastgen</w:t>
            </w:r>
            <w:r>
              <w:rPr>
                <w:sz w:val="16"/>
              </w:rPr>
              <w:br/>
              <w:t>(demoexpecteconomy)</w:t>
            </w:r>
          </w:p>
        </w:tc>
        <w:tc>
          <w:tcPr>
            <w:tcW w:w="2880" w:type="dxa"/>
          </w:tcPr>
          <w:p w14:paraId="6CADEFC1" w14:textId="77777777" w:rsidR="004D342C" w:rsidRDefault="00000000">
            <w:pPr>
              <w:spacing w:before="20" w:after="20"/>
              <w:ind w:firstLine="0"/>
            </w:pPr>
            <w:r>
              <w:rPr>
                <w:sz w:val="16"/>
              </w:rPr>
              <w:t>EXPECTATIONS: ECONOMIC SITUATION CNTRY</w:t>
            </w:r>
          </w:p>
        </w:tc>
        <w:tc>
          <w:tcPr>
            <w:tcW w:w="3456" w:type="dxa"/>
          </w:tcPr>
          <w:p w14:paraId="67D3B4F9" w14:textId="77777777" w:rsidR="004D342C" w:rsidRDefault="00000000">
            <w:pPr>
              <w:spacing w:before="20" w:after="20"/>
              <w:ind w:firstLine="0"/>
            </w:pPr>
            <w:r>
              <w:rPr>
                <w:sz w:val="16"/>
              </w:rPr>
              <w:t>1 better / 2 worse / 3 same / 4 dont know</w:t>
            </w:r>
          </w:p>
        </w:tc>
        <w:tc>
          <w:tcPr>
            <w:tcW w:w="648" w:type="dxa"/>
          </w:tcPr>
          <w:p w14:paraId="3FD2AA05" w14:textId="77777777" w:rsidR="004D342C" w:rsidRDefault="00000000">
            <w:pPr>
              <w:spacing w:before="20" w:after="20"/>
              <w:ind w:firstLine="0"/>
              <w:jc w:val="right"/>
            </w:pPr>
            <w:r>
              <w:rPr>
                <w:sz w:val="16"/>
              </w:rPr>
              <w:t>62</w:t>
            </w:r>
          </w:p>
        </w:tc>
      </w:tr>
      <w:tr w:rsidR="004D342C" w14:paraId="39073A99" w14:textId="77777777">
        <w:trPr>
          <w:cantSplit/>
          <w:jc w:val="center"/>
        </w:trPr>
        <w:tc>
          <w:tcPr>
            <w:tcW w:w="1944" w:type="dxa"/>
          </w:tcPr>
          <w:p w14:paraId="6DAD6E17" w14:textId="77777777" w:rsidR="004D342C" w:rsidRDefault="00000000">
            <w:pPr>
              <w:spacing w:before="20" w:after="20"/>
              <w:ind w:firstLine="0"/>
            </w:pPr>
            <w:r>
              <w:rPr>
                <w:sz w:val="16"/>
              </w:rPr>
              <w:t>econforecasthousehold</w:t>
            </w:r>
            <w:r>
              <w:rPr>
                <w:sz w:val="16"/>
              </w:rPr>
              <w:br/>
              <w:t>(demoexpecthousehold)</w:t>
            </w:r>
          </w:p>
        </w:tc>
        <w:tc>
          <w:tcPr>
            <w:tcW w:w="2880" w:type="dxa"/>
          </w:tcPr>
          <w:p w14:paraId="31654E1C" w14:textId="77777777" w:rsidR="004D342C" w:rsidRDefault="00000000">
            <w:pPr>
              <w:spacing w:before="20" w:after="20"/>
              <w:ind w:firstLine="0"/>
            </w:pPr>
            <w:r>
              <w:rPr>
                <w:sz w:val="16"/>
              </w:rPr>
              <w:t>EXPECTATIONS: FINANCIAL SITUATION HH</w:t>
            </w:r>
          </w:p>
        </w:tc>
        <w:tc>
          <w:tcPr>
            <w:tcW w:w="3456" w:type="dxa"/>
          </w:tcPr>
          <w:p w14:paraId="1672556D" w14:textId="77777777" w:rsidR="004D342C" w:rsidRDefault="00000000">
            <w:pPr>
              <w:spacing w:before="20" w:after="20"/>
              <w:ind w:firstLine="0"/>
            </w:pPr>
            <w:r>
              <w:rPr>
                <w:sz w:val="16"/>
              </w:rPr>
              <w:t>1 better / 2 worse / 3 same / 4 dont know</w:t>
            </w:r>
          </w:p>
        </w:tc>
        <w:tc>
          <w:tcPr>
            <w:tcW w:w="648" w:type="dxa"/>
          </w:tcPr>
          <w:p w14:paraId="3B43F47D" w14:textId="77777777" w:rsidR="004D342C" w:rsidRDefault="00000000">
            <w:pPr>
              <w:spacing w:before="20" w:after="20"/>
              <w:ind w:firstLine="0"/>
              <w:jc w:val="right"/>
            </w:pPr>
            <w:r>
              <w:rPr>
                <w:sz w:val="16"/>
              </w:rPr>
              <w:t>60</w:t>
            </w:r>
          </w:p>
        </w:tc>
      </w:tr>
      <w:tr w:rsidR="004D342C" w14:paraId="37C7A993" w14:textId="77777777">
        <w:trPr>
          <w:cantSplit/>
          <w:jc w:val="center"/>
        </w:trPr>
        <w:tc>
          <w:tcPr>
            <w:tcW w:w="1944" w:type="dxa"/>
          </w:tcPr>
          <w:p w14:paraId="655FDB98" w14:textId="77777777" w:rsidR="004D342C" w:rsidRDefault="00000000">
            <w:pPr>
              <w:spacing w:before="20" w:after="20"/>
              <w:ind w:firstLine="0"/>
            </w:pPr>
            <w:r>
              <w:rPr>
                <w:sz w:val="16"/>
              </w:rPr>
              <w:t>econforecastnatjobs</w:t>
            </w:r>
            <w:r>
              <w:rPr>
                <w:sz w:val="16"/>
              </w:rPr>
              <w:br/>
              <w:t>(demoexpectjobs)</w:t>
            </w:r>
          </w:p>
        </w:tc>
        <w:tc>
          <w:tcPr>
            <w:tcW w:w="2880" w:type="dxa"/>
          </w:tcPr>
          <w:p w14:paraId="29783228" w14:textId="77777777" w:rsidR="004D342C" w:rsidRDefault="00000000">
            <w:pPr>
              <w:spacing w:before="20" w:after="20"/>
              <w:ind w:firstLine="0"/>
            </w:pPr>
            <w:r>
              <w:rPr>
                <w:sz w:val="16"/>
              </w:rPr>
              <w:t>EXPECTATIONS: EMPLOYMENT SITUATION CNTRY</w:t>
            </w:r>
          </w:p>
        </w:tc>
        <w:tc>
          <w:tcPr>
            <w:tcW w:w="3456" w:type="dxa"/>
          </w:tcPr>
          <w:p w14:paraId="0328FD81" w14:textId="77777777" w:rsidR="004D342C" w:rsidRDefault="00000000">
            <w:pPr>
              <w:spacing w:before="20" w:after="20"/>
              <w:ind w:firstLine="0"/>
            </w:pPr>
            <w:r>
              <w:rPr>
                <w:sz w:val="16"/>
              </w:rPr>
              <w:t>1 better / 2 worse / 3 same / 4 dont know</w:t>
            </w:r>
          </w:p>
        </w:tc>
        <w:tc>
          <w:tcPr>
            <w:tcW w:w="648" w:type="dxa"/>
          </w:tcPr>
          <w:p w14:paraId="5691F097" w14:textId="77777777" w:rsidR="004D342C" w:rsidRDefault="00000000">
            <w:pPr>
              <w:spacing w:before="20" w:after="20"/>
              <w:ind w:firstLine="0"/>
              <w:jc w:val="right"/>
            </w:pPr>
            <w:r>
              <w:rPr>
                <w:sz w:val="16"/>
              </w:rPr>
              <w:t>60</w:t>
            </w:r>
          </w:p>
        </w:tc>
      </w:tr>
      <w:tr w:rsidR="004D342C" w14:paraId="11E566A7" w14:textId="77777777">
        <w:trPr>
          <w:cantSplit/>
          <w:jc w:val="center"/>
        </w:trPr>
        <w:tc>
          <w:tcPr>
            <w:tcW w:w="1944" w:type="dxa"/>
          </w:tcPr>
          <w:p w14:paraId="01C13948" w14:textId="77777777" w:rsidR="004D342C" w:rsidRDefault="00000000">
            <w:pPr>
              <w:spacing w:before="20" w:after="20"/>
              <w:ind w:firstLine="0"/>
            </w:pPr>
            <w:r>
              <w:rPr>
                <w:sz w:val="16"/>
              </w:rPr>
              <w:lastRenderedPageBreak/>
              <w:t>econforecastyourjob</w:t>
            </w:r>
            <w:r>
              <w:rPr>
                <w:sz w:val="16"/>
              </w:rPr>
              <w:br/>
              <w:t>(demoexpectyourjob)</w:t>
            </w:r>
          </w:p>
        </w:tc>
        <w:tc>
          <w:tcPr>
            <w:tcW w:w="2880" w:type="dxa"/>
          </w:tcPr>
          <w:p w14:paraId="6CBF4091" w14:textId="77777777" w:rsidR="004D342C" w:rsidRDefault="00000000">
            <w:pPr>
              <w:spacing w:before="20" w:after="20"/>
              <w:ind w:firstLine="0"/>
            </w:pPr>
            <w:r>
              <w:rPr>
                <w:sz w:val="16"/>
              </w:rPr>
              <w:t>EXPECTATIONS: PERS JOB SITUATION</w:t>
            </w:r>
          </w:p>
        </w:tc>
        <w:tc>
          <w:tcPr>
            <w:tcW w:w="3456" w:type="dxa"/>
          </w:tcPr>
          <w:p w14:paraId="001CEA7A" w14:textId="77777777" w:rsidR="004D342C" w:rsidRDefault="00000000">
            <w:pPr>
              <w:spacing w:before="20" w:after="20"/>
              <w:ind w:firstLine="0"/>
            </w:pPr>
            <w:r>
              <w:rPr>
                <w:sz w:val="16"/>
              </w:rPr>
              <w:t>1 better / 2 worse / 3 same / 4 dont know</w:t>
            </w:r>
          </w:p>
        </w:tc>
        <w:tc>
          <w:tcPr>
            <w:tcW w:w="648" w:type="dxa"/>
          </w:tcPr>
          <w:p w14:paraId="705BEECF" w14:textId="77777777" w:rsidR="004D342C" w:rsidRDefault="00000000">
            <w:pPr>
              <w:spacing w:before="20" w:after="20"/>
              <w:ind w:firstLine="0"/>
              <w:jc w:val="right"/>
            </w:pPr>
            <w:r>
              <w:rPr>
                <w:sz w:val="16"/>
              </w:rPr>
              <w:t>58</w:t>
            </w:r>
          </w:p>
        </w:tc>
      </w:tr>
      <w:tr w:rsidR="004D342C" w14:paraId="1E6BF920" w14:textId="77777777">
        <w:trPr>
          <w:cantSplit/>
          <w:jc w:val="center"/>
        </w:trPr>
        <w:tc>
          <w:tcPr>
            <w:tcW w:w="1944" w:type="dxa"/>
          </w:tcPr>
          <w:p w14:paraId="289FC24D" w14:textId="77777777" w:rsidR="004D342C" w:rsidRDefault="00000000">
            <w:pPr>
              <w:spacing w:before="20" w:after="20"/>
              <w:ind w:firstLine="0"/>
            </w:pPr>
            <w:r>
              <w:rPr>
                <w:sz w:val="16"/>
              </w:rPr>
              <w:t>econforecastEU</w:t>
            </w:r>
            <w:r>
              <w:rPr>
                <w:sz w:val="16"/>
              </w:rPr>
              <w:br/>
              <w:t>(demoexpectEU)</w:t>
            </w:r>
          </w:p>
        </w:tc>
        <w:tc>
          <w:tcPr>
            <w:tcW w:w="2880" w:type="dxa"/>
          </w:tcPr>
          <w:p w14:paraId="13EDCF34" w14:textId="77777777" w:rsidR="004D342C" w:rsidRDefault="00000000">
            <w:pPr>
              <w:spacing w:before="20" w:after="20"/>
              <w:ind w:firstLine="0"/>
            </w:pPr>
            <w:r>
              <w:rPr>
                <w:sz w:val="16"/>
              </w:rPr>
              <w:t>EXPECTATIONS: ECONOMIC SITUATION EU</w:t>
            </w:r>
          </w:p>
        </w:tc>
        <w:tc>
          <w:tcPr>
            <w:tcW w:w="3456" w:type="dxa"/>
          </w:tcPr>
          <w:p w14:paraId="2532BF74" w14:textId="77777777" w:rsidR="004D342C" w:rsidRDefault="00000000">
            <w:pPr>
              <w:spacing w:before="20" w:after="20"/>
              <w:ind w:firstLine="0"/>
            </w:pPr>
            <w:r>
              <w:rPr>
                <w:sz w:val="16"/>
              </w:rPr>
              <w:t>1 Better / 2 Worse / 3 The same / 4 Don't know (SPONTANEOUS)</w:t>
            </w:r>
          </w:p>
        </w:tc>
        <w:tc>
          <w:tcPr>
            <w:tcW w:w="648" w:type="dxa"/>
          </w:tcPr>
          <w:p w14:paraId="26E79C82" w14:textId="77777777" w:rsidR="004D342C" w:rsidRDefault="00000000">
            <w:pPr>
              <w:spacing w:before="20" w:after="20"/>
              <w:ind w:firstLine="0"/>
              <w:jc w:val="right"/>
            </w:pPr>
            <w:r>
              <w:rPr>
                <w:sz w:val="16"/>
              </w:rPr>
              <w:t>41</w:t>
            </w:r>
          </w:p>
        </w:tc>
      </w:tr>
      <w:tr w:rsidR="004D342C" w14:paraId="685D7966" w14:textId="77777777">
        <w:trPr>
          <w:cantSplit/>
          <w:jc w:val="center"/>
        </w:trPr>
        <w:tc>
          <w:tcPr>
            <w:tcW w:w="1944" w:type="dxa"/>
          </w:tcPr>
          <w:p w14:paraId="2F41088F" w14:textId="77777777" w:rsidR="004D342C" w:rsidRDefault="00000000">
            <w:pPr>
              <w:spacing w:before="20" w:after="20"/>
              <w:ind w:firstLine="0"/>
            </w:pPr>
            <w:r>
              <w:rPr>
                <w:sz w:val="16"/>
              </w:rPr>
              <w:t>EUfutureoptimism</w:t>
            </w:r>
          </w:p>
        </w:tc>
        <w:tc>
          <w:tcPr>
            <w:tcW w:w="2880" w:type="dxa"/>
          </w:tcPr>
          <w:p w14:paraId="6CF217CF" w14:textId="77777777" w:rsidR="004D342C" w:rsidRDefault="00000000">
            <w:pPr>
              <w:spacing w:before="20" w:after="20"/>
              <w:ind w:firstLine="0"/>
            </w:pPr>
            <w:r>
              <w:rPr>
                <w:sz w:val="16"/>
              </w:rPr>
              <w:t>Optimistic or pessimistic about the future of the EU (1 very optimistic ... 4 very pessimistic)</w:t>
            </w:r>
          </w:p>
        </w:tc>
        <w:tc>
          <w:tcPr>
            <w:tcW w:w="3456" w:type="dxa"/>
          </w:tcPr>
          <w:p w14:paraId="1E885371" w14:textId="77777777" w:rsidR="004D342C" w:rsidRDefault="00000000">
            <w:pPr>
              <w:spacing w:before="20" w:after="20"/>
              <w:ind w:firstLine="0"/>
            </w:pPr>
            <w:r>
              <w:rPr>
                <w:sz w:val="16"/>
              </w:rPr>
              <w:t>1 Very optimistic / 2 Fairly optimistic / 3 Fairly pessimistic / 4 Very pessimistic / 5 Don't know (SPONTANEOUS)</w:t>
            </w:r>
          </w:p>
        </w:tc>
        <w:tc>
          <w:tcPr>
            <w:tcW w:w="648" w:type="dxa"/>
          </w:tcPr>
          <w:p w14:paraId="6EF5D79C" w14:textId="77777777" w:rsidR="004D342C" w:rsidRDefault="00000000">
            <w:pPr>
              <w:spacing w:before="20" w:after="20"/>
              <w:ind w:firstLine="0"/>
              <w:jc w:val="right"/>
            </w:pPr>
            <w:r>
              <w:rPr>
                <w:sz w:val="16"/>
              </w:rPr>
              <w:t>39</w:t>
            </w:r>
          </w:p>
        </w:tc>
      </w:tr>
      <w:tr w:rsidR="004D342C" w14:paraId="6D333234" w14:textId="77777777">
        <w:trPr>
          <w:cantSplit/>
          <w:jc w:val="center"/>
        </w:trPr>
        <w:tc>
          <w:tcPr>
            <w:tcW w:w="1944" w:type="dxa"/>
          </w:tcPr>
          <w:p w14:paraId="65073676" w14:textId="77777777" w:rsidR="004D342C" w:rsidRDefault="00000000">
            <w:pPr>
              <w:spacing w:before="20" w:after="20"/>
              <w:ind w:firstLine="0"/>
            </w:pPr>
            <w:r>
              <w:rPr>
                <w:sz w:val="16"/>
              </w:rPr>
              <w:t>paybills</w:t>
            </w:r>
          </w:p>
        </w:tc>
        <w:tc>
          <w:tcPr>
            <w:tcW w:w="2880" w:type="dxa"/>
          </w:tcPr>
          <w:p w14:paraId="60C14919" w14:textId="77777777" w:rsidR="004D342C" w:rsidRDefault="00000000">
            <w:pPr>
              <w:spacing w:before="20" w:after="20"/>
              <w:ind w:firstLine="0"/>
            </w:pPr>
            <w:r>
              <w:rPr>
                <w:sz w:val="16"/>
              </w:rPr>
              <w:t>DIFFICULTIES PAYING BILLS - LAST YEAR</w:t>
            </w:r>
          </w:p>
        </w:tc>
        <w:tc>
          <w:tcPr>
            <w:tcW w:w="3456" w:type="dxa"/>
          </w:tcPr>
          <w:p w14:paraId="721E2410" w14:textId="77777777" w:rsidR="004D342C" w:rsidRDefault="00000000">
            <w:pPr>
              <w:spacing w:before="20" w:after="20"/>
              <w:ind w:firstLine="0"/>
            </w:pPr>
            <w:r>
              <w:rPr>
                <w:sz w:val="16"/>
              </w:rPr>
              <w:t>1 Most of the time / 2 From time to time / 3 Almost never/never / 7 Refusal (SPONTANEOUS)</w:t>
            </w:r>
          </w:p>
        </w:tc>
        <w:tc>
          <w:tcPr>
            <w:tcW w:w="648" w:type="dxa"/>
          </w:tcPr>
          <w:p w14:paraId="095A6DCE" w14:textId="77777777" w:rsidR="004D342C" w:rsidRDefault="00000000">
            <w:pPr>
              <w:spacing w:before="20" w:after="20"/>
              <w:ind w:firstLine="0"/>
              <w:jc w:val="right"/>
            </w:pPr>
            <w:r>
              <w:rPr>
                <w:sz w:val="16"/>
              </w:rPr>
              <w:t>38</w:t>
            </w:r>
          </w:p>
        </w:tc>
      </w:tr>
      <w:tr w:rsidR="004D342C" w14:paraId="554279DD" w14:textId="77777777">
        <w:trPr>
          <w:cantSplit/>
          <w:jc w:val="center"/>
        </w:trPr>
        <w:tc>
          <w:tcPr>
            <w:tcW w:w="1944" w:type="dxa"/>
          </w:tcPr>
          <w:p w14:paraId="6019E1D6" w14:textId="77777777" w:rsidR="004D342C" w:rsidRDefault="00000000">
            <w:pPr>
              <w:spacing w:before="20" w:after="20"/>
              <w:ind w:firstLine="0"/>
            </w:pPr>
            <w:r>
              <w:rPr>
                <w:sz w:val="16"/>
              </w:rPr>
              <w:t>crisiseupower</w:t>
            </w:r>
          </w:p>
        </w:tc>
        <w:tc>
          <w:tcPr>
            <w:tcW w:w="2880" w:type="dxa"/>
          </w:tcPr>
          <w:p w14:paraId="5BF9ACC7" w14:textId="77777777" w:rsidR="004D342C" w:rsidRDefault="00000000">
            <w:pPr>
              <w:spacing w:before="20" w:after="20"/>
              <w:ind w:firstLine="0"/>
            </w:pPr>
            <w:r>
              <w:rPr>
                <w:sz w:val="16"/>
              </w:rPr>
              <w:t>EU STATEMENTS: EU HAS SUFFICIENT POWER &amp; TOOLS</w:t>
            </w:r>
          </w:p>
        </w:tc>
        <w:tc>
          <w:tcPr>
            <w:tcW w:w="3456" w:type="dxa"/>
          </w:tcPr>
          <w:p w14:paraId="14662690" w14:textId="77777777" w:rsidR="004D342C" w:rsidRDefault="00000000">
            <w:pPr>
              <w:spacing w:before="20" w:after="20"/>
              <w:ind w:firstLine="0"/>
            </w:pPr>
            <w:r>
              <w:rPr>
                <w:sz w:val="16"/>
              </w:rPr>
              <w:t>1 Totally agree / 2 Tend to agree / 3 Tend to disagree / 4 Totally disagree / 5 Don't know (SPONTANEOUS)</w:t>
            </w:r>
          </w:p>
        </w:tc>
        <w:tc>
          <w:tcPr>
            <w:tcW w:w="648" w:type="dxa"/>
          </w:tcPr>
          <w:p w14:paraId="2DE214BE" w14:textId="77777777" w:rsidR="004D342C" w:rsidRDefault="00000000">
            <w:pPr>
              <w:spacing w:before="20" w:after="20"/>
              <w:ind w:firstLine="0"/>
              <w:jc w:val="right"/>
            </w:pPr>
            <w:r>
              <w:rPr>
                <w:sz w:val="16"/>
              </w:rPr>
              <w:t>25</w:t>
            </w:r>
          </w:p>
        </w:tc>
      </w:tr>
      <w:tr w:rsidR="004D342C" w14:paraId="43F79A97" w14:textId="77777777">
        <w:trPr>
          <w:cantSplit/>
          <w:jc w:val="center"/>
        </w:trPr>
        <w:tc>
          <w:tcPr>
            <w:tcW w:w="1944" w:type="dxa"/>
          </w:tcPr>
          <w:p w14:paraId="724A0001" w14:textId="77777777" w:rsidR="004D342C" w:rsidRDefault="00000000">
            <w:pPr>
              <w:spacing w:before="20" w:after="20"/>
              <w:ind w:firstLine="0"/>
            </w:pPr>
            <w:r>
              <w:rPr>
                <w:sz w:val="16"/>
              </w:rPr>
              <w:t>globoppor</w:t>
            </w:r>
          </w:p>
        </w:tc>
        <w:tc>
          <w:tcPr>
            <w:tcW w:w="2880" w:type="dxa"/>
          </w:tcPr>
          <w:p w14:paraId="1BEF15B6" w14:textId="77777777" w:rsidR="004D342C" w:rsidRDefault="00000000">
            <w:pPr>
              <w:spacing w:before="20" w:after="20"/>
              <w:ind w:firstLine="0"/>
            </w:pPr>
            <w:r>
              <w:rPr>
                <w:sz w:val="16"/>
              </w:rPr>
              <w:t>EU STATEMENTS: GLOBALISATION IS OPPORTUNITY</w:t>
            </w:r>
          </w:p>
        </w:tc>
        <w:tc>
          <w:tcPr>
            <w:tcW w:w="3456" w:type="dxa"/>
          </w:tcPr>
          <w:p w14:paraId="3E209799" w14:textId="77777777" w:rsidR="004D342C" w:rsidRDefault="00000000">
            <w:pPr>
              <w:spacing w:before="20" w:after="20"/>
              <w:ind w:firstLine="0"/>
            </w:pPr>
            <w:r>
              <w:rPr>
                <w:sz w:val="16"/>
              </w:rPr>
              <w:t>1 Totally agree / 2 Tend to agree / 3 Tend to disagree / 4 Totally disagree / 5 Don't know (SPONTANEOUS)</w:t>
            </w:r>
          </w:p>
        </w:tc>
        <w:tc>
          <w:tcPr>
            <w:tcW w:w="648" w:type="dxa"/>
          </w:tcPr>
          <w:p w14:paraId="03649011" w14:textId="77777777" w:rsidR="004D342C" w:rsidRDefault="00000000">
            <w:pPr>
              <w:spacing w:before="20" w:after="20"/>
              <w:ind w:firstLine="0"/>
              <w:jc w:val="right"/>
            </w:pPr>
            <w:r>
              <w:rPr>
                <w:sz w:val="16"/>
              </w:rPr>
              <w:t>24</w:t>
            </w:r>
          </w:p>
        </w:tc>
      </w:tr>
      <w:tr w:rsidR="004D342C" w14:paraId="6BDEBEF3" w14:textId="77777777">
        <w:trPr>
          <w:cantSplit/>
          <w:jc w:val="center"/>
        </w:trPr>
        <w:tc>
          <w:tcPr>
            <w:tcW w:w="1944" w:type="dxa"/>
          </w:tcPr>
          <w:p w14:paraId="0CF27876" w14:textId="77777777" w:rsidR="004D342C" w:rsidRDefault="00000000">
            <w:pPr>
              <w:spacing w:before="20" w:after="20"/>
              <w:ind w:firstLine="0"/>
            </w:pPr>
            <w:r>
              <w:rPr>
                <w:sz w:val="16"/>
              </w:rPr>
              <w:t>crisisworsttocome</w:t>
            </w:r>
          </w:p>
        </w:tc>
        <w:tc>
          <w:tcPr>
            <w:tcW w:w="2880" w:type="dxa"/>
          </w:tcPr>
          <w:p w14:paraId="4D040608" w14:textId="77777777" w:rsidR="004D342C" w:rsidRDefault="00000000">
            <w:pPr>
              <w:spacing w:before="20" w:after="20"/>
              <w:ind w:firstLine="0"/>
            </w:pPr>
            <w:r>
              <w:rPr>
                <w:sz w:val="16"/>
              </w:rPr>
              <w:t>CRISIS JOB MARKET IMPACT - PHASE APPRAISAL</w:t>
            </w:r>
          </w:p>
        </w:tc>
        <w:tc>
          <w:tcPr>
            <w:tcW w:w="3456" w:type="dxa"/>
          </w:tcPr>
          <w:p w14:paraId="2E683F78" w14:textId="77777777" w:rsidR="004D342C" w:rsidRDefault="00000000">
            <w:pPr>
              <w:spacing w:before="20" w:after="20"/>
              <w:ind w:firstLine="0"/>
            </w:pPr>
            <w:r>
              <w:rPr>
                <w:sz w:val="16"/>
              </w:rPr>
              <w:t>1 The impact of crisis on jobs already reached its peak / 2 The worst is still to come / 3 dk</w:t>
            </w:r>
          </w:p>
        </w:tc>
        <w:tc>
          <w:tcPr>
            <w:tcW w:w="648" w:type="dxa"/>
          </w:tcPr>
          <w:p w14:paraId="70579AE9" w14:textId="77777777" w:rsidR="004D342C" w:rsidRDefault="00000000">
            <w:pPr>
              <w:spacing w:before="20" w:after="20"/>
              <w:ind w:firstLine="0"/>
              <w:jc w:val="right"/>
            </w:pPr>
            <w:r>
              <w:rPr>
                <w:sz w:val="16"/>
              </w:rPr>
              <w:t>21</w:t>
            </w:r>
          </w:p>
        </w:tc>
      </w:tr>
      <w:tr w:rsidR="004D342C" w14:paraId="4545CE6F" w14:textId="77777777">
        <w:trPr>
          <w:cantSplit/>
          <w:jc w:val="center"/>
        </w:trPr>
        <w:tc>
          <w:tcPr>
            <w:tcW w:w="1944" w:type="dxa"/>
          </w:tcPr>
          <w:p w14:paraId="5B50561B" w14:textId="77777777" w:rsidR="004D342C" w:rsidRDefault="00000000">
            <w:pPr>
              <w:spacing w:before="20" w:after="20"/>
              <w:ind w:firstLine="0"/>
            </w:pPr>
            <w:r>
              <w:rPr>
                <w:sz w:val="16"/>
              </w:rPr>
              <w:t>lifesatisfaction</w:t>
            </w:r>
          </w:p>
        </w:tc>
        <w:tc>
          <w:tcPr>
            <w:tcW w:w="2880" w:type="dxa"/>
          </w:tcPr>
          <w:p w14:paraId="34041DF4" w14:textId="77777777" w:rsidR="004D342C" w:rsidRDefault="00000000">
            <w:pPr>
              <w:spacing w:before="20" w:after="20"/>
              <w:ind w:firstLine="0"/>
            </w:pPr>
            <w:r>
              <w:rPr>
                <w:sz w:val="16"/>
              </w:rPr>
              <w:t>Satisfaction with life (4-point)</w:t>
            </w:r>
          </w:p>
        </w:tc>
        <w:tc>
          <w:tcPr>
            <w:tcW w:w="3456" w:type="dxa"/>
          </w:tcPr>
          <w:p w14:paraId="1CFDF2CF" w14:textId="77777777" w:rsidR="004D342C" w:rsidRDefault="00000000">
            <w:pPr>
              <w:spacing w:before="20" w:after="20"/>
              <w:ind w:firstLine="0"/>
            </w:pPr>
            <w:r>
              <w:rPr>
                <w:sz w:val="16"/>
              </w:rPr>
              <w:t>1 very satisfied / 2 fairly satisfied / 3 not very satisfied / 4 not at all satisfied</w:t>
            </w:r>
          </w:p>
        </w:tc>
        <w:tc>
          <w:tcPr>
            <w:tcW w:w="648" w:type="dxa"/>
          </w:tcPr>
          <w:p w14:paraId="5558A885" w14:textId="77777777" w:rsidR="004D342C" w:rsidRDefault="00000000">
            <w:pPr>
              <w:spacing w:before="20" w:after="20"/>
              <w:ind w:firstLine="0"/>
              <w:jc w:val="right"/>
            </w:pPr>
            <w:r>
              <w:rPr>
                <w:sz w:val="16"/>
              </w:rPr>
              <w:t>21</w:t>
            </w:r>
          </w:p>
        </w:tc>
      </w:tr>
      <w:tr w:rsidR="004D342C" w14:paraId="65DDE70E" w14:textId="77777777">
        <w:trPr>
          <w:cantSplit/>
          <w:jc w:val="center"/>
        </w:trPr>
        <w:tc>
          <w:tcPr>
            <w:tcW w:w="1944" w:type="dxa"/>
          </w:tcPr>
          <w:p w14:paraId="220D432E" w14:textId="77777777" w:rsidR="004D342C" w:rsidRDefault="00000000">
            <w:pPr>
              <w:spacing w:before="20" w:after="20"/>
              <w:ind w:firstLine="0"/>
            </w:pPr>
            <w:r>
              <w:rPr>
                <w:sz w:val="16"/>
              </w:rPr>
              <w:t>crisiseudirection</w:t>
            </w:r>
          </w:p>
        </w:tc>
        <w:tc>
          <w:tcPr>
            <w:tcW w:w="2880" w:type="dxa"/>
          </w:tcPr>
          <w:p w14:paraId="71D700CB" w14:textId="77777777" w:rsidR="004D342C" w:rsidRDefault="00000000">
            <w:pPr>
              <w:spacing w:before="20" w:after="20"/>
              <w:ind w:firstLine="0"/>
            </w:pPr>
            <w:r>
              <w:rPr>
                <w:sz w:val="16"/>
              </w:rPr>
              <w:t>EU DIRECTION ASSESSMENT - EXIT THE CRISIS</w:t>
            </w:r>
          </w:p>
        </w:tc>
        <w:tc>
          <w:tcPr>
            <w:tcW w:w="3456" w:type="dxa"/>
          </w:tcPr>
          <w:p w14:paraId="604657B7" w14:textId="77777777" w:rsidR="004D342C" w:rsidRDefault="00000000">
            <w:pPr>
              <w:spacing w:before="20" w:after="20"/>
              <w:ind w:firstLine="0"/>
            </w:pPr>
            <w:r>
              <w:rPr>
                <w:sz w:val="16"/>
              </w:rPr>
              <w:t>1 In the right direction / 2 In the wrong direction / 3 Neither the one or the other (SPONTANEOUS) / 4 DK</w:t>
            </w:r>
          </w:p>
        </w:tc>
        <w:tc>
          <w:tcPr>
            <w:tcW w:w="648" w:type="dxa"/>
          </w:tcPr>
          <w:p w14:paraId="059FFDF2" w14:textId="77777777" w:rsidR="004D342C" w:rsidRDefault="00000000">
            <w:pPr>
              <w:spacing w:before="20" w:after="20"/>
              <w:ind w:firstLine="0"/>
              <w:jc w:val="right"/>
            </w:pPr>
            <w:r>
              <w:rPr>
                <w:sz w:val="16"/>
              </w:rPr>
              <w:t>15</w:t>
            </w:r>
          </w:p>
        </w:tc>
      </w:tr>
      <w:tr w:rsidR="004D342C" w14:paraId="30136442" w14:textId="77777777">
        <w:trPr>
          <w:cantSplit/>
          <w:jc w:val="center"/>
        </w:trPr>
        <w:tc>
          <w:tcPr>
            <w:tcW w:w="1944" w:type="dxa"/>
          </w:tcPr>
          <w:p w14:paraId="0CF6027E" w14:textId="77777777" w:rsidR="004D342C" w:rsidRDefault="00000000">
            <w:pPr>
              <w:spacing w:before="20" w:after="20"/>
              <w:ind w:firstLine="0"/>
            </w:pPr>
            <w:r>
              <w:rPr>
                <w:sz w:val="16"/>
              </w:rPr>
              <w:t>happiness</w:t>
            </w:r>
          </w:p>
        </w:tc>
        <w:tc>
          <w:tcPr>
            <w:tcW w:w="2880" w:type="dxa"/>
          </w:tcPr>
          <w:p w14:paraId="54CA5FA8" w14:textId="77777777" w:rsidR="004D342C" w:rsidRDefault="00000000">
            <w:pPr>
              <w:spacing w:before="20" w:after="20"/>
              <w:ind w:firstLine="0"/>
            </w:pPr>
            <w:r>
              <w:rPr>
                <w:sz w:val="16"/>
              </w:rPr>
              <w:t>Happiness (very / fairly / not too)</w:t>
            </w:r>
          </w:p>
        </w:tc>
        <w:tc>
          <w:tcPr>
            <w:tcW w:w="3456" w:type="dxa"/>
          </w:tcPr>
          <w:p w14:paraId="72C49F99" w14:textId="77777777" w:rsidR="004D342C" w:rsidRDefault="00000000">
            <w:pPr>
              <w:spacing w:before="20" w:after="20"/>
              <w:ind w:firstLine="0"/>
            </w:pPr>
            <w:r>
              <w:rPr>
                <w:sz w:val="16"/>
              </w:rPr>
              <w:t>1 very happy / 2 fairly happy / 3 not too happy</w:t>
            </w:r>
          </w:p>
        </w:tc>
        <w:tc>
          <w:tcPr>
            <w:tcW w:w="648" w:type="dxa"/>
          </w:tcPr>
          <w:p w14:paraId="7C2B9C2D" w14:textId="77777777" w:rsidR="004D342C" w:rsidRDefault="00000000">
            <w:pPr>
              <w:spacing w:before="20" w:after="20"/>
              <w:ind w:firstLine="0"/>
              <w:jc w:val="right"/>
            </w:pPr>
            <w:r>
              <w:rPr>
                <w:sz w:val="16"/>
              </w:rPr>
              <w:t>14</w:t>
            </w:r>
          </w:p>
        </w:tc>
      </w:tr>
      <w:tr w:rsidR="004D342C" w14:paraId="7C0DBC6B" w14:textId="77777777">
        <w:trPr>
          <w:cantSplit/>
          <w:jc w:val="center"/>
        </w:trPr>
        <w:tc>
          <w:tcPr>
            <w:tcW w:w="1944" w:type="dxa"/>
          </w:tcPr>
          <w:p w14:paraId="72F9FFD4" w14:textId="77777777" w:rsidR="004D342C" w:rsidRDefault="00000000">
            <w:pPr>
              <w:spacing w:before="20" w:after="20"/>
              <w:ind w:firstLine="0"/>
            </w:pPr>
            <w:r>
              <w:rPr>
                <w:sz w:val="16"/>
              </w:rPr>
              <w:t>confidencefuture</w:t>
            </w:r>
          </w:p>
        </w:tc>
        <w:tc>
          <w:tcPr>
            <w:tcW w:w="2880" w:type="dxa"/>
          </w:tcPr>
          <w:p w14:paraId="7BD86FA2" w14:textId="77777777" w:rsidR="004D342C" w:rsidRDefault="00000000">
            <w:pPr>
              <w:spacing w:before="20" w:after="20"/>
              <w:ind w:firstLine="0"/>
            </w:pPr>
            <w:r>
              <w:rPr>
                <w:sz w:val="16"/>
              </w:rPr>
              <w:t>Confidence in the future (1 confident ... )</w:t>
            </w:r>
          </w:p>
        </w:tc>
        <w:tc>
          <w:tcPr>
            <w:tcW w:w="3456" w:type="dxa"/>
          </w:tcPr>
          <w:p w14:paraId="393F915D" w14:textId="77777777" w:rsidR="004D342C" w:rsidRDefault="00000000">
            <w:pPr>
              <w:spacing w:before="20" w:after="20"/>
              <w:ind w:firstLine="0"/>
            </w:pPr>
            <w:r>
              <w:rPr>
                <w:sz w:val="16"/>
              </w:rPr>
              <w:t>1 Totally agree / 2 Tend to agree / 3 Tend to disagree / 4 Totally disagree / 5 Don't know (SPONTANEOUS)</w:t>
            </w:r>
          </w:p>
        </w:tc>
        <w:tc>
          <w:tcPr>
            <w:tcW w:w="648" w:type="dxa"/>
          </w:tcPr>
          <w:p w14:paraId="56B86BD5" w14:textId="77777777" w:rsidR="004D342C" w:rsidRDefault="00000000">
            <w:pPr>
              <w:spacing w:before="20" w:after="20"/>
              <w:ind w:firstLine="0"/>
              <w:jc w:val="right"/>
            </w:pPr>
            <w:r>
              <w:rPr>
                <w:sz w:val="16"/>
              </w:rPr>
              <w:t>13</w:t>
            </w:r>
          </w:p>
        </w:tc>
      </w:tr>
      <w:tr w:rsidR="004D342C" w14:paraId="6CF8D7D4" w14:textId="77777777">
        <w:trPr>
          <w:cantSplit/>
          <w:jc w:val="center"/>
        </w:trPr>
        <w:tc>
          <w:tcPr>
            <w:tcW w:w="1944" w:type="dxa"/>
          </w:tcPr>
          <w:p w14:paraId="3602403F" w14:textId="77777777" w:rsidR="004D342C" w:rsidRDefault="00000000">
            <w:pPr>
              <w:spacing w:before="20" w:after="20"/>
              <w:ind w:firstLine="0"/>
            </w:pPr>
            <w:r>
              <w:rPr>
                <w:sz w:val="16"/>
              </w:rPr>
              <w:t>crisisauthority</w:t>
            </w:r>
          </w:p>
        </w:tc>
        <w:tc>
          <w:tcPr>
            <w:tcW w:w="2880" w:type="dxa"/>
          </w:tcPr>
          <w:p w14:paraId="0F676F9B" w14:textId="77777777" w:rsidR="004D342C" w:rsidRDefault="00000000">
            <w:pPr>
              <w:spacing w:before="20" w:after="20"/>
              <w:ind w:firstLine="0"/>
            </w:pPr>
            <w:r>
              <w:rPr>
                <w:sz w:val="16"/>
              </w:rPr>
              <w:t>CRISIS EFFECTS - MOST CAPABLE ACTOR</w:t>
            </w:r>
          </w:p>
        </w:tc>
        <w:tc>
          <w:tcPr>
            <w:tcW w:w="3456" w:type="dxa"/>
          </w:tcPr>
          <w:p w14:paraId="0E314210" w14:textId="77777777" w:rsidR="004D342C" w:rsidRDefault="00000000">
            <w:pPr>
              <w:spacing w:before="20" w:after="20"/>
              <w:ind w:firstLine="0"/>
            </w:pPr>
            <w:r>
              <w:rPr>
                <w:sz w:val="16"/>
              </w:rPr>
              <w:t>1 The (NATIONALITY) Government / 2 The European Union / 3 The United States / 4 The G20 / 5 The International Monetary Fund (IMF) / 6 Other (SPONTANEO</w:t>
            </w:r>
          </w:p>
        </w:tc>
        <w:tc>
          <w:tcPr>
            <w:tcW w:w="648" w:type="dxa"/>
          </w:tcPr>
          <w:p w14:paraId="12C00E7F" w14:textId="77777777" w:rsidR="004D342C" w:rsidRDefault="00000000">
            <w:pPr>
              <w:spacing w:before="20" w:after="20"/>
              <w:ind w:firstLine="0"/>
              <w:jc w:val="right"/>
            </w:pPr>
            <w:r>
              <w:rPr>
                <w:sz w:val="16"/>
              </w:rPr>
              <w:t>12</w:t>
            </w:r>
          </w:p>
        </w:tc>
      </w:tr>
      <w:tr w:rsidR="004D342C" w14:paraId="4BCF50CA" w14:textId="77777777">
        <w:trPr>
          <w:cantSplit/>
          <w:jc w:val="center"/>
        </w:trPr>
        <w:tc>
          <w:tcPr>
            <w:tcW w:w="1944" w:type="dxa"/>
          </w:tcPr>
          <w:p w14:paraId="217CDAFA" w14:textId="77777777" w:rsidR="004D342C" w:rsidRDefault="00000000">
            <w:pPr>
              <w:spacing w:before="20" w:after="20"/>
              <w:ind w:firstLine="0"/>
            </w:pPr>
            <w:r>
              <w:rPr>
                <w:sz w:val="16"/>
              </w:rPr>
              <w:t>demoeconomygeneral</w:t>
            </w:r>
          </w:p>
        </w:tc>
        <w:tc>
          <w:tcPr>
            <w:tcW w:w="2880" w:type="dxa"/>
          </w:tcPr>
          <w:p w14:paraId="4DE95F25" w14:textId="77777777" w:rsidR="004D342C" w:rsidRDefault="00000000">
            <w:pPr>
              <w:spacing w:before="20" w:after="20"/>
              <w:ind w:firstLine="0"/>
            </w:pPr>
            <w:r>
              <w:rPr>
                <w:sz w:val="16"/>
              </w:rPr>
              <w:t>q5a economic situation - last 12 months</w:t>
            </w:r>
          </w:p>
        </w:tc>
        <w:tc>
          <w:tcPr>
            <w:tcW w:w="3456" w:type="dxa"/>
          </w:tcPr>
          <w:p w14:paraId="0CF3DC5F" w14:textId="77777777" w:rsidR="004D342C" w:rsidRDefault="00000000">
            <w:pPr>
              <w:spacing w:before="20" w:after="20"/>
              <w:ind w:firstLine="0"/>
            </w:pPr>
            <w:r>
              <w:rPr>
                <w:sz w:val="16"/>
              </w:rPr>
              <w:t>1 a lot better / 2 a little better / 3 stayed the same</w:t>
            </w:r>
          </w:p>
        </w:tc>
        <w:tc>
          <w:tcPr>
            <w:tcW w:w="648" w:type="dxa"/>
          </w:tcPr>
          <w:p w14:paraId="0259D865" w14:textId="77777777" w:rsidR="004D342C" w:rsidRDefault="00000000">
            <w:pPr>
              <w:spacing w:before="20" w:after="20"/>
              <w:ind w:firstLine="0"/>
              <w:jc w:val="right"/>
            </w:pPr>
            <w:r>
              <w:rPr>
                <w:sz w:val="16"/>
              </w:rPr>
              <w:t>12</w:t>
            </w:r>
          </w:p>
        </w:tc>
      </w:tr>
      <w:tr w:rsidR="004D342C" w14:paraId="1EAEA4AE" w14:textId="77777777">
        <w:trPr>
          <w:cantSplit/>
          <w:jc w:val="center"/>
        </w:trPr>
        <w:tc>
          <w:tcPr>
            <w:tcW w:w="1944" w:type="dxa"/>
          </w:tcPr>
          <w:p w14:paraId="6B5B34C4" w14:textId="77777777" w:rsidR="004D342C" w:rsidRDefault="00000000">
            <w:pPr>
              <w:spacing w:before="20" w:after="20"/>
              <w:ind w:firstLine="0"/>
            </w:pPr>
            <w:r>
              <w:rPr>
                <w:sz w:val="16"/>
              </w:rPr>
              <w:t>demoeconomyhousehold</w:t>
            </w:r>
          </w:p>
        </w:tc>
        <w:tc>
          <w:tcPr>
            <w:tcW w:w="2880" w:type="dxa"/>
          </w:tcPr>
          <w:p w14:paraId="25043CD0" w14:textId="77777777" w:rsidR="004D342C" w:rsidRDefault="00000000">
            <w:pPr>
              <w:spacing w:before="20" w:after="20"/>
              <w:ind w:firstLine="0"/>
            </w:pPr>
            <w:r>
              <w:rPr>
                <w:sz w:val="16"/>
              </w:rPr>
              <w:t>q5b financial situation - last 12 months</w:t>
            </w:r>
          </w:p>
        </w:tc>
        <w:tc>
          <w:tcPr>
            <w:tcW w:w="3456" w:type="dxa"/>
          </w:tcPr>
          <w:p w14:paraId="2E9DC9E9" w14:textId="77777777" w:rsidR="004D342C" w:rsidRDefault="00000000">
            <w:pPr>
              <w:spacing w:before="20" w:after="20"/>
              <w:ind w:firstLine="0"/>
            </w:pPr>
            <w:r>
              <w:rPr>
                <w:sz w:val="16"/>
              </w:rPr>
              <w:t>1 a lot better / 2 a little better / 3 stayed the same</w:t>
            </w:r>
          </w:p>
        </w:tc>
        <w:tc>
          <w:tcPr>
            <w:tcW w:w="648" w:type="dxa"/>
          </w:tcPr>
          <w:p w14:paraId="7657BB05" w14:textId="77777777" w:rsidR="004D342C" w:rsidRDefault="00000000">
            <w:pPr>
              <w:spacing w:before="20" w:after="20"/>
              <w:ind w:firstLine="0"/>
              <w:jc w:val="right"/>
            </w:pPr>
            <w:r>
              <w:rPr>
                <w:sz w:val="16"/>
              </w:rPr>
              <w:t>11</w:t>
            </w:r>
          </w:p>
        </w:tc>
      </w:tr>
      <w:tr w:rsidR="004D342C" w14:paraId="47826EEA" w14:textId="77777777">
        <w:trPr>
          <w:cantSplit/>
          <w:jc w:val="center"/>
        </w:trPr>
        <w:tc>
          <w:tcPr>
            <w:tcW w:w="1944" w:type="dxa"/>
          </w:tcPr>
          <w:p w14:paraId="2CF07669" w14:textId="77777777" w:rsidR="004D342C" w:rsidRDefault="00000000">
            <w:pPr>
              <w:spacing w:before="20" w:after="20"/>
              <w:ind w:firstLine="0"/>
            </w:pPr>
            <w:r>
              <w:rPr>
                <w:sz w:val="16"/>
              </w:rPr>
              <w:t>demojobs</w:t>
            </w:r>
          </w:p>
        </w:tc>
        <w:tc>
          <w:tcPr>
            <w:tcW w:w="2880" w:type="dxa"/>
          </w:tcPr>
          <w:p w14:paraId="1FFB73C3" w14:textId="77777777" w:rsidR="004D342C" w:rsidRDefault="00000000">
            <w:pPr>
              <w:spacing w:before="20" w:after="20"/>
              <w:ind w:firstLine="0"/>
            </w:pPr>
            <w:r>
              <w:rPr>
                <w:sz w:val="16"/>
              </w:rPr>
              <w:t>SITUATION: EMPLOYMENT COUNTRY</w:t>
            </w:r>
          </w:p>
        </w:tc>
        <w:tc>
          <w:tcPr>
            <w:tcW w:w="3456" w:type="dxa"/>
          </w:tcPr>
          <w:p w14:paraId="0C94BC9C" w14:textId="77777777" w:rsidR="004D342C" w:rsidRDefault="00000000">
            <w:pPr>
              <w:spacing w:before="20" w:after="20"/>
              <w:ind w:firstLine="0"/>
            </w:pPr>
            <w:r>
              <w:rPr>
                <w:sz w:val="16"/>
              </w:rPr>
              <w:t>1 Very good / 2 Rather good / 3 Rather bad / 4 Very bad / 5 Don't know (SPONTANEOUS)</w:t>
            </w:r>
          </w:p>
        </w:tc>
        <w:tc>
          <w:tcPr>
            <w:tcW w:w="648" w:type="dxa"/>
          </w:tcPr>
          <w:p w14:paraId="41146C10" w14:textId="77777777" w:rsidR="004D342C" w:rsidRDefault="00000000">
            <w:pPr>
              <w:spacing w:before="20" w:after="20"/>
              <w:ind w:firstLine="0"/>
              <w:jc w:val="right"/>
            </w:pPr>
            <w:r>
              <w:rPr>
                <w:sz w:val="16"/>
              </w:rPr>
              <w:t>11</w:t>
            </w:r>
          </w:p>
        </w:tc>
      </w:tr>
      <w:tr w:rsidR="004D342C" w14:paraId="30D70E68" w14:textId="77777777">
        <w:trPr>
          <w:cantSplit/>
          <w:jc w:val="center"/>
        </w:trPr>
        <w:tc>
          <w:tcPr>
            <w:tcW w:w="1944" w:type="dxa"/>
          </w:tcPr>
          <w:p w14:paraId="71E5DD53" w14:textId="77777777" w:rsidR="004D342C" w:rsidRDefault="00000000">
            <w:pPr>
              <w:spacing w:before="20" w:after="20"/>
              <w:ind w:firstLine="0"/>
            </w:pPr>
            <w:r>
              <w:rPr>
                <w:sz w:val="16"/>
              </w:rPr>
              <w:t>demoeconomy</w:t>
            </w:r>
          </w:p>
        </w:tc>
        <w:tc>
          <w:tcPr>
            <w:tcW w:w="2880" w:type="dxa"/>
          </w:tcPr>
          <w:p w14:paraId="1A689C96" w14:textId="77777777" w:rsidR="004D342C" w:rsidRDefault="00000000">
            <w:pPr>
              <w:spacing w:before="20" w:after="20"/>
              <w:ind w:firstLine="0"/>
            </w:pPr>
            <w:r>
              <w:rPr>
                <w:sz w:val="16"/>
              </w:rPr>
              <w:t>SITUATION: NATIONAL ECONOMY</w:t>
            </w:r>
          </w:p>
        </w:tc>
        <w:tc>
          <w:tcPr>
            <w:tcW w:w="3456" w:type="dxa"/>
          </w:tcPr>
          <w:p w14:paraId="3A4BDB78" w14:textId="77777777" w:rsidR="004D342C" w:rsidRDefault="00000000">
            <w:pPr>
              <w:spacing w:before="20" w:after="20"/>
              <w:ind w:firstLine="0"/>
            </w:pPr>
            <w:r>
              <w:rPr>
                <w:sz w:val="16"/>
              </w:rPr>
              <w:t>1 Very good / 2 Rather good / 3 Rather bad / 4 Very bad / 5 Don't know (SPONTANEOUS)</w:t>
            </w:r>
          </w:p>
        </w:tc>
        <w:tc>
          <w:tcPr>
            <w:tcW w:w="648" w:type="dxa"/>
          </w:tcPr>
          <w:p w14:paraId="0B2F4E2F" w14:textId="77777777" w:rsidR="004D342C" w:rsidRDefault="00000000">
            <w:pPr>
              <w:spacing w:before="20" w:after="20"/>
              <w:ind w:firstLine="0"/>
              <w:jc w:val="right"/>
            </w:pPr>
            <w:r>
              <w:rPr>
                <w:sz w:val="16"/>
              </w:rPr>
              <w:t>10</w:t>
            </w:r>
          </w:p>
        </w:tc>
      </w:tr>
      <w:tr w:rsidR="004D342C" w14:paraId="1BA61937" w14:textId="77777777">
        <w:trPr>
          <w:cantSplit/>
          <w:jc w:val="center"/>
        </w:trPr>
        <w:tc>
          <w:tcPr>
            <w:tcW w:w="1944" w:type="dxa"/>
          </w:tcPr>
          <w:p w14:paraId="45508180" w14:textId="77777777" w:rsidR="004D342C" w:rsidRDefault="00000000">
            <w:pPr>
              <w:spacing w:before="20" w:after="20"/>
              <w:ind w:firstLine="0"/>
            </w:pPr>
            <w:r>
              <w:rPr>
                <w:sz w:val="16"/>
              </w:rPr>
              <w:t>demoexpectcountry</w:t>
            </w:r>
          </w:p>
        </w:tc>
        <w:tc>
          <w:tcPr>
            <w:tcW w:w="2880" w:type="dxa"/>
          </w:tcPr>
          <w:p w14:paraId="3C84DD8C" w14:textId="77777777" w:rsidR="004D342C" w:rsidRDefault="00000000">
            <w:pPr>
              <w:spacing w:before="20" w:after="20"/>
              <w:ind w:firstLine="0"/>
            </w:pPr>
            <w:r>
              <w:rPr>
                <w:sz w:val="16"/>
              </w:rPr>
              <w:t>EXPECTATIONS: COUNTRY IN GENERAL</w:t>
            </w:r>
          </w:p>
        </w:tc>
        <w:tc>
          <w:tcPr>
            <w:tcW w:w="3456" w:type="dxa"/>
          </w:tcPr>
          <w:p w14:paraId="503419BA" w14:textId="77777777" w:rsidR="004D342C" w:rsidRDefault="00000000">
            <w:pPr>
              <w:spacing w:before="20" w:after="20"/>
              <w:ind w:firstLine="0"/>
            </w:pPr>
            <w:r>
              <w:rPr>
                <w:sz w:val="16"/>
              </w:rPr>
              <w:t>1 Better / 2 Worse / 3 The same / 4 Don't know (SPONTANEOUS)</w:t>
            </w:r>
          </w:p>
        </w:tc>
        <w:tc>
          <w:tcPr>
            <w:tcW w:w="648" w:type="dxa"/>
          </w:tcPr>
          <w:p w14:paraId="79CBD48D" w14:textId="77777777" w:rsidR="004D342C" w:rsidRDefault="00000000">
            <w:pPr>
              <w:spacing w:before="20" w:after="20"/>
              <w:ind w:firstLine="0"/>
              <w:jc w:val="right"/>
            </w:pPr>
            <w:r>
              <w:rPr>
                <w:sz w:val="16"/>
              </w:rPr>
              <w:t>10</w:t>
            </w:r>
          </w:p>
        </w:tc>
      </w:tr>
      <w:tr w:rsidR="004D342C" w14:paraId="7DA20D29" w14:textId="77777777">
        <w:trPr>
          <w:cantSplit/>
          <w:jc w:val="center"/>
        </w:trPr>
        <w:tc>
          <w:tcPr>
            <w:tcW w:w="1944" w:type="dxa"/>
          </w:tcPr>
          <w:p w14:paraId="4E220D59" w14:textId="77777777" w:rsidR="004D342C" w:rsidRDefault="00000000">
            <w:pPr>
              <w:spacing w:before="20" w:after="20"/>
              <w:ind w:firstLine="0"/>
            </w:pPr>
            <w:r>
              <w:rPr>
                <w:sz w:val="16"/>
              </w:rPr>
              <w:t>demoyourjob</w:t>
            </w:r>
          </w:p>
        </w:tc>
        <w:tc>
          <w:tcPr>
            <w:tcW w:w="2880" w:type="dxa"/>
          </w:tcPr>
          <w:p w14:paraId="0B66FC48" w14:textId="77777777" w:rsidR="004D342C" w:rsidRDefault="00000000">
            <w:pPr>
              <w:spacing w:before="20" w:after="20"/>
              <w:ind w:firstLine="0"/>
            </w:pPr>
            <w:r>
              <w:rPr>
                <w:sz w:val="16"/>
              </w:rPr>
              <w:t>SITUATION: JOB PERSONAL</w:t>
            </w:r>
          </w:p>
        </w:tc>
        <w:tc>
          <w:tcPr>
            <w:tcW w:w="3456" w:type="dxa"/>
          </w:tcPr>
          <w:p w14:paraId="08E90DAF" w14:textId="77777777" w:rsidR="004D342C" w:rsidRDefault="00000000">
            <w:pPr>
              <w:spacing w:before="20" w:after="20"/>
              <w:ind w:firstLine="0"/>
            </w:pPr>
            <w:r>
              <w:rPr>
                <w:sz w:val="16"/>
              </w:rPr>
              <w:t>1 Very good / 2 Rather good / 3 Rather bad / 4 Very bad / 5 Don't know (SPONTANEOUS)</w:t>
            </w:r>
          </w:p>
        </w:tc>
        <w:tc>
          <w:tcPr>
            <w:tcW w:w="648" w:type="dxa"/>
          </w:tcPr>
          <w:p w14:paraId="6FBE968A" w14:textId="77777777" w:rsidR="004D342C" w:rsidRDefault="00000000">
            <w:pPr>
              <w:spacing w:before="20" w:after="20"/>
              <w:ind w:firstLine="0"/>
              <w:jc w:val="right"/>
            </w:pPr>
            <w:r>
              <w:rPr>
                <w:sz w:val="16"/>
              </w:rPr>
              <w:t>10</w:t>
            </w:r>
          </w:p>
        </w:tc>
      </w:tr>
      <w:tr w:rsidR="004D342C" w14:paraId="2142971E" w14:textId="77777777">
        <w:trPr>
          <w:cantSplit/>
          <w:jc w:val="center"/>
        </w:trPr>
        <w:tc>
          <w:tcPr>
            <w:tcW w:w="1944" w:type="dxa"/>
          </w:tcPr>
          <w:p w14:paraId="4CDFE6CA" w14:textId="77777777" w:rsidR="004D342C" w:rsidRDefault="00000000">
            <w:pPr>
              <w:spacing w:before="20" w:after="20"/>
              <w:ind w:firstLine="0"/>
            </w:pPr>
            <w:r>
              <w:rPr>
                <w:sz w:val="16"/>
              </w:rPr>
              <w:t>EUfuturenextgen</w:t>
            </w:r>
          </w:p>
        </w:tc>
        <w:tc>
          <w:tcPr>
            <w:tcW w:w="2880" w:type="dxa"/>
          </w:tcPr>
          <w:p w14:paraId="44A5A7D4" w14:textId="77777777" w:rsidR="004D342C" w:rsidRDefault="00000000">
            <w:pPr>
              <w:spacing w:before="20" w:after="20"/>
              <w:ind w:firstLine="0"/>
            </w:pPr>
            <w:r>
              <w:rPr>
                <w:sz w:val="16"/>
              </w:rPr>
              <w:t>Life of the next generation will be better/worse (in the EU)</w:t>
            </w:r>
          </w:p>
        </w:tc>
        <w:tc>
          <w:tcPr>
            <w:tcW w:w="3456" w:type="dxa"/>
          </w:tcPr>
          <w:p w14:paraId="22243EB1" w14:textId="77777777" w:rsidR="004D342C" w:rsidRDefault="00000000">
            <w:pPr>
              <w:spacing w:before="20" w:after="20"/>
              <w:ind w:firstLine="0"/>
            </w:pPr>
            <w:r>
              <w:rPr>
                <w:sz w:val="16"/>
              </w:rPr>
              <w:t>1 Easier / 2 More difficult / 3 About the same / 4 DK (SPONT.)</w:t>
            </w:r>
          </w:p>
        </w:tc>
        <w:tc>
          <w:tcPr>
            <w:tcW w:w="648" w:type="dxa"/>
          </w:tcPr>
          <w:p w14:paraId="6385DB80" w14:textId="77777777" w:rsidR="004D342C" w:rsidRDefault="00000000">
            <w:pPr>
              <w:spacing w:before="20" w:after="20"/>
              <w:ind w:firstLine="0"/>
              <w:jc w:val="right"/>
            </w:pPr>
            <w:r>
              <w:rPr>
                <w:sz w:val="16"/>
              </w:rPr>
              <w:t>9</w:t>
            </w:r>
          </w:p>
        </w:tc>
      </w:tr>
      <w:tr w:rsidR="004D342C" w14:paraId="2A180BB3" w14:textId="77777777">
        <w:trPr>
          <w:cantSplit/>
          <w:jc w:val="center"/>
        </w:trPr>
        <w:tc>
          <w:tcPr>
            <w:tcW w:w="1944" w:type="dxa"/>
          </w:tcPr>
          <w:p w14:paraId="12AC16AB" w14:textId="77777777" w:rsidR="004D342C" w:rsidRDefault="00000000">
            <w:pPr>
              <w:spacing w:before="20" w:after="20"/>
              <w:ind w:firstLine="0"/>
            </w:pPr>
            <w:r>
              <w:rPr>
                <w:sz w:val="16"/>
              </w:rPr>
              <w:t>econimprove</w:t>
            </w:r>
            <w:r>
              <w:rPr>
                <w:sz w:val="16"/>
              </w:rPr>
              <w:br/>
              <w:t>(demoimprove)</w:t>
            </w:r>
          </w:p>
        </w:tc>
        <w:tc>
          <w:tcPr>
            <w:tcW w:w="2880" w:type="dxa"/>
          </w:tcPr>
          <w:p w14:paraId="6EEE5D82" w14:textId="77777777" w:rsidR="004D342C" w:rsidRDefault="00000000">
            <w:pPr>
              <w:spacing w:before="20" w:after="20"/>
              <w:ind w:firstLine="0"/>
            </w:pPr>
            <w:r>
              <w:rPr>
                <w:sz w:val="16"/>
              </w:rPr>
              <w:t>QA5 PERSONAL SITUATION - FIVE YEARS AGO</w:t>
            </w:r>
          </w:p>
        </w:tc>
        <w:tc>
          <w:tcPr>
            <w:tcW w:w="3456" w:type="dxa"/>
          </w:tcPr>
          <w:p w14:paraId="498637B1" w14:textId="77777777" w:rsidR="004D342C" w:rsidRDefault="00000000">
            <w:pPr>
              <w:spacing w:before="20" w:after="20"/>
              <w:ind w:firstLine="0"/>
            </w:pPr>
            <w:r>
              <w:rPr>
                <w:sz w:val="16"/>
              </w:rPr>
              <w:t>1 improved / 2 stayed the same / 3 got worse / 4 dont know</w:t>
            </w:r>
          </w:p>
        </w:tc>
        <w:tc>
          <w:tcPr>
            <w:tcW w:w="648" w:type="dxa"/>
          </w:tcPr>
          <w:p w14:paraId="3D1357B2" w14:textId="77777777" w:rsidR="004D342C" w:rsidRDefault="00000000">
            <w:pPr>
              <w:spacing w:before="20" w:after="20"/>
              <w:ind w:firstLine="0"/>
              <w:jc w:val="right"/>
            </w:pPr>
            <w:r>
              <w:rPr>
                <w:sz w:val="16"/>
              </w:rPr>
              <w:t>9</w:t>
            </w:r>
          </w:p>
        </w:tc>
      </w:tr>
      <w:tr w:rsidR="004D342C" w14:paraId="254A7B97" w14:textId="77777777">
        <w:trPr>
          <w:cantSplit/>
          <w:jc w:val="center"/>
        </w:trPr>
        <w:tc>
          <w:tcPr>
            <w:tcW w:w="1944" w:type="dxa"/>
          </w:tcPr>
          <w:p w14:paraId="7785A92A" w14:textId="77777777" w:rsidR="004D342C" w:rsidRDefault="00000000">
            <w:pPr>
              <w:spacing w:before="20" w:after="20"/>
              <w:ind w:firstLine="0"/>
            </w:pPr>
            <w:r>
              <w:rPr>
                <w:sz w:val="16"/>
              </w:rPr>
              <w:t>econlongtermforecast</w:t>
            </w:r>
            <w:r>
              <w:rPr>
                <w:sz w:val="16"/>
              </w:rPr>
              <w:br/>
              <w:t>(demolongtermforecast)</w:t>
            </w:r>
          </w:p>
        </w:tc>
        <w:tc>
          <w:tcPr>
            <w:tcW w:w="2880" w:type="dxa"/>
          </w:tcPr>
          <w:p w14:paraId="5DB7B9F9" w14:textId="77777777" w:rsidR="004D342C" w:rsidRDefault="00000000">
            <w:pPr>
              <w:spacing w:before="20" w:after="20"/>
              <w:ind w:firstLine="0"/>
            </w:pPr>
            <w:r>
              <w:rPr>
                <w:sz w:val="16"/>
              </w:rPr>
              <w:t>QA6 PERSONAL SITUATION - NEXT FIVE YEARS</w:t>
            </w:r>
          </w:p>
        </w:tc>
        <w:tc>
          <w:tcPr>
            <w:tcW w:w="3456" w:type="dxa"/>
          </w:tcPr>
          <w:p w14:paraId="6C668043" w14:textId="77777777" w:rsidR="004D342C" w:rsidRDefault="00000000">
            <w:pPr>
              <w:spacing w:before="20" w:after="20"/>
              <w:ind w:firstLine="0"/>
            </w:pPr>
            <w:r>
              <w:rPr>
                <w:sz w:val="16"/>
              </w:rPr>
              <w:t>1 improve / 2 stay about the same / 3 get worse / 4 dont know</w:t>
            </w:r>
          </w:p>
        </w:tc>
        <w:tc>
          <w:tcPr>
            <w:tcW w:w="648" w:type="dxa"/>
          </w:tcPr>
          <w:p w14:paraId="33537F61" w14:textId="77777777" w:rsidR="004D342C" w:rsidRDefault="00000000">
            <w:pPr>
              <w:spacing w:before="20" w:after="20"/>
              <w:ind w:firstLine="0"/>
              <w:jc w:val="right"/>
            </w:pPr>
            <w:r>
              <w:rPr>
                <w:sz w:val="16"/>
              </w:rPr>
              <w:t>9</w:t>
            </w:r>
          </w:p>
        </w:tc>
      </w:tr>
      <w:tr w:rsidR="004D342C" w14:paraId="3B7C2EB2" w14:textId="77777777">
        <w:trPr>
          <w:cantSplit/>
          <w:jc w:val="center"/>
        </w:trPr>
        <w:tc>
          <w:tcPr>
            <w:tcW w:w="1944" w:type="dxa"/>
          </w:tcPr>
          <w:p w14:paraId="3574110B" w14:textId="77777777" w:rsidR="004D342C" w:rsidRDefault="00000000">
            <w:pPr>
              <w:spacing w:before="20" w:after="20"/>
              <w:ind w:firstLine="0"/>
            </w:pPr>
            <w:r>
              <w:rPr>
                <w:sz w:val="16"/>
              </w:rPr>
              <w:t>pereueffectonecon</w:t>
            </w:r>
            <w:r>
              <w:rPr>
                <w:sz w:val="16"/>
              </w:rPr>
              <w:br/>
              <w:t>(feelingeconomy)</w:t>
            </w:r>
          </w:p>
        </w:tc>
        <w:tc>
          <w:tcPr>
            <w:tcW w:w="2880" w:type="dxa"/>
          </w:tcPr>
          <w:p w14:paraId="40BEADE2" w14:textId="77777777" w:rsidR="004D342C" w:rsidRDefault="00000000">
            <w:pPr>
              <w:spacing w:before="20" w:after="20"/>
              <w:ind w:firstLine="0"/>
            </w:pPr>
            <w:r>
              <w:rPr>
                <w:sz w:val="16"/>
              </w:rPr>
              <w:t>QA12A EU STATEMENTS: STABLE ECONOM MEMBERSHIP</w:t>
            </w:r>
          </w:p>
        </w:tc>
        <w:tc>
          <w:tcPr>
            <w:tcW w:w="3456" w:type="dxa"/>
          </w:tcPr>
          <w:p w14:paraId="6E219D9A" w14:textId="77777777" w:rsidR="004D342C" w:rsidRDefault="00000000">
            <w:pPr>
              <w:spacing w:before="20" w:after="20"/>
              <w:ind w:firstLine="0"/>
            </w:pPr>
            <w:r>
              <w:rPr>
                <w:sz w:val="16"/>
              </w:rPr>
              <w:t>1 tend to agree / 2 tend to disagree / 3 dont know</w:t>
            </w:r>
          </w:p>
        </w:tc>
        <w:tc>
          <w:tcPr>
            <w:tcW w:w="648" w:type="dxa"/>
          </w:tcPr>
          <w:p w14:paraId="1AA8095F" w14:textId="77777777" w:rsidR="004D342C" w:rsidRDefault="00000000">
            <w:pPr>
              <w:spacing w:before="20" w:after="20"/>
              <w:ind w:firstLine="0"/>
              <w:jc w:val="right"/>
            </w:pPr>
            <w:r>
              <w:rPr>
                <w:sz w:val="16"/>
              </w:rPr>
              <w:t>8</w:t>
            </w:r>
          </w:p>
        </w:tc>
      </w:tr>
      <w:tr w:rsidR="004D342C" w14:paraId="25AADB2A" w14:textId="77777777">
        <w:trPr>
          <w:cantSplit/>
          <w:jc w:val="center"/>
        </w:trPr>
        <w:tc>
          <w:tcPr>
            <w:tcW w:w="1944" w:type="dxa"/>
          </w:tcPr>
          <w:p w14:paraId="26182A73" w14:textId="77777777" w:rsidR="004D342C" w:rsidRDefault="00000000">
            <w:pPr>
              <w:spacing w:before="20" w:after="20"/>
              <w:ind w:firstLine="0"/>
            </w:pPr>
            <w:r>
              <w:rPr>
                <w:sz w:val="16"/>
              </w:rPr>
              <w:t>demoeuglobalecon</w:t>
            </w:r>
          </w:p>
        </w:tc>
        <w:tc>
          <w:tcPr>
            <w:tcW w:w="2880" w:type="dxa"/>
          </w:tcPr>
          <w:p w14:paraId="082131B5" w14:textId="77777777" w:rsidR="004D342C" w:rsidRDefault="00000000">
            <w:pPr>
              <w:spacing w:before="20" w:after="20"/>
              <w:ind w:firstLine="0"/>
            </w:pPr>
            <w:r>
              <w:rPr>
                <w:sz w:val="16"/>
              </w:rPr>
              <w:t>EU STATEMENTS: EU HAS SUFFICIENT POWER &amp; TOOLS</w:t>
            </w:r>
          </w:p>
        </w:tc>
        <w:tc>
          <w:tcPr>
            <w:tcW w:w="3456" w:type="dxa"/>
          </w:tcPr>
          <w:p w14:paraId="7C7C9B81" w14:textId="77777777" w:rsidR="004D342C" w:rsidRDefault="00000000">
            <w:pPr>
              <w:spacing w:before="20" w:after="20"/>
              <w:ind w:firstLine="0"/>
            </w:pPr>
            <w:r>
              <w:rPr>
                <w:sz w:val="16"/>
              </w:rPr>
              <w:t>1 Totally agree / 2 Tend to agree / 3 Tend to disagree / 4 Totally disagree / 5 Don't know (SPONTANEOUS)</w:t>
            </w:r>
          </w:p>
        </w:tc>
        <w:tc>
          <w:tcPr>
            <w:tcW w:w="648" w:type="dxa"/>
          </w:tcPr>
          <w:p w14:paraId="5366B141" w14:textId="77777777" w:rsidR="004D342C" w:rsidRDefault="00000000">
            <w:pPr>
              <w:spacing w:before="20" w:after="20"/>
              <w:ind w:firstLine="0"/>
              <w:jc w:val="right"/>
            </w:pPr>
            <w:r>
              <w:rPr>
                <w:sz w:val="16"/>
              </w:rPr>
              <w:t>7</w:t>
            </w:r>
          </w:p>
        </w:tc>
      </w:tr>
      <w:tr w:rsidR="004D342C" w14:paraId="65A63BFF" w14:textId="77777777">
        <w:trPr>
          <w:cantSplit/>
          <w:jc w:val="center"/>
        </w:trPr>
        <w:tc>
          <w:tcPr>
            <w:tcW w:w="1944" w:type="dxa"/>
          </w:tcPr>
          <w:p w14:paraId="26A697DA" w14:textId="77777777" w:rsidR="004D342C" w:rsidRDefault="00000000">
            <w:pPr>
              <w:spacing w:before="20" w:after="20"/>
              <w:ind w:firstLine="0"/>
            </w:pPr>
            <w:r>
              <w:rPr>
                <w:sz w:val="16"/>
              </w:rPr>
              <w:lastRenderedPageBreak/>
              <w:t>expectstrikes</w:t>
            </w:r>
          </w:p>
        </w:tc>
        <w:tc>
          <w:tcPr>
            <w:tcW w:w="2880" w:type="dxa"/>
          </w:tcPr>
          <w:p w14:paraId="601C4582" w14:textId="77777777" w:rsidR="004D342C" w:rsidRDefault="00000000">
            <w:pPr>
              <w:spacing w:before="20" w:after="20"/>
              <w:ind w:firstLine="0"/>
            </w:pPr>
            <w:r>
              <w:rPr>
                <w:sz w:val="16"/>
              </w:rPr>
              <w:t>Expect strikes to increase / same / decrease</w:t>
            </w:r>
          </w:p>
        </w:tc>
        <w:tc>
          <w:tcPr>
            <w:tcW w:w="3456" w:type="dxa"/>
          </w:tcPr>
          <w:p w14:paraId="37A378B9" w14:textId="77777777" w:rsidR="004D342C" w:rsidRDefault="00000000">
            <w:pPr>
              <w:spacing w:before="20" w:after="20"/>
              <w:ind w:firstLine="0"/>
            </w:pPr>
            <w:r>
              <w:rPr>
                <w:sz w:val="16"/>
              </w:rPr>
              <w:t>1 increase / 2 remain the same / 3 decrease</w:t>
            </w:r>
          </w:p>
        </w:tc>
        <w:tc>
          <w:tcPr>
            <w:tcW w:w="648" w:type="dxa"/>
          </w:tcPr>
          <w:p w14:paraId="155B2BA6" w14:textId="77777777" w:rsidR="004D342C" w:rsidRDefault="00000000">
            <w:pPr>
              <w:spacing w:before="20" w:after="20"/>
              <w:ind w:firstLine="0"/>
              <w:jc w:val="right"/>
            </w:pPr>
            <w:r>
              <w:rPr>
                <w:sz w:val="16"/>
              </w:rPr>
              <w:t>7</w:t>
            </w:r>
          </w:p>
        </w:tc>
      </w:tr>
      <w:tr w:rsidR="004D342C" w14:paraId="1A95FDCE" w14:textId="77777777">
        <w:trPr>
          <w:cantSplit/>
          <w:jc w:val="center"/>
        </w:trPr>
        <w:tc>
          <w:tcPr>
            <w:tcW w:w="1944" w:type="dxa"/>
          </w:tcPr>
          <w:p w14:paraId="3558846C" w14:textId="77777777" w:rsidR="004D342C" w:rsidRDefault="00000000">
            <w:pPr>
              <w:spacing w:before="20" w:after="20"/>
              <w:ind w:firstLine="0"/>
            </w:pPr>
            <w:r>
              <w:rPr>
                <w:sz w:val="16"/>
              </w:rPr>
              <w:t>globeconimpact</w:t>
            </w:r>
          </w:p>
        </w:tc>
        <w:tc>
          <w:tcPr>
            <w:tcW w:w="2880" w:type="dxa"/>
          </w:tcPr>
          <w:p w14:paraId="1FDCF475" w14:textId="77777777" w:rsidR="004D342C" w:rsidRDefault="00000000">
            <w:pPr>
              <w:spacing w:before="20" w:after="20"/>
              <w:ind w:firstLine="0"/>
            </w:pPr>
            <w:r>
              <w:rPr>
                <w:sz w:val="16"/>
              </w:rPr>
              <w:t>QA22A GLOBALISATION - ASSESSMENT</w:t>
            </w:r>
          </w:p>
        </w:tc>
        <w:tc>
          <w:tcPr>
            <w:tcW w:w="3456" w:type="dxa"/>
          </w:tcPr>
          <w:p w14:paraId="7A9B0272" w14:textId="77777777" w:rsidR="004D342C" w:rsidRDefault="00000000">
            <w:pPr>
              <w:spacing w:before="20" w:after="20"/>
              <w:ind w:firstLine="0"/>
            </w:pPr>
            <w:r>
              <w:rPr>
                <w:sz w:val="16"/>
              </w:rPr>
              <w:t>1 Globalisation represents a good opportunity for (N / 2 Globalisation represents a threat to employment an / 3 DK</w:t>
            </w:r>
          </w:p>
        </w:tc>
        <w:tc>
          <w:tcPr>
            <w:tcW w:w="648" w:type="dxa"/>
          </w:tcPr>
          <w:p w14:paraId="27B9B65E" w14:textId="77777777" w:rsidR="004D342C" w:rsidRDefault="00000000">
            <w:pPr>
              <w:spacing w:before="20" w:after="20"/>
              <w:ind w:firstLine="0"/>
              <w:jc w:val="right"/>
            </w:pPr>
            <w:r>
              <w:rPr>
                <w:sz w:val="16"/>
              </w:rPr>
              <w:t>6</w:t>
            </w:r>
          </w:p>
        </w:tc>
      </w:tr>
      <w:tr w:rsidR="004D342C" w14:paraId="553A406F" w14:textId="77777777">
        <w:trPr>
          <w:cantSplit/>
          <w:jc w:val="center"/>
        </w:trPr>
        <w:tc>
          <w:tcPr>
            <w:tcW w:w="1944" w:type="dxa"/>
          </w:tcPr>
          <w:p w14:paraId="07369085" w14:textId="77777777" w:rsidR="004D342C" w:rsidRDefault="00000000">
            <w:pPr>
              <w:spacing w:before="20" w:after="20"/>
              <w:ind w:firstLine="0"/>
            </w:pPr>
            <w:r>
              <w:rPr>
                <w:sz w:val="16"/>
              </w:rPr>
              <w:t>crisiseuro</w:t>
            </w:r>
          </w:p>
        </w:tc>
        <w:tc>
          <w:tcPr>
            <w:tcW w:w="2880" w:type="dxa"/>
          </w:tcPr>
          <w:p w14:paraId="5352F922" w14:textId="77777777" w:rsidR="004D342C" w:rsidRDefault="00000000">
            <w:pPr>
              <w:spacing w:before="20" w:after="20"/>
              <w:ind w:firstLine="0"/>
            </w:pPr>
            <w:r>
              <w:rPr>
                <w:sz w:val="16"/>
              </w:rPr>
              <w:t>QC4 EUROP CURRENCY - MITIGATED THE CRISIS</w:t>
            </w:r>
          </w:p>
        </w:tc>
        <w:tc>
          <w:tcPr>
            <w:tcW w:w="3456" w:type="dxa"/>
          </w:tcPr>
          <w:p w14:paraId="312C7DBF" w14:textId="77777777" w:rsidR="004D342C" w:rsidRDefault="00000000">
            <w:pPr>
              <w:spacing w:before="20" w:after="20"/>
              <w:ind w:firstLine="0"/>
            </w:pPr>
            <w:r>
              <w:rPr>
                <w:sz w:val="16"/>
              </w:rPr>
              <w:t>1 Totally agree / 2 Tend to agree / 3 Tend to disagree / 4 Totally disagree / 5 DK</w:t>
            </w:r>
          </w:p>
        </w:tc>
        <w:tc>
          <w:tcPr>
            <w:tcW w:w="648" w:type="dxa"/>
          </w:tcPr>
          <w:p w14:paraId="12E0CD8C" w14:textId="77777777" w:rsidR="004D342C" w:rsidRDefault="00000000">
            <w:pPr>
              <w:spacing w:before="20" w:after="20"/>
              <w:ind w:firstLine="0"/>
              <w:jc w:val="right"/>
            </w:pPr>
            <w:r>
              <w:rPr>
                <w:sz w:val="16"/>
              </w:rPr>
              <w:t>5</w:t>
            </w:r>
          </w:p>
        </w:tc>
      </w:tr>
      <w:tr w:rsidR="004D342C" w14:paraId="495B1547" w14:textId="77777777">
        <w:trPr>
          <w:cantSplit/>
          <w:jc w:val="center"/>
        </w:trPr>
        <w:tc>
          <w:tcPr>
            <w:tcW w:w="1944" w:type="dxa"/>
          </w:tcPr>
          <w:p w14:paraId="36C6D497" w14:textId="77777777" w:rsidR="004D342C" w:rsidRDefault="00000000">
            <w:pPr>
              <w:spacing w:before="20" w:after="20"/>
              <w:ind w:firstLine="0"/>
            </w:pPr>
            <w:r>
              <w:rPr>
                <w:sz w:val="16"/>
              </w:rPr>
              <w:t>demoqualitylife12m</w:t>
            </w:r>
          </w:p>
        </w:tc>
        <w:tc>
          <w:tcPr>
            <w:tcW w:w="2880" w:type="dxa"/>
          </w:tcPr>
          <w:p w14:paraId="04D67EC6" w14:textId="77777777" w:rsidR="004D342C" w:rsidRDefault="00000000">
            <w:pPr>
              <w:spacing w:before="20" w:after="20"/>
              <w:ind w:firstLine="0"/>
            </w:pPr>
            <w:r>
              <w:rPr>
                <w:sz w:val="16"/>
              </w:rPr>
              <w:t>DEVELOPMENT OF QUALITY OF LIFE IN LAST 12 MONTHS</w:t>
            </w:r>
          </w:p>
        </w:tc>
        <w:tc>
          <w:tcPr>
            <w:tcW w:w="3456" w:type="dxa"/>
          </w:tcPr>
          <w:p w14:paraId="33CA2435" w14:textId="77777777" w:rsidR="004D342C" w:rsidRDefault="00000000">
            <w:pPr>
              <w:spacing w:before="20" w:after="20"/>
              <w:ind w:firstLine="0"/>
            </w:pPr>
            <w:r>
              <w:rPr>
                <w:sz w:val="16"/>
              </w:rPr>
              <w:t>1 Improved / 2 Stayed the same / 3 Deteriorated / 4 Don't know</w:t>
            </w:r>
          </w:p>
        </w:tc>
        <w:tc>
          <w:tcPr>
            <w:tcW w:w="648" w:type="dxa"/>
          </w:tcPr>
          <w:p w14:paraId="6CDBDA85" w14:textId="77777777" w:rsidR="004D342C" w:rsidRDefault="00000000">
            <w:pPr>
              <w:spacing w:before="20" w:after="20"/>
              <w:ind w:firstLine="0"/>
              <w:jc w:val="right"/>
            </w:pPr>
            <w:r>
              <w:rPr>
                <w:sz w:val="16"/>
              </w:rPr>
              <w:t>5</w:t>
            </w:r>
          </w:p>
        </w:tc>
      </w:tr>
      <w:tr w:rsidR="004D342C" w14:paraId="2CB93F7C" w14:textId="77777777">
        <w:trPr>
          <w:cantSplit/>
          <w:jc w:val="center"/>
        </w:trPr>
        <w:tc>
          <w:tcPr>
            <w:tcW w:w="1944" w:type="dxa"/>
          </w:tcPr>
          <w:p w14:paraId="464C3376" w14:textId="77777777" w:rsidR="004D342C" w:rsidRDefault="00000000">
            <w:pPr>
              <w:spacing w:before="20" w:after="20"/>
              <w:ind w:firstLine="0"/>
            </w:pPr>
            <w:r>
              <w:rPr>
                <w:sz w:val="16"/>
              </w:rPr>
              <w:t>globinequal</w:t>
            </w:r>
          </w:p>
        </w:tc>
        <w:tc>
          <w:tcPr>
            <w:tcW w:w="2880" w:type="dxa"/>
          </w:tcPr>
          <w:p w14:paraId="745F1A91" w14:textId="77777777" w:rsidR="004D342C" w:rsidRDefault="00000000">
            <w:pPr>
              <w:spacing w:before="20" w:after="20"/>
              <w:ind w:firstLine="0"/>
            </w:pPr>
            <w:r>
              <w:rPr>
                <w:sz w:val="16"/>
              </w:rPr>
              <w:t>QD1 GLOBALISATION: SOCIAL INEQUALITIES</w:t>
            </w:r>
          </w:p>
        </w:tc>
        <w:tc>
          <w:tcPr>
            <w:tcW w:w="3456" w:type="dxa"/>
          </w:tcPr>
          <w:p w14:paraId="7F8B31AC" w14:textId="77777777" w:rsidR="004D342C" w:rsidRDefault="00000000">
            <w:pPr>
              <w:spacing w:before="20" w:after="20"/>
              <w:ind w:firstLine="0"/>
            </w:pPr>
            <w:r>
              <w:rPr>
                <w:sz w:val="16"/>
              </w:rPr>
              <w:t>1 Totally agree / 2 Tend to agree / 3 Tend to disagree / 4 Totally disagree / 5 DK</w:t>
            </w:r>
          </w:p>
        </w:tc>
        <w:tc>
          <w:tcPr>
            <w:tcW w:w="648" w:type="dxa"/>
          </w:tcPr>
          <w:p w14:paraId="19FD7D36" w14:textId="77777777" w:rsidR="004D342C" w:rsidRDefault="00000000">
            <w:pPr>
              <w:spacing w:before="20" w:after="20"/>
              <w:ind w:firstLine="0"/>
              <w:jc w:val="right"/>
            </w:pPr>
            <w:r>
              <w:rPr>
                <w:sz w:val="16"/>
              </w:rPr>
              <w:t>4</w:t>
            </w:r>
          </w:p>
        </w:tc>
      </w:tr>
      <w:tr w:rsidR="004D342C" w14:paraId="441A8914" w14:textId="77777777">
        <w:trPr>
          <w:cantSplit/>
          <w:jc w:val="center"/>
        </w:trPr>
        <w:tc>
          <w:tcPr>
            <w:tcW w:w="1944" w:type="dxa"/>
          </w:tcPr>
          <w:p w14:paraId="59C53ABB" w14:textId="77777777" w:rsidR="004D342C" w:rsidRDefault="00000000">
            <w:pPr>
              <w:spacing w:before="20" w:after="20"/>
              <w:ind w:firstLine="0"/>
            </w:pPr>
            <w:r>
              <w:rPr>
                <w:sz w:val="16"/>
              </w:rPr>
              <w:t>covidcountryfinancial</w:t>
            </w:r>
          </w:p>
        </w:tc>
        <w:tc>
          <w:tcPr>
            <w:tcW w:w="2880" w:type="dxa"/>
          </w:tcPr>
          <w:p w14:paraId="7E6B0B18" w14:textId="77777777" w:rsidR="004D342C" w:rsidRDefault="00000000">
            <w:pPr>
              <w:spacing w:before="20" w:after="20"/>
              <w:ind w:firstLine="0"/>
            </w:pPr>
            <w:r>
              <w:rPr>
                <w:sz w:val="16"/>
              </w:rPr>
              <w:t>CORONA CONSEQUENCES CURRENTLY: ECONOMIC CONSEQUENCES COUNTRY</w:t>
            </w:r>
          </w:p>
        </w:tc>
        <w:tc>
          <w:tcPr>
            <w:tcW w:w="3456" w:type="dxa"/>
          </w:tcPr>
          <w:p w14:paraId="6B959EE3" w14:textId="77777777" w:rsidR="004D342C" w:rsidRDefault="00000000">
            <w:pPr>
              <w:spacing w:before="20" w:after="20"/>
              <w:ind w:firstLine="0"/>
            </w:pPr>
            <w:r>
              <w:rPr>
                <w:sz w:val="16"/>
              </w:rPr>
              <w:t>1 Totally agree / 2 Tend to agree / 3 Tend to disagree / 4 Totally disagree / 5 Don't know (SPONTANEOUS)</w:t>
            </w:r>
          </w:p>
        </w:tc>
        <w:tc>
          <w:tcPr>
            <w:tcW w:w="648" w:type="dxa"/>
          </w:tcPr>
          <w:p w14:paraId="65FD5E60" w14:textId="77777777" w:rsidR="004D342C" w:rsidRDefault="00000000">
            <w:pPr>
              <w:spacing w:before="20" w:after="20"/>
              <w:ind w:firstLine="0"/>
              <w:jc w:val="right"/>
            </w:pPr>
            <w:r>
              <w:rPr>
                <w:sz w:val="16"/>
              </w:rPr>
              <w:t>3</w:t>
            </w:r>
          </w:p>
        </w:tc>
      </w:tr>
      <w:tr w:rsidR="004D342C" w14:paraId="262F8C86" w14:textId="77777777">
        <w:trPr>
          <w:cantSplit/>
          <w:jc w:val="center"/>
        </w:trPr>
        <w:tc>
          <w:tcPr>
            <w:tcW w:w="1944" w:type="dxa"/>
          </w:tcPr>
          <w:p w14:paraId="490995F0" w14:textId="77777777" w:rsidR="004D342C" w:rsidRDefault="00000000">
            <w:pPr>
              <w:spacing w:before="20" w:after="20"/>
              <w:ind w:firstLine="0"/>
            </w:pPr>
            <w:r>
              <w:rPr>
                <w:sz w:val="16"/>
              </w:rPr>
              <w:t>covideumeans</w:t>
            </w:r>
          </w:p>
        </w:tc>
        <w:tc>
          <w:tcPr>
            <w:tcW w:w="2880" w:type="dxa"/>
          </w:tcPr>
          <w:p w14:paraId="0FC9F195" w14:textId="77777777" w:rsidR="004D342C" w:rsidRDefault="00000000">
            <w:pPr>
              <w:spacing w:before="20" w:after="20"/>
              <w:ind w:firstLine="0"/>
            </w:pPr>
            <w:r>
              <w:rPr>
                <w:sz w:val="16"/>
              </w:rPr>
              <w:t>CORONA CONSEQUENCES CURRENTLY: EU SHOULD BE GIVEN MEANS TO DEAL WITH FUTURE CRIS</w:t>
            </w:r>
          </w:p>
        </w:tc>
        <w:tc>
          <w:tcPr>
            <w:tcW w:w="3456" w:type="dxa"/>
          </w:tcPr>
          <w:p w14:paraId="514588FD" w14:textId="77777777" w:rsidR="004D342C" w:rsidRDefault="00000000">
            <w:pPr>
              <w:spacing w:before="20" w:after="20"/>
              <w:ind w:firstLine="0"/>
            </w:pPr>
            <w:r>
              <w:rPr>
                <w:sz w:val="16"/>
              </w:rPr>
              <w:t>1 Totally agree / 2 Tend to agree / 3 Tend to disagree / 4 Totally disagree / 5 Don't know (SPONTANEOUS)</w:t>
            </w:r>
          </w:p>
        </w:tc>
        <w:tc>
          <w:tcPr>
            <w:tcW w:w="648" w:type="dxa"/>
          </w:tcPr>
          <w:p w14:paraId="73A54406" w14:textId="77777777" w:rsidR="004D342C" w:rsidRDefault="00000000">
            <w:pPr>
              <w:spacing w:before="20" w:after="20"/>
              <w:ind w:firstLine="0"/>
              <w:jc w:val="right"/>
            </w:pPr>
            <w:r>
              <w:rPr>
                <w:sz w:val="16"/>
              </w:rPr>
              <w:t>3</w:t>
            </w:r>
          </w:p>
        </w:tc>
      </w:tr>
      <w:tr w:rsidR="004D342C" w14:paraId="38C52EC7" w14:textId="77777777">
        <w:trPr>
          <w:cantSplit/>
          <w:jc w:val="center"/>
        </w:trPr>
        <w:tc>
          <w:tcPr>
            <w:tcW w:w="1944" w:type="dxa"/>
          </w:tcPr>
          <w:p w14:paraId="092EAB5A" w14:textId="77777777" w:rsidR="004D342C" w:rsidRDefault="00000000">
            <w:pPr>
              <w:spacing w:before="20" w:after="20"/>
              <w:ind w:firstLine="0"/>
            </w:pPr>
            <w:r>
              <w:rPr>
                <w:sz w:val="16"/>
              </w:rPr>
              <w:t>covidpersonalfinancial</w:t>
            </w:r>
          </w:p>
        </w:tc>
        <w:tc>
          <w:tcPr>
            <w:tcW w:w="2880" w:type="dxa"/>
          </w:tcPr>
          <w:p w14:paraId="5E7057C9" w14:textId="77777777" w:rsidR="004D342C" w:rsidRDefault="00000000">
            <w:pPr>
              <w:spacing w:before="20" w:after="20"/>
              <w:ind w:firstLine="0"/>
            </w:pPr>
            <w:r>
              <w:rPr>
                <w:sz w:val="16"/>
              </w:rPr>
              <w:t>CORONA CONSEQUENCES CURRENTLY: PERSONAL FINANCES</w:t>
            </w:r>
          </w:p>
        </w:tc>
        <w:tc>
          <w:tcPr>
            <w:tcW w:w="3456" w:type="dxa"/>
          </w:tcPr>
          <w:p w14:paraId="16E4ADC9" w14:textId="77777777" w:rsidR="004D342C" w:rsidRDefault="00000000">
            <w:pPr>
              <w:spacing w:before="20" w:after="20"/>
              <w:ind w:firstLine="0"/>
            </w:pPr>
            <w:r>
              <w:rPr>
                <w:sz w:val="16"/>
              </w:rPr>
              <w:t>1 Totally agree / 2 Tend to agree / 3 Tend to disagree / 4 Totally disagree / 5 Don't know (SPONTANEOUS)</w:t>
            </w:r>
          </w:p>
        </w:tc>
        <w:tc>
          <w:tcPr>
            <w:tcW w:w="648" w:type="dxa"/>
          </w:tcPr>
          <w:p w14:paraId="5DEBC3D8" w14:textId="77777777" w:rsidR="004D342C" w:rsidRDefault="00000000">
            <w:pPr>
              <w:spacing w:before="20" w:after="20"/>
              <w:ind w:firstLine="0"/>
              <w:jc w:val="right"/>
            </w:pPr>
            <w:r>
              <w:rPr>
                <w:sz w:val="16"/>
              </w:rPr>
              <w:t>3</w:t>
            </w:r>
          </w:p>
        </w:tc>
      </w:tr>
      <w:tr w:rsidR="004D342C" w14:paraId="4FC753BD" w14:textId="77777777">
        <w:trPr>
          <w:cantSplit/>
          <w:jc w:val="center"/>
        </w:trPr>
        <w:tc>
          <w:tcPr>
            <w:tcW w:w="1944" w:type="dxa"/>
          </w:tcPr>
          <w:p w14:paraId="7FA0650D" w14:textId="77777777" w:rsidR="004D342C" w:rsidRDefault="00000000">
            <w:pPr>
              <w:spacing w:before="20" w:after="20"/>
              <w:ind w:firstLine="0"/>
            </w:pPr>
            <w:r>
              <w:rPr>
                <w:sz w:val="16"/>
              </w:rPr>
              <w:t>covidsatisfactionEU</w:t>
            </w:r>
          </w:p>
        </w:tc>
        <w:tc>
          <w:tcPr>
            <w:tcW w:w="2880" w:type="dxa"/>
          </w:tcPr>
          <w:p w14:paraId="47519EFB" w14:textId="77777777" w:rsidR="004D342C" w:rsidRDefault="00000000">
            <w:pPr>
              <w:spacing w:before="20" w:after="20"/>
              <w:ind w:firstLine="0"/>
            </w:pPr>
            <w:r>
              <w:rPr>
                <w:sz w:val="16"/>
              </w:rPr>
              <w:t>SATISFACTION CORONAVIRUS MEASURES - EU</w:t>
            </w:r>
          </w:p>
        </w:tc>
        <w:tc>
          <w:tcPr>
            <w:tcW w:w="3456" w:type="dxa"/>
          </w:tcPr>
          <w:p w14:paraId="214CD562" w14:textId="77777777" w:rsidR="004D342C" w:rsidRDefault="00000000">
            <w:pPr>
              <w:spacing w:before="20" w:after="20"/>
              <w:ind w:firstLine="0"/>
            </w:pPr>
            <w:r>
              <w:rPr>
                <w:sz w:val="16"/>
              </w:rPr>
              <w:t>1 Very satisfied / 2 Fairly satisfied / 3 Not very satisfied / 4 Not at all satisfied / 5 Don't know (SPONTANEOUS)</w:t>
            </w:r>
          </w:p>
        </w:tc>
        <w:tc>
          <w:tcPr>
            <w:tcW w:w="648" w:type="dxa"/>
          </w:tcPr>
          <w:p w14:paraId="1BA2CE0C" w14:textId="77777777" w:rsidR="004D342C" w:rsidRDefault="00000000">
            <w:pPr>
              <w:spacing w:before="20" w:after="20"/>
              <w:ind w:firstLine="0"/>
              <w:jc w:val="right"/>
            </w:pPr>
            <w:r>
              <w:rPr>
                <w:sz w:val="16"/>
              </w:rPr>
              <w:t>3</w:t>
            </w:r>
          </w:p>
        </w:tc>
      </w:tr>
      <w:tr w:rsidR="004D342C" w14:paraId="5E3442BD" w14:textId="77777777">
        <w:trPr>
          <w:cantSplit/>
          <w:jc w:val="center"/>
        </w:trPr>
        <w:tc>
          <w:tcPr>
            <w:tcW w:w="1944" w:type="dxa"/>
          </w:tcPr>
          <w:p w14:paraId="2CE44809" w14:textId="77777777" w:rsidR="004D342C" w:rsidRDefault="00000000">
            <w:pPr>
              <w:spacing w:before="20" w:after="20"/>
              <w:ind w:firstLine="0"/>
            </w:pPr>
            <w:r>
              <w:rPr>
                <w:sz w:val="16"/>
              </w:rPr>
              <w:t>covidsatisfactionNAT</w:t>
            </w:r>
          </w:p>
        </w:tc>
        <w:tc>
          <w:tcPr>
            <w:tcW w:w="2880" w:type="dxa"/>
          </w:tcPr>
          <w:p w14:paraId="4CAC5AF5" w14:textId="77777777" w:rsidR="004D342C" w:rsidRDefault="00000000">
            <w:pPr>
              <w:spacing w:before="20" w:after="20"/>
              <w:ind w:firstLine="0"/>
            </w:pPr>
            <w:r>
              <w:rPr>
                <w:sz w:val="16"/>
              </w:rPr>
              <w:t>SATISFACTION CORONAVIRUS MEASURES - NATL GVMNT</w:t>
            </w:r>
          </w:p>
        </w:tc>
        <w:tc>
          <w:tcPr>
            <w:tcW w:w="3456" w:type="dxa"/>
          </w:tcPr>
          <w:p w14:paraId="0B2A531B" w14:textId="77777777" w:rsidR="004D342C" w:rsidRDefault="00000000">
            <w:pPr>
              <w:spacing w:before="20" w:after="20"/>
              <w:ind w:firstLine="0"/>
            </w:pPr>
            <w:r>
              <w:rPr>
                <w:sz w:val="16"/>
              </w:rPr>
              <w:t>1 Very satisfied / 2 Fairly satisfied / 3 Not very satisfied / 4 Not at all satisfied / 5 Don't know (SPONTANEOUS)</w:t>
            </w:r>
          </w:p>
        </w:tc>
        <w:tc>
          <w:tcPr>
            <w:tcW w:w="648" w:type="dxa"/>
          </w:tcPr>
          <w:p w14:paraId="71C2EE13" w14:textId="77777777" w:rsidR="004D342C" w:rsidRDefault="00000000">
            <w:pPr>
              <w:spacing w:before="20" w:after="20"/>
              <w:ind w:firstLine="0"/>
              <w:jc w:val="right"/>
            </w:pPr>
            <w:r>
              <w:rPr>
                <w:sz w:val="16"/>
              </w:rPr>
              <w:t>3</w:t>
            </w:r>
          </w:p>
        </w:tc>
      </w:tr>
      <w:tr w:rsidR="004D342C" w14:paraId="0093942E" w14:textId="77777777">
        <w:trPr>
          <w:cantSplit/>
          <w:jc w:val="center"/>
        </w:trPr>
        <w:tc>
          <w:tcPr>
            <w:tcW w:w="1944" w:type="dxa"/>
          </w:tcPr>
          <w:p w14:paraId="15F145F9" w14:textId="77777777" w:rsidR="004D342C" w:rsidRDefault="00000000">
            <w:pPr>
              <w:spacing w:before="20" w:after="20"/>
              <w:ind w:firstLine="0"/>
            </w:pPr>
            <w:r>
              <w:rPr>
                <w:sz w:val="16"/>
              </w:rPr>
              <w:t>crisiseuroadopt</w:t>
            </w:r>
          </w:p>
        </w:tc>
        <w:tc>
          <w:tcPr>
            <w:tcW w:w="2880" w:type="dxa"/>
          </w:tcPr>
          <w:p w14:paraId="641617DA" w14:textId="77777777" w:rsidR="004D342C" w:rsidRDefault="00000000">
            <w:pPr>
              <w:spacing w:before="20" w:after="20"/>
              <w:ind w:firstLine="0"/>
            </w:pPr>
            <w:r>
              <w:rPr>
                <w:sz w:val="16"/>
              </w:rPr>
              <w:t>QB4B CRISIS PROTECTION WITH EUROP CURRENCY</w:t>
            </w:r>
          </w:p>
        </w:tc>
        <w:tc>
          <w:tcPr>
            <w:tcW w:w="3456" w:type="dxa"/>
          </w:tcPr>
          <w:p w14:paraId="3E9E0174" w14:textId="77777777" w:rsidR="004D342C" w:rsidRDefault="00000000">
            <w:pPr>
              <w:spacing w:before="20" w:after="20"/>
              <w:ind w:firstLine="0"/>
            </w:pPr>
            <w:r>
              <w:rPr>
                <w:sz w:val="16"/>
              </w:rPr>
              <w:t>1 Totally agree / 2 Tend to agree / 3 Tend to disagree / 4 Totally disagree / 5 DK</w:t>
            </w:r>
          </w:p>
        </w:tc>
        <w:tc>
          <w:tcPr>
            <w:tcW w:w="648" w:type="dxa"/>
          </w:tcPr>
          <w:p w14:paraId="4EAA9143" w14:textId="77777777" w:rsidR="004D342C" w:rsidRDefault="00000000">
            <w:pPr>
              <w:spacing w:before="20" w:after="20"/>
              <w:ind w:firstLine="0"/>
              <w:jc w:val="right"/>
            </w:pPr>
            <w:r>
              <w:rPr>
                <w:sz w:val="16"/>
              </w:rPr>
              <w:t>3</w:t>
            </w:r>
          </w:p>
        </w:tc>
      </w:tr>
      <w:tr w:rsidR="004D342C" w14:paraId="57EAE21E" w14:textId="77777777">
        <w:trPr>
          <w:cantSplit/>
          <w:jc w:val="center"/>
        </w:trPr>
        <w:tc>
          <w:tcPr>
            <w:tcW w:w="1944" w:type="dxa"/>
          </w:tcPr>
          <w:p w14:paraId="38A85E36" w14:textId="77777777" w:rsidR="004D342C" w:rsidRDefault="00000000">
            <w:pPr>
              <w:spacing w:before="20" w:after="20"/>
              <w:ind w:firstLine="0"/>
            </w:pPr>
            <w:r>
              <w:rPr>
                <w:sz w:val="16"/>
              </w:rPr>
              <w:t>crisiseuronotadopt</w:t>
            </w:r>
          </w:p>
        </w:tc>
        <w:tc>
          <w:tcPr>
            <w:tcW w:w="2880" w:type="dxa"/>
          </w:tcPr>
          <w:p w14:paraId="2E330B9F" w14:textId="77777777" w:rsidR="004D342C" w:rsidRDefault="00000000">
            <w:pPr>
              <w:spacing w:before="20" w:after="20"/>
              <w:ind w:firstLine="0"/>
            </w:pPr>
            <w:r>
              <w:rPr>
                <w:sz w:val="16"/>
              </w:rPr>
              <w:t>QB4A CRISIS PROTECTION WITH NAT CURRENCY</w:t>
            </w:r>
          </w:p>
        </w:tc>
        <w:tc>
          <w:tcPr>
            <w:tcW w:w="3456" w:type="dxa"/>
          </w:tcPr>
          <w:p w14:paraId="77519512" w14:textId="77777777" w:rsidR="004D342C" w:rsidRDefault="00000000">
            <w:pPr>
              <w:spacing w:before="20" w:after="20"/>
              <w:ind w:firstLine="0"/>
            </w:pPr>
            <w:r>
              <w:rPr>
                <w:sz w:val="16"/>
              </w:rPr>
              <w:t>1 Totally agree / 2 Tend to agree / 3 Tend to disagree / 4 Totally disagree / 5 DK</w:t>
            </w:r>
          </w:p>
        </w:tc>
        <w:tc>
          <w:tcPr>
            <w:tcW w:w="648" w:type="dxa"/>
          </w:tcPr>
          <w:p w14:paraId="0FD0CA3B" w14:textId="77777777" w:rsidR="004D342C" w:rsidRDefault="00000000">
            <w:pPr>
              <w:spacing w:before="20" w:after="20"/>
              <w:ind w:firstLine="0"/>
              <w:jc w:val="right"/>
            </w:pPr>
            <w:r>
              <w:rPr>
                <w:sz w:val="16"/>
              </w:rPr>
              <w:t>3</w:t>
            </w:r>
          </w:p>
        </w:tc>
      </w:tr>
      <w:tr w:rsidR="004D342C" w14:paraId="3DACC242" w14:textId="77777777">
        <w:trPr>
          <w:cantSplit/>
          <w:jc w:val="center"/>
        </w:trPr>
        <w:tc>
          <w:tcPr>
            <w:tcW w:w="1944" w:type="dxa"/>
          </w:tcPr>
          <w:p w14:paraId="68F18AF0" w14:textId="77777777" w:rsidR="004D342C" w:rsidRDefault="00000000">
            <w:pPr>
              <w:spacing w:before="20" w:after="20"/>
              <w:ind w:firstLine="0"/>
            </w:pPr>
            <w:r>
              <w:rPr>
                <w:sz w:val="16"/>
              </w:rPr>
              <w:t>crisiseurules</w:t>
            </w:r>
          </w:p>
        </w:tc>
        <w:tc>
          <w:tcPr>
            <w:tcW w:w="2880" w:type="dxa"/>
          </w:tcPr>
          <w:p w14:paraId="156C0490" w14:textId="77777777" w:rsidR="004D342C" w:rsidRDefault="00000000">
            <w:pPr>
              <w:spacing w:before="20" w:after="20"/>
              <w:ind w:firstLine="0"/>
            </w:pPr>
            <w:r>
              <w:rPr>
                <w:sz w:val="16"/>
              </w:rPr>
              <w:t>QC10 EU ROLE IN ECONOMY - TAKE STRONGER ROLE</w:t>
            </w:r>
          </w:p>
        </w:tc>
        <w:tc>
          <w:tcPr>
            <w:tcW w:w="3456" w:type="dxa"/>
          </w:tcPr>
          <w:p w14:paraId="6BF7C6F3" w14:textId="77777777" w:rsidR="004D342C" w:rsidRDefault="00000000">
            <w:pPr>
              <w:spacing w:before="20" w:after="20"/>
              <w:ind w:firstLine="0"/>
            </w:pPr>
            <w:r>
              <w:rPr>
                <w:sz w:val="16"/>
              </w:rPr>
              <w:t>1 Totally agree / 2 Tend to agree / 3 Tend to disagree / 4 Totally disagree / 5 DK</w:t>
            </w:r>
          </w:p>
        </w:tc>
        <w:tc>
          <w:tcPr>
            <w:tcW w:w="648" w:type="dxa"/>
          </w:tcPr>
          <w:p w14:paraId="1B9852CA" w14:textId="77777777" w:rsidR="004D342C" w:rsidRDefault="00000000">
            <w:pPr>
              <w:spacing w:before="20" w:after="20"/>
              <w:ind w:firstLine="0"/>
              <w:jc w:val="right"/>
            </w:pPr>
            <w:r>
              <w:rPr>
                <w:sz w:val="16"/>
              </w:rPr>
              <w:t>3</w:t>
            </w:r>
          </w:p>
        </w:tc>
      </w:tr>
      <w:tr w:rsidR="004D342C" w14:paraId="5FBBD36C" w14:textId="77777777">
        <w:trPr>
          <w:cantSplit/>
          <w:jc w:val="center"/>
        </w:trPr>
        <w:tc>
          <w:tcPr>
            <w:tcW w:w="1944" w:type="dxa"/>
          </w:tcPr>
          <w:p w14:paraId="27A544A1" w14:textId="77777777" w:rsidR="004D342C" w:rsidRDefault="00000000">
            <w:pPr>
              <w:spacing w:before="20" w:after="20"/>
              <w:ind w:firstLine="0"/>
            </w:pPr>
            <w:r>
              <w:rPr>
                <w:sz w:val="16"/>
              </w:rPr>
              <w:t>crisisresponseeu</w:t>
            </w:r>
          </w:p>
        </w:tc>
        <w:tc>
          <w:tcPr>
            <w:tcW w:w="2880" w:type="dxa"/>
          </w:tcPr>
          <w:p w14:paraId="0A46A87D" w14:textId="77777777" w:rsidR="004D342C" w:rsidRDefault="00000000">
            <w:pPr>
              <w:spacing w:before="20" w:after="20"/>
              <w:ind w:firstLine="0"/>
            </w:pPr>
            <w:r>
              <w:rPr>
                <w:sz w:val="16"/>
              </w:rPr>
              <w:t>QC8 CRISIS PERFORMANCE: EUROPEAN UNION</w:t>
            </w:r>
          </w:p>
        </w:tc>
        <w:tc>
          <w:tcPr>
            <w:tcW w:w="3456" w:type="dxa"/>
          </w:tcPr>
          <w:p w14:paraId="53BA6846" w14:textId="77777777" w:rsidR="004D342C" w:rsidRDefault="00000000">
            <w:pPr>
              <w:spacing w:before="20" w:after="20"/>
              <w:ind w:firstLine="0"/>
            </w:pPr>
            <w:r>
              <w:rPr>
                <w:sz w:val="16"/>
              </w:rPr>
              <w:t>1 Yes, very effectively / 2 Yes, fairly effectively / 3 No, not very effectively / 4 No, not at all effectively / 5 DK</w:t>
            </w:r>
          </w:p>
        </w:tc>
        <w:tc>
          <w:tcPr>
            <w:tcW w:w="648" w:type="dxa"/>
          </w:tcPr>
          <w:p w14:paraId="313F2D5B" w14:textId="77777777" w:rsidR="004D342C" w:rsidRDefault="00000000">
            <w:pPr>
              <w:spacing w:before="20" w:after="20"/>
              <w:ind w:firstLine="0"/>
              <w:jc w:val="right"/>
            </w:pPr>
            <w:r>
              <w:rPr>
                <w:sz w:val="16"/>
              </w:rPr>
              <w:t>3</w:t>
            </w:r>
          </w:p>
        </w:tc>
      </w:tr>
      <w:tr w:rsidR="004D342C" w14:paraId="627B4305" w14:textId="77777777">
        <w:trPr>
          <w:cantSplit/>
          <w:jc w:val="center"/>
        </w:trPr>
        <w:tc>
          <w:tcPr>
            <w:tcW w:w="1944" w:type="dxa"/>
          </w:tcPr>
          <w:p w14:paraId="43AACE7F" w14:textId="77777777" w:rsidR="004D342C" w:rsidRDefault="00000000">
            <w:pPr>
              <w:spacing w:before="20" w:after="20"/>
              <w:ind w:firstLine="0"/>
            </w:pPr>
            <w:r>
              <w:rPr>
                <w:sz w:val="16"/>
              </w:rPr>
              <w:t>crisisresponsenat</w:t>
            </w:r>
          </w:p>
        </w:tc>
        <w:tc>
          <w:tcPr>
            <w:tcW w:w="2880" w:type="dxa"/>
          </w:tcPr>
          <w:p w14:paraId="0AC0A612" w14:textId="77777777" w:rsidR="004D342C" w:rsidRDefault="00000000">
            <w:pPr>
              <w:spacing w:before="20" w:after="20"/>
              <w:ind w:firstLine="0"/>
            </w:pPr>
            <w:r>
              <w:rPr>
                <w:sz w:val="16"/>
              </w:rPr>
              <w:t>QC8 CRISIS PERFORMANCE: NAT GOVERNMENT</w:t>
            </w:r>
          </w:p>
        </w:tc>
        <w:tc>
          <w:tcPr>
            <w:tcW w:w="3456" w:type="dxa"/>
          </w:tcPr>
          <w:p w14:paraId="1BAFC267" w14:textId="77777777" w:rsidR="004D342C" w:rsidRDefault="00000000">
            <w:pPr>
              <w:spacing w:before="20" w:after="20"/>
              <w:ind w:firstLine="0"/>
            </w:pPr>
            <w:r>
              <w:rPr>
                <w:sz w:val="16"/>
              </w:rPr>
              <w:t>1 Yes, very effectively / 2 Yes, fairly effectively / 3 No, not very effectively / 4 No, not at all effectively / 5 DK</w:t>
            </w:r>
          </w:p>
        </w:tc>
        <w:tc>
          <w:tcPr>
            <w:tcW w:w="648" w:type="dxa"/>
          </w:tcPr>
          <w:p w14:paraId="40C1B64B" w14:textId="77777777" w:rsidR="004D342C" w:rsidRDefault="00000000">
            <w:pPr>
              <w:spacing w:before="20" w:after="20"/>
              <w:ind w:firstLine="0"/>
              <w:jc w:val="right"/>
            </w:pPr>
            <w:r>
              <w:rPr>
                <w:sz w:val="16"/>
              </w:rPr>
              <w:t>3</w:t>
            </w:r>
          </w:p>
        </w:tc>
      </w:tr>
      <w:tr w:rsidR="004D342C" w14:paraId="49A8DEF8" w14:textId="77777777">
        <w:trPr>
          <w:cantSplit/>
          <w:jc w:val="center"/>
        </w:trPr>
        <w:tc>
          <w:tcPr>
            <w:tcW w:w="1944" w:type="dxa"/>
          </w:tcPr>
          <w:p w14:paraId="2DC7069C" w14:textId="77777777" w:rsidR="004D342C" w:rsidRDefault="00000000">
            <w:pPr>
              <w:spacing w:before="20" w:after="20"/>
              <w:ind w:firstLine="0"/>
            </w:pPr>
            <w:r>
              <w:rPr>
                <w:sz w:val="16"/>
              </w:rPr>
              <w:t>globcompanies</w:t>
            </w:r>
          </w:p>
        </w:tc>
        <w:tc>
          <w:tcPr>
            <w:tcW w:w="2880" w:type="dxa"/>
          </w:tcPr>
          <w:p w14:paraId="475568CF" w14:textId="77777777" w:rsidR="004D342C" w:rsidRDefault="00000000">
            <w:pPr>
              <w:spacing w:before="20" w:after="20"/>
              <w:ind w:firstLine="0"/>
            </w:pPr>
            <w:r>
              <w:rPr>
                <w:sz w:val="16"/>
              </w:rPr>
              <w:t>QD1 GLOBALISATION: LARGE COMPANIES PROFIT</w:t>
            </w:r>
          </w:p>
        </w:tc>
        <w:tc>
          <w:tcPr>
            <w:tcW w:w="3456" w:type="dxa"/>
          </w:tcPr>
          <w:p w14:paraId="32A2BABF" w14:textId="77777777" w:rsidR="004D342C" w:rsidRDefault="00000000">
            <w:pPr>
              <w:spacing w:before="20" w:after="20"/>
              <w:ind w:firstLine="0"/>
            </w:pPr>
            <w:r>
              <w:rPr>
                <w:sz w:val="16"/>
              </w:rPr>
              <w:t>1 Totally agree / 2 Tend to agree / 3 Tend to disagree / 4 Totally disagree / 5 DK</w:t>
            </w:r>
          </w:p>
        </w:tc>
        <w:tc>
          <w:tcPr>
            <w:tcW w:w="648" w:type="dxa"/>
          </w:tcPr>
          <w:p w14:paraId="27E2FA4B" w14:textId="77777777" w:rsidR="004D342C" w:rsidRDefault="00000000">
            <w:pPr>
              <w:spacing w:before="20" w:after="20"/>
              <w:ind w:firstLine="0"/>
              <w:jc w:val="right"/>
            </w:pPr>
            <w:r>
              <w:rPr>
                <w:sz w:val="16"/>
              </w:rPr>
              <w:t>3</w:t>
            </w:r>
          </w:p>
        </w:tc>
      </w:tr>
      <w:tr w:rsidR="004D342C" w14:paraId="4B7B71C9" w14:textId="77777777">
        <w:trPr>
          <w:cantSplit/>
          <w:jc w:val="center"/>
        </w:trPr>
        <w:tc>
          <w:tcPr>
            <w:tcW w:w="1944" w:type="dxa"/>
          </w:tcPr>
          <w:p w14:paraId="6E7EB41F" w14:textId="77777777" w:rsidR="004D342C" w:rsidRDefault="00000000">
            <w:pPr>
              <w:spacing w:before="20" w:after="20"/>
              <w:ind w:firstLine="0"/>
            </w:pPr>
            <w:r>
              <w:rPr>
                <w:sz w:val="16"/>
              </w:rPr>
              <w:t>globpoorcountries</w:t>
            </w:r>
          </w:p>
        </w:tc>
        <w:tc>
          <w:tcPr>
            <w:tcW w:w="2880" w:type="dxa"/>
          </w:tcPr>
          <w:p w14:paraId="0DD0F5E9" w14:textId="77777777" w:rsidR="004D342C" w:rsidRDefault="00000000">
            <w:pPr>
              <w:spacing w:before="20" w:after="20"/>
              <w:ind w:firstLine="0"/>
            </w:pPr>
            <w:r>
              <w:rPr>
                <w:sz w:val="16"/>
              </w:rPr>
              <w:t>QD1 GLOBALISATION: DEVELOPMENT OF POOR COUNTRIES</w:t>
            </w:r>
          </w:p>
        </w:tc>
        <w:tc>
          <w:tcPr>
            <w:tcW w:w="3456" w:type="dxa"/>
          </w:tcPr>
          <w:p w14:paraId="2476ADCF" w14:textId="77777777" w:rsidR="004D342C" w:rsidRDefault="00000000">
            <w:pPr>
              <w:spacing w:before="20" w:after="20"/>
              <w:ind w:firstLine="0"/>
            </w:pPr>
            <w:r>
              <w:rPr>
                <w:sz w:val="16"/>
              </w:rPr>
              <w:t>1 Totally agree / 2 Tend to agree / 3 Tend to disagree / 4 Totally disagree / 5 DK</w:t>
            </w:r>
          </w:p>
        </w:tc>
        <w:tc>
          <w:tcPr>
            <w:tcW w:w="648" w:type="dxa"/>
          </w:tcPr>
          <w:p w14:paraId="77F6A095" w14:textId="77777777" w:rsidR="004D342C" w:rsidRDefault="00000000">
            <w:pPr>
              <w:spacing w:before="20" w:after="20"/>
              <w:ind w:firstLine="0"/>
              <w:jc w:val="right"/>
            </w:pPr>
            <w:r>
              <w:rPr>
                <w:sz w:val="16"/>
              </w:rPr>
              <w:t>3</w:t>
            </w:r>
          </w:p>
        </w:tc>
      </w:tr>
      <w:tr w:rsidR="004D342C" w14:paraId="77E7083E" w14:textId="77777777">
        <w:trPr>
          <w:cantSplit/>
          <w:jc w:val="center"/>
        </w:trPr>
        <w:tc>
          <w:tcPr>
            <w:tcW w:w="1944" w:type="dxa"/>
          </w:tcPr>
          <w:p w14:paraId="59C8F706" w14:textId="77777777" w:rsidR="004D342C" w:rsidRDefault="00000000">
            <w:pPr>
              <w:spacing w:before="20" w:after="20"/>
              <w:ind w:firstLine="0"/>
            </w:pPr>
            <w:r>
              <w:rPr>
                <w:sz w:val="16"/>
              </w:rPr>
              <w:t>globpriceincrease</w:t>
            </w:r>
          </w:p>
        </w:tc>
        <w:tc>
          <w:tcPr>
            <w:tcW w:w="2880" w:type="dxa"/>
          </w:tcPr>
          <w:p w14:paraId="0DB97434" w14:textId="77777777" w:rsidR="004D342C" w:rsidRDefault="00000000">
            <w:pPr>
              <w:spacing w:before="20" w:after="20"/>
              <w:ind w:firstLine="0"/>
            </w:pPr>
            <w:r>
              <w:rPr>
                <w:sz w:val="16"/>
              </w:rPr>
              <w:t>QD1 GLOBALISATION: PRICE INCREASE PROTECTION</w:t>
            </w:r>
          </w:p>
        </w:tc>
        <w:tc>
          <w:tcPr>
            <w:tcW w:w="3456" w:type="dxa"/>
          </w:tcPr>
          <w:p w14:paraId="1EABAC42" w14:textId="77777777" w:rsidR="004D342C" w:rsidRDefault="00000000">
            <w:pPr>
              <w:spacing w:before="20" w:after="20"/>
              <w:ind w:firstLine="0"/>
            </w:pPr>
            <w:r>
              <w:rPr>
                <w:sz w:val="16"/>
              </w:rPr>
              <w:t>1 Totally agree / 2 Tend to agree / 3 Tend to disagree / 4 Totally disagree / 5 DK</w:t>
            </w:r>
          </w:p>
        </w:tc>
        <w:tc>
          <w:tcPr>
            <w:tcW w:w="648" w:type="dxa"/>
          </w:tcPr>
          <w:p w14:paraId="3AFC30C0" w14:textId="77777777" w:rsidR="004D342C" w:rsidRDefault="00000000">
            <w:pPr>
              <w:spacing w:before="20" w:after="20"/>
              <w:ind w:firstLine="0"/>
              <w:jc w:val="right"/>
            </w:pPr>
            <w:r>
              <w:rPr>
                <w:sz w:val="16"/>
              </w:rPr>
              <w:t>3</w:t>
            </w:r>
          </w:p>
        </w:tc>
      </w:tr>
      <w:tr w:rsidR="004D342C" w14:paraId="347DF4BB" w14:textId="77777777">
        <w:trPr>
          <w:cantSplit/>
          <w:jc w:val="center"/>
        </w:trPr>
        <w:tc>
          <w:tcPr>
            <w:tcW w:w="1944" w:type="dxa"/>
          </w:tcPr>
          <w:p w14:paraId="75343233" w14:textId="77777777" w:rsidR="004D342C" w:rsidRDefault="00000000">
            <w:pPr>
              <w:spacing w:before="20" w:after="20"/>
              <w:ind w:firstLine="0"/>
            </w:pPr>
            <w:r>
              <w:rPr>
                <w:sz w:val="16"/>
              </w:rPr>
              <w:t>paybills2</w:t>
            </w:r>
          </w:p>
        </w:tc>
        <w:tc>
          <w:tcPr>
            <w:tcW w:w="2880" w:type="dxa"/>
          </w:tcPr>
          <w:p w14:paraId="6E76BC25" w14:textId="77777777" w:rsidR="004D342C" w:rsidRDefault="00000000">
            <w:pPr>
              <w:spacing w:before="20" w:after="20"/>
              <w:ind w:firstLine="0"/>
            </w:pPr>
            <w:r>
              <w:rPr>
                <w:sz w:val="16"/>
              </w:rPr>
              <w:t>QA13 DIFFICULTIES TO MAKE ENDS MEET</w:t>
            </w:r>
          </w:p>
        </w:tc>
        <w:tc>
          <w:tcPr>
            <w:tcW w:w="3456" w:type="dxa"/>
          </w:tcPr>
          <w:p w14:paraId="5C1CCDC0" w14:textId="77777777" w:rsidR="004D342C" w:rsidRDefault="00000000">
            <w:pPr>
              <w:spacing w:before="20" w:after="20"/>
              <w:ind w:firstLine="0"/>
            </w:pPr>
            <w:r>
              <w:rPr>
                <w:sz w:val="16"/>
              </w:rPr>
              <w:t>1 Totally agree / 2 Tend to agree / 3 Tend to disagree / 4 Totally disagree</w:t>
            </w:r>
          </w:p>
        </w:tc>
        <w:tc>
          <w:tcPr>
            <w:tcW w:w="648" w:type="dxa"/>
          </w:tcPr>
          <w:p w14:paraId="580E37C2" w14:textId="77777777" w:rsidR="004D342C" w:rsidRDefault="00000000">
            <w:pPr>
              <w:spacing w:before="20" w:after="20"/>
              <w:ind w:firstLine="0"/>
              <w:jc w:val="right"/>
            </w:pPr>
            <w:r>
              <w:rPr>
                <w:sz w:val="16"/>
              </w:rPr>
              <w:t>3</w:t>
            </w:r>
          </w:p>
        </w:tc>
      </w:tr>
      <w:tr w:rsidR="004D342C" w14:paraId="55595F65" w14:textId="77777777">
        <w:trPr>
          <w:cantSplit/>
          <w:jc w:val="center"/>
        </w:trPr>
        <w:tc>
          <w:tcPr>
            <w:tcW w:w="1944" w:type="dxa"/>
          </w:tcPr>
          <w:p w14:paraId="5F2268F2" w14:textId="77777777" w:rsidR="004D342C" w:rsidRDefault="00000000">
            <w:pPr>
              <w:spacing w:before="20" w:after="20"/>
              <w:ind w:firstLine="0"/>
            </w:pPr>
            <w:r>
              <w:rPr>
                <w:sz w:val="16"/>
              </w:rPr>
              <w:t>pereuroeffectoneconEuro</w:t>
            </w:r>
            <w:r>
              <w:rPr>
                <w:sz w:val="16"/>
              </w:rPr>
              <w:br/>
              <w:t>(feelingeconomyEuro)</w:t>
            </w:r>
          </w:p>
        </w:tc>
        <w:tc>
          <w:tcPr>
            <w:tcW w:w="2880" w:type="dxa"/>
          </w:tcPr>
          <w:p w14:paraId="462102E6" w14:textId="77777777" w:rsidR="004D342C" w:rsidRDefault="00000000">
            <w:pPr>
              <w:spacing w:before="20" w:after="20"/>
              <w:ind w:firstLine="0"/>
            </w:pPr>
            <w:r>
              <w:rPr>
                <w:sz w:val="16"/>
              </w:rPr>
              <w:t>QA12A EU STATEMENTS: STABLE ECOMOM EURO</w:t>
            </w:r>
          </w:p>
        </w:tc>
        <w:tc>
          <w:tcPr>
            <w:tcW w:w="3456" w:type="dxa"/>
          </w:tcPr>
          <w:p w14:paraId="7B791C79" w14:textId="77777777" w:rsidR="004D342C" w:rsidRDefault="00000000">
            <w:pPr>
              <w:spacing w:before="20" w:after="20"/>
              <w:ind w:firstLine="0"/>
            </w:pPr>
            <w:r>
              <w:rPr>
                <w:sz w:val="16"/>
              </w:rPr>
              <w:t>1 Tend to agree / 2 Tend to disagree</w:t>
            </w:r>
          </w:p>
        </w:tc>
        <w:tc>
          <w:tcPr>
            <w:tcW w:w="648" w:type="dxa"/>
          </w:tcPr>
          <w:p w14:paraId="704655E0" w14:textId="77777777" w:rsidR="004D342C" w:rsidRDefault="00000000">
            <w:pPr>
              <w:spacing w:before="20" w:after="20"/>
              <w:ind w:firstLine="0"/>
              <w:jc w:val="right"/>
            </w:pPr>
            <w:r>
              <w:rPr>
                <w:sz w:val="16"/>
              </w:rPr>
              <w:t>3</w:t>
            </w:r>
          </w:p>
        </w:tc>
      </w:tr>
      <w:tr w:rsidR="004D342C" w14:paraId="26488737" w14:textId="77777777">
        <w:trPr>
          <w:cantSplit/>
          <w:jc w:val="center"/>
        </w:trPr>
        <w:tc>
          <w:tcPr>
            <w:tcW w:w="1944" w:type="dxa"/>
          </w:tcPr>
          <w:p w14:paraId="60AD8A9E" w14:textId="77777777" w:rsidR="004D342C" w:rsidRDefault="00000000">
            <w:pPr>
              <w:spacing w:before="20" w:after="20"/>
              <w:ind w:firstLine="0"/>
            </w:pPr>
            <w:r>
              <w:rPr>
                <w:sz w:val="16"/>
              </w:rPr>
              <w:t>demoeconomyjobs</w:t>
            </w:r>
          </w:p>
        </w:tc>
        <w:tc>
          <w:tcPr>
            <w:tcW w:w="2880" w:type="dxa"/>
          </w:tcPr>
          <w:p w14:paraId="7CABC2EF" w14:textId="77777777" w:rsidR="004D342C" w:rsidRDefault="00000000">
            <w:pPr>
              <w:spacing w:before="20" w:after="20"/>
              <w:ind w:firstLine="0"/>
            </w:pPr>
            <w:r>
              <w:rPr>
                <w:sz w:val="16"/>
              </w:rPr>
              <w:t>q5c employment situation - lst 12 months</w:t>
            </w:r>
          </w:p>
        </w:tc>
        <w:tc>
          <w:tcPr>
            <w:tcW w:w="3456" w:type="dxa"/>
          </w:tcPr>
          <w:p w14:paraId="64624E79" w14:textId="77777777" w:rsidR="004D342C" w:rsidRDefault="00000000">
            <w:pPr>
              <w:spacing w:before="20" w:after="20"/>
              <w:ind w:firstLine="0"/>
            </w:pPr>
            <w:r>
              <w:rPr>
                <w:sz w:val="16"/>
              </w:rPr>
              <w:t>1 a lot better / 2 a little better / 3 stayed the same</w:t>
            </w:r>
          </w:p>
        </w:tc>
        <w:tc>
          <w:tcPr>
            <w:tcW w:w="648" w:type="dxa"/>
          </w:tcPr>
          <w:p w14:paraId="2A695758" w14:textId="77777777" w:rsidR="004D342C" w:rsidRDefault="00000000">
            <w:pPr>
              <w:spacing w:before="20" w:after="20"/>
              <w:ind w:firstLine="0"/>
              <w:jc w:val="right"/>
            </w:pPr>
            <w:r>
              <w:rPr>
                <w:sz w:val="16"/>
              </w:rPr>
              <w:t>2</w:t>
            </w:r>
          </w:p>
        </w:tc>
      </w:tr>
      <w:tr w:rsidR="004D342C" w14:paraId="058D509A" w14:textId="77777777">
        <w:trPr>
          <w:cantSplit/>
          <w:jc w:val="center"/>
        </w:trPr>
        <w:tc>
          <w:tcPr>
            <w:tcW w:w="1944" w:type="dxa"/>
          </w:tcPr>
          <w:p w14:paraId="4777FDF4" w14:textId="77777777" w:rsidR="004D342C" w:rsidRDefault="00000000">
            <w:pPr>
              <w:spacing w:before="20" w:after="20"/>
              <w:ind w:firstLine="0"/>
            </w:pPr>
            <w:r>
              <w:rPr>
                <w:sz w:val="16"/>
              </w:rPr>
              <w:t>demoeconomyyourjob</w:t>
            </w:r>
          </w:p>
        </w:tc>
        <w:tc>
          <w:tcPr>
            <w:tcW w:w="2880" w:type="dxa"/>
          </w:tcPr>
          <w:p w14:paraId="61566396" w14:textId="77777777" w:rsidR="004D342C" w:rsidRDefault="00000000">
            <w:pPr>
              <w:spacing w:before="20" w:after="20"/>
              <w:ind w:firstLine="0"/>
            </w:pPr>
            <w:r>
              <w:rPr>
                <w:sz w:val="16"/>
              </w:rPr>
              <w:t>q5d job situation - last 12 months</w:t>
            </w:r>
          </w:p>
        </w:tc>
        <w:tc>
          <w:tcPr>
            <w:tcW w:w="3456" w:type="dxa"/>
          </w:tcPr>
          <w:p w14:paraId="4A376B8D" w14:textId="77777777" w:rsidR="004D342C" w:rsidRDefault="00000000">
            <w:pPr>
              <w:spacing w:before="20" w:after="20"/>
              <w:ind w:firstLine="0"/>
            </w:pPr>
            <w:r>
              <w:rPr>
                <w:sz w:val="16"/>
              </w:rPr>
              <w:t>1 a lot better / 2 a little better / 3 stayed the same</w:t>
            </w:r>
          </w:p>
        </w:tc>
        <w:tc>
          <w:tcPr>
            <w:tcW w:w="648" w:type="dxa"/>
          </w:tcPr>
          <w:p w14:paraId="4B25D5F1" w14:textId="77777777" w:rsidR="004D342C" w:rsidRDefault="00000000">
            <w:pPr>
              <w:spacing w:before="20" w:after="20"/>
              <w:ind w:firstLine="0"/>
              <w:jc w:val="right"/>
            </w:pPr>
            <w:r>
              <w:rPr>
                <w:sz w:val="16"/>
              </w:rPr>
              <w:t>2</w:t>
            </w:r>
          </w:p>
        </w:tc>
      </w:tr>
      <w:tr w:rsidR="004D342C" w14:paraId="5C8D0B50" w14:textId="77777777">
        <w:trPr>
          <w:cantSplit/>
          <w:jc w:val="center"/>
        </w:trPr>
        <w:tc>
          <w:tcPr>
            <w:tcW w:w="1944" w:type="dxa"/>
          </w:tcPr>
          <w:p w14:paraId="1959D374" w14:textId="77777777" w:rsidR="004D342C" w:rsidRDefault="00000000">
            <w:pPr>
              <w:spacing w:before="20" w:after="20"/>
              <w:ind w:firstLine="0"/>
            </w:pPr>
            <w:r>
              <w:rPr>
                <w:sz w:val="16"/>
              </w:rPr>
              <w:t>globoppor2</w:t>
            </w:r>
          </w:p>
        </w:tc>
        <w:tc>
          <w:tcPr>
            <w:tcW w:w="2880" w:type="dxa"/>
          </w:tcPr>
          <w:p w14:paraId="2611C2C3" w14:textId="77777777" w:rsidR="004D342C" w:rsidRDefault="00000000">
            <w:pPr>
              <w:spacing w:before="20" w:after="20"/>
              <w:ind w:firstLine="0"/>
            </w:pPr>
            <w:r>
              <w:rPr>
                <w:sz w:val="16"/>
              </w:rPr>
              <w:t>QA19A EU STATEMENTS: GOBALISATION OPPORTUNITY</w:t>
            </w:r>
          </w:p>
        </w:tc>
        <w:tc>
          <w:tcPr>
            <w:tcW w:w="3456" w:type="dxa"/>
          </w:tcPr>
          <w:p w14:paraId="12698078" w14:textId="77777777" w:rsidR="004D342C" w:rsidRDefault="00000000">
            <w:pPr>
              <w:spacing w:before="20" w:after="20"/>
              <w:ind w:firstLine="0"/>
            </w:pPr>
            <w:r>
              <w:rPr>
                <w:sz w:val="16"/>
              </w:rPr>
              <w:t>1 Tend to agree / 2 Tend to disagree / 3 DK</w:t>
            </w:r>
          </w:p>
        </w:tc>
        <w:tc>
          <w:tcPr>
            <w:tcW w:w="648" w:type="dxa"/>
          </w:tcPr>
          <w:p w14:paraId="747235F6" w14:textId="77777777" w:rsidR="004D342C" w:rsidRDefault="00000000">
            <w:pPr>
              <w:spacing w:before="20" w:after="20"/>
              <w:ind w:firstLine="0"/>
              <w:jc w:val="right"/>
            </w:pPr>
            <w:r>
              <w:rPr>
                <w:sz w:val="16"/>
              </w:rPr>
              <w:t>2</w:t>
            </w:r>
          </w:p>
        </w:tc>
      </w:tr>
      <w:tr w:rsidR="004D342C" w14:paraId="6648FDF3" w14:textId="77777777">
        <w:trPr>
          <w:cantSplit/>
          <w:jc w:val="center"/>
        </w:trPr>
        <w:tc>
          <w:tcPr>
            <w:tcW w:w="1944" w:type="dxa"/>
          </w:tcPr>
          <w:p w14:paraId="29F7DA19" w14:textId="77777777" w:rsidR="004D342C" w:rsidRDefault="00000000">
            <w:pPr>
              <w:spacing w:before="20" w:after="20"/>
              <w:ind w:firstLine="0"/>
            </w:pPr>
            <w:r>
              <w:rPr>
                <w:sz w:val="16"/>
              </w:rPr>
              <w:lastRenderedPageBreak/>
              <w:t>vaccine</w:t>
            </w:r>
          </w:p>
        </w:tc>
        <w:tc>
          <w:tcPr>
            <w:tcW w:w="2880" w:type="dxa"/>
          </w:tcPr>
          <w:p w14:paraId="2476C959" w14:textId="77777777" w:rsidR="004D342C" w:rsidRDefault="00000000">
            <w:pPr>
              <w:spacing w:before="20" w:after="20"/>
              <w:ind w:firstLine="0"/>
            </w:pPr>
            <w:r>
              <w:rPr>
                <w:sz w:val="16"/>
              </w:rPr>
              <w:t>WHEN GET VACCINATED</w:t>
            </w:r>
          </w:p>
        </w:tc>
        <w:tc>
          <w:tcPr>
            <w:tcW w:w="3456" w:type="dxa"/>
          </w:tcPr>
          <w:p w14:paraId="7C17341E" w14:textId="77777777" w:rsidR="004D342C" w:rsidRDefault="00000000">
            <w:pPr>
              <w:spacing w:before="20" w:after="20"/>
              <w:ind w:firstLine="0"/>
            </w:pPr>
            <w:r>
              <w:rPr>
                <w:sz w:val="16"/>
              </w:rPr>
              <w:t>1 I have already been vaccinated / 2 As soon as possible / 3 Some time in 2021 / 4 Later / 5 Never / 6 Don't know (SPONTANEOUS)</w:t>
            </w:r>
          </w:p>
        </w:tc>
        <w:tc>
          <w:tcPr>
            <w:tcW w:w="648" w:type="dxa"/>
          </w:tcPr>
          <w:p w14:paraId="21376C78" w14:textId="77777777" w:rsidR="004D342C" w:rsidRDefault="00000000">
            <w:pPr>
              <w:spacing w:before="20" w:after="20"/>
              <w:ind w:firstLine="0"/>
              <w:jc w:val="right"/>
            </w:pPr>
            <w:r>
              <w:rPr>
                <w:sz w:val="16"/>
              </w:rPr>
              <w:t>2</w:t>
            </w:r>
          </w:p>
        </w:tc>
      </w:tr>
      <w:tr w:rsidR="004D342C" w14:paraId="3864A918" w14:textId="77777777">
        <w:trPr>
          <w:cantSplit/>
          <w:jc w:val="center"/>
        </w:trPr>
        <w:tc>
          <w:tcPr>
            <w:tcW w:w="1944" w:type="dxa"/>
          </w:tcPr>
          <w:p w14:paraId="194342A0" w14:textId="77777777" w:rsidR="004D342C" w:rsidRDefault="00000000">
            <w:pPr>
              <w:spacing w:before="20" w:after="20"/>
              <w:ind w:firstLine="0"/>
            </w:pPr>
            <w:r>
              <w:rPr>
                <w:sz w:val="16"/>
              </w:rPr>
              <w:t>covideconbalance</w:t>
            </w:r>
          </w:p>
        </w:tc>
        <w:tc>
          <w:tcPr>
            <w:tcW w:w="2880" w:type="dxa"/>
          </w:tcPr>
          <w:p w14:paraId="445FA474" w14:textId="77777777" w:rsidR="004D342C" w:rsidRDefault="00000000">
            <w:pPr>
              <w:spacing w:before="20" w:after="20"/>
              <w:ind w:firstLine="0"/>
            </w:pPr>
            <w:r>
              <w:rPr>
                <w:sz w:val="16"/>
              </w:rPr>
              <w:t>CORONAVIRUS MEASURES IN COUNTRY - BALANCE OF HEALTH AND ECONOMY</w:t>
            </w:r>
          </w:p>
        </w:tc>
        <w:tc>
          <w:tcPr>
            <w:tcW w:w="3456" w:type="dxa"/>
          </w:tcPr>
          <w:p w14:paraId="2434D60D" w14:textId="77777777" w:rsidR="004D342C" w:rsidRDefault="00000000">
            <w:pPr>
              <w:spacing w:before="20" w:after="20"/>
              <w:ind w:firstLine="0"/>
            </w:pPr>
            <w:r>
              <w:rPr>
                <w:sz w:val="16"/>
              </w:rPr>
              <w:t xml:space="preserve">1 these measures focus too much on health to the detriment of the economy / 2 these measures focus too much on economy to the detriment of health / 3 </w:t>
            </w:r>
          </w:p>
        </w:tc>
        <w:tc>
          <w:tcPr>
            <w:tcW w:w="648" w:type="dxa"/>
          </w:tcPr>
          <w:p w14:paraId="1A047762" w14:textId="77777777" w:rsidR="004D342C" w:rsidRDefault="00000000">
            <w:pPr>
              <w:spacing w:before="20" w:after="20"/>
              <w:ind w:firstLine="0"/>
              <w:jc w:val="right"/>
            </w:pPr>
            <w:r>
              <w:rPr>
                <w:sz w:val="16"/>
              </w:rPr>
              <w:t>1</w:t>
            </w:r>
          </w:p>
        </w:tc>
      </w:tr>
      <w:tr w:rsidR="004D342C" w14:paraId="0EE968C5" w14:textId="77777777">
        <w:trPr>
          <w:cantSplit/>
          <w:jc w:val="center"/>
        </w:trPr>
        <w:tc>
          <w:tcPr>
            <w:tcW w:w="1944" w:type="dxa"/>
          </w:tcPr>
          <w:p w14:paraId="08B7C3EE" w14:textId="77777777" w:rsidR="004D342C" w:rsidRDefault="00000000">
            <w:pPr>
              <w:spacing w:before="20" w:after="20"/>
              <w:ind w:firstLine="0"/>
            </w:pPr>
            <w:r>
              <w:rPr>
                <w:sz w:val="16"/>
              </w:rPr>
              <w:t>covideurescueplan</w:t>
            </w:r>
          </w:p>
        </w:tc>
        <w:tc>
          <w:tcPr>
            <w:tcW w:w="2880" w:type="dxa"/>
          </w:tcPr>
          <w:p w14:paraId="0CE43C82" w14:textId="77777777" w:rsidR="004D342C" w:rsidRDefault="00000000">
            <w:pPr>
              <w:spacing w:before="20" w:after="20"/>
              <w:ind w:firstLine="0"/>
            </w:pPr>
            <w:r>
              <w:rPr>
                <w:sz w:val="16"/>
              </w:rPr>
              <w:t>CORONA CONSEQUENCES: EU SHOULD FORMULATE ECONOMIC RECOVERY PLAN</w:t>
            </w:r>
          </w:p>
        </w:tc>
        <w:tc>
          <w:tcPr>
            <w:tcW w:w="3456" w:type="dxa"/>
          </w:tcPr>
          <w:p w14:paraId="2AF1FFCD" w14:textId="77777777" w:rsidR="004D342C" w:rsidRDefault="00000000">
            <w:pPr>
              <w:spacing w:before="20" w:after="20"/>
              <w:ind w:firstLine="0"/>
            </w:pPr>
            <w:r>
              <w:rPr>
                <w:sz w:val="16"/>
              </w:rPr>
              <w:t>1 Totally agree / 2 Tend to agree / 3 Tend to disagree / 4 Totally disagree / 5 Don't know</w:t>
            </w:r>
          </w:p>
        </w:tc>
        <w:tc>
          <w:tcPr>
            <w:tcW w:w="648" w:type="dxa"/>
          </w:tcPr>
          <w:p w14:paraId="20EF1445" w14:textId="77777777" w:rsidR="004D342C" w:rsidRDefault="00000000">
            <w:pPr>
              <w:spacing w:before="20" w:after="20"/>
              <w:ind w:firstLine="0"/>
              <w:jc w:val="right"/>
            </w:pPr>
            <w:r>
              <w:rPr>
                <w:sz w:val="16"/>
              </w:rPr>
              <w:t>1</w:t>
            </w:r>
          </w:p>
        </w:tc>
      </w:tr>
      <w:tr w:rsidR="004D342C" w14:paraId="2A5138F2" w14:textId="77777777">
        <w:trPr>
          <w:cantSplit/>
          <w:jc w:val="center"/>
        </w:trPr>
        <w:tc>
          <w:tcPr>
            <w:tcW w:w="1944" w:type="dxa"/>
          </w:tcPr>
          <w:p w14:paraId="2B650EE8" w14:textId="77777777" w:rsidR="004D342C" w:rsidRDefault="00000000">
            <w:pPr>
              <w:spacing w:before="20" w:after="20"/>
              <w:ind w:firstLine="0"/>
            </w:pPr>
            <w:r>
              <w:rPr>
                <w:sz w:val="16"/>
              </w:rPr>
              <w:t>covidlibertiesbalance</w:t>
            </w:r>
          </w:p>
        </w:tc>
        <w:tc>
          <w:tcPr>
            <w:tcW w:w="2880" w:type="dxa"/>
          </w:tcPr>
          <w:p w14:paraId="5EF99CBE" w14:textId="77777777" w:rsidR="004D342C" w:rsidRDefault="00000000">
            <w:pPr>
              <w:spacing w:before="20" w:after="20"/>
              <w:ind w:firstLine="0"/>
            </w:pPr>
            <w:r>
              <w:rPr>
                <w:sz w:val="16"/>
              </w:rPr>
              <w:t>CORONAVIRUS MEASURES IN COUNTRY - PUBLIC LIBERTY LIMITS JUSTIFIED</w:t>
            </w:r>
          </w:p>
        </w:tc>
        <w:tc>
          <w:tcPr>
            <w:tcW w:w="3456" w:type="dxa"/>
          </w:tcPr>
          <w:p w14:paraId="28FF0349" w14:textId="77777777" w:rsidR="004D342C" w:rsidRDefault="00000000">
            <w:pPr>
              <w:spacing w:before="20" w:after="20"/>
              <w:ind w:firstLine="0"/>
            </w:pPr>
            <w:r>
              <w:rPr>
                <w:sz w:val="16"/>
              </w:rPr>
              <w:t>1 The limitations to public liberties were absolutely justified / 2 The limitations to public liberties were somewhat justified / 3 The limitations to</w:t>
            </w:r>
          </w:p>
        </w:tc>
        <w:tc>
          <w:tcPr>
            <w:tcW w:w="648" w:type="dxa"/>
          </w:tcPr>
          <w:p w14:paraId="5A2DCE53" w14:textId="77777777" w:rsidR="004D342C" w:rsidRDefault="00000000">
            <w:pPr>
              <w:spacing w:before="20" w:after="20"/>
              <w:ind w:firstLine="0"/>
              <w:jc w:val="right"/>
            </w:pPr>
            <w:r>
              <w:rPr>
                <w:sz w:val="16"/>
              </w:rPr>
              <w:t>1</w:t>
            </w:r>
          </w:p>
        </w:tc>
      </w:tr>
      <w:tr w:rsidR="004D342C" w14:paraId="079E2300" w14:textId="77777777">
        <w:trPr>
          <w:cantSplit/>
          <w:jc w:val="center"/>
        </w:trPr>
        <w:tc>
          <w:tcPr>
            <w:tcW w:w="1944" w:type="dxa"/>
          </w:tcPr>
          <w:p w14:paraId="090259E2" w14:textId="77777777" w:rsidR="004D342C" w:rsidRDefault="00000000">
            <w:pPr>
              <w:spacing w:before="20" w:after="20"/>
              <w:ind w:firstLine="0"/>
            </w:pPr>
            <w:r>
              <w:rPr>
                <w:sz w:val="16"/>
              </w:rPr>
              <w:t>covidteleworking</w:t>
            </w:r>
          </w:p>
        </w:tc>
        <w:tc>
          <w:tcPr>
            <w:tcW w:w="2880" w:type="dxa"/>
          </w:tcPr>
          <w:p w14:paraId="3A3EEEE5" w14:textId="77777777" w:rsidR="004D342C" w:rsidRDefault="00000000">
            <w:pPr>
              <w:spacing w:before="20" w:after="20"/>
              <w:ind w:firstLine="0"/>
            </w:pPr>
            <w:r>
              <w:rPr>
                <w:sz w:val="16"/>
              </w:rPr>
              <w:t>CORONA CONSEQUENCES: TELEWORKING WILL INCREASE IN COUNTRY</w:t>
            </w:r>
          </w:p>
        </w:tc>
        <w:tc>
          <w:tcPr>
            <w:tcW w:w="3456" w:type="dxa"/>
          </w:tcPr>
          <w:p w14:paraId="1B5F9F16" w14:textId="77777777" w:rsidR="004D342C" w:rsidRDefault="00000000">
            <w:pPr>
              <w:spacing w:before="20" w:after="20"/>
              <w:ind w:firstLine="0"/>
            </w:pPr>
            <w:r>
              <w:rPr>
                <w:sz w:val="16"/>
              </w:rPr>
              <w:t>1 Totally agree / 2 Tend to agree / 3 Tend to disagree / 4 Totally disagree / 5 Don't know</w:t>
            </w:r>
          </w:p>
        </w:tc>
        <w:tc>
          <w:tcPr>
            <w:tcW w:w="648" w:type="dxa"/>
          </w:tcPr>
          <w:p w14:paraId="3E66C4F1" w14:textId="77777777" w:rsidR="004D342C" w:rsidRDefault="00000000">
            <w:pPr>
              <w:spacing w:before="20" w:after="20"/>
              <w:ind w:firstLine="0"/>
              <w:jc w:val="right"/>
            </w:pPr>
            <w:r>
              <w:rPr>
                <w:sz w:val="16"/>
              </w:rPr>
              <w:t>1</w:t>
            </w:r>
          </w:p>
        </w:tc>
      </w:tr>
      <w:tr w:rsidR="004D342C" w14:paraId="47E24B10" w14:textId="77777777">
        <w:trPr>
          <w:cantSplit/>
          <w:jc w:val="center"/>
        </w:trPr>
        <w:tc>
          <w:tcPr>
            <w:tcW w:w="1944" w:type="dxa"/>
          </w:tcPr>
          <w:p w14:paraId="58B17B7C" w14:textId="77777777" w:rsidR="004D342C" w:rsidRDefault="00000000">
            <w:pPr>
              <w:spacing w:before="20" w:after="20"/>
              <w:ind w:firstLine="0"/>
            </w:pPr>
            <w:r>
              <w:rPr>
                <w:sz w:val="16"/>
              </w:rPr>
              <w:t>crisisdebt</w:t>
            </w:r>
          </w:p>
        </w:tc>
        <w:tc>
          <w:tcPr>
            <w:tcW w:w="2880" w:type="dxa"/>
          </w:tcPr>
          <w:p w14:paraId="2BDB1EA3" w14:textId="77777777" w:rsidR="004D342C" w:rsidRDefault="00000000">
            <w:pPr>
              <w:spacing w:before="20" w:after="20"/>
              <w:ind w:firstLine="0"/>
            </w:pPr>
            <w:r>
              <w:rPr>
                <w:sz w:val="16"/>
              </w:rPr>
              <w:t>QB9 CRISIS: RAPIDLY REDUCE PUBLIC DEBT BURDEN</w:t>
            </w:r>
          </w:p>
        </w:tc>
        <w:tc>
          <w:tcPr>
            <w:tcW w:w="3456" w:type="dxa"/>
          </w:tcPr>
          <w:p w14:paraId="10331DD9" w14:textId="77777777" w:rsidR="004D342C" w:rsidRDefault="00000000">
            <w:pPr>
              <w:spacing w:before="20" w:after="20"/>
              <w:ind w:firstLine="0"/>
            </w:pPr>
            <w:r>
              <w:rPr>
                <w:sz w:val="16"/>
              </w:rPr>
              <w:t>1 Totally agree / 2 Tend to agree / 3 Tend to disagree / 4 Totally disagree / 5 DK</w:t>
            </w:r>
          </w:p>
        </w:tc>
        <w:tc>
          <w:tcPr>
            <w:tcW w:w="648" w:type="dxa"/>
          </w:tcPr>
          <w:p w14:paraId="140CBE04" w14:textId="77777777" w:rsidR="004D342C" w:rsidRDefault="00000000">
            <w:pPr>
              <w:spacing w:before="20" w:after="20"/>
              <w:ind w:firstLine="0"/>
              <w:jc w:val="right"/>
            </w:pPr>
            <w:r>
              <w:rPr>
                <w:sz w:val="16"/>
              </w:rPr>
              <w:t>1</w:t>
            </w:r>
          </w:p>
        </w:tc>
      </w:tr>
      <w:tr w:rsidR="004D342C" w14:paraId="389C122A" w14:textId="77777777">
        <w:trPr>
          <w:cantSplit/>
          <w:jc w:val="center"/>
        </w:trPr>
        <w:tc>
          <w:tcPr>
            <w:tcW w:w="1944" w:type="dxa"/>
          </w:tcPr>
          <w:p w14:paraId="4F6673B6" w14:textId="77777777" w:rsidR="004D342C" w:rsidRDefault="00000000">
            <w:pPr>
              <w:spacing w:before="20" w:after="20"/>
              <w:ind w:firstLine="0"/>
            </w:pPr>
            <w:r>
              <w:rPr>
                <w:sz w:val="16"/>
              </w:rPr>
              <w:t>crisisdesiredms</w:t>
            </w:r>
          </w:p>
        </w:tc>
        <w:tc>
          <w:tcPr>
            <w:tcW w:w="2880" w:type="dxa"/>
          </w:tcPr>
          <w:p w14:paraId="2871F139" w14:textId="77777777" w:rsidR="004D342C" w:rsidRDefault="00000000">
            <w:pPr>
              <w:spacing w:before="20" w:after="20"/>
              <w:ind w:firstLine="0"/>
            </w:pPr>
            <w:r>
              <w:rPr>
                <w:sz w:val="16"/>
              </w:rPr>
              <w:t>QD5 CRISIS - EU MEMBERS ACTION PREFERENCE</w:t>
            </w:r>
          </w:p>
        </w:tc>
        <w:tc>
          <w:tcPr>
            <w:tcW w:w="3456" w:type="dxa"/>
          </w:tcPr>
          <w:p w14:paraId="363FE4F6" w14:textId="77777777" w:rsidR="004D342C" w:rsidRDefault="00000000">
            <w:pPr>
              <w:spacing w:before="20" w:after="20"/>
              <w:ind w:firstLine="0"/>
            </w:pPr>
            <w:r>
              <w:rPr>
                <w:sz w:val="16"/>
              </w:rPr>
              <w:t>1 Adopt measures and apply individually / 2 Adopt measures and apply with EU countries</w:t>
            </w:r>
          </w:p>
        </w:tc>
        <w:tc>
          <w:tcPr>
            <w:tcW w:w="648" w:type="dxa"/>
          </w:tcPr>
          <w:p w14:paraId="4C3F6F42" w14:textId="77777777" w:rsidR="004D342C" w:rsidRDefault="00000000">
            <w:pPr>
              <w:spacing w:before="20" w:after="20"/>
              <w:ind w:firstLine="0"/>
              <w:jc w:val="right"/>
            </w:pPr>
            <w:r>
              <w:rPr>
                <w:sz w:val="16"/>
              </w:rPr>
              <w:t>1</w:t>
            </w:r>
          </w:p>
        </w:tc>
      </w:tr>
      <w:tr w:rsidR="004D342C" w14:paraId="786FB6CE" w14:textId="77777777">
        <w:trPr>
          <w:cantSplit/>
          <w:jc w:val="center"/>
        </w:trPr>
        <w:tc>
          <w:tcPr>
            <w:tcW w:w="1944" w:type="dxa"/>
          </w:tcPr>
          <w:p w14:paraId="5671B145" w14:textId="77777777" w:rsidR="004D342C" w:rsidRDefault="00000000">
            <w:pPr>
              <w:spacing w:before="20" w:after="20"/>
              <w:ind w:firstLine="0"/>
            </w:pPr>
            <w:r>
              <w:rPr>
                <w:sz w:val="16"/>
              </w:rPr>
              <w:t>crisiseuecon</w:t>
            </w:r>
          </w:p>
        </w:tc>
        <w:tc>
          <w:tcPr>
            <w:tcW w:w="2880" w:type="dxa"/>
          </w:tcPr>
          <w:p w14:paraId="62AA8000" w14:textId="77777777" w:rsidR="004D342C" w:rsidRDefault="00000000">
            <w:pPr>
              <w:spacing w:before="20" w:after="20"/>
              <w:ind w:firstLine="0"/>
            </w:pPr>
            <w:r>
              <w:rPr>
                <w:sz w:val="16"/>
              </w:rPr>
              <w:t>QD1 CRISIS REPERCUSSIONS: EUROP ECONOMY</w:t>
            </w:r>
          </w:p>
        </w:tc>
        <w:tc>
          <w:tcPr>
            <w:tcW w:w="3456" w:type="dxa"/>
          </w:tcPr>
          <w:p w14:paraId="41FD7B55" w14:textId="77777777" w:rsidR="004D342C" w:rsidRDefault="00000000">
            <w:pPr>
              <w:spacing w:before="20" w:after="20"/>
              <w:ind w:firstLine="0"/>
            </w:pPr>
            <w:r>
              <w:rPr>
                <w:sz w:val="16"/>
              </w:rPr>
              <w:t>1 Very important repercussions / 2 Fairly important repercussions / 3 Not really any repercussions / 4 No repercussions at all</w:t>
            </w:r>
          </w:p>
        </w:tc>
        <w:tc>
          <w:tcPr>
            <w:tcW w:w="648" w:type="dxa"/>
          </w:tcPr>
          <w:p w14:paraId="347144F8" w14:textId="77777777" w:rsidR="004D342C" w:rsidRDefault="00000000">
            <w:pPr>
              <w:spacing w:before="20" w:after="20"/>
              <w:ind w:firstLine="0"/>
              <w:jc w:val="right"/>
            </w:pPr>
            <w:r>
              <w:rPr>
                <w:sz w:val="16"/>
              </w:rPr>
              <w:t>1</w:t>
            </w:r>
          </w:p>
        </w:tc>
      </w:tr>
      <w:tr w:rsidR="004D342C" w14:paraId="4EE38FC3" w14:textId="77777777">
        <w:trPr>
          <w:cantSplit/>
          <w:jc w:val="center"/>
        </w:trPr>
        <w:tc>
          <w:tcPr>
            <w:tcW w:w="1944" w:type="dxa"/>
          </w:tcPr>
          <w:p w14:paraId="70C4FF6F" w14:textId="77777777" w:rsidR="004D342C" w:rsidRDefault="00000000">
            <w:pPr>
              <w:spacing w:before="20" w:after="20"/>
              <w:ind w:firstLine="0"/>
            </w:pPr>
            <w:r>
              <w:rPr>
                <w:sz w:val="16"/>
              </w:rPr>
              <w:t>crisisjobs</w:t>
            </w:r>
          </w:p>
        </w:tc>
        <w:tc>
          <w:tcPr>
            <w:tcW w:w="2880" w:type="dxa"/>
          </w:tcPr>
          <w:p w14:paraId="5088363E" w14:textId="77777777" w:rsidR="004D342C" w:rsidRDefault="00000000">
            <w:pPr>
              <w:spacing w:before="20" w:after="20"/>
              <w:ind w:firstLine="0"/>
            </w:pPr>
            <w:r>
              <w:rPr>
                <w:sz w:val="16"/>
              </w:rPr>
              <w:t>QB9 CRISIS: INCREASE PUBL DEFICITS T CREATE JOBS</w:t>
            </w:r>
          </w:p>
        </w:tc>
        <w:tc>
          <w:tcPr>
            <w:tcW w:w="3456" w:type="dxa"/>
          </w:tcPr>
          <w:p w14:paraId="1495B82D" w14:textId="77777777" w:rsidR="004D342C" w:rsidRDefault="00000000">
            <w:pPr>
              <w:spacing w:before="20" w:after="20"/>
              <w:ind w:firstLine="0"/>
            </w:pPr>
            <w:r>
              <w:rPr>
                <w:sz w:val="16"/>
              </w:rPr>
              <w:t>1 Totally agree / 2 Tend to agree / 3 Tend to disagree / 4 Totally disagree / 5 DK</w:t>
            </w:r>
          </w:p>
        </w:tc>
        <w:tc>
          <w:tcPr>
            <w:tcW w:w="648" w:type="dxa"/>
          </w:tcPr>
          <w:p w14:paraId="4EC74D0B" w14:textId="77777777" w:rsidR="004D342C" w:rsidRDefault="00000000">
            <w:pPr>
              <w:spacing w:before="20" w:after="20"/>
              <w:ind w:firstLine="0"/>
              <w:jc w:val="right"/>
            </w:pPr>
            <w:r>
              <w:rPr>
                <w:sz w:val="16"/>
              </w:rPr>
              <w:t>1</w:t>
            </w:r>
          </w:p>
        </w:tc>
      </w:tr>
      <w:tr w:rsidR="004D342C" w14:paraId="745FF47D" w14:textId="77777777">
        <w:trPr>
          <w:cantSplit/>
          <w:jc w:val="center"/>
        </w:trPr>
        <w:tc>
          <w:tcPr>
            <w:tcW w:w="1944" w:type="dxa"/>
          </w:tcPr>
          <w:p w14:paraId="0B0F13D8" w14:textId="77777777" w:rsidR="004D342C" w:rsidRDefault="00000000">
            <w:pPr>
              <w:spacing w:before="20" w:after="20"/>
              <w:ind w:firstLine="0"/>
            </w:pPr>
            <w:r>
              <w:rPr>
                <w:sz w:val="16"/>
              </w:rPr>
              <w:t>crisisleftout</w:t>
            </w:r>
          </w:p>
        </w:tc>
        <w:tc>
          <w:tcPr>
            <w:tcW w:w="2880" w:type="dxa"/>
          </w:tcPr>
          <w:p w14:paraId="5C78FD70" w14:textId="77777777" w:rsidR="004D342C" w:rsidRDefault="00000000">
            <w:pPr>
              <w:spacing w:before="20" w:after="20"/>
              <w:ind w:firstLine="0"/>
            </w:pPr>
            <w:r>
              <w:rPr>
                <w:sz w:val="16"/>
              </w:rPr>
              <w:t>QA21 LIVING COND FEELING: LEFT OUT OF SOCIETY</w:t>
            </w:r>
          </w:p>
        </w:tc>
        <w:tc>
          <w:tcPr>
            <w:tcW w:w="3456" w:type="dxa"/>
          </w:tcPr>
          <w:p w14:paraId="289FA5D4" w14:textId="77777777" w:rsidR="004D342C" w:rsidRDefault="00000000">
            <w:pPr>
              <w:spacing w:before="20" w:after="20"/>
              <w:ind w:firstLine="0"/>
            </w:pPr>
            <w:r>
              <w:rPr>
                <w:sz w:val="16"/>
              </w:rPr>
              <w:t>1 Strongly agree / 2 Agree / 3 Neither nor / 4 Disagree / 5 Strongly disagree</w:t>
            </w:r>
          </w:p>
        </w:tc>
        <w:tc>
          <w:tcPr>
            <w:tcW w:w="648" w:type="dxa"/>
          </w:tcPr>
          <w:p w14:paraId="0FA97E53" w14:textId="77777777" w:rsidR="004D342C" w:rsidRDefault="00000000">
            <w:pPr>
              <w:spacing w:before="20" w:after="20"/>
              <w:ind w:firstLine="0"/>
              <w:jc w:val="right"/>
            </w:pPr>
            <w:r>
              <w:rPr>
                <w:sz w:val="16"/>
              </w:rPr>
              <w:t>1</w:t>
            </w:r>
          </w:p>
        </w:tc>
      </w:tr>
      <w:tr w:rsidR="004D342C" w14:paraId="3B65706F" w14:textId="77777777">
        <w:trPr>
          <w:cantSplit/>
          <w:jc w:val="center"/>
        </w:trPr>
        <w:tc>
          <w:tcPr>
            <w:tcW w:w="1944" w:type="dxa"/>
          </w:tcPr>
          <w:p w14:paraId="20336469" w14:textId="77777777" w:rsidR="004D342C" w:rsidRDefault="00000000">
            <w:pPr>
              <w:spacing w:before="20" w:after="20"/>
              <w:ind w:firstLine="0"/>
            </w:pPr>
            <w:r>
              <w:rPr>
                <w:sz w:val="16"/>
              </w:rPr>
              <w:t>crisisnatecon</w:t>
            </w:r>
          </w:p>
        </w:tc>
        <w:tc>
          <w:tcPr>
            <w:tcW w:w="2880" w:type="dxa"/>
          </w:tcPr>
          <w:p w14:paraId="6E9FD381" w14:textId="77777777" w:rsidR="004D342C" w:rsidRDefault="00000000">
            <w:pPr>
              <w:spacing w:before="20" w:after="20"/>
              <w:ind w:firstLine="0"/>
            </w:pPr>
            <w:r>
              <w:rPr>
                <w:sz w:val="16"/>
              </w:rPr>
              <w:t>QD1 CRISIS REPERCUSSIONS: NAT ECONOMY</w:t>
            </w:r>
          </w:p>
        </w:tc>
        <w:tc>
          <w:tcPr>
            <w:tcW w:w="3456" w:type="dxa"/>
          </w:tcPr>
          <w:p w14:paraId="0481E105" w14:textId="77777777" w:rsidR="004D342C" w:rsidRDefault="00000000">
            <w:pPr>
              <w:spacing w:before="20" w:after="20"/>
              <w:ind w:firstLine="0"/>
            </w:pPr>
            <w:r>
              <w:rPr>
                <w:sz w:val="16"/>
              </w:rPr>
              <w:t>1 Very important repercussions / 2 Fairly important repercussions / 3 Not really any repercussions / 4 No repercussions at all</w:t>
            </w:r>
          </w:p>
        </w:tc>
        <w:tc>
          <w:tcPr>
            <w:tcW w:w="648" w:type="dxa"/>
          </w:tcPr>
          <w:p w14:paraId="05A238B0" w14:textId="77777777" w:rsidR="004D342C" w:rsidRDefault="00000000">
            <w:pPr>
              <w:spacing w:before="20" w:after="20"/>
              <w:ind w:firstLine="0"/>
              <w:jc w:val="right"/>
            </w:pPr>
            <w:r>
              <w:rPr>
                <w:sz w:val="16"/>
              </w:rPr>
              <w:t>1</w:t>
            </w:r>
          </w:p>
        </w:tc>
      </w:tr>
      <w:tr w:rsidR="004D342C" w14:paraId="33F4A0BE" w14:textId="77777777">
        <w:trPr>
          <w:cantSplit/>
          <w:jc w:val="center"/>
        </w:trPr>
        <w:tc>
          <w:tcPr>
            <w:tcW w:w="1944" w:type="dxa"/>
          </w:tcPr>
          <w:p w14:paraId="3D972A84" w14:textId="77777777" w:rsidR="004D342C" w:rsidRDefault="00000000">
            <w:pPr>
              <w:spacing w:before="20" w:after="20"/>
              <w:ind w:firstLine="0"/>
            </w:pPr>
            <w:r>
              <w:rPr>
                <w:sz w:val="16"/>
              </w:rPr>
              <w:t>crisisperceivedms</w:t>
            </w:r>
          </w:p>
        </w:tc>
        <w:tc>
          <w:tcPr>
            <w:tcW w:w="2880" w:type="dxa"/>
          </w:tcPr>
          <w:p w14:paraId="6B46DBC6" w14:textId="77777777" w:rsidR="004D342C" w:rsidRDefault="00000000">
            <w:pPr>
              <w:spacing w:before="20" w:after="20"/>
              <w:ind w:firstLine="0"/>
            </w:pPr>
            <w:r>
              <w:rPr>
                <w:sz w:val="16"/>
              </w:rPr>
              <w:t>QD4 CRISIS - EU MEMBERS ACTION</w:t>
            </w:r>
          </w:p>
        </w:tc>
        <w:tc>
          <w:tcPr>
            <w:tcW w:w="3456" w:type="dxa"/>
          </w:tcPr>
          <w:p w14:paraId="186A2242" w14:textId="77777777" w:rsidR="004D342C" w:rsidRDefault="00000000">
            <w:pPr>
              <w:spacing w:before="20" w:after="20"/>
              <w:ind w:firstLine="0"/>
            </w:pPr>
            <w:r>
              <w:rPr>
                <w:sz w:val="16"/>
              </w:rPr>
              <w:t>1 Act individually / 2 Act in coordinated way with EU countries</w:t>
            </w:r>
          </w:p>
        </w:tc>
        <w:tc>
          <w:tcPr>
            <w:tcW w:w="648" w:type="dxa"/>
          </w:tcPr>
          <w:p w14:paraId="3AB10409" w14:textId="77777777" w:rsidR="004D342C" w:rsidRDefault="00000000">
            <w:pPr>
              <w:spacing w:before="20" w:after="20"/>
              <w:ind w:firstLine="0"/>
              <w:jc w:val="right"/>
            </w:pPr>
            <w:r>
              <w:rPr>
                <w:sz w:val="16"/>
              </w:rPr>
              <w:t>1</w:t>
            </w:r>
          </w:p>
        </w:tc>
      </w:tr>
      <w:tr w:rsidR="004D342C" w14:paraId="48A70307" w14:textId="77777777">
        <w:trPr>
          <w:cantSplit/>
          <w:jc w:val="center"/>
        </w:trPr>
        <w:tc>
          <w:tcPr>
            <w:tcW w:w="1944" w:type="dxa"/>
          </w:tcPr>
          <w:p w14:paraId="4AC759D6" w14:textId="77777777" w:rsidR="004D342C" w:rsidRDefault="00000000">
            <w:pPr>
              <w:spacing w:before="20" w:after="20"/>
              <w:ind w:firstLine="0"/>
            </w:pPr>
            <w:r>
              <w:rPr>
                <w:sz w:val="16"/>
              </w:rPr>
              <w:t>crisisperecon</w:t>
            </w:r>
          </w:p>
        </w:tc>
        <w:tc>
          <w:tcPr>
            <w:tcW w:w="2880" w:type="dxa"/>
          </w:tcPr>
          <w:p w14:paraId="5CCE4527" w14:textId="77777777" w:rsidR="004D342C" w:rsidRDefault="00000000">
            <w:pPr>
              <w:spacing w:before="20" w:after="20"/>
              <w:ind w:firstLine="0"/>
            </w:pPr>
            <w:r>
              <w:rPr>
                <w:sz w:val="16"/>
              </w:rPr>
              <w:t>QD1 CRISIS REPERCUSSIONS: PERS SITUATION</w:t>
            </w:r>
          </w:p>
        </w:tc>
        <w:tc>
          <w:tcPr>
            <w:tcW w:w="3456" w:type="dxa"/>
          </w:tcPr>
          <w:p w14:paraId="703FBDE9" w14:textId="77777777" w:rsidR="004D342C" w:rsidRDefault="00000000">
            <w:pPr>
              <w:spacing w:before="20" w:after="20"/>
              <w:ind w:firstLine="0"/>
            </w:pPr>
            <w:r>
              <w:rPr>
                <w:sz w:val="16"/>
              </w:rPr>
              <w:t>1 Very important repercussions / 2 Fairly important repercussions / 3 Not really any repercussions / 4 No repercussions at all</w:t>
            </w:r>
          </w:p>
        </w:tc>
        <w:tc>
          <w:tcPr>
            <w:tcW w:w="648" w:type="dxa"/>
          </w:tcPr>
          <w:p w14:paraId="58657E31" w14:textId="77777777" w:rsidR="004D342C" w:rsidRDefault="00000000">
            <w:pPr>
              <w:spacing w:before="20" w:after="20"/>
              <w:ind w:firstLine="0"/>
              <w:jc w:val="right"/>
            </w:pPr>
            <w:r>
              <w:rPr>
                <w:sz w:val="16"/>
              </w:rPr>
              <w:t>1</w:t>
            </w:r>
          </w:p>
        </w:tc>
      </w:tr>
      <w:tr w:rsidR="004D342C" w14:paraId="2FFB61B0" w14:textId="77777777">
        <w:trPr>
          <w:cantSplit/>
          <w:jc w:val="center"/>
        </w:trPr>
        <w:tc>
          <w:tcPr>
            <w:tcW w:w="1944" w:type="dxa"/>
          </w:tcPr>
          <w:p w14:paraId="4A2C0C98" w14:textId="77777777" w:rsidR="004D342C" w:rsidRDefault="00000000">
            <w:pPr>
              <w:spacing w:before="20" w:after="20"/>
              <w:ind w:firstLine="0"/>
            </w:pPr>
            <w:r>
              <w:rPr>
                <w:sz w:val="16"/>
              </w:rPr>
              <w:t>crisispoverty</w:t>
            </w:r>
          </w:p>
        </w:tc>
        <w:tc>
          <w:tcPr>
            <w:tcW w:w="2880" w:type="dxa"/>
          </w:tcPr>
          <w:p w14:paraId="16EBF006" w14:textId="77777777" w:rsidR="004D342C" w:rsidRDefault="00000000">
            <w:pPr>
              <w:spacing w:before="20" w:after="20"/>
              <w:ind w:firstLine="0"/>
            </w:pPr>
            <w:r>
              <w:rPr>
                <w:sz w:val="16"/>
              </w:rPr>
              <w:t>QA21 LIVING COND FEELING: RISK OF POVERTY</w:t>
            </w:r>
          </w:p>
        </w:tc>
        <w:tc>
          <w:tcPr>
            <w:tcW w:w="3456" w:type="dxa"/>
          </w:tcPr>
          <w:p w14:paraId="7463D09F" w14:textId="77777777" w:rsidR="004D342C" w:rsidRDefault="00000000">
            <w:pPr>
              <w:spacing w:before="20" w:after="20"/>
              <w:ind w:firstLine="0"/>
            </w:pPr>
            <w:r>
              <w:rPr>
                <w:sz w:val="16"/>
              </w:rPr>
              <w:t>1 Strongly agree / 2 Agree / 3 Neither nor / 4 Disagree / 5 Strongly disagree</w:t>
            </w:r>
          </w:p>
        </w:tc>
        <w:tc>
          <w:tcPr>
            <w:tcW w:w="648" w:type="dxa"/>
          </w:tcPr>
          <w:p w14:paraId="344757AD" w14:textId="77777777" w:rsidR="004D342C" w:rsidRDefault="00000000">
            <w:pPr>
              <w:spacing w:before="20" w:after="20"/>
              <w:ind w:firstLine="0"/>
              <w:jc w:val="right"/>
            </w:pPr>
            <w:r>
              <w:rPr>
                <w:sz w:val="16"/>
              </w:rPr>
              <w:t>1</w:t>
            </w:r>
          </w:p>
        </w:tc>
      </w:tr>
      <w:tr w:rsidR="004D342C" w14:paraId="7A72A504" w14:textId="77777777">
        <w:trPr>
          <w:cantSplit/>
          <w:jc w:val="center"/>
        </w:trPr>
        <w:tc>
          <w:tcPr>
            <w:tcW w:w="1944" w:type="dxa"/>
          </w:tcPr>
          <w:p w14:paraId="59DF6E9C" w14:textId="77777777" w:rsidR="004D342C" w:rsidRDefault="00000000">
            <w:pPr>
              <w:spacing w:before="20" w:after="20"/>
              <w:ind w:firstLine="0"/>
            </w:pPr>
            <w:r>
              <w:rPr>
                <w:sz w:val="16"/>
              </w:rPr>
              <w:t>crisisworldecon</w:t>
            </w:r>
          </w:p>
        </w:tc>
        <w:tc>
          <w:tcPr>
            <w:tcW w:w="2880" w:type="dxa"/>
          </w:tcPr>
          <w:p w14:paraId="6BA3300F" w14:textId="77777777" w:rsidR="004D342C" w:rsidRDefault="00000000">
            <w:pPr>
              <w:spacing w:before="20" w:after="20"/>
              <w:ind w:firstLine="0"/>
            </w:pPr>
            <w:r>
              <w:rPr>
                <w:sz w:val="16"/>
              </w:rPr>
              <w:t>QD1 CRISIS REPERCUSSIONS: WORLD ECONOMY</w:t>
            </w:r>
          </w:p>
        </w:tc>
        <w:tc>
          <w:tcPr>
            <w:tcW w:w="3456" w:type="dxa"/>
          </w:tcPr>
          <w:p w14:paraId="6E77A409" w14:textId="77777777" w:rsidR="004D342C" w:rsidRDefault="00000000">
            <w:pPr>
              <w:spacing w:before="20" w:after="20"/>
              <w:ind w:firstLine="0"/>
            </w:pPr>
            <w:r>
              <w:rPr>
                <w:sz w:val="16"/>
              </w:rPr>
              <w:t>1 Very important repercussions / 2 Fairly important repercussions / 3 Not really any repercussions / 4 No repercussions at all</w:t>
            </w:r>
          </w:p>
        </w:tc>
        <w:tc>
          <w:tcPr>
            <w:tcW w:w="648" w:type="dxa"/>
          </w:tcPr>
          <w:p w14:paraId="7EDCDF62" w14:textId="77777777" w:rsidR="004D342C" w:rsidRDefault="00000000">
            <w:pPr>
              <w:spacing w:before="20" w:after="20"/>
              <w:ind w:firstLine="0"/>
              <w:jc w:val="right"/>
            </w:pPr>
            <w:r>
              <w:rPr>
                <w:sz w:val="16"/>
              </w:rPr>
              <w:t>1</w:t>
            </w:r>
          </w:p>
        </w:tc>
      </w:tr>
      <w:tr w:rsidR="004D342C" w14:paraId="4B4BD694" w14:textId="77777777">
        <w:trPr>
          <w:cantSplit/>
          <w:jc w:val="center"/>
        </w:trPr>
        <w:tc>
          <w:tcPr>
            <w:tcW w:w="1944" w:type="dxa"/>
          </w:tcPr>
          <w:p w14:paraId="1B317262" w14:textId="77777777" w:rsidR="004D342C" w:rsidRDefault="00000000">
            <w:pPr>
              <w:spacing w:before="20" w:after="20"/>
              <w:ind w:firstLine="0"/>
            </w:pPr>
            <w:r>
              <w:rPr>
                <w:sz w:val="16"/>
              </w:rPr>
              <w:t>demolifesatisfaction</w:t>
            </w:r>
          </w:p>
        </w:tc>
        <w:tc>
          <w:tcPr>
            <w:tcW w:w="2880" w:type="dxa"/>
          </w:tcPr>
          <w:p w14:paraId="52FDCAAE" w14:textId="77777777" w:rsidR="004D342C" w:rsidRDefault="00000000">
            <w:pPr>
              <w:spacing w:before="20" w:after="20"/>
              <w:ind w:firstLine="0"/>
            </w:pPr>
            <w:r>
              <w:rPr>
                <w:sz w:val="16"/>
              </w:rPr>
              <w:t>LIFE SATISFACTION</w:t>
            </w:r>
          </w:p>
        </w:tc>
        <w:tc>
          <w:tcPr>
            <w:tcW w:w="3456" w:type="dxa"/>
          </w:tcPr>
          <w:p w14:paraId="6D554E13" w14:textId="77777777" w:rsidR="004D342C" w:rsidRDefault="00000000">
            <w:pPr>
              <w:spacing w:before="20" w:after="20"/>
              <w:ind w:firstLine="0"/>
            </w:pPr>
            <w:r>
              <w:rPr>
                <w:sz w:val="16"/>
              </w:rPr>
              <w:t>1 very satisfied / 2 fairly satisfied / 3 not very satisfied / 4 not at all satisfied</w:t>
            </w:r>
          </w:p>
        </w:tc>
        <w:tc>
          <w:tcPr>
            <w:tcW w:w="648" w:type="dxa"/>
          </w:tcPr>
          <w:p w14:paraId="7CA11913" w14:textId="77777777" w:rsidR="004D342C" w:rsidRDefault="00000000">
            <w:pPr>
              <w:spacing w:before="20" w:after="20"/>
              <w:ind w:firstLine="0"/>
              <w:jc w:val="right"/>
            </w:pPr>
            <w:r>
              <w:rPr>
                <w:sz w:val="16"/>
              </w:rPr>
              <w:t>1</w:t>
            </w:r>
          </w:p>
        </w:tc>
      </w:tr>
      <w:tr w:rsidR="004D342C" w14:paraId="4012DE9E" w14:textId="77777777">
        <w:trPr>
          <w:cantSplit/>
          <w:jc w:val="center"/>
        </w:trPr>
        <w:tc>
          <w:tcPr>
            <w:tcW w:w="1944" w:type="dxa"/>
          </w:tcPr>
          <w:p w14:paraId="3773BC2A" w14:textId="77777777" w:rsidR="004D342C" w:rsidRDefault="00000000">
            <w:pPr>
              <w:spacing w:before="20" w:after="20"/>
              <w:ind w:firstLine="0"/>
            </w:pPr>
            <w:r>
              <w:rPr>
                <w:sz w:val="16"/>
              </w:rPr>
              <w:t>globnatecon</w:t>
            </w:r>
          </w:p>
        </w:tc>
        <w:tc>
          <w:tcPr>
            <w:tcW w:w="2880" w:type="dxa"/>
          </w:tcPr>
          <w:p w14:paraId="6E066D46" w14:textId="77777777" w:rsidR="004D342C" w:rsidRDefault="00000000">
            <w:pPr>
              <w:spacing w:before="20" w:after="20"/>
              <w:ind w:firstLine="0"/>
            </w:pPr>
            <w:r>
              <w:rPr>
                <w:sz w:val="16"/>
              </w:rPr>
              <w:t>QB6A GLOBAL ECONOMY INFLUENCE ON NATIONAL</w:t>
            </w:r>
          </w:p>
        </w:tc>
        <w:tc>
          <w:tcPr>
            <w:tcW w:w="3456" w:type="dxa"/>
          </w:tcPr>
          <w:p w14:paraId="079B045A" w14:textId="77777777" w:rsidR="004D342C" w:rsidRDefault="00000000">
            <w:pPr>
              <w:spacing w:before="20" w:after="20"/>
              <w:ind w:firstLine="0"/>
            </w:pPr>
            <w:r>
              <w:rPr>
                <w:sz w:val="16"/>
              </w:rPr>
              <w:t>1 To a large extent / 2 Somewhat / 3 Not very much / 4 Not at all</w:t>
            </w:r>
          </w:p>
        </w:tc>
        <w:tc>
          <w:tcPr>
            <w:tcW w:w="648" w:type="dxa"/>
          </w:tcPr>
          <w:p w14:paraId="6102B627" w14:textId="77777777" w:rsidR="004D342C" w:rsidRDefault="00000000">
            <w:pPr>
              <w:spacing w:before="20" w:after="20"/>
              <w:ind w:firstLine="0"/>
              <w:jc w:val="right"/>
            </w:pPr>
            <w:r>
              <w:rPr>
                <w:sz w:val="16"/>
              </w:rPr>
              <w:t>1</w:t>
            </w:r>
          </w:p>
        </w:tc>
      </w:tr>
      <w:tr w:rsidR="004D342C" w14:paraId="08C8F59E" w14:textId="77777777">
        <w:trPr>
          <w:cantSplit/>
          <w:jc w:val="center"/>
        </w:trPr>
        <w:tc>
          <w:tcPr>
            <w:tcW w:w="1944" w:type="dxa"/>
          </w:tcPr>
          <w:p w14:paraId="2EF3352E" w14:textId="77777777" w:rsidR="004D342C" w:rsidRDefault="00000000">
            <w:pPr>
              <w:keepNext/>
              <w:spacing w:before="20" w:after="20"/>
              <w:ind w:firstLine="0"/>
            </w:pPr>
            <w:r>
              <w:rPr>
                <w:sz w:val="16"/>
              </w:rPr>
              <w:t>demofinancial</w:t>
            </w:r>
          </w:p>
        </w:tc>
        <w:tc>
          <w:tcPr>
            <w:tcW w:w="2880" w:type="dxa"/>
          </w:tcPr>
          <w:p w14:paraId="434C0120" w14:textId="77777777" w:rsidR="004D342C" w:rsidRDefault="00000000">
            <w:pPr>
              <w:keepNext/>
              <w:spacing w:before="20" w:after="20"/>
              <w:ind w:firstLine="0"/>
            </w:pPr>
            <w:r>
              <w:rPr>
                <w:sz w:val="16"/>
              </w:rPr>
              <w:t>—</w:t>
            </w:r>
          </w:p>
        </w:tc>
        <w:tc>
          <w:tcPr>
            <w:tcW w:w="3456" w:type="dxa"/>
          </w:tcPr>
          <w:p w14:paraId="55D3F32D" w14:textId="77777777" w:rsidR="004D342C" w:rsidRDefault="00000000">
            <w:pPr>
              <w:keepNext/>
              <w:spacing w:before="20" w:after="20"/>
              <w:ind w:firstLine="0"/>
            </w:pPr>
            <w:r>
              <w:rPr>
                <w:sz w:val="16"/>
              </w:rPr>
              <w:t>—</w:t>
            </w:r>
          </w:p>
        </w:tc>
        <w:tc>
          <w:tcPr>
            <w:tcW w:w="648" w:type="dxa"/>
          </w:tcPr>
          <w:p w14:paraId="3F24FB49" w14:textId="77777777" w:rsidR="004D342C" w:rsidRDefault="00000000">
            <w:pPr>
              <w:keepNext/>
              <w:spacing w:before="20" w:after="20"/>
              <w:ind w:firstLine="0"/>
              <w:jc w:val="right"/>
            </w:pPr>
            <w:r>
              <w:rPr>
                <w:sz w:val="16"/>
              </w:rPr>
              <w:t>0</w:t>
            </w:r>
          </w:p>
        </w:tc>
      </w:tr>
    </w:tbl>
    <w:p w14:paraId="20835690" w14:textId="77777777" w:rsidR="004D342C" w:rsidRDefault="00000000">
      <w:pPr>
        <w:pStyle w:val="Heading3"/>
      </w:pPr>
      <w:r>
        <w:rPr>
          <w:rFonts w:ascii="Times New Roman" w:hAnsi="Times New Roman" w:cs="Times New Roman"/>
        </w:rPr>
        <w:t>6.4.7  Immigration  (8 variables)</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1944"/>
        <w:gridCol w:w="2880"/>
        <w:gridCol w:w="3456"/>
        <w:gridCol w:w="648"/>
      </w:tblGrid>
      <w:tr w:rsidR="004D342C" w14:paraId="24CC9A82" w14:textId="77777777">
        <w:trPr>
          <w:cantSplit/>
          <w:tblHeader/>
          <w:jc w:val="center"/>
        </w:trPr>
        <w:tc>
          <w:tcPr>
            <w:tcW w:w="1944" w:type="dxa"/>
            <w:tcBorders>
              <w:bottom w:val="single" w:sz="6" w:space="0" w:color="1F4E79"/>
            </w:tcBorders>
            <w:shd w:val="clear" w:color="auto" w:fill="E7EDF3"/>
          </w:tcPr>
          <w:p w14:paraId="699C9393" w14:textId="77777777" w:rsidR="004D342C" w:rsidRDefault="00000000">
            <w:pPr>
              <w:spacing w:before="40" w:after="40"/>
              <w:ind w:firstLine="0"/>
            </w:pPr>
            <w:r>
              <w:rPr>
                <w:b/>
                <w:color w:val="1F4E79"/>
                <w:sz w:val="18"/>
              </w:rPr>
              <w:t>Variable</w:t>
            </w:r>
          </w:p>
        </w:tc>
        <w:tc>
          <w:tcPr>
            <w:tcW w:w="2880" w:type="dxa"/>
            <w:tcBorders>
              <w:bottom w:val="single" w:sz="6" w:space="0" w:color="1F4E79"/>
            </w:tcBorders>
            <w:shd w:val="clear" w:color="auto" w:fill="E7EDF3"/>
          </w:tcPr>
          <w:p w14:paraId="36D65042" w14:textId="77777777" w:rsidR="004D342C" w:rsidRDefault="00000000">
            <w:pPr>
              <w:spacing w:before="40" w:after="40"/>
              <w:ind w:firstLine="0"/>
            </w:pPr>
            <w:r>
              <w:rPr>
                <w:b/>
                <w:color w:val="1F4E79"/>
                <w:sz w:val="18"/>
              </w:rPr>
              <w:t>Label</w:t>
            </w:r>
          </w:p>
        </w:tc>
        <w:tc>
          <w:tcPr>
            <w:tcW w:w="3456" w:type="dxa"/>
            <w:tcBorders>
              <w:bottom w:val="single" w:sz="6" w:space="0" w:color="1F4E79"/>
            </w:tcBorders>
            <w:shd w:val="clear" w:color="auto" w:fill="E7EDF3"/>
          </w:tcPr>
          <w:p w14:paraId="56D1D65B" w14:textId="77777777" w:rsidR="004D342C" w:rsidRDefault="00000000">
            <w:pPr>
              <w:spacing w:before="40" w:after="40"/>
              <w:ind w:firstLine="0"/>
            </w:pPr>
            <w:r>
              <w:rPr>
                <w:b/>
                <w:color w:val="1F4E79"/>
                <w:sz w:val="18"/>
              </w:rPr>
              <w:t>Coding</w:t>
            </w:r>
          </w:p>
        </w:tc>
        <w:tc>
          <w:tcPr>
            <w:tcW w:w="648" w:type="dxa"/>
            <w:tcBorders>
              <w:bottom w:val="single" w:sz="6" w:space="0" w:color="1F4E79"/>
            </w:tcBorders>
            <w:shd w:val="clear" w:color="auto" w:fill="E7EDF3"/>
          </w:tcPr>
          <w:p w14:paraId="4B194DDB" w14:textId="77777777" w:rsidR="004D342C" w:rsidRDefault="00000000">
            <w:pPr>
              <w:spacing w:before="40" w:after="40"/>
              <w:ind w:firstLine="0"/>
              <w:jc w:val="right"/>
            </w:pPr>
            <w:r>
              <w:rPr>
                <w:b/>
                <w:color w:val="1F4E79"/>
                <w:sz w:val="18"/>
              </w:rPr>
              <w:t>Waves</w:t>
            </w:r>
          </w:p>
        </w:tc>
      </w:tr>
      <w:tr w:rsidR="004D342C" w14:paraId="06248FCA" w14:textId="77777777">
        <w:trPr>
          <w:cantSplit/>
          <w:jc w:val="center"/>
        </w:trPr>
        <w:tc>
          <w:tcPr>
            <w:tcW w:w="1944" w:type="dxa"/>
          </w:tcPr>
          <w:p w14:paraId="58503FCC" w14:textId="77777777" w:rsidR="004D342C" w:rsidRDefault="00000000">
            <w:pPr>
              <w:spacing w:before="20" w:after="20"/>
              <w:ind w:firstLine="0"/>
            </w:pPr>
            <w:r>
              <w:rPr>
                <w:sz w:val="16"/>
              </w:rPr>
              <w:t>issueimmigration</w:t>
            </w:r>
          </w:p>
        </w:tc>
        <w:tc>
          <w:tcPr>
            <w:tcW w:w="2880" w:type="dxa"/>
          </w:tcPr>
          <w:p w14:paraId="19AC5565" w14:textId="77777777" w:rsidR="004D342C" w:rsidRDefault="00000000">
            <w:pPr>
              <w:spacing w:before="20" w:after="20"/>
              <w:ind w:firstLine="0"/>
            </w:pPr>
            <w:r>
              <w:rPr>
                <w:sz w:val="16"/>
              </w:rPr>
              <w:t>IMPORTANT ISSUES CNTRY: IMMIGRATION</w:t>
            </w:r>
          </w:p>
        </w:tc>
        <w:tc>
          <w:tcPr>
            <w:tcW w:w="3456" w:type="dxa"/>
          </w:tcPr>
          <w:p w14:paraId="0354C6D5" w14:textId="77777777" w:rsidR="004D342C" w:rsidRDefault="00000000">
            <w:pPr>
              <w:spacing w:before="20" w:after="20"/>
              <w:ind w:firstLine="0"/>
            </w:pPr>
            <w:r>
              <w:rPr>
                <w:sz w:val="16"/>
              </w:rPr>
              <w:t>0 not mentioned / 1 mentioned</w:t>
            </w:r>
          </w:p>
        </w:tc>
        <w:tc>
          <w:tcPr>
            <w:tcW w:w="648" w:type="dxa"/>
          </w:tcPr>
          <w:p w14:paraId="665C8343" w14:textId="77777777" w:rsidR="004D342C" w:rsidRDefault="00000000">
            <w:pPr>
              <w:spacing w:before="20" w:after="20"/>
              <w:ind w:firstLine="0"/>
              <w:jc w:val="right"/>
            </w:pPr>
            <w:r>
              <w:rPr>
                <w:sz w:val="16"/>
              </w:rPr>
              <w:t>49</w:t>
            </w:r>
          </w:p>
        </w:tc>
      </w:tr>
      <w:tr w:rsidR="004D342C" w14:paraId="7797EC37" w14:textId="77777777">
        <w:trPr>
          <w:cantSplit/>
          <w:jc w:val="center"/>
        </w:trPr>
        <w:tc>
          <w:tcPr>
            <w:tcW w:w="1944" w:type="dxa"/>
          </w:tcPr>
          <w:p w14:paraId="43ACF8D2" w14:textId="77777777" w:rsidR="004D342C" w:rsidRDefault="00000000">
            <w:pPr>
              <w:spacing w:before="20" w:after="20"/>
              <w:ind w:firstLine="0"/>
            </w:pPr>
            <w:r>
              <w:rPr>
                <w:sz w:val="16"/>
              </w:rPr>
              <w:lastRenderedPageBreak/>
              <w:t>jurisdimmig</w:t>
            </w:r>
          </w:p>
        </w:tc>
        <w:tc>
          <w:tcPr>
            <w:tcW w:w="2880" w:type="dxa"/>
          </w:tcPr>
          <w:p w14:paraId="5DD27238" w14:textId="77777777" w:rsidR="004D342C" w:rsidRDefault="00000000">
            <w:pPr>
              <w:spacing w:before="20" w:after="20"/>
              <w:ind w:firstLine="0"/>
            </w:pPr>
            <w:r>
              <w:rPr>
                <w:sz w:val="16"/>
              </w:rPr>
              <w:t>QA20 EU COMMON POLICY: IMMIGRATION</w:t>
            </w:r>
          </w:p>
        </w:tc>
        <w:tc>
          <w:tcPr>
            <w:tcW w:w="3456" w:type="dxa"/>
          </w:tcPr>
          <w:p w14:paraId="6D74B7B1" w14:textId="77777777" w:rsidR="004D342C" w:rsidRDefault="00000000">
            <w:pPr>
              <w:spacing w:before="20" w:after="20"/>
              <w:ind w:firstLine="0"/>
            </w:pPr>
            <w:r>
              <w:rPr>
                <w:sz w:val="16"/>
              </w:rPr>
              <w:t>1 (NATIONALITY) Government / 2 Jointly within European Union / 3 dont know</w:t>
            </w:r>
          </w:p>
        </w:tc>
        <w:tc>
          <w:tcPr>
            <w:tcW w:w="648" w:type="dxa"/>
          </w:tcPr>
          <w:p w14:paraId="31B7E9FA" w14:textId="77777777" w:rsidR="004D342C" w:rsidRDefault="00000000">
            <w:pPr>
              <w:spacing w:before="20" w:after="20"/>
              <w:ind w:firstLine="0"/>
              <w:jc w:val="right"/>
            </w:pPr>
            <w:r>
              <w:rPr>
                <w:sz w:val="16"/>
              </w:rPr>
              <w:t>33</w:t>
            </w:r>
          </w:p>
        </w:tc>
      </w:tr>
      <w:tr w:rsidR="004D342C" w14:paraId="6CFB903F" w14:textId="77777777">
        <w:trPr>
          <w:cantSplit/>
          <w:jc w:val="center"/>
        </w:trPr>
        <w:tc>
          <w:tcPr>
            <w:tcW w:w="1944" w:type="dxa"/>
          </w:tcPr>
          <w:p w14:paraId="1A4DF65D" w14:textId="77777777" w:rsidR="004D342C" w:rsidRDefault="00000000">
            <w:pPr>
              <w:spacing w:before="20" w:after="20"/>
              <w:ind w:firstLine="0"/>
            </w:pPr>
            <w:r>
              <w:rPr>
                <w:sz w:val="16"/>
              </w:rPr>
              <w:t>immeu</w:t>
            </w:r>
          </w:p>
        </w:tc>
        <w:tc>
          <w:tcPr>
            <w:tcW w:w="2880" w:type="dxa"/>
          </w:tcPr>
          <w:p w14:paraId="3BF11558" w14:textId="77777777" w:rsidR="004D342C" w:rsidRDefault="00000000">
            <w:pPr>
              <w:spacing w:before="20" w:after="20"/>
              <w:ind w:firstLine="0"/>
            </w:pPr>
            <w:r>
              <w:rPr>
                <w:sz w:val="16"/>
              </w:rPr>
              <w:t>FEELING TOWARDS IMMIGRATION: FROM EU MEMBERS</w:t>
            </w:r>
          </w:p>
        </w:tc>
        <w:tc>
          <w:tcPr>
            <w:tcW w:w="3456" w:type="dxa"/>
          </w:tcPr>
          <w:p w14:paraId="2ACC965B" w14:textId="77777777" w:rsidR="004D342C" w:rsidRDefault="00000000">
            <w:pPr>
              <w:spacing w:before="20" w:after="20"/>
              <w:ind w:firstLine="0"/>
            </w:pPr>
            <w:r>
              <w:rPr>
                <w:sz w:val="16"/>
              </w:rPr>
              <w:t>1 Very positive / 2 Fairly positive / 3 Fairly negative / 4 Very negative / 5 Don't know</w:t>
            </w:r>
          </w:p>
        </w:tc>
        <w:tc>
          <w:tcPr>
            <w:tcW w:w="648" w:type="dxa"/>
          </w:tcPr>
          <w:p w14:paraId="05B0DC2E" w14:textId="77777777" w:rsidR="004D342C" w:rsidRDefault="00000000">
            <w:pPr>
              <w:spacing w:before="20" w:after="20"/>
              <w:ind w:firstLine="0"/>
              <w:jc w:val="right"/>
            </w:pPr>
            <w:r>
              <w:rPr>
                <w:sz w:val="16"/>
              </w:rPr>
              <w:t>12</w:t>
            </w:r>
          </w:p>
        </w:tc>
      </w:tr>
      <w:tr w:rsidR="004D342C" w14:paraId="0B851097" w14:textId="77777777">
        <w:trPr>
          <w:cantSplit/>
          <w:jc w:val="center"/>
        </w:trPr>
        <w:tc>
          <w:tcPr>
            <w:tcW w:w="1944" w:type="dxa"/>
          </w:tcPr>
          <w:p w14:paraId="09D9C24B" w14:textId="77777777" w:rsidR="004D342C" w:rsidRDefault="00000000">
            <w:pPr>
              <w:spacing w:before="20" w:after="20"/>
              <w:ind w:firstLine="0"/>
            </w:pPr>
            <w:r>
              <w:rPr>
                <w:sz w:val="16"/>
              </w:rPr>
              <w:t>immouteu</w:t>
            </w:r>
          </w:p>
        </w:tc>
        <w:tc>
          <w:tcPr>
            <w:tcW w:w="2880" w:type="dxa"/>
          </w:tcPr>
          <w:p w14:paraId="01FF5F0A" w14:textId="77777777" w:rsidR="004D342C" w:rsidRDefault="00000000">
            <w:pPr>
              <w:spacing w:before="20" w:after="20"/>
              <w:ind w:firstLine="0"/>
            </w:pPr>
            <w:r>
              <w:rPr>
                <w:sz w:val="16"/>
              </w:rPr>
              <w:t>FEELING TOWARDS IMMIGRATION: FROM OUTSIDE EU</w:t>
            </w:r>
          </w:p>
        </w:tc>
        <w:tc>
          <w:tcPr>
            <w:tcW w:w="3456" w:type="dxa"/>
          </w:tcPr>
          <w:p w14:paraId="3CEDA10E" w14:textId="77777777" w:rsidR="004D342C" w:rsidRDefault="00000000">
            <w:pPr>
              <w:spacing w:before="20" w:after="20"/>
              <w:ind w:firstLine="0"/>
            </w:pPr>
            <w:r>
              <w:rPr>
                <w:sz w:val="16"/>
              </w:rPr>
              <w:t>1 Very positive / 2 Fairly positive / 3 Fairly negative / 4 Very negative / 5 Don't know</w:t>
            </w:r>
          </w:p>
        </w:tc>
        <w:tc>
          <w:tcPr>
            <w:tcW w:w="648" w:type="dxa"/>
          </w:tcPr>
          <w:p w14:paraId="03486631" w14:textId="77777777" w:rsidR="004D342C" w:rsidRDefault="00000000">
            <w:pPr>
              <w:spacing w:before="20" w:after="20"/>
              <w:ind w:firstLine="0"/>
              <w:jc w:val="right"/>
            </w:pPr>
            <w:r>
              <w:rPr>
                <w:sz w:val="16"/>
              </w:rPr>
              <w:t>12</w:t>
            </w:r>
          </w:p>
        </w:tc>
      </w:tr>
      <w:tr w:rsidR="004D342C" w14:paraId="512B2ECC" w14:textId="77777777">
        <w:trPr>
          <w:cantSplit/>
          <w:jc w:val="center"/>
        </w:trPr>
        <w:tc>
          <w:tcPr>
            <w:tcW w:w="1944" w:type="dxa"/>
          </w:tcPr>
          <w:p w14:paraId="0ADA1979" w14:textId="77777777" w:rsidR="004D342C" w:rsidRDefault="00000000">
            <w:pPr>
              <w:spacing w:before="20" w:after="20"/>
              <w:ind w:firstLine="0"/>
            </w:pPr>
            <w:r>
              <w:rPr>
                <w:sz w:val="16"/>
              </w:rPr>
              <w:t>immlevel</w:t>
            </w:r>
          </w:p>
        </w:tc>
        <w:tc>
          <w:tcPr>
            <w:tcW w:w="2880" w:type="dxa"/>
          </w:tcPr>
          <w:p w14:paraId="6C0FEC4B" w14:textId="77777777" w:rsidR="004D342C" w:rsidRDefault="00000000">
            <w:pPr>
              <w:spacing w:before="20" w:after="20"/>
              <w:ind w:firstLine="0"/>
            </w:pPr>
            <w:r>
              <w:rPr>
                <w:sz w:val="16"/>
              </w:rPr>
              <w:t>FIGHT ILLEGAL IMMIGRATION - DECISION MAKING LEVEL</w:t>
            </w:r>
          </w:p>
        </w:tc>
        <w:tc>
          <w:tcPr>
            <w:tcW w:w="3456" w:type="dxa"/>
          </w:tcPr>
          <w:p w14:paraId="39E8F6C8" w14:textId="77777777" w:rsidR="004D342C" w:rsidRDefault="00000000">
            <w:pPr>
              <w:spacing w:before="20" w:after="20"/>
              <w:ind w:firstLine="0"/>
            </w:pPr>
            <w:r>
              <w:rPr>
                <w:sz w:val="16"/>
              </w:rPr>
              <w:t>1 Yes, preferably at an EU level / 2 Yes, preferably at a national level / 3 Yes, at both levels (EU and national) (SPONTANEOUS) / 4 No, there is no n</w:t>
            </w:r>
          </w:p>
        </w:tc>
        <w:tc>
          <w:tcPr>
            <w:tcW w:w="648" w:type="dxa"/>
          </w:tcPr>
          <w:p w14:paraId="39501B11" w14:textId="77777777" w:rsidR="004D342C" w:rsidRDefault="00000000">
            <w:pPr>
              <w:spacing w:before="20" w:after="20"/>
              <w:ind w:firstLine="0"/>
              <w:jc w:val="right"/>
            </w:pPr>
            <w:r>
              <w:rPr>
                <w:sz w:val="16"/>
              </w:rPr>
              <w:t>10</w:t>
            </w:r>
          </w:p>
        </w:tc>
      </w:tr>
      <w:tr w:rsidR="004D342C" w14:paraId="529314C3" w14:textId="77777777">
        <w:trPr>
          <w:cantSplit/>
          <w:jc w:val="center"/>
        </w:trPr>
        <w:tc>
          <w:tcPr>
            <w:tcW w:w="1944" w:type="dxa"/>
          </w:tcPr>
          <w:p w14:paraId="00AF16DD" w14:textId="77777777" w:rsidR="004D342C" w:rsidRDefault="00000000">
            <w:pPr>
              <w:spacing w:before="20" w:after="20"/>
              <w:ind w:firstLine="0"/>
            </w:pPr>
            <w:r>
              <w:rPr>
                <w:sz w:val="16"/>
              </w:rPr>
              <w:t>priority2immigration</w:t>
            </w:r>
          </w:p>
        </w:tc>
        <w:tc>
          <w:tcPr>
            <w:tcW w:w="2880" w:type="dxa"/>
          </w:tcPr>
          <w:p w14:paraId="580CCC17" w14:textId="77777777" w:rsidR="004D342C" w:rsidRDefault="00000000">
            <w:pPr>
              <w:spacing w:before="20" w:after="20"/>
              <w:ind w:firstLine="0"/>
            </w:pPr>
            <w:r>
              <w:rPr>
                <w:sz w:val="16"/>
              </w:rPr>
              <w:t>QA26 EU PRIORITIES: ILLEGAL IMMIGRATION</w:t>
            </w:r>
          </w:p>
        </w:tc>
        <w:tc>
          <w:tcPr>
            <w:tcW w:w="3456" w:type="dxa"/>
          </w:tcPr>
          <w:p w14:paraId="7DFE63D9" w14:textId="77777777" w:rsidR="004D342C" w:rsidRDefault="00000000">
            <w:pPr>
              <w:spacing w:before="20" w:after="20"/>
              <w:ind w:firstLine="0"/>
            </w:pPr>
            <w:r>
              <w:rPr>
                <w:sz w:val="16"/>
              </w:rPr>
              <w:t>0 not mentioned / 1 mentioned</w:t>
            </w:r>
          </w:p>
        </w:tc>
        <w:tc>
          <w:tcPr>
            <w:tcW w:w="648" w:type="dxa"/>
          </w:tcPr>
          <w:p w14:paraId="23496ACE" w14:textId="77777777" w:rsidR="004D342C" w:rsidRDefault="00000000">
            <w:pPr>
              <w:spacing w:before="20" w:after="20"/>
              <w:ind w:firstLine="0"/>
              <w:jc w:val="right"/>
            </w:pPr>
            <w:r>
              <w:rPr>
                <w:sz w:val="16"/>
              </w:rPr>
              <w:t>5</w:t>
            </w:r>
          </w:p>
        </w:tc>
      </w:tr>
      <w:tr w:rsidR="004D342C" w14:paraId="117C7E8D" w14:textId="77777777">
        <w:trPr>
          <w:cantSplit/>
          <w:jc w:val="center"/>
        </w:trPr>
        <w:tc>
          <w:tcPr>
            <w:tcW w:w="1944" w:type="dxa"/>
          </w:tcPr>
          <w:p w14:paraId="6F9051F5" w14:textId="77777777" w:rsidR="004D342C" w:rsidRDefault="00000000">
            <w:pPr>
              <w:spacing w:before="20" w:after="20"/>
              <w:ind w:firstLine="0"/>
            </w:pPr>
            <w:r>
              <w:rPr>
                <w:sz w:val="16"/>
              </w:rPr>
              <w:t>priorityimmigration</w:t>
            </w:r>
          </w:p>
        </w:tc>
        <w:tc>
          <w:tcPr>
            <w:tcW w:w="2880" w:type="dxa"/>
          </w:tcPr>
          <w:p w14:paraId="0EA50B09" w14:textId="77777777" w:rsidR="004D342C" w:rsidRDefault="00000000">
            <w:pPr>
              <w:spacing w:before="20" w:after="20"/>
              <w:ind w:firstLine="0"/>
            </w:pPr>
            <w:r>
              <w:rPr>
                <w:sz w:val="16"/>
              </w:rPr>
              <w:t>q.30.15. - i am going to read out a list</w:t>
            </w:r>
          </w:p>
        </w:tc>
        <w:tc>
          <w:tcPr>
            <w:tcW w:w="3456" w:type="dxa"/>
          </w:tcPr>
          <w:p w14:paraId="6CA50274" w14:textId="77777777" w:rsidR="004D342C" w:rsidRDefault="00000000">
            <w:pPr>
              <w:spacing w:before="20" w:after="20"/>
              <w:ind w:firstLine="0"/>
            </w:pPr>
            <w:r>
              <w:rPr>
                <w:sz w:val="16"/>
              </w:rPr>
              <w:t>1 priority / 2 not a priority / 3 dont know</w:t>
            </w:r>
          </w:p>
        </w:tc>
        <w:tc>
          <w:tcPr>
            <w:tcW w:w="648" w:type="dxa"/>
          </w:tcPr>
          <w:p w14:paraId="115C0019" w14:textId="77777777" w:rsidR="004D342C" w:rsidRDefault="00000000">
            <w:pPr>
              <w:spacing w:before="20" w:after="20"/>
              <w:ind w:firstLine="0"/>
              <w:jc w:val="right"/>
            </w:pPr>
            <w:r>
              <w:rPr>
                <w:sz w:val="16"/>
              </w:rPr>
              <w:t>4</w:t>
            </w:r>
          </w:p>
        </w:tc>
      </w:tr>
      <w:tr w:rsidR="004D342C" w14:paraId="4C154250" w14:textId="77777777">
        <w:trPr>
          <w:cantSplit/>
          <w:jc w:val="center"/>
        </w:trPr>
        <w:tc>
          <w:tcPr>
            <w:tcW w:w="1944" w:type="dxa"/>
          </w:tcPr>
          <w:p w14:paraId="700F94ED" w14:textId="77777777" w:rsidR="004D342C" w:rsidRDefault="00000000">
            <w:pPr>
              <w:keepNext/>
              <w:spacing w:before="20" w:after="20"/>
              <w:ind w:firstLine="0"/>
            </w:pPr>
            <w:r>
              <w:rPr>
                <w:sz w:val="16"/>
              </w:rPr>
              <w:t>priority3immig</w:t>
            </w:r>
          </w:p>
        </w:tc>
        <w:tc>
          <w:tcPr>
            <w:tcW w:w="2880" w:type="dxa"/>
          </w:tcPr>
          <w:p w14:paraId="20D140A9" w14:textId="77777777" w:rsidR="004D342C" w:rsidRDefault="00000000">
            <w:pPr>
              <w:keepNext/>
              <w:spacing w:before="20" w:after="20"/>
              <w:ind w:firstLine="0"/>
            </w:pPr>
            <w:r>
              <w:rPr>
                <w:sz w:val="16"/>
              </w:rPr>
              <w:t>q53 eu priority: immigration problem</w:t>
            </w:r>
          </w:p>
        </w:tc>
        <w:tc>
          <w:tcPr>
            <w:tcW w:w="3456" w:type="dxa"/>
          </w:tcPr>
          <w:p w14:paraId="16AA50EA" w14:textId="77777777" w:rsidR="004D342C" w:rsidRDefault="00000000">
            <w:pPr>
              <w:keepNext/>
              <w:spacing w:before="20" w:after="20"/>
              <w:ind w:firstLine="0"/>
            </w:pPr>
            <w:r>
              <w:rPr>
                <w:sz w:val="16"/>
              </w:rPr>
              <w:t>1 Key Priority / 2 Not Key Priority / 3 dont know</w:t>
            </w:r>
          </w:p>
        </w:tc>
        <w:tc>
          <w:tcPr>
            <w:tcW w:w="648" w:type="dxa"/>
          </w:tcPr>
          <w:p w14:paraId="1EEED95B" w14:textId="77777777" w:rsidR="004D342C" w:rsidRDefault="00000000">
            <w:pPr>
              <w:keepNext/>
              <w:spacing w:before="20" w:after="20"/>
              <w:ind w:firstLine="0"/>
              <w:jc w:val="right"/>
            </w:pPr>
            <w:r>
              <w:rPr>
                <w:sz w:val="16"/>
              </w:rPr>
              <w:t>2</w:t>
            </w:r>
          </w:p>
        </w:tc>
      </w:tr>
    </w:tbl>
    <w:p w14:paraId="669DD120" w14:textId="77777777" w:rsidR="004D342C" w:rsidRDefault="00000000">
      <w:pPr>
        <w:pStyle w:val="Heading3"/>
      </w:pPr>
      <w:r>
        <w:rPr>
          <w:rFonts w:ascii="Times New Roman" w:hAnsi="Times New Roman" w:cs="Times New Roman"/>
        </w:rPr>
        <w:t>6.4.8  Knowledge/media  (82 variables)</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1944"/>
        <w:gridCol w:w="2880"/>
        <w:gridCol w:w="3456"/>
        <w:gridCol w:w="648"/>
      </w:tblGrid>
      <w:tr w:rsidR="004D342C" w14:paraId="4014C794" w14:textId="77777777">
        <w:trPr>
          <w:cantSplit/>
          <w:tblHeader/>
          <w:jc w:val="center"/>
        </w:trPr>
        <w:tc>
          <w:tcPr>
            <w:tcW w:w="1944" w:type="dxa"/>
            <w:tcBorders>
              <w:bottom w:val="single" w:sz="6" w:space="0" w:color="1F4E79"/>
            </w:tcBorders>
            <w:shd w:val="clear" w:color="auto" w:fill="E7EDF3"/>
          </w:tcPr>
          <w:p w14:paraId="4F6C9F34" w14:textId="77777777" w:rsidR="004D342C" w:rsidRDefault="00000000">
            <w:pPr>
              <w:spacing w:before="40" w:after="40"/>
              <w:ind w:firstLine="0"/>
            </w:pPr>
            <w:r>
              <w:rPr>
                <w:b/>
                <w:color w:val="1F4E79"/>
                <w:sz w:val="18"/>
              </w:rPr>
              <w:t>Variable</w:t>
            </w:r>
          </w:p>
        </w:tc>
        <w:tc>
          <w:tcPr>
            <w:tcW w:w="2880" w:type="dxa"/>
            <w:tcBorders>
              <w:bottom w:val="single" w:sz="6" w:space="0" w:color="1F4E79"/>
            </w:tcBorders>
            <w:shd w:val="clear" w:color="auto" w:fill="E7EDF3"/>
          </w:tcPr>
          <w:p w14:paraId="15245AEB" w14:textId="77777777" w:rsidR="004D342C" w:rsidRDefault="00000000">
            <w:pPr>
              <w:spacing w:before="40" w:after="40"/>
              <w:ind w:firstLine="0"/>
            </w:pPr>
            <w:r>
              <w:rPr>
                <w:b/>
                <w:color w:val="1F4E79"/>
                <w:sz w:val="18"/>
              </w:rPr>
              <w:t>Label</w:t>
            </w:r>
          </w:p>
        </w:tc>
        <w:tc>
          <w:tcPr>
            <w:tcW w:w="3456" w:type="dxa"/>
            <w:tcBorders>
              <w:bottom w:val="single" w:sz="6" w:space="0" w:color="1F4E79"/>
            </w:tcBorders>
            <w:shd w:val="clear" w:color="auto" w:fill="E7EDF3"/>
          </w:tcPr>
          <w:p w14:paraId="2EC0B8B9" w14:textId="77777777" w:rsidR="004D342C" w:rsidRDefault="00000000">
            <w:pPr>
              <w:spacing w:before="40" w:after="40"/>
              <w:ind w:firstLine="0"/>
            </w:pPr>
            <w:r>
              <w:rPr>
                <w:b/>
                <w:color w:val="1F4E79"/>
                <w:sz w:val="18"/>
              </w:rPr>
              <w:t>Coding</w:t>
            </w:r>
          </w:p>
        </w:tc>
        <w:tc>
          <w:tcPr>
            <w:tcW w:w="648" w:type="dxa"/>
            <w:tcBorders>
              <w:bottom w:val="single" w:sz="6" w:space="0" w:color="1F4E79"/>
            </w:tcBorders>
            <w:shd w:val="clear" w:color="auto" w:fill="E7EDF3"/>
          </w:tcPr>
          <w:p w14:paraId="327B5265" w14:textId="77777777" w:rsidR="004D342C" w:rsidRDefault="00000000">
            <w:pPr>
              <w:spacing w:before="40" w:after="40"/>
              <w:ind w:firstLine="0"/>
              <w:jc w:val="right"/>
            </w:pPr>
            <w:r>
              <w:rPr>
                <w:b/>
                <w:color w:val="1F4E79"/>
                <w:sz w:val="18"/>
              </w:rPr>
              <w:t>Waves</w:t>
            </w:r>
          </w:p>
        </w:tc>
      </w:tr>
      <w:tr w:rsidR="004D342C" w14:paraId="4EB1B37E" w14:textId="77777777">
        <w:trPr>
          <w:cantSplit/>
          <w:jc w:val="center"/>
        </w:trPr>
        <w:tc>
          <w:tcPr>
            <w:tcW w:w="1944" w:type="dxa"/>
          </w:tcPr>
          <w:p w14:paraId="78395F44" w14:textId="77777777" w:rsidR="004D342C" w:rsidRDefault="00000000">
            <w:pPr>
              <w:spacing w:before="20" w:after="20"/>
              <w:ind w:firstLine="0"/>
            </w:pPr>
            <w:r>
              <w:rPr>
                <w:sz w:val="16"/>
              </w:rPr>
              <w:t>discusspersuade</w:t>
            </w:r>
            <w:r>
              <w:rPr>
                <w:sz w:val="16"/>
              </w:rPr>
              <w:br/>
              <w:t>(demopersuasion)</w:t>
            </w:r>
          </w:p>
        </w:tc>
        <w:tc>
          <w:tcPr>
            <w:tcW w:w="2880" w:type="dxa"/>
          </w:tcPr>
          <w:p w14:paraId="4C08A020" w14:textId="77777777" w:rsidR="004D342C" w:rsidRDefault="00000000">
            <w:pPr>
              <w:spacing w:before="20" w:after="20"/>
              <w:ind w:firstLine="0"/>
            </w:pPr>
            <w:r>
              <w:rPr>
                <w:sz w:val="16"/>
              </w:rPr>
              <w:t>POLITICAL DISCUSSION - CONVINCE FRIENDS</w:t>
            </w:r>
          </w:p>
        </w:tc>
        <w:tc>
          <w:tcPr>
            <w:tcW w:w="3456" w:type="dxa"/>
          </w:tcPr>
          <w:p w14:paraId="01F3BF2D" w14:textId="77777777" w:rsidR="004D342C" w:rsidRDefault="00000000">
            <w:pPr>
              <w:spacing w:before="20" w:after="20"/>
              <w:ind w:firstLine="0"/>
            </w:pPr>
            <w:r>
              <w:rPr>
                <w:sz w:val="16"/>
              </w:rPr>
              <w:t>1 often / 2 from time to time / 3 rarely / 4 never / 5 dont know</w:t>
            </w:r>
          </w:p>
        </w:tc>
        <w:tc>
          <w:tcPr>
            <w:tcW w:w="648" w:type="dxa"/>
          </w:tcPr>
          <w:p w14:paraId="7EF9C2C3" w14:textId="77777777" w:rsidR="004D342C" w:rsidRDefault="00000000">
            <w:pPr>
              <w:spacing w:before="20" w:after="20"/>
              <w:ind w:firstLine="0"/>
              <w:jc w:val="right"/>
            </w:pPr>
            <w:r>
              <w:rPr>
                <w:sz w:val="16"/>
              </w:rPr>
              <w:t>77</w:t>
            </w:r>
          </w:p>
        </w:tc>
      </w:tr>
      <w:tr w:rsidR="004D342C" w14:paraId="591CA1E8" w14:textId="77777777">
        <w:trPr>
          <w:cantSplit/>
          <w:jc w:val="center"/>
        </w:trPr>
        <w:tc>
          <w:tcPr>
            <w:tcW w:w="1944" w:type="dxa"/>
          </w:tcPr>
          <w:p w14:paraId="123FD4E6" w14:textId="77777777" w:rsidR="004D342C" w:rsidRDefault="00000000">
            <w:pPr>
              <w:spacing w:before="20" w:after="20"/>
              <w:ind w:firstLine="0"/>
            </w:pPr>
            <w:r>
              <w:rPr>
                <w:sz w:val="16"/>
              </w:rPr>
              <w:t>discussfrequency</w:t>
            </w:r>
            <w:r>
              <w:rPr>
                <w:sz w:val="16"/>
              </w:rPr>
              <w:br/>
              <w:t>(demodiscussion)</w:t>
            </w:r>
          </w:p>
        </w:tc>
        <w:tc>
          <w:tcPr>
            <w:tcW w:w="2880" w:type="dxa"/>
          </w:tcPr>
          <w:p w14:paraId="35D73327" w14:textId="77777777" w:rsidR="004D342C" w:rsidRDefault="00000000">
            <w:pPr>
              <w:spacing w:before="20" w:after="20"/>
              <w:ind w:firstLine="0"/>
            </w:pPr>
            <w:r>
              <w:rPr>
                <w:sz w:val="16"/>
              </w:rPr>
              <w:t>QA1 POL DISCUSSION - FREQUENCY</w:t>
            </w:r>
          </w:p>
        </w:tc>
        <w:tc>
          <w:tcPr>
            <w:tcW w:w="3456" w:type="dxa"/>
          </w:tcPr>
          <w:p w14:paraId="1BD23078" w14:textId="77777777" w:rsidR="004D342C" w:rsidRDefault="00000000">
            <w:pPr>
              <w:spacing w:before="20" w:after="20"/>
              <w:ind w:firstLine="0"/>
            </w:pPr>
            <w:r>
              <w:rPr>
                <w:sz w:val="16"/>
              </w:rPr>
              <w:t>1 frequently / 2 occasionally / 3 never / 4 dont know</w:t>
            </w:r>
          </w:p>
        </w:tc>
        <w:tc>
          <w:tcPr>
            <w:tcW w:w="648" w:type="dxa"/>
          </w:tcPr>
          <w:p w14:paraId="699A2224" w14:textId="77777777" w:rsidR="004D342C" w:rsidRDefault="00000000">
            <w:pPr>
              <w:spacing w:before="20" w:after="20"/>
              <w:ind w:firstLine="0"/>
              <w:jc w:val="right"/>
            </w:pPr>
            <w:r>
              <w:rPr>
                <w:sz w:val="16"/>
              </w:rPr>
              <w:t>70</w:t>
            </w:r>
          </w:p>
        </w:tc>
      </w:tr>
      <w:tr w:rsidR="004D342C" w14:paraId="67CB7756" w14:textId="77777777">
        <w:trPr>
          <w:cantSplit/>
          <w:jc w:val="center"/>
        </w:trPr>
        <w:tc>
          <w:tcPr>
            <w:tcW w:w="1944" w:type="dxa"/>
          </w:tcPr>
          <w:p w14:paraId="3A7C3186" w14:textId="77777777" w:rsidR="004D342C" w:rsidRDefault="00000000">
            <w:pPr>
              <w:spacing w:before="20" w:after="20"/>
              <w:ind w:firstLine="0"/>
            </w:pPr>
            <w:r>
              <w:rPr>
                <w:sz w:val="16"/>
              </w:rPr>
              <w:t>heardECB</w:t>
            </w:r>
          </w:p>
        </w:tc>
        <w:tc>
          <w:tcPr>
            <w:tcW w:w="2880" w:type="dxa"/>
          </w:tcPr>
          <w:p w14:paraId="4984BF44" w14:textId="77777777" w:rsidR="004D342C" w:rsidRDefault="00000000">
            <w:pPr>
              <w:spacing w:before="20" w:after="20"/>
              <w:ind w:firstLine="0"/>
            </w:pPr>
            <w:r>
              <w:rPr>
                <w:sz w:val="16"/>
              </w:rPr>
              <w:t>EUROPEAN CENTRAL BANK - HEARD ABOUT</w:t>
            </w:r>
          </w:p>
        </w:tc>
        <w:tc>
          <w:tcPr>
            <w:tcW w:w="3456" w:type="dxa"/>
          </w:tcPr>
          <w:p w14:paraId="04AA6887" w14:textId="77777777" w:rsidR="004D342C" w:rsidRDefault="00000000">
            <w:pPr>
              <w:spacing w:before="20" w:after="20"/>
              <w:ind w:firstLine="0"/>
            </w:pPr>
            <w:r>
              <w:rPr>
                <w:sz w:val="16"/>
              </w:rPr>
              <w:t>1 Yes / 2 No / 3 Don't know (SPONTANEOUS)</w:t>
            </w:r>
          </w:p>
        </w:tc>
        <w:tc>
          <w:tcPr>
            <w:tcW w:w="648" w:type="dxa"/>
          </w:tcPr>
          <w:p w14:paraId="1878A7D6" w14:textId="77777777" w:rsidR="004D342C" w:rsidRDefault="00000000">
            <w:pPr>
              <w:spacing w:before="20" w:after="20"/>
              <w:ind w:firstLine="0"/>
              <w:jc w:val="right"/>
            </w:pPr>
            <w:r>
              <w:rPr>
                <w:sz w:val="16"/>
              </w:rPr>
              <w:t>53</w:t>
            </w:r>
          </w:p>
        </w:tc>
      </w:tr>
      <w:tr w:rsidR="004D342C" w14:paraId="371ECCF6" w14:textId="77777777">
        <w:trPr>
          <w:cantSplit/>
          <w:jc w:val="center"/>
        </w:trPr>
        <w:tc>
          <w:tcPr>
            <w:tcW w:w="1944" w:type="dxa"/>
          </w:tcPr>
          <w:p w14:paraId="03ADF9BC" w14:textId="77777777" w:rsidR="004D342C" w:rsidRDefault="00000000">
            <w:pPr>
              <w:spacing w:before="20" w:after="20"/>
              <w:ind w:firstLine="0"/>
            </w:pPr>
            <w:r>
              <w:rPr>
                <w:sz w:val="16"/>
              </w:rPr>
              <w:t>knowtestMEPs</w:t>
            </w:r>
            <w:r>
              <w:rPr>
                <w:sz w:val="16"/>
              </w:rPr>
              <w:br/>
              <w:t>(demoEUtestMEPs)</w:t>
            </w:r>
          </w:p>
        </w:tc>
        <w:tc>
          <w:tcPr>
            <w:tcW w:w="2880" w:type="dxa"/>
          </w:tcPr>
          <w:p w14:paraId="44524C75" w14:textId="77777777" w:rsidR="004D342C" w:rsidRDefault="00000000">
            <w:pPr>
              <w:spacing w:before="20" w:after="20"/>
              <w:ind w:firstLine="0"/>
            </w:pPr>
            <w:r>
              <w:rPr>
                <w:sz w:val="16"/>
              </w:rPr>
              <w:t>EU KNOWLEDGE: EP MEMBERS ELECTION</w:t>
            </w:r>
          </w:p>
        </w:tc>
        <w:tc>
          <w:tcPr>
            <w:tcW w:w="3456" w:type="dxa"/>
          </w:tcPr>
          <w:p w14:paraId="244BEFF5" w14:textId="77777777" w:rsidR="004D342C" w:rsidRDefault="00000000">
            <w:pPr>
              <w:spacing w:before="20" w:after="20"/>
              <w:ind w:firstLine="0"/>
            </w:pPr>
            <w:r>
              <w:rPr>
                <w:sz w:val="16"/>
              </w:rPr>
              <w:t>1 true / 2 false / 3 dont know</w:t>
            </w:r>
          </w:p>
        </w:tc>
        <w:tc>
          <w:tcPr>
            <w:tcW w:w="648" w:type="dxa"/>
          </w:tcPr>
          <w:p w14:paraId="10416079" w14:textId="77777777" w:rsidR="004D342C" w:rsidRDefault="00000000">
            <w:pPr>
              <w:spacing w:before="20" w:after="20"/>
              <w:ind w:firstLine="0"/>
              <w:jc w:val="right"/>
            </w:pPr>
            <w:r>
              <w:rPr>
                <w:sz w:val="16"/>
              </w:rPr>
              <w:t>42</w:t>
            </w:r>
          </w:p>
        </w:tc>
      </w:tr>
      <w:tr w:rsidR="004D342C" w14:paraId="3FE78164" w14:textId="77777777">
        <w:trPr>
          <w:cantSplit/>
          <w:jc w:val="center"/>
        </w:trPr>
        <w:tc>
          <w:tcPr>
            <w:tcW w:w="1944" w:type="dxa"/>
          </w:tcPr>
          <w:p w14:paraId="33A9CC64" w14:textId="77777777" w:rsidR="004D342C" w:rsidRDefault="00000000">
            <w:pPr>
              <w:spacing w:before="20" w:after="20"/>
              <w:ind w:firstLine="0"/>
            </w:pPr>
            <w:r>
              <w:rPr>
                <w:sz w:val="16"/>
              </w:rPr>
              <w:t>discusseu</w:t>
            </w:r>
          </w:p>
        </w:tc>
        <w:tc>
          <w:tcPr>
            <w:tcW w:w="2880" w:type="dxa"/>
          </w:tcPr>
          <w:p w14:paraId="1412D5B3" w14:textId="77777777" w:rsidR="004D342C" w:rsidRDefault="00000000">
            <w:pPr>
              <w:spacing w:before="20" w:after="20"/>
              <w:ind w:firstLine="0"/>
            </w:pPr>
            <w:r>
              <w:rPr>
                <w:sz w:val="16"/>
              </w:rPr>
              <w:t>POLITICAL DISCUSSION - EUROPEAN MATTERS</w:t>
            </w:r>
          </w:p>
        </w:tc>
        <w:tc>
          <w:tcPr>
            <w:tcW w:w="3456" w:type="dxa"/>
          </w:tcPr>
          <w:p w14:paraId="319CDE70" w14:textId="77777777" w:rsidR="004D342C" w:rsidRDefault="00000000">
            <w:pPr>
              <w:spacing w:before="20" w:after="20"/>
              <w:ind w:firstLine="0"/>
            </w:pPr>
            <w:r>
              <w:rPr>
                <w:sz w:val="16"/>
              </w:rPr>
              <w:t>1 Frequently / 2 Occasionally / 3 Never / 4 Don't know (SPONT.)</w:t>
            </w:r>
          </w:p>
        </w:tc>
        <w:tc>
          <w:tcPr>
            <w:tcW w:w="648" w:type="dxa"/>
          </w:tcPr>
          <w:p w14:paraId="6A0E412E" w14:textId="77777777" w:rsidR="004D342C" w:rsidRDefault="00000000">
            <w:pPr>
              <w:spacing w:before="20" w:after="20"/>
              <w:ind w:firstLine="0"/>
              <w:jc w:val="right"/>
            </w:pPr>
            <w:r>
              <w:rPr>
                <w:sz w:val="16"/>
              </w:rPr>
              <w:t>35</w:t>
            </w:r>
          </w:p>
        </w:tc>
      </w:tr>
      <w:tr w:rsidR="004D342C" w14:paraId="46573E4B" w14:textId="77777777">
        <w:trPr>
          <w:cantSplit/>
          <w:jc w:val="center"/>
        </w:trPr>
        <w:tc>
          <w:tcPr>
            <w:tcW w:w="1944" w:type="dxa"/>
          </w:tcPr>
          <w:p w14:paraId="2F5BA096" w14:textId="77777777" w:rsidR="004D342C" w:rsidRDefault="00000000">
            <w:pPr>
              <w:spacing w:before="20" w:after="20"/>
              <w:ind w:firstLine="0"/>
            </w:pPr>
            <w:r>
              <w:rPr>
                <w:sz w:val="16"/>
              </w:rPr>
              <w:t>discussnat</w:t>
            </w:r>
          </w:p>
        </w:tc>
        <w:tc>
          <w:tcPr>
            <w:tcW w:w="2880" w:type="dxa"/>
          </w:tcPr>
          <w:p w14:paraId="692C6A5D" w14:textId="77777777" w:rsidR="004D342C" w:rsidRDefault="00000000">
            <w:pPr>
              <w:spacing w:before="20" w:after="20"/>
              <w:ind w:firstLine="0"/>
            </w:pPr>
            <w:r>
              <w:rPr>
                <w:sz w:val="16"/>
              </w:rPr>
              <w:t>POLITICAL DISCUSSION - NATIONAL MATTERS</w:t>
            </w:r>
          </w:p>
        </w:tc>
        <w:tc>
          <w:tcPr>
            <w:tcW w:w="3456" w:type="dxa"/>
          </w:tcPr>
          <w:p w14:paraId="67F963C0" w14:textId="77777777" w:rsidR="004D342C" w:rsidRDefault="00000000">
            <w:pPr>
              <w:spacing w:before="20" w:after="20"/>
              <w:ind w:firstLine="0"/>
            </w:pPr>
            <w:r>
              <w:rPr>
                <w:sz w:val="16"/>
              </w:rPr>
              <w:t>1 Frequently / 2 Occasionally / 3 Never / 4 Don't know (SPONT.)</w:t>
            </w:r>
          </w:p>
        </w:tc>
        <w:tc>
          <w:tcPr>
            <w:tcW w:w="648" w:type="dxa"/>
          </w:tcPr>
          <w:p w14:paraId="6574A127" w14:textId="77777777" w:rsidR="004D342C" w:rsidRDefault="00000000">
            <w:pPr>
              <w:spacing w:before="20" w:after="20"/>
              <w:ind w:firstLine="0"/>
              <w:jc w:val="right"/>
            </w:pPr>
            <w:r>
              <w:rPr>
                <w:sz w:val="16"/>
              </w:rPr>
              <w:t>34</w:t>
            </w:r>
          </w:p>
        </w:tc>
      </w:tr>
      <w:tr w:rsidR="004D342C" w14:paraId="297142C6" w14:textId="77777777">
        <w:trPr>
          <w:cantSplit/>
          <w:jc w:val="center"/>
        </w:trPr>
        <w:tc>
          <w:tcPr>
            <w:tcW w:w="1944" w:type="dxa"/>
          </w:tcPr>
          <w:p w14:paraId="1BFD9705" w14:textId="77777777" w:rsidR="004D342C" w:rsidRDefault="00000000">
            <w:pPr>
              <w:spacing w:before="20" w:after="20"/>
              <w:ind w:firstLine="0"/>
            </w:pPr>
            <w:r>
              <w:rPr>
                <w:sz w:val="16"/>
              </w:rPr>
              <w:t>discusslocal</w:t>
            </w:r>
          </w:p>
        </w:tc>
        <w:tc>
          <w:tcPr>
            <w:tcW w:w="2880" w:type="dxa"/>
          </w:tcPr>
          <w:p w14:paraId="6A975123" w14:textId="77777777" w:rsidR="004D342C" w:rsidRDefault="00000000">
            <w:pPr>
              <w:spacing w:before="20" w:after="20"/>
              <w:ind w:firstLine="0"/>
            </w:pPr>
            <w:r>
              <w:rPr>
                <w:sz w:val="16"/>
              </w:rPr>
              <w:t>POLITICAL DISCUSSION - LOCAL MATTERS</w:t>
            </w:r>
          </w:p>
        </w:tc>
        <w:tc>
          <w:tcPr>
            <w:tcW w:w="3456" w:type="dxa"/>
          </w:tcPr>
          <w:p w14:paraId="4A10A001" w14:textId="77777777" w:rsidR="004D342C" w:rsidRDefault="00000000">
            <w:pPr>
              <w:spacing w:before="20" w:after="20"/>
              <w:ind w:firstLine="0"/>
            </w:pPr>
            <w:r>
              <w:rPr>
                <w:sz w:val="16"/>
              </w:rPr>
              <w:t>1 Frequently / 2 Occasionally / 3 Never / 4 Don't know (SPONT.)</w:t>
            </w:r>
          </w:p>
        </w:tc>
        <w:tc>
          <w:tcPr>
            <w:tcW w:w="648" w:type="dxa"/>
          </w:tcPr>
          <w:p w14:paraId="7AD71C9A" w14:textId="77777777" w:rsidR="004D342C" w:rsidRDefault="00000000">
            <w:pPr>
              <w:spacing w:before="20" w:after="20"/>
              <w:ind w:firstLine="0"/>
              <w:jc w:val="right"/>
            </w:pPr>
            <w:r>
              <w:rPr>
                <w:sz w:val="16"/>
              </w:rPr>
              <w:t>33</w:t>
            </w:r>
          </w:p>
        </w:tc>
      </w:tr>
      <w:tr w:rsidR="004D342C" w14:paraId="75EDE86D" w14:textId="77777777">
        <w:trPr>
          <w:cantSplit/>
          <w:jc w:val="center"/>
        </w:trPr>
        <w:tc>
          <w:tcPr>
            <w:tcW w:w="1944" w:type="dxa"/>
          </w:tcPr>
          <w:p w14:paraId="791B5F19" w14:textId="77777777" w:rsidR="004D342C" w:rsidRDefault="00000000">
            <w:pPr>
              <w:spacing w:before="20" w:after="20"/>
              <w:ind w:firstLine="0"/>
            </w:pPr>
            <w:r>
              <w:rPr>
                <w:sz w:val="16"/>
              </w:rPr>
              <w:t>knowledgeEUrights</w:t>
            </w:r>
          </w:p>
        </w:tc>
        <w:tc>
          <w:tcPr>
            <w:tcW w:w="2880" w:type="dxa"/>
          </w:tcPr>
          <w:p w14:paraId="2A1C32A0" w14:textId="77777777" w:rsidR="004D342C" w:rsidRDefault="00000000">
            <w:pPr>
              <w:spacing w:before="20" w:after="20"/>
              <w:ind w:firstLine="0"/>
            </w:pPr>
            <w:r>
              <w:rPr>
                <w:sz w:val="16"/>
              </w:rPr>
              <w:t>Know your rights as an EU citizen (1 yes / 2 no)</w:t>
            </w:r>
          </w:p>
        </w:tc>
        <w:tc>
          <w:tcPr>
            <w:tcW w:w="3456" w:type="dxa"/>
          </w:tcPr>
          <w:p w14:paraId="16CEF760" w14:textId="77777777" w:rsidR="004D342C" w:rsidRDefault="00000000">
            <w:pPr>
              <w:spacing w:before="20" w:after="20"/>
              <w:ind w:firstLine="0"/>
            </w:pPr>
            <w:r>
              <w:rPr>
                <w:sz w:val="16"/>
              </w:rPr>
              <w:t>1 Yes, definitely / 2 Yes, to some extent / 3 No, not really / 4 No, definitely not / 5 Don't know (SPONTANEOUS)</w:t>
            </w:r>
          </w:p>
        </w:tc>
        <w:tc>
          <w:tcPr>
            <w:tcW w:w="648" w:type="dxa"/>
          </w:tcPr>
          <w:p w14:paraId="1CF4C9C9" w14:textId="77777777" w:rsidR="004D342C" w:rsidRDefault="00000000">
            <w:pPr>
              <w:spacing w:before="20" w:after="20"/>
              <w:ind w:firstLine="0"/>
              <w:jc w:val="right"/>
            </w:pPr>
            <w:r>
              <w:rPr>
                <w:sz w:val="16"/>
              </w:rPr>
              <w:t>31</w:t>
            </w:r>
          </w:p>
        </w:tc>
      </w:tr>
      <w:tr w:rsidR="004D342C" w14:paraId="5666CA82" w14:textId="77777777">
        <w:trPr>
          <w:cantSplit/>
          <w:jc w:val="center"/>
        </w:trPr>
        <w:tc>
          <w:tcPr>
            <w:tcW w:w="1944" w:type="dxa"/>
          </w:tcPr>
          <w:p w14:paraId="42FA9795" w14:textId="77777777" w:rsidR="004D342C" w:rsidRDefault="00000000">
            <w:pPr>
              <w:spacing w:before="20" w:after="20"/>
              <w:ind w:firstLine="0"/>
            </w:pPr>
            <w:r>
              <w:rPr>
                <w:sz w:val="16"/>
              </w:rPr>
              <w:t>wanttoknowEUrights</w:t>
            </w:r>
          </w:p>
        </w:tc>
        <w:tc>
          <w:tcPr>
            <w:tcW w:w="2880" w:type="dxa"/>
          </w:tcPr>
          <w:p w14:paraId="2295FDE1" w14:textId="77777777" w:rsidR="004D342C" w:rsidRDefault="00000000">
            <w:pPr>
              <w:spacing w:before="20" w:after="20"/>
              <w:ind w:firstLine="0"/>
            </w:pPr>
            <w:r>
              <w:rPr>
                <w:sz w:val="16"/>
              </w:rPr>
              <w:t>Would like to know more about EU-citizen rights (1 yes / 2 no)</w:t>
            </w:r>
          </w:p>
        </w:tc>
        <w:tc>
          <w:tcPr>
            <w:tcW w:w="3456" w:type="dxa"/>
          </w:tcPr>
          <w:p w14:paraId="6F3976E7" w14:textId="77777777" w:rsidR="004D342C" w:rsidRDefault="00000000">
            <w:pPr>
              <w:spacing w:before="20" w:after="20"/>
              <w:ind w:firstLine="0"/>
            </w:pPr>
            <w:r>
              <w:rPr>
                <w:sz w:val="16"/>
              </w:rPr>
              <w:t>1 Yes, definitely / 2 Yes, to some extent / 3 No, not really / 4 No, definitely not / 5 Don't know (SPONTANEOUS)</w:t>
            </w:r>
          </w:p>
        </w:tc>
        <w:tc>
          <w:tcPr>
            <w:tcW w:w="648" w:type="dxa"/>
          </w:tcPr>
          <w:p w14:paraId="0A9377C7" w14:textId="77777777" w:rsidR="004D342C" w:rsidRDefault="00000000">
            <w:pPr>
              <w:spacing w:before="20" w:after="20"/>
              <w:ind w:firstLine="0"/>
              <w:jc w:val="right"/>
            </w:pPr>
            <w:r>
              <w:rPr>
                <w:sz w:val="16"/>
              </w:rPr>
              <w:t>31</w:t>
            </w:r>
          </w:p>
        </w:tc>
      </w:tr>
      <w:tr w:rsidR="004D342C" w14:paraId="1EE11139" w14:textId="77777777">
        <w:trPr>
          <w:cantSplit/>
          <w:jc w:val="center"/>
        </w:trPr>
        <w:tc>
          <w:tcPr>
            <w:tcW w:w="1944" w:type="dxa"/>
          </w:tcPr>
          <w:p w14:paraId="4073C66D" w14:textId="77777777" w:rsidR="004D342C" w:rsidRDefault="00000000">
            <w:pPr>
              <w:spacing w:before="20" w:after="20"/>
              <w:ind w:firstLine="0"/>
            </w:pPr>
            <w:r>
              <w:rPr>
                <w:sz w:val="16"/>
              </w:rPr>
              <w:t>newunderstandEU</w:t>
            </w:r>
          </w:p>
        </w:tc>
        <w:tc>
          <w:tcPr>
            <w:tcW w:w="2880" w:type="dxa"/>
          </w:tcPr>
          <w:p w14:paraId="34901E56" w14:textId="77777777" w:rsidR="004D342C" w:rsidRDefault="00000000">
            <w:pPr>
              <w:spacing w:before="20" w:after="20"/>
              <w:ind w:firstLine="0"/>
            </w:pPr>
            <w:r>
              <w:rPr>
                <w:sz w:val="16"/>
              </w:rPr>
              <w:t>EU STATEMENTS: UNDERSTAND HOW EU WORKS</w:t>
            </w:r>
          </w:p>
        </w:tc>
        <w:tc>
          <w:tcPr>
            <w:tcW w:w="3456" w:type="dxa"/>
          </w:tcPr>
          <w:p w14:paraId="17E8A1CF" w14:textId="77777777" w:rsidR="004D342C" w:rsidRDefault="00000000">
            <w:pPr>
              <w:spacing w:before="20" w:after="20"/>
              <w:ind w:firstLine="0"/>
            </w:pPr>
            <w:r>
              <w:rPr>
                <w:sz w:val="16"/>
              </w:rPr>
              <w:t>1 Totally agree / 2 Tend to agree / 3 Tend to disagree / 4 Totally disagree / 5 Don't know (SPONTANEOUS)</w:t>
            </w:r>
          </w:p>
        </w:tc>
        <w:tc>
          <w:tcPr>
            <w:tcW w:w="648" w:type="dxa"/>
          </w:tcPr>
          <w:p w14:paraId="52945080" w14:textId="77777777" w:rsidR="004D342C" w:rsidRDefault="00000000">
            <w:pPr>
              <w:spacing w:before="20" w:after="20"/>
              <w:ind w:firstLine="0"/>
              <w:jc w:val="right"/>
            </w:pPr>
            <w:r>
              <w:rPr>
                <w:sz w:val="16"/>
              </w:rPr>
              <w:t>30</w:t>
            </w:r>
          </w:p>
        </w:tc>
      </w:tr>
      <w:tr w:rsidR="004D342C" w14:paraId="05CE8D71" w14:textId="77777777">
        <w:trPr>
          <w:cantSplit/>
          <w:jc w:val="center"/>
        </w:trPr>
        <w:tc>
          <w:tcPr>
            <w:tcW w:w="1944" w:type="dxa"/>
          </w:tcPr>
          <w:p w14:paraId="3B5E7F90" w14:textId="77777777" w:rsidR="004D342C" w:rsidRDefault="00000000">
            <w:pPr>
              <w:spacing w:before="20" w:after="20"/>
              <w:ind w:firstLine="0"/>
            </w:pPr>
            <w:r>
              <w:rPr>
                <w:sz w:val="16"/>
              </w:rPr>
              <w:t>mediaexppaper2</w:t>
            </w:r>
            <w:r>
              <w:rPr>
                <w:sz w:val="16"/>
              </w:rPr>
              <w:br/>
              <w:t>(demointerestpaper)</w:t>
            </w:r>
          </w:p>
        </w:tc>
        <w:tc>
          <w:tcPr>
            <w:tcW w:w="2880" w:type="dxa"/>
          </w:tcPr>
          <w:p w14:paraId="33509892" w14:textId="77777777" w:rsidR="004D342C" w:rsidRDefault="00000000">
            <w:pPr>
              <w:spacing w:before="20" w:after="20"/>
              <w:ind w:firstLine="0"/>
            </w:pPr>
            <w:r>
              <w:rPr>
                <w:sz w:val="16"/>
              </w:rPr>
              <w:t>QA18 DAILY NEWSPAPERS USE - NEWS</w:t>
            </w:r>
          </w:p>
        </w:tc>
        <w:tc>
          <w:tcPr>
            <w:tcW w:w="3456" w:type="dxa"/>
          </w:tcPr>
          <w:p w14:paraId="35F9EA0A" w14:textId="77777777" w:rsidR="004D342C" w:rsidRDefault="00000000">
            <w:pPr>
              <w:spacing w:before="20" w:after="20"/>
              <w:ind w:firstLine="0"/>
            </w:pPr>
            <w:r>
              <w:rPr>
                <w:sz w:val="16"/>
              </w:rPr>
              <w:t>1 everyday / 2 several times a week / 3 once or twice a week / 4 less often / 5 never / 6 dont know</w:t>
            </w:r>
          </w:p>
        </w:tc>
        <w:tc>
          <w:tcPr>
            <w:tcW w:w="648" w:type="dxa"/>
          </w:tcPr>
          <w:p w14:paraId="4F9442AC" w14:textId="77777777" w:rsidR="004D342C" w:rsidRDefault="00000000">
            <w:pPr>
              <w:spacing w:before="20" w:after="20"/>
              <w:ind w:firstLine="0"/>
              <w:jc w:val="right"/>
            </w:pPr>
            <w:r>
              <w:rPr>
                <w:sz w:val="16"/>
              </w:rPr>
              <w:t>28</w:t>
            </w:r>
          </w:p>
        </w:tc>
      </w:tr>
      <w:tr w:rsidR="004D342C" w14:paraId="49AAD3F0" w14:textId="77777777">
        <w:trPr>
          <w:cantSplit/>
          <w:jc w:val="center"/>
        </w:trPr>
        <w:tc>
          <w:tcPr>
            <w:tcW w:w="1944" w:type="dxa"/>
          </w:tcPr>
          <w:p w14:paraId="6014CA11" w14:textId="77777777" w:rsidR="004D342C" w:rsidRDefault="00000000">
            <w:pPr>
              <w:spacing w:before="20" w:after="20"/>
              <w:ind w:firstLine="0"/>
            </w:pPr>
            <w:r>
              <w:rPr>
                <w:sz w:val="16"/>
              </w:rPr>
              <w:t>mediaexpradio2</w:t>
            </w:r>
            <w:r>
              <w:rPr>
                <w:sz w:val="16"/>
              </w:rPr>
              <w:br/>
              <w:t>(demointerestradio)</w:t>
            </w:r>
          </w:p>
        </w:tc>
        <w:tc>
          <w:tcPr>
            <w:tcW w:w="2880" w:type="dxa"/>
          </w:tcPr>
          <w:p w14:paraId="1898D9DA" w14:textId="77777777" w:rsidR="004D342C" w:rsidRDefault="00000000">
            <w:pPr>
              <w:spacing w:before="20" w:after="20"/>
              <w:ind w:firstLine="0"/>
            </w:pPr>
            <w:r>
              <w:rPr>
                <w:sz w:val="16"/>
              </w:rPr>
              <w:t>QA18 RADIO USE - NEWS</w:t>
            </w:r>
          </w:p>
        </w:tc>
        <w:tc>
          <w:tcPr>
            <w:tcW w:w="3456" w:type="dxa"/>
          </w:tcPr>
          <w:p w14:paraId="3AEA3459" w14:textId="77777777" w:rsidR="004D342C" w:rsidRDefault="00000000">
            <w:pPr>
              <w:spacing w:before="20" w:after="20"/>
              <w:ind w:firstLine="0"/>
            </w:pPr>
            <w:r>
              <w:rPr>
                <w:sz w:val="16"/>
              </w:rPr>
              <w:t>1 everyday / 2 several times a week / 3 once or twice a week / 4 less often / 5 never / 6 dont know</w:t>
            </w:r>
          </w:p>
        </w:tc>
        <w:tc>
          <w:tcPr>
            <w:tcW w:w="648" w:type="dxa"/>
          </w:tcPr>
          <w:p w14:paraId="45E6FDFE" w14:textId="77777777" w:rsidR="004D342C" w:rsidRDefault="00000000">
            <w:pPr>
              <w:spacing w:before="20" w:after="20"/>
              <w:ind w:firstLine="0"/>
              <w:jc w:val="right"/>
            </w:pPr>
            <w:r>
              <w:rPr>
                <w:sz w:val="16"/>
              </w:rPr>
              <w:t>28</w:t>
            </w:r>
          </w:p>
        </w:tc>
      </w:tr>
      <w:tr w:rsidR="004D342C" w14:paraId="7AA592D2" w14:textId="77777777">
        <w:trPr>
          <w:cantSplit/>
          <w:jc w:val="center"/>
        </w:trPr>
        <w:tc>
          <w:tcPr>
            <w:tcW w:w="1944" w:type="dxa"/>
          </w:tcPr>
          <w:p w14:paraId="39916FC9" w14:textId="77777777" w:rsidR="004D342C" w:rsidRDefault="00000000">
            <w:pPr>
              <w:spacing w:before="20" w:after="20"/>
              <w:ind w:firstLine="0"/>
            </w:pPr>
            <w:r>
              <w:rPr>
                <w:sz w:val="16"/>
              </w:rPr>
              <w:t>mediaexptv2</w:t>
            </w:r>
            <w:r>
              <w:rPr>
                <w:sz w:val="16"/>
              </w:rPr>
              <w:br/>
              <w:t>(demointeresttv)</w:t>
            </w:r>
          </w:p>
        </w:tc>
        <w:tc>
          <w:tcPr>
            <w:tcW w:w="2880" w:type="dxa"/>
          </w:tcPr>
          <w:p w14:paraId="1B7A4471" w14:textId="77777777" w:rsidR="004D342C" w:rsidRDefault="00000000">
            <w:pPr>
              <w:spacing w:before="20" w:after="20"/>
              <w:ind w:firstLine="0"/>
            </w:pPr>
            <w:r>
              <w:rPr>
                <w:sz w:val="16"/>
              </w:rPr>
              <w:t>QA18 TELEVISION USE - NEWS</w:t>
            </w:r>
          </w:p>
        </w:tc>
        <w:tc>
          <w:tcPr>
            <w:tcW w:w="3456" w:type="dxa"/>
          </w:tcPr>
          <w:p w14:paraId="3CA07566" w14:textId="77777777" w:rsidR="004D342C" w:rsidRDefault="00000000">
            <w:pPr>
              <w:spacing w:before="20" w:after="20"/>
              <w:ind w:firstLine="0"/>
            </w:pPr>
            <w:r>
              <w:rPr>
                <w:sz w:val="16"/>
              </w:rPr>
              <w:t>1 everyday / 2 several times a week / 3 once or twice a week / 4 less often / 5 never / 6 dont know</w:t>
            </w:r>
          </w:p>
        </w:tc>
        <w:tc>
          <w:tcPr>
            <w:tcW w:w="648" w:type="dxa"/>
          </w:tcPr>
          <w:p w14:paraId="72C4956E" w14:textId="77777777" w:rsidR="004D342C" w:rsidRDefault="00000000">
            <w:pPr>
              <w:spacing w:before="20" w:after="20"/>
              <w:ind w:firstLine="0"/>
              <w:jc w:val="right"/>
            </w:pPr>
            <w:r>
              <w:rPr>
                <w:sz w:val="16"/>
              </w:rPr>
              <w:t>28</w:t>
            </w:r>
          </w:p>
        </w:tc>
      </w:tr>
      <w:tr w:rsidR="004D342C" w14:paraId="07726360" w14:textId="77777777">
        <w:trPr>
          <w:cantSplit/>
          <w:jc w:val="center"/>
        </w:trPr>
        <w:tc>
          <w:tcPr>
            <w:tcW w:w="1944" w:type="dxa"/>
          </w:tcPr>
          <w:p w14:paraId="3CFE77DA" w14:textId="77777777" w:rsidR="004D342C" w:rsidRDefault="00000000">
            <w:pPr>
              <w:spacing w:before="20" w:after="20"/>
              <w:ind w:firstLine="0"/>
            </w:pPr>
            <w:r>
              <w:rPr>
                <w:sz w:val="16"/>
              </w:rPr>
              <w:t>knowtestmembers</w:t>
            </w:r>
            <w:r>
              <w:rPr>
                <w:sz w:val="16"/>
              </w:rPr>
              <w:br/>
              <w:t>(demoEUtestmembers)</w:t>
            </w:r>
          </w:p>
        </w:tc>
        <w:tc>
          <w:tcPr>
            <w:tcW w:w="2880" w:type="dxa"/>
          </w:tcPr>
          <w:p w14:paraId="0948BFE3" w14:textId="77777777" w:rsidR="004D342C" w:rsidRDefault="00000000">
            <w:pPr>
              <w:spacing w:before="20" w:after="20"/>
              <w:ind w:firstLine="0"/>
            </w:pPr>
            <w:r>
              <w:rPr>
                <w:sz w:val="16"/>
              </w:rPr>
              <w:t>EU KNOWLEDGE: 28 MEMBER STATES</w:t>
            </w:r>
          </w:p>
        </w:tc>
        <w:tc>
          <w:tcPr>
            <w:tcW w:w="3456" w:type="dxa"/>
          </w:tcPr>
          <w:p w14:paraId="46F62B33" w14:textId="77777777" w:rsidR="004D342C" w:rsidRDefault="00000000">
            <w:pPr>
              <w:spacing w:before="20" w:after="20"/>
              <w:ind w:firstLine="0"/>
            </w:pPr>
            <w:r>
              <w:rPr>
                <w:sz w:val="16"/>
              </w:rPr>
              <w:t>1 true / 2 false / 3 dont know</w:t>
            </w:r>
          </w:p>
        </w:tc>
        <w:tc>
          <w:tcPr>
            <w:tcW w:w="648" w:type="dxa"/>
          </w:tcPr>
          <w:p w14:paraId="6CE42528" w14:textId="77777777" w:rsidR="004D342C" w:rsidRDefault="00000000">
            <w:pPr>
              <w:spacing w:before="20" w:after="20"/>
              <w:ind w:firstLine="0"/>
              <w:jc w:val="right"/>
            </w:pPr>
            <w:r>
              <w:rPr>
                <w:sz w:val="16"/>
              </w:rPr>
              <w:t>25</w:t>
            </w:r>
          </w:p>
        </w:tc>
      </w:tr>
      <w:tr w:rsidR="004D342C" w14:paraId="5D7C053A" w14:textId="77777777">
        <w:trPr>
          <w:cantSplit/>
          <w:jc w:val="center"/>
        </w:trPr>
        <w:tc>
          <w:tcPr>
            <w:tcW w:w="1944" w:type="dxa"/>
          </w:tcPr>
          <w:p w14:paraId="4A5B0675" w14:textId="77777777" w:rsidR="004D342C" w:rsidRDefault="00000000">
            <w:pPr>
              <w:spacing w:before="20" w:after="20"/>
              <w:ind w:firstLine="0"/>
            </w:pPr>
            <w:r>
              <w:rPr>
                <w:sz w:val="16"/>
              </w:rPr>
              <w:t>heardECJ</w:t>
            </w:r>
          </w:p>
        </w:tc>
        <w:tc>
          <w:tcPr>
            <w:tcW w:w="2880" w:type="dxa"/>
          </w:tcPr>
          <w:p w14:paraId="21139344" w14:textId="77777777" w:rsidR="004D342C" w:rsidRDefault="00000000">
            <w:pPr>
              <w:spacing w:before="20" w:after="20"/>
              <w:ind w:firstLine="0"/>
            </w:pPr>
            <w:r>
              <w:rPr>
                <w:sz w:val="16"/>
              </w:rPr>
              <w:t>EUROPEAN COURT OF JUSTICE - HEARD ABOUT</w:t>
            </w:r>
          </w:p>
        </w:tc>
        <w:tc>
          <w:tcPr>
            <w:tcW w:w="3456" w:type="dxa"/>
          </w:tcPr>
          <w:p w14:paraId="07056C9A" w14:textId="77777777" w:rsidR="004D342C" w:rsidRDefault="00000000">
            <w:pPr>
              <w:spacing w:before="20" w:after="20"/>
              <w:ind w:firstLine="0"/>
            </w:pPr>
            <w:r>
              <w:rPr>
                <w:sz w:val="16"/>
              </w:rPr>
              <w:t>1 Yes / 2 No / 3 DK</w:t>
            </w:r>
          </w:p>
        </w:tc>
        <w:tc>
          <w:tcPr>
            <w:tcW w:w="648" w:type="dxa"/>
          </w:tcPr>
          <w:p w14:paraId="7623FBB3" w14:textId="77777777" w:rsidR="004D342C" w:rsidRDefault="00000000">
            <w:pPr>
              <w:spacing w:before="20" w:after="20"/>
              <w:ind w:firstLine="0"/>
              <w:jc w:val="right"/>
            </w:pPr>
            <w:r>
              <w:rPr>
                <w:sz w:val="16"/>
              </w:rPr>
              <w:t>24</w:t>
            </w:r>
          </w:p>
        </w:tc>
      </w:tr>
      <w:tr w:rsidR="004D342C" w14:paraId="2D0F7909" w14:textId="77777777">
        <w:trPr>
          <w:cantSplit/>
          <w:jc w:val="center"/>
        </w:trPr>
        <w:tc>
          <w:tcPr>
            <w:tcW w:w="1944" w:type="dxa"/>
          </w:tcPr>
          <w:p w14:paraId="79E15E01" w14:textId="77777777" w:rsidR="004D342C" w:rsidRDefault="00000000">
            <w:pPr>
              <w:spacing w:before="20" w:after="20"/>
              <w:ind w:firstLine="0"/>
            </w:pPr>
            <w:r>
              <w:rPr>
                <w:sz w:val="16"/>
              </w:rPr>
              <w:lastRenderedPageBreak/>
              <w:t>knowtestnonmember</w:t>
            </w:r>
            <w:r>
              <w:rPr>
                <w:sz w:val="16"/>
              </w:rPr>
              <w:br/>
              <w:t>(demoEUtestnonmember)</w:t>
            </w:r>
          </w:p>
        </w:tc>
        <w:tc>
          <w:tcPr>
            <w:tcW w:w="2880" w:type="dxa"/>
          </w:tcPr>
          <w:p w14:paraId="55E047B2" w14:textId="77777777" w:rsidR="004D342C" w:rsidRDefault="00000000">
            <w:pPr>
              <w:spacing w:before="20" w:after="20"/>
              <w:ind w:firstLine="0"/>
            </w:pPr>
            <w:r>
              <w:rPr>
                <w:sz w:val="16"/>
              </w:rPr>
              <w:t>EU KNOWLEDGE: SWITZERLAND IS MEMBER</w:t>
            </w:r>
          </w:p>
        </w:tc>
        <w:tc>
          <w:tcPr>
            <w:tcW w:w="3456" w:type="dxa"/>
          </w:tcPr>
          <w:p w14:paraId="182B50E8" w14:textId="77777777" w:rsidR="004D342C" w:rsidRDefault="00000000">
            <w:pPr>
              <w:spacing w:before="20" w:after="20"/>
              <w:ind w:firstLine="0"/>
            </w:pPr>
            <w:r>
              <w:rPr>
                <w:sz w:val="16"/>
              </w:rPr>
              <w:t>1 True / 2 False (CORRECT) / 3 Don't know (SPONTANEOUS)</w:t>
            </w:r>
          </w:p>
        </w:tc>
        <w:tc>
          <w:tcPr>
            <w:tcW w:w="648" w:type="dxa"/>
          </w:tcPr>
          <w:p w14:paraId="50CB9492" w14:textId="77777777" w:rsidR="004D342C" w:rsidRDefault="00000000">
            <w:pPr>
              <w:spacing w:before="20" w:after="20"/>
              <w:ind w:firstLine="0"/>
              <w:jc w:val="right"/>
            </w:pPr>
            <w:r>
              <w:rPr>
                <w:sz w:val="16"/>
              </w:rPr>
              <w:t>24</w:t>
            </w:r>
          </w:p>
        </w:tc>
      </w:tr>
      <w:tr w:rsidR="004D342C" w14:paraId="44A744AE" w14:textId="77777777">
        <w:trPr>
          <w:cantSplit/>
          <w:jc w:val="center"/>
        </w:trPr>
        <w:tc>
          <w:tcPr>
            <w:tcW w:w="1944" w:type="dxa"/>
          </w:tcPr>
          <w:p w14:paraId="45A3197F" w14:textId="77777777" w:rsidR="004D342C" w:rsidRDefault="00000000">
            <w:pPr>
              <w:spacing w:before="20" w:after="20"/>
              <w:ind w:firstLine="0"/>
            </w:pPr>
            <w:r>
              <w:rPr>
                <w:sz w:val="16"/>
              </w:rPr>
              <w:t>knowledgesubjective</w:t>
            </w:r>
            <w:r>
              <w:rPr>
                <w:sz w:val="16"/>
              </w:rPr>
              <w:br/>
              <w:t>(demoEUknowledge)</w:t>
            </w:r>
          </w:p>
        </w:tc>
        <w:tc>
          <w:tcPr>
            <w:tcW w:w="2880" w:type="dxa"/>
          </w:tcPr>
          <w:p w14:paraId="1D160511" w14:textId="77777777" w:rsidR="004D342C" w:rsidRDefault="00000000">
            <w:pPr>
              <w:spacing w:before="20" w:after="20"/>
              <w:ind w:firstLine="0"/>
            </w:pPr>
            <w:r>
              <w:rPr>
                <w:sz w:val="16"/>
              </w:rPr>
              <w:t>QA14 EUROPEAN UNION KNOWLEDGE - SCALE</w:t>
            </w:r>
          </w:p>
        </w:tc>
        <w:tc>
          <w:tcPr>
            <w:tcW w:w="3456" w:type="dxa"/>
          </w:tcPr>
          <w:p w14:paraId="70CD0E2D" w14:textId="77777777" w:rsidR="004D342C" w:rsidRDefault="00000000">
            <w:pPr>
              <w:spacing w:before="20" w:after="20"/>
              <w:ind w:firstLine="0"/>
            </w:pPr>
            <w:r>
              <w:rPr>
                <w:sz w:val="16"/>
              </w:rPr>
              <w:t>1 know nothing at all / 10 know a great deal / 11 dont know</w:t>
            </w:r>
          </w:p>
        </w:tc>
        <w:tc>
          <w:tcPr>
            <w:tcW w:w="648" w:type="dxa"/>
          </w:tcPr>
          <w:p w14:paraId="05A5CC9D" w14:textId="77777777" w:rsidR="004D342C" w:rsidRDefault="00000000">
            <w:pPr>
              <w:spacing w:before="20" w:after="20"/>
              <w:ind w:firstLine="0"/>
              <w:jc w:val="right"/>
            </w:pPr>
            <w:r>
              <w:rPr>
                <w:sz w:val="16"/>
              </w:rPr>
              <w:t>19</w:t>
            </w:r>
          </w:p>
        </w:tc>
      </w:tr>
      <w:tr w:rsidR="004D342C" w14:paraId="10C70C8D" w14:textId="77777777">
        <w:trPr>
          <w:cantSplit/>
          <w:jc w:val="center"/>
        </w:trPr>
        <w:tc>
          <w:tcPr>
            <w:tcW w:w="1944" w:type="dxa"/>
          </w:tcPr>
          <w:p w14:paraId="6002900A" w14:textId="77777777" w:rsidR="004D342C" w:rsidRDefault="00000000">
            <w:pPr>
              <w:spacing w:before="20" w:after="20"/>
              <w:ind w:firstLine="0"/>
            </w:pPr>
            <w:r>
              <w:rPr>
                <w:sz w:val="16"/>
              </w:rPr>
              <w:t>cognitivemobilization</w:t>
            </w:r>
          </w:p>
        </w:tc>
        <w:tc>
          <w:tcPr>
            <w:tcW w:w="2880" w:type="dxa"/>
          </w:tcPr>
          <w:p w14:paraId="5D5CBEC0" w14:textId="77777777" w:rsidR="004D342C" w:rsidRDefault="00000000">
            <w:pPr>
              <w:spacing w:before="20" w:after="20"/>
              <w:ind w:firstLine="0"/>
            </w:pPr>
            <w:r>
              <w:rPr>
                <w:sz w:val="16"/>
              </w:rPr>
              <w:t>Cognitive mobilization index (discussion x persuasion)</w:t>
            </w:r>
          </w:p>
        </w:tc>
        <w:tc>
          <w:tcPr>
            <w:tcW w:w="3456" w:type="dxa"/>
          </w:tcPr>
          <w:p w14:paraId="4A0EB3E6" w14:textId="77777777" w:rsidR="004D342C" w:rsidRDefault="00000000">
            <w:pPr>
              <w:spacing w:before="20" w:after="20"/>
              <w:ind w:firstLine="0"/>
            </w:pPr>
            <w:r>
              <w:rPr>
                <w:sz w:val="16"/>
              </w:rPr>
              <w:t>1 low / 2 medium-low / 3 medium-high / 4 high</w:t>
            </w:r>
          </w:p>
        </w:tc>
        <w:tc>
          <w:tcPr>
            <w:tcW w:w="648" w:type="dxa"/>
          </w:tcPr>
          <w:p w14:paraId="31186AD4" w14:textId="77777777" w:rsidR="004D342C" w:rsidRDefault="00000000">
            <w:pPr>
              <w:spacing w:before="20" w:after="20"/>
              <w:ind w:firstLine="0"/>
              <w:jc w:val="right"/>
            </w:pPr>
            <w:r>
              <w:rPr>
                <w:sz w:val="16"/>
              </w:rPr>
              <w:t>16</w:t>
            </w:r>
          </w:p>
        </w:tc>
      </w:tr>
      <w:tr w:rsidR="004D342C" w14:paraId="6D6F601A" w14:textId="77777777">
        <w:trPr>
          <w:cantSplit/>
          <w:jc w:val="center"/>
        </w:trPr>
        <w:tc>
          <w:tcPr>
            <w:tcW w:w="1944" w:type="dxa"/>
          </w:tcPr>
          <w:p w14:paraId="3F394647" w14:textId="77777777" w:rsidR="004D342C" w:rsidRDefault="00000000">
            <w:pPr>
              <w:spacing w:before="20" w:after="20"/>
              <w:ind w:firstLine="0"/>
            </w:pPr>
            <w:r>
              <w:rPr>
                <w:sz w:val="16"/>
              </w:rPr>
              <w:t>mediacoverEUpress</w:t>
            </w:r>
          </w:p>
        </w:tc>
        <w:tc>
          <w:tcPr>
            <w:tcW w:w="2880" w:type="dxa"/>
          </w:tcPr>
          <w:p w14:paraId="1349EF75" w14:textId="77777777" w:rsidR="004D342C" w:rsidRDefault="00000000">
            <w:pPr>
              <w:spacing w:before="20" w:after="20"/>
              <w:ind w:firstLine="0"/>
            </w:pPr>
            <w:r>
              <w:rPr>
                <w:sz w:val="16"/>
              </w:rPr>
              <w:t>MEDIA PRESENTATION EU: WRITTEN PRESS</w:t>
            </w:r>
          </w:p>
        </w:tc>
        <w:tc>
          <w:tcPr>
            <w:tcW w:w="3456" w:type="dxa"/>
          </w:tcPr>
          <w:p w14:paraId="167410EE" w14:textId="77777777" w:rsidR="004D342C" w:rsidRDefault="00000000">
            <w:pPr>
              <w:spacing w:before="20" w:after="20"/>
              <w:ind w:firstLine="0"/>
            </w:pPr>
            <w:r>
              <w:rPr>
                <w:sz w:val="16"/>
              </w:rPr>
              <w:t>1 Too positively / 2 Objectively / 3 Too negatively / 4 Don't know (SPONTANEOUS)</w:t>
            </w:r>
          </w:p>
        </w:tc>
        <w:tc>
          <w:tcPr>
            <w:tcW w:w="648" w:type="dxa"/>
          </w:tcPr>
          <w:p w14:paraId="7DBA417D" w14:textId="77777777" w:rsidR="004D342C" w:rsidRDefault="00000000">
            <w:pPr>
              <w:spacing w:before="20" w:after="20"/>
              <w:ind w:firstLine="0"/>
              <w:jc w:val="right"/>
            </w:pPr>
            <w:r>
              <w:rPr>
                <w:sz w:val="16"/>
              </w:rPr>
              <w:t>15</w:t>
            </w:r>
          </w:p>
        </w:tc>
      </w:tr>
      <w:tr w:rsidR="004D342C" w14:paraId="5C199491" w14:textId="77777777">
        <w:trPr>
          <w:cantSplit/>
          <w:jc w:val="center"/>
        </w:trPr>
        <w:tc>
          <w:tcPr>
            <w:tcW w:w="1944" w:type="dxa"/>
          </w:tcPr>
          <w:p w14:paraId="64C6C3D9" w14:textId="77777777" w:rsidR="004D342C" w:rsidRDefault="00000000">
            <w:pPr>
              <w:spacing w:before="20" w:after="20"/>
              <w:ind w:firstLine="0"/>
            </w:pPr>
            <w:r>
              <w:rPr>
                <w:sz w:val="16"/>
              </w:rPr>
              <w:t>mediacoverEUradio</w:t>
            </w:r>
          </w:p>
        </w:tc>
        <w:tc>
          <w:tcPr>
            <w:tcW w:w="2880" w:type="dxa"/>
          </w:tcPr>
          <w:p w14:paraId="38544628" w14:textId="77777777" w:rsidR="004D342C" w:rsidRDefault="00000000">
            <w:pPr>
              <w:spacing w:before="20" w:after="20"/>
              <w:ind w:firstLine="0"/>
            </w:pPr>
            <w:r>
              <w:rPr>
                <w:sz w:val="16"/>
              </w:rPr>
              <w:t>MEDIA PRESENTATION EU: RADIO</w:t>
            </w:r>
          </w:p>
        </w:tc>
        <w:tc>
          <w:tcPr>
            <w:tcW w:w="3456" w:type="dxa"/>
          </w:tcPr>
          <w:p w14:paraId="14143CB5" w14:textId="77777777" w:rsidR="004D342C" w:rsidRDefault="00000000">
            <w:pPr>
              <w:spacing w:before="20" w:after="20"/>
              <w:ind w:firstLine="0"/>
            </w:pPr>
            <w:r>
              <w:rPr>
                <w:sz w:val="16"/>
              </w:rPr>
              <w:t>1 Too positively / 2 Objectively / 3 Too negatively / 4 Don't know (SPONTANEOUS)</w:t>
            </w:r>
          </w:p>
        </w:tc>
        <w:tc>
          <w:tcPr>
            <w:tcW w:w="648" w:type="dxa"/>
          </w:tcPr>
          <w:p w14:paraId="6769ACDD" w14:textId="77777777" w:rsidR="004D342C" w:rsidRDefault="00000000">
            <w:pPr>
              <w:spacing w:before="20" w:after="20"/>
              <w:ind w:firstLine="0"/>
              <w:jc w:val="right"/>
            </w:pPr>
            <w:r>
              <w:rPr>
                <w:sz w:val="16"/>
              </w:rPr>
              <w:t>15</w:t>
            </w:r>
          </w:p>
        </w:tc>
      </w:tr>
      <w:tr w:rsidR="004D342C" w14:paraId="54EB211E" w14:textId="77777777">
        <w:trPr>
          <w:cantSplit/>
          <w:jc w:val="center"/>
        </w:trPr>
        <w:tc>
          <w:tcPr>
            <w:tcW w:w="1944" w:type="dxa"/>
          </w:tcPr>
          <w:p w14:paraId="5C65694C" w14:textId="77777777" w:rsidR="004D342C" w:rsidRDefault="00000000">
            <w:pPr>
              <w:spacing w:before="20" w:after="20"/>
              <w:ind w:firstLine="0"/>
            </w:pPr>
            <w:r>
              <w:rPr>
                <w:sz w:val="16"/>
              </w:rPr>
              <w:t>mediacoverEUtv</w:t>
            </w:r>
          </w:p>
        </w:tc>
        <w:tc>
          <w:tcPr>
            <w:tcW w:w="2880" w:type="dxa"/>
          </w:tcPr>
          <w:p w14:paraId="398574A8" w14:textId="77777777" w:rsidR="004D342C" w:rsidRDefault="00000000">
            <w:pPr>
              <w:spacing w:before="20" w:after="20"/>
              <w:ind w:firstLine="0"/>
            </w:pPr>
            <w:r>
              <w:rPr>
                <w:sz w:val="16"/>
              </w:rPr>
              <w:t>MEDIA PRESENTATION EU: TELEVISION</w:t>
            </w:r>
          </w:p>
        </w:tc>
        <w:tc>
          <w:tcPr>
            <w:tcW w:w="3456" w:type="dxa"/>
          </w:tcPr>
          <w:p w14:paraId="4FD92806" w14:textId="77777777" w:rsidR="004D342C" w:rsidRDefault="00000000">
            <w:pPr>
              <w:spacing w:before="20" w:after="20"/>
              <w:ind w:firstLine="0"/>
            </w:pPr>
            <w:r>
              <w:rPr>
                <w:sz w:val="16"/>
              </w:rPr>
              <w:t>1 Too positively / 2 Objectively / 3 Too negatively / 4 Don't know (SPONTANEOUS)</w:t>
            </w:r>
          </w:p>
        </w:tc>
        <w:tc>
          <w:tcPr>
            <w:tcW w:w="648" w:type="dxa"/>
          </w:tcPr>
          <w:p w14:paraId="58E14399" w14:textId="77777777" w:rsidR="004D342C" w:rsidRDefault="00000000">
            <w:pPr>
              <w:spacing w:before="20" w:after="20"/>
              <w:ind w:firstLine="0"/>
              <w:jc w:val="right"/>
            </w:pPr>
            <w:r>
              <w:rPr>
                <w:sz w:val="16"/>
              </w:rPr>
              <w:t>15</w:t>
            </w:r>
          </w:p>
        </w:tc>
      </w:tr>
      <w:tr w:rsidR="004D342C" w14:paraId="6D27D79E" w14:textId="77777777">
        <w:trPr>
          <w:cantSplit/>
          <w:jc w:val="center"/>
        </w:trPr>
        <w:tc>
          <w:tcPr>
            <w:tcW w:w="1944" w:type="dxa"/>
          </w:tcPr>
          <w:p w14:paraId="5B626240" w14:textId="77777777" w:rsidR="004D342C" w:rsidRDefault="00000000">
            <w:pPr>
              <w:spacing w:before="20" w:after="20"/>
              <w:ind w:firstLine="0"/>
            </w:pPr>
            <w:r>
              <w:rPr>
                <w:sz w:val="16"/>
              </w:rPr>
              <w:t>mediaEUpress</w:t>
            </w:r>
          </w:p>
        </w:tc>
        <w:tc>
          <w:tcPr>
            <w:tcW w:w="2880" w:type="dxa"/>
          </w:tcPr>
          <w:p w14:paraId="68600FBC" w14:textId="77777777" w:rsidR="004D342C" w:rsidRDefault="00000000">
            <w:pPr>
              <w:spacing w:before="20" w:after="20"/>
              <w:ind w:firstLine="0"/>
            </w:pPr>
            <w:r>
              <w:rPr>
                <w:sz w:val="16"/>
              </w:rPr>
              <w:t>MEDIA COVERAGE EU ISSUES: WRITTEN PRESS</w:t>
            </w:r>
          </w:p>
        </w:tc>
        <w:tc>
          <w:tcPr>
            <w:tcW w:w="3456" w:type="dxa"/>
          </w:tcPr>
          <w:p w14:paraId="48487B02" w14:textId="77777777" w:rsidR="004D342C" w:rsidRDefault="00000000">
            <w:pPr>
              <w:spacing w:before="20" w:after="20"/>
              <w:ind w:firstLine="0"/>
            </w:pPr>
            <w:r>
              <w:rPr>
                <w:sz w:val="16"/>
              </w:rPr>
              <w:t>1 Too much / 2 About the right amount / 3 Too little / 4 DK</w:t>
            </w:r>
          </w:p>
        </w:tc>
        <w:tc>
          <w:tcPr>
            <w:tcW w:w="648" w:type="dxa"/>
          </w:tcPr>
          <w:p w14:paraId="1FA3E228" w14:textId="77777777" w:rsidR="004D342C" w:rsidRDefault="00000000">
            <w:pPr>
              <w:spacing w:before="20" w:after="20"/>
              <w:ind w:firstLine="0"/>
              <w:jc w:val="right"/>
            </w:pPr>
            <w:r>
              <w:rPr>
                <w:sz w:val="16"/>
              </w:rPr>
              <w:t>14</w:t>
            </w:r>
          </w:p>
        </w:tc>
      </w:tr>
      <w:tr w:rsidR="004D342C" w14:paraId="29981D8F" w14:textId="77777777">
        <w:trPr>
          <w:cantSplit/>
          <w:jc w:val="center"/>
        </w:trPr>
        <w:tc>
          <w:tcPr>
            <w:tcW w:w="1944" w:type="dxa"/>
          </w:tcPr>
          <w:p w14:paraId="2C87C65B" w14:textId="77777777" w:rsidR="004D342C" w:rsidRDefault="00000000">
            <w:pPr>
              <w:spacing w:before="20" w:after="20"/>
              <w:ind w:firstLine="0"/>
            </w:pPr>
            <w:r>
              <w:rPr>
                <w:sz w:val="16"/>
              </w:rPr>
              <w:t>mediaEUradio</w:t>
            </w:r>
          </w:p>
        </w:tc>
        <w:tc>
          <w:tcPr>
            <w:tcW w:w="2880" w:type="dxa"/>
          </w:tcPr>
          <w:p w14:paraId="6FD15192" w14:textId="77777777" w:rsidR="004D342C" w:rsidRDefault="00000000">
            <w:pPr>
              <w:spacing w:before="20" w:after="20"/>
              <w:ind w:firstLine="0"/>
            </w:pPr>
            <w:r>
              <w:rPr>
                <w:sz w:val="16"/>
              </w:rPr>
              <w:t>MEDIA COVERAGE EU ISSUES: RADIO</w:t>
            </w:r>
          </w:p>
        </w:tc>
        <w:tc>
          <w:tcPr>
            <w:tcW w:w="3456" w:type="dxa"/>
          </w:tcPr>
          <w:p w14:paraId="4C3336F0" w14:textId="77777777" w:rsidR="004D342C" w:rsidRDefault="00000000">
            <w:pPr>
              <w:spacing w:before="20" w:after="20"/>
              <w:ind w:firstLine="0"/>
            </w:pPr>
            <w:r>
              <w:rPr>
                <w:sz w:val="16"/>
              </w:rPr>
              <w:t>1 Too much / 2 About the right amount / 3 Too little / 4 DK</w:t>
            </w:r>
          </w:p>
        </w:tc>
        <w:tc>
          <w:tcPr>
            <w:tcW w:w="648" w:type="dxa"/>
          </w:tcPr>
          <w:p w14:paraId="63CF7A6A" w14:textId="77777777" w:rsidR="004D342C" w:rsidRDefault="00000000">
            <w:pPr>
              <w:spacing w:before="20" w:after="20"/>
              <w:ind w:firstLine="0"/>
              <w:jc w:val="right"/>
            </w:pPr>
            <w:r>
              <w:rPr>
                <w:sz w:val="16"/>
              </w:rPr>
              <w:t>14</w:t>
            </w:r>
          </w:p>
        </w:tc>
      </w:tr>
      <w:tr w:rsidR="004D342C" w14:paraId="4C3FA768" w14:textId="77777777">
        <w:trPr>
          <w:cantSplit/>
          <w:jc w:val="center"/>
        </w:trPr>
        <w:tc>
          <w:tcPr>
            <w:tcW w:w="1944" w:type="dxa"/>
          </w:tcPr>
          <w:p w14:paraId="4BB2C3C0" w14:textId="77777777" w:rsidR="004D342C" w:rsidRDefault="00000000">
            <w:pPr>
              <w:spacing w:before="20" w:after="20"/>
              <w:ind w:firstLine="0"/>
            </w:pPr>
            <w:r>
              <w:rPr>
                <w:sz w:val="16"/>
              </w:rPr>
              <w:t>mediaEUtv</w:t>
            </w:r>
          </w:p>
        </w:tc>
        <w:tc>
          <w:tcPr>
            <w:tcW w:w="2880" w:type="dxa"/>
          </w:tcPr>
          <w:p w14:paraId="240C7D8F" w14:textId="77777777" w:rsidR="004D342C" w:rsidRDefault="00000000">
            <w:pPr>
              <w:spacing w:before="20" w:after="20"/>
              <w:ind w:firstLine="0"/>
            </w:pPr>
            <w:r>
              <w:rPr>
                <w:sz w:val="16"/>
              </w:rPr>
              <w:t>MEDIA COVERAGE EU ISSUES: TELEVISION</w:t>
            </w:r>
          </w:p>
        </w:tc>
        <w:tc>
          <w:tcPr>
            <w:tcW w:w="3456" w:type="dxa"/>
          </w:tcPr>
          <w:p w14:paraId="0E39A481" w14:textId="77777777" w:rsidR="004D342C" w:rsidRDefault="00000000">
            <w:pPr>
              <w:spacing w:before="20" w:after="20"/>
              <w:ind w:firstLine="0"/>
            </w:pPr>
            <w:r>
              <w:rPr>
                <w:sz w:val="16"/>
              </w:rPr>
              <w:t>1 Too much / 2 About the right amount / 3 Too little / 4 DK</w:t>
            </w:r>
          </w:p>
        </w:tc>
        <w:tc>
          <w:tcPr>
            <w:tcW w:w="648" w:type="dxa"/>
          </w:tcPr>
          <w:p w14:paraId="54689C43" w14:textId="77777777" w:rsidR="004D342C" w:rsidRDefault="00000000">
            <w:pPr>
              <w:spacing w:before="20" w:after="20"/>
              <w:ind w:firstLine="0"/>
              <w:jc w:val="right"/>
            </w:pPr>
            <w:r>
              <w:rPr>
                <w:sz w:val="16"/>
              </w:rPr>
              <w:t>14</w:t>
            </w:r>
          </w:p>
        </w:tc>
      </w:tr>
      <w:tr w:rsidR="004D342C" w14:paraId="7B2F3CA9" w14:textId="77777777">
        <w:trPr>
          <w:cantSplit/>
          <w:jc w:val="center"/>
        </w:trPr>
        <w:tc>
          <w:tcPr>
            <w:tcW w:w="1944" w:type="dxa"/>
          </w:tcPr>
          <w:p w14:paraId="41061E4B" w14:textId="77777777" w:rsidR="004D342C" w:rsidRDefault="00000000">
            <w:pPr>
              <w:spacing w:before="20" w:after="20"/>
              <w:ind w:firstLine="0"/>
            </w:pPr>
            <w:r>
              <w:rPr>
                <w:sz w:val="16"/>
              </w:rPr>
              <w:t>knowledgesubjective3</w:t>
            </w:r>
            <w:r>
              <w:rPr>
                <w:sz w:val="16"/>
              </w:rPr>
              <w:br/>
              <w:t>(informpers)</w:t>
            </w:r>
          </w:p>
        </w:tc>
        <w:tc>
          <w:tcPr>
            <w:tcW w:w="2880" w:type="dxa"/>
          </w:tcPr>
          <w:p w14:paraId="22C4F119" w14:textId="77777777" w:rsidR="004D342C" w:rsidRDefault="00000000">
            <w:pPr>
              <w:spacing w:before="20" w:after="20"/>
              <w:ind w:firstLine="0"/>
            </w:pPr>
            <w:r>
              <w:rPr>
                <w:sz w:val="16"/>
              </w:rPr>
              <w:t>EU INFORMEDNESS - RESPONDENT</w:t>
            </w:r>
          </w:p>
        </w:tc>
        <w:tc>
          <w:tcPr>
            <w:tcW w:w="3456" w:type="dxa"/>
          </w:tcPr>
          <w:p w14:paraId="78621B5A" w14:textId="77777777" w:rsidR="004D342C" w:rsidRDefault="00000000">
            <w:pPr>
              <w:spacing w:before="20" w:after="20"/>
              <w:ind w:firstLine="0"/>
            </w:pPr>
            <w:r>
              <w:rPr>
                <w:sz w:val="16"/>
              </w:rPr>
              <w:t>1 Very well informed / 2 Fairly well informed / 3 Not very well informed / 4 Not at all informed / 5 Don't know (SPONTANEOUS)</w:t>
            </w:r>
          </w:p>
        </w:tc>
        <w:tc>
          <w:tcPr>
            <w:tcW w:w="648" w:type="dxa"/>
          </w:tcPr>
          <w:p w14:paraId="66C052A4" w14:textId="77777777" w:rsidR="004D342C" w:rsidRDefault="00000000">
            <w:pPr>
              <w:spacing w:before="20" w:after="20"/>
              <w:ind w:firstLine="0"/>
              <w:jc w:val="right"/>
            </w:pPr>
            <w:r>
              <w:rPr>
                <w:sz w:val="16"/>
              </w:rPr>
              <w:t>12</w:t>
            </w:r>
          </w:p>
        </w:tc>
      </w:tr>
      <w:tr w:rsidR="004D342C" w14:paraId="36752DFB" w14:textId="77777777">
        <w:trPr>
          <w:cantSplit/>
          <w:jc w:val="center"/>
        </w:trPr>
        <w:tc>
          <w:tcPr>
            <w:tcW w:w="1944" w:type="dxa"/>
          </w:tcPr>
          <w:p w14:paraId="5E370C7D" w14:textId="77777777" w:rsidR="004D342C" w:rsidRDefault="00000000">
            <w:pPr>
              <w:spacing w:before="20" w:after="20"/>
              <w:ind w:firstLine="0"/>
            </w:pPr>
            <w:r>
              <w:rPr>
                <w:sz w:val="16"/>
              </w:rPr>
              <w:t>mediacoverEUweb</w:t>
            </w:r>
          </w:p>
        </w:tc>
        <w:tc>
          <w:tcPr>
            <w:tcW w:w="2880" w:type="dxa"/>
          </w:tcPr>
          <w:p w14:paraId="00E7033C" w14:textId="77777777" w:rsidR="004D342C" w:rsidRDefault="00000000">
            <w:pPr>
              <w:spacing w:before="20" w:after="20"/>
              <w:ind w:firstLine="0"/>
            </w:pPr>
            <w:r>
              <w:rPr>
                <w:sz w:val="16"/>
              </w:rPr>
              <w:t>MEDIA PRESENTATION EU: WEBSITES</w:t>
            </w:r>
          </w:p>
        </w:tc>
        <w:tc>
          <w:tcPr>
            <w:tcW w:w="3456" w:type="dxa"/>
          </w:tcPr>
          <w:p w14:paraId="3973D6E2" w14:textId="77777777" w:rsidR="004D342C" w:rsidRDefault="00000000">
            <w:pPr>
              <w:spacing w:before="20" w:after="20"/>
              <w:ind w:firstLine="0"/>
            </w:pPr>
            <w:r>
              <w:rPr>
                <w:sz w:val="16"/>
              </w:rPr>
              <w:t>1 Too positively / 2 Objectively / 3 Too negatively / 4 Don't know (SPONTANEOUS)</w:t>
            </w:r>
          </w:p>
        </w:tc>
        <w:tc>
          <w:tcPr>
            <w:tcW w:w="648" w:type="dxa"/>
          </w:tcPr>
          <w:p w14:paraId="2C077DE3" w14:textId="77777777" w:rsidR="004D342C" w:rsidRDefault="00000000">
            <w:pPr>
              <w:spacing w:before="20" w:after="20"/>
              <w:ind w:firstLine="0"/>
              <w:jc w:val="right"/>
            </w:pPr>
            <w:r>
              <w:rPr>
                <w:sz w:val="16"/>
              </w:rPr>
              <w:t>12</w:t>
            </w:r>
          </w:p>
        </w:tc>
      </w:tr>
      <w:tr w:rsidR="004D342C" w14:paraId="164BE9D7" w14:textId="77777777">
        <w:trPr>
          <w:cantSplit/>
          <w:jc w:val="center"/>
        </w:trPr>
        <w:tc>
          <w:tcPr>
            <w:tcW w:w="1944" w:type="dxa"/>
          </w:tcPr>
          <w:p w14:paraId="4871B8B8" w14:textId="77777777" w:rsidR="004D342C" w:rsidRDefault="00000000">
            <w:pPr>
              <w:spacing w:before="20" w:after="20"/>
              <w:ind w:firstLine="0"/>
            </w:pPr>
            <w:r>
              <w:rPr>
                <w:sz w:val="16"/>
              </w:rPr>
              <w:t>knowledgesubjectivepublic</w:t>
            </w:r>
            <w:r>
              <w:rPr>
                <w:sz w:val="16"/>
              </w:rPr>
              <w:br/>
              <w:t>(informpublic)</w:t>
            </w:r>
          </w:p>
        </w:tc>
        <w:tc>
          <w:tcPr>
            <w:tcW w:w="2880" w:type="dxa"/>
          </w:tcPr>
          <w:p w14:paraId="4DC85012" w14:textId="77777777" w:rsidR="004D342C" w:rsidRDefault="00000000">
            <w:pPr>
              <w:spacing w:before="20" w:after="20"/>
              <w:ind w:firstLine="0"/>
            </w:pPr>
            <w:r>
              <w:rPr>
                <w:sz w:val="16"/>
              </w:rPr>
              <w:t>EU INFORMEDNESS - ASSESSMENT COUNTRY</w:t>
            </w:r>
          </w:p>
        </w:tc>
        <w:tc>
          <w:tcPr>
            <w:tcW w:w="3456" w:type="dxa"/>
          </w:tcPr>
          <w:p w14:paraId="18B4AB97" w14:textId="77777777" w:rsidR="004D342C" w:rsidRDefault="00000000">
            <w:pPr>
              <w:spacing w:before="20" w:after="20"/>
              <w:ind w:firstLine="0"/>
            </w:pPr>
            <w:r>
              <w:rPr>
                <w:sz w:val="16"/>
              </w:rPr>
              <w:t>1 Very well informed / 2 Fairly well informed / 3 Not very well informed / 4 Not at all informed / 5 Don't know (SPONTANEOUS)</w:t>
            </w:r>
          </w:p>
        </w:tc>
        <w:tc>
          <w:tcPr>
            <w:tcW w:w="648" w:type="dxa"/>
          </w:tcPr>
          <w:p w14:paraId="66278CA8" w14:textId="77777777" w:rsidR="004D342C" w:rsidRDefault="00000000">
            <w:pPr>
              <w:spacing w:before="20" w:after="20"/>
              <w:ind w:firstLine="0"/>
              <w:jc w:val="right"/>
            </w:pPr>
            <w:r>
              <w:rPr>
                <w:sz w:val="16"/>
              </w:rPr>
              <w:t>11</w:t>
            </w:r>
          </w:p>
        </w:tc>
      </w:tr>
      <w:tr w:rsidR="004D342C" w14:paraId="387DE389" w14:textId="77777777">
        <w:trPr>
          <w:cantSplit/>
          <w:jc w:val="center"/>
        </w:trPr>
        <w:tc>
          <w:tcPr>
            <w:tcW w:w="1944" w:type="dxa"/>
          </w:tcPr>
          <w:p w14:paraId="7956AAA7" w14:textId="77777777" w:rsidR="004D342C" w:rsidRDefault="00000000">
            <w:pPr>
              <w:spacing w:before="20" w:after="20"/>
              <w:ind w:firstLine="0"/>
            </w:pPr>
            <w:r>
              <w:rPr>
                <w:sz w:val="16"/>
              </w:rPr>
              <w:t>mediaEUweb</w:t>
            </w:r>
          </w:p>
        </w:tc>
        <w:tc>
          <w:tcPr>
            <w:tcW w:w="2880" w:type="dxa"/>
          </w:tcPr>
          <w:p w14:paraId="0CDDC8CC" w14:textId="77777777" w:rsidR="004D342C" w:rsidRDefault="00000000">
            <w:pPr>
              <w:spacing w:before="20" w:after="20"/>
              <w:ind w:firstLine="0"/>
            </w:pPr>
            <w:r>
              <w:rPr>
                <w:sz w:val="16"/>
              </w:rPr>
              <w:t>MEDIA COVERAGE EU ISSUES: WEBSITES</w:t>
            </w:r>
          </w:p>
        </w:tc>
        <w:tc>
          <w:tcPr>
            <w:tcW w:w="3456" w:type="dxa"/>
          </w:tcPr>
          <w:p w14:paraId="336D04F7" w14:textId="77777777" w:rsidR="004D342C" w:rsidRDefault="00000000">
            <w:pPr>
              <w:spacing w:before="20" w:after="20"/>
              <w:ind w:firstLine="0"/>
            </w:pPr>
            <w:r>
              <w:rPr>
                <w:sz w:val="16"/>
              </w:rPr>
              <w:t>1 Too much / 2 About the right amount / 3 Too little / 4 DK</w:t>
            </w:r>
          </w:p>
        </w:tc>
        <w:tc>
          <w:tcPr>
            <w:tcW w:w="648" w:type="dxa"/>
          </w:tcPr>
          <w:p w14:paraId="78643CD0" w14:textId="77777777" w:rsidR="004D342C" w:rsidRDefault="00000000">
            <w:pPr>
              <w:spacing w:before="20" w:after="20"/>
              <w:ind w:firstLine="0"/>
              <w:jc w:val="right"/>
            </w:pPr>
            <w:r>
              <w:rPr>
                <w:sz w:val="16"/>
              </w:rPr>
              <w:t>11</w:t>
            </w:r>
          </w:p>
        </w:tc>
      </w:tr>
      <w:tr w:rsidR="004D342C" w14:paraId="01EC8C18" w14:textId="77777777">
        <w:trPr>
          <w:cantSplit/>
          <w:jc w:val="center"/>
        </w:trPr>
        <w:tc>
          <w:tcPr>
            <w:tcW w:w="1944" w:type="dxa"/>
          </w:tcPr>
          <w:p w14:paraId="508ECEDE" w14:textId="77777777" w:rsidR="004D342C" w:rsidRDefault="00000000">
            <w:pPr>
              <w:spacing w:before="20" w:after="20"/>
              <w:ind w:firstLine="0"/>
            </w:pPr>
            <w:r>
              <w:rPr>
                <w:sz w:val="16"/>
              </w:rPr>
              <w:t>mediaexppress</w:t>
            </w:r>
          </w:p>
        </w:tc>
        <w:tc>
          <w:tcPr>
            <w:tcW w:w="2880" w:type="dxa"/>
          </w:tcPr>
          <w:p w14:paraId="11A2FB29" w14:textId="77777777" w:rsidR="004D342C" w:rsidRDefault="00000000">
            <w:pPr>
              <w:spacing w:before="20" w:after="20"/>
              <w:ind w:firstLine="0"/>
            </w:pPr>
            <w:r>
              <w:rPr>
                <w:sz w:val="16"/>
              </w:rPr>
              <w:t>MEDIA USE - WRITTEN PRESS</w:t>
            </w:r>
          </w:p>
        </w:tc>
        <w:tc>
          <w:tcPr>
            <w:tcW w:w="3456" w:type="dxa"/>
          </w:tcPr>
          <w:p w14:paraId="348A0593" w14:textId="77777777" w:rsidR="004D342C" w:rsidRDefault="00000000">
            <w:pPr>
              <w:spacing w:before="20" w:after="20"/>
              <w:ind w:firstLine="0"/>
            </w:pPr>
            <w:r>
              <w:rPr>
                <w:sz w:val="16"/>
              </w:rPr>
              <w:t xml:space="preserve">1 Everyday/ Almost everyday / 2 Two or three times a week / 3 About once a week / 4 Two or three times a month / 5 Less often / 6 Never / 7 No access </w:t>
            </w:r>
          </w:p>
        </w:tc>
        <w:tc>
          <w:tcPr>
            <w:tcW w:w="648" w:type="dxa"/>
          </w:tcPr>
          <w:p w14:paraId="2E049C4A" w14:textId="77777777" w:rsidR="004D342C" w:rsidRDefault="00000000">
            <w:pPr>
              <w:spacing w:before="20" w:after="20"/>
              <w:ind w:firstLine="0"/>
              <w:jc w:val="right"/>
            </w:pPr>
            <w:r>
              <w:rPr>
                <w:sz w:val="16"/>
              </w:rPr>
              <w:t>11</w:t>
            </w:r>
          </w:p>
        </w:tc>
      </w:tr>
      <w:tr w:rsidR="004D342C" w14:paraId="5D04BF59" w14:textId="77777777">
        <w:trPr>
          <w:cantSplit/>
          <w:jc w:val="center"/>
        </w:trPr>
        <w:tc>
          <w:tcPr>
            <w:tcW w:w="1944" w:type="dxa"/>
          </w:tcPr>
          <w:p w14:paraId="6AC71396" w14:textId="77777777" w:rsidR="004D342C" w:rsidRDefault="00000000">
            <w:pPr>
              <w:spacing w:before="20" w:after="20"/>
              <w:ind w:firstLine="0"/>
            </w:pPr>
            <w:r>
              <w:rPr>
                <w:sz w:val="16"/>
              </w:rPr>
              <w:t>mediaexpradio</w:t>
            </w:r>
          </w:p>
        </w:tc>
        <w:tc>
          <w:tcPr>
            <w:tcW w:w="2880" w:type="dxa"/>
          </w:tcPr>
          <w:p w14:paraId="72475B66" w14:textId="77777777" w:rsidR="004D342C" w:rsidRDefault="00000000">
            <w:pPr>
              <w:spacing w:before="20" w:after="20"/>
              <w:ind w:firstLine="0"/>
            </w:pPr>
            <w:r>
              <w:rPr>
                <w:sz w:val="16"/>
              </w:rPr>
              <w:t>MEDIA USE - RADIO</w:t>
            </w:r>
          </w:p>
        </w:tc>
        <w:tc>
          <w:tcPr>
            <w:tcW w:w="3456" w:type="dxa"/>
          </w:tcPr>
          <w:p w14:paraId="368A5D34" w14:textId="77777777" w:rsidR="004D342C" w:rsidRDefault="00000000">
            <w:pPr>
              <w:spacing w:before="20" w:after="20"/>
              <w:ind w:firstLine="0"/>
            </w:pPr>
            <w:r>
              <w:rPr>
                <w:sz w:val="16"/>
              </w:rPr>
              <w:t xml:space="preserve">1 Everyday/ Almost everyday / 2 Two or three times a week / 3 About once a week / 4 Two or three times a month / 5 Less often / 6 Never / 7 No access </w:t>
            </w:r>
          </w:p>
        </w:tc>
        <w:tc>
          <w:tcPr>
            <w:tcW w:w="648" w:type="dxa"/>
          </w:tcPr>
          <w:p w14:paraId="7526652F" w14:textId="77777777" w:rsidR="004D342C" w:rsidRDefault="00000000">
            <w:pPr>
              <w:spacing w:before="20" w:after="20"/>
              <w:ind w:firstLine="0"/>
              <w:jc w:val="right"/>
            </w:pPr>
            <w:r>
              <w:rPr>
                <w:sz w:val="16"/>
              </w:rPr>
              <w:t>11</w:t>
            </w:r>
          </w:p>
        </w:tc>
      </w:tr>
      <w:tr w:rsidR="004D342C" w14:paraId="0CA51DE7" w14:textId="77777777">
        <w:trPr>
          <w:cantSplit/>
          <w:jc w:val="center"/>
        </w:trPr>
        <w:tc>
          <w:tcPr>
            <w:tcW w:w="1944" w:type="dxa"/>
          </w:tcPr>
          <w:p w14:paraId="1A2D9C2A" w14:textId="77777777" w:rsidR="004D342C" w:rsidRDefault="00000000">
            <w:pPr>
              <w:spacing w:before="20" w:after="20"/>
              <w:ind w:firstLine="0"/>
            </w:pPr>
            <w:r>
              <w:rPr>
                <w:sz w:val="16"/>
              </w:rPr>
              <w:t>mediaexpsocial</w:t>
            </w:r>
          </w:p>
        </w:tc>
        <w:tc>
          <w:tcPr>
            <w:tcW w:w="2880" w:type="dxa"/>
          </w:tcPr>
          <w:p w14:paraId="62CCC123" w14:textId="77777777" w:rsidR="004D342C" w:rsidRDefault="00000000">
            <w:pPr>
              <w:spacing w:before="20" w:after="20"/>
              <w:ind w:firstLine="0"/>
            </w:pPr>
            <w:r>
              <w:rPr>
                <w:sz w:val="16"/>
              </w:rPr>
              <w:t>MEDIA USE - ONLINE SOCIAL NETWORKS</w:t>
            </w:r>
          </w:p>
        </w:tc>
        <w:tc>
          <w:tcPr>
            <w:tcW w:w="3456" w:type="dxa"/>
          </w:tcPr>
          <w:p w14:paraId="641A394C" w14:textId="77777777" w:rsidR="004D342C" w:rsidRDefault="00000000">
            <w:pPr>
              <w:spacing w:before="20" w:after="20"/>
              <w:ind w:firstLine="0"/>
            </w:pPr>
            <w:r>
              <w:rPr>
                <w:sz w:val="16"/>
              </w:rPr>
              <w:t xml:space="preserve">1 Everyday/ Almost everyday / 2 Two or three times a week / 3 About once a week / 4 Two or three times a month / 5 Less often / 6 Never / 7 No access </w:t>
            </w:r>
          </w:p>
        </w:tc>
        <w:tc>
          <w:tcPr>
            <w:tcW w:w="648" w:type="dxa"/>
          </w:tcPr>
          <w:p w14:paraId="5D1513CA" w14:textId="77777777" w:rsidR="004D342C" w:rsidRDefault="00000000">
            <w:pPr>
              <w:spacing w:before="20" w:after="20"/>
              <w:ind w:firstLine="0"/>
              <w:jc w:val="right"/>
            </w:pPr>
            <w:r>
              <w:rPr>
                <w:sz w:val="16"/>
              </w:rPr>
              <w:t>11</w:t>
            </w:r>
          </w:p>
        </w:tc>
      </w:tr>
      <w:tr w:rsidR="004D342C" w14:paraId="54AD2A35" w14:textId="77777777">
        <w:trPr>
          <w:cantSplit/>
          <w:jc w:val="center"/>
        </w:trPr>
        <w:tc>
          <w:tcPr>
            <w:tcW w:w="1944" w:type="dxa"/>
          </w:tcPr>
          <w:p w14:paraId="3578E183" w14:textId="77777777" w:rsidR="004D342C" w:rsidRDefault="00000000">
            <w:pPr>
              <w:spacing w:before="20" w:after="20"/>
              <w:ind w:firstLine="0"/>
            </w:pPr>
            <w:r>
              <w:rPr>
                <w:sz w:val="16"/>
              </w:rPr>
              <w:t>mediaexptv</w:t>
            </w:r>
          </w:p>
        </w:tc>
        <w:tc>
          <w:tcPr>
            <w:tcW w:w="2880" w:type="dxa"/>
          </w:tcPr>
          <w:p w14:paraId="79703A13" w14:textId="77777777" w:rsidR="004D342C" w:rsidRDefault="00000000">
            <w:pPr>
              <w:spacing w:before="20" w:after="20"/>
              <w:ind w:firstLine="0"/>
            </w:pPr>
            <w:r>
              <w:rPr>
                <w:sz w:val="16"/>
              </w:rPr>
              <w:t>MEDIA USE - TELEVISION VIA TV SET</w:t>
            </w:r>
          </w:p>
        </w:tc>
        <w:tc>
          <w:tcPr>
            <w:tcW w:w="3456" w:type="dxa"/>
          </w:tcPr>
          <w:p w14:paraId="6170E2C9" w14:textId="77777777" w:rsidR="004D342C" w:rsidRDefault="00000000">
            <w:pPr>
              <w:spacing w:before="20" w:after="20"/>
              <w:ind w:firstLine="0"/>
            </w:pPr>
            <w:r>
              <w:rPr>
                <w:sz w:val="16"/>
              </w:rPr>
              <w:t xml:space="preserve">1 Everyday/ Almost everyday / 2 Two or three times a week / 3 About once a week / 4 Two or three times a month / 5 Less often / 6 Never / 7 No access </w:t>
            </w:r>
          </w:p>
        </w:tc>
        <w:tc>
          <w:tcPr>
            <w:tcW w:w="648" w:type="dxa"/>
          </w:tcPr>
          <w:p w14:paraId="42B92AD6" w14:textId="77777777" w:rsidR="004D342C" w:rsidRDefault="00000000">
            <w:pPr>
              <w:spacing w:before="20" w:after="20"/>
              <w:ind w:firstLine="0"/>
              <w:jc w:val="right"/>
            </w:pPr>
            <w:r>
              <w:rPr>
                <w:sz w:val="16"/>
              </w:rPr>
              <w:t>11</w:t>
            </w:r>
          </w:p>
        </w:tc>
      </w:tr>
      <w:tr w:rsidR="004D342C" w14:paraId="0574D129" w14:textId="77777777">
        <w:trPr>
          <w:cantSplit/>
          <w:jc w:val="center"/>
        </w:trPr>
        <w:tc>
          <w:tcPr>
            <w:tcW w:w="1944" w:type="dxa"/>
          </w:tcPr>
          <w:p w14:paraId="123924A0" w14:textId="77777777" w:rsidR="004D342C" w:rsidRDefault="00000000">
            <w:pPr>
              <w:spacing w:before="20" w:after="20"/>
              <w:ind w:firstLine="0"/>
            </w:pPr>
            <w:r>
              <w:rPr>
                <w:sz w:val="16"/>
              </w:rPr>
              <w:t>mediaexpweb</w:t>
            </w:r>
          </w:p>
        </w:tc>
        <w:tc>
          <w:tcPr>
            <w:tcW w:w="2880" w:type="dxa"/>
          </w:tcPr>
          <w:p w14:paraId="353EBAC9" w14:textId="77777777" w:rsidR="004D342C" w:rsidRDefault="00000000">
            <w:pPr>
              <w:spacing w:before="20" w:after="20"/>
              <w:ind w:firstLine="0"/>
            </w:pPr>
            <w:r>
              <w:rPr>
                <w:sz w:val="16"/>
              </w:rPr>
              <w:t>MEDIA USE - INTERNET</w:t>
            </w:r>
          </w:p>
        </w:tc>
        <w:tc>
          <w:tcPr>
            <w:tcW w:w="3456" w:type="dxa"/>
          </w:tcPr>
          <w:p w14:paraId="42906E63" w14:textId="77777777" w:rsidR="004D342C" w:rsidRDefault="00000000">
            <w:pPr>
              <w:spacing w:before="20" w:after="20"/>
              <w:ind w:firstLine="0"/>
            </w:pPr>
            <w:r>
              <w:rPr>
                <w:sz w:val="16"/>
              </w:rPr>
              <w:t xml:space="preserve">1 Everyday/ Almost everyday / 2 Two or three times a week / 3 About once a week / 4 Two or three times a month / 5 Less often / 6 Never / 7 No access </w:t>
            </w:r>
          </w:p>
        </w:tc>
        <w:tc>
          <w:tcPr>
            <w:tcW w:w="648" w:type="dxa"/>
          </w:tcPr>
          <w:p w14:paraId="39E79CBD" w14:textId="77777777" w:rsidR="004D342C" w:rsidRDefault="00000000">
            <w:pPr>
              <w:spacing w:before="20" w:after="20"/>
              <w:ind w:firstLine="0"/>
              <w:jc w:val="right"/>
            </w:pPr>
            <w:r>
              <w:rPr>
                <w:sz w:val="16"/>
              </w:rPr>
              <w:t>11</w:t>
            </w:r>
          </w:p>
        </w:tc>
      </w:tr>
      <w:tr w:rsidR="004D342C" w14:paraId="17A73091" w14:textId="77777777">
        <w:trPr>
          <w:cantSplit/>
          <w:jc w:val="center"/>
        </w:trPr>
        <w:tc>
          <w:tcPr>
            <w:tcW w:w="1944" w:type="dxa"/>
          </w:tcPr>
          <w:p w14:paraId="6D88C4D8" w14:textId="77777777" w:rsidR="004D342C" w:rsidRDefault="00000000">
            <w:pPr>
              <w:spacing w:before="20" w:after="20"/>
              <w:ind w:firstLine="0"/>
            </w:pPr>
            <w:r>
              <w:rPr>
                <w:sz w:val="16"/>
              </w:rPr>
              <w:t>demoEU</w:t>
            </w:r>
          </w:p>
        </w:tc>
        <w:tc>
          <w:tcPr>
            <w:tcW w:w="2880" w:type="dxa"/>
          </w:tcPr>
          <w:p w14:paraId="32F48017" w14:textId="77777777" w:rsidR="004D342C" w:rsidRDefault="00000000">
            <w:pPr>
              <w:spacing w:before="20" w:after="20"/>
              <w:ind w:firstLine="0"/>
            </w:pPr>
            <w:r>
              <w:rPr>
                <w:sz w:val="16"/>
              </w:rPr>
              <w:t>SITUATION: EUROPEAN ECONOMY</w:t>
            </w:r>
          </w:p>
        </w:tc>
        <w:tc>
          <w:tcPr>
            <w:tcW w:w="3456" w:type="dxa"/>
          </w:tcPr>
          <w:p w14:paraId="68E2C24D" w14:textId="77777777" w:rsidR="004D342C" w:rsidRDefault="00000000">
            <w:pPr>
              <w:spacing w:before="20" w:after="20"/>
              <w:ind w:firstLine="0"/>
            </w:pPr>
            <w:r>
              <w:rPr>
                <w:sz w:val="16"/>
              </w:rPr>
              <w:t>1 Very good / 2 Rather good / 3 Rather bad / 4 Very bad / 5 Don't know (SPONTANEOUS)</w:t>
            </w:r>
          </w:p>
        </w:tc>
        <w:tc>
          <w:tcPr>
            <w:tcW w:w="648" w:type="dxa"/>
          </w:tcPr>
          <w:p w14:paraId="5E44FCE8" w14:textId="77777777" w:rsidR="004D342C" w:rsidRDefault="00000000">
            <w:pPr>
              <w:spacing w:before="20" w:after="20"/>
              <w:ind w:firstLine="0"/>
              <w:jc w:val="right"/>
            </w:pPr>
            <w:r>
              <w:rPr>
                <w:sz w:val="16"/>
              </w:rPr>
              <w:t>10</w:t>
            </w:r>
          </w:p>
        </w:tc>
      </w:tr>
      <w:tr w:rsidR="004D342C" w14:paraId="587931A8" w14:textId="77777777">
        <w:trPr>
          <w:cantSplit/>
          <w:jc w:val="center"/>
        </w:trPr>
        <w:tc>
          <w:tcPr>
            <w:tcW w:w="1944" w:type="dxa"/>
          </w:tcPr>
          <w:p w14:paraId="03FEEDD1" w14:textId="77777777" w:rsidR="004D342C" w:rsidRDefault="00000000">
            <w:pPr>
              <w:spacing w:before="20" w:after="20"/>
              <w:ind w:firstLine="0"/>
            </w:pPr>
            <w:r>
              <w:rPr>
                <w:sz w:val="16"/>
              </w:rPr>
              <w:t>demoEUtestSwitzerland</w:t>
            </w:r>
          </w:p>
        </w:tc>
        <w:tc>
          <w:tcPr>
            <w:tcW w:w="2880" w:type="dxa"/>
          </w:tcPr>
          <w:p w14:paraId="65F614CF" w14:textId="77777777" w:rsidR="004D342C" w:rsidRDefault="00000000">
            <w:pPr>
              <w:spacing w:before="20" w:after="20"/>
              <w:ind w:firstLine="0"/>
            </w:pPr>
            <w:r>
              <w:rPr>
                <w:sz w:val="16"/>
              </w:rPr>
              <w:t>EU KNOWLEDGE: SWITZERLAND IS MEMBER</w:t>
            </w:r>
          </w:p>
        </w:tc>
        <w:tc>
          <w:tcPr>
            <w:tcW w:w="3456" w:type="dxa"/>
          </w:tcPr>
          <w:p w14:paraId="2C8937A5" w14:textId="77777777" w:rsidR="004D342C" w:rsidRDefault="00000000">
            <w:pPr>
              <w:spacing w:before="20" w:after="20"/>
              <w:ind w:firstLine="0"/>
            </w:pPr>
            <w:r>
              <w:rPr>
                <w:sz w:val="16"/>
              </w:rPr>
              <w:t>1 True / 2 False (CORRECT) / 3 Don't know (SPONTANEOUS)</w:t>
            </w:r>
          </w:p>
        </w:tc>
        <w:tc>
          <w:tcPr>
            <w:tcW w:w="648" w:type="dxa"/>
          </w:tcPr>
          <w:p w14:paraId="272884BE" w14:textId="77777777" w:rsidR="004D342C" w:rsidRDefault="00000000">
            <w:pPr>
              <w:spacing w:before="20" w:after="20"/>
              <w:ind w:firstLine="0"/>
              <w:jc w:val="right"/>
            </w:pPr>
            <w:r>
              <w:rPr>
                <w:sz w:val="16"/>
              </w:rPr>
              <w:t>10</w:t>
            </w:r>
          </w:p>
        </w:tc>
      </w:tr>
      <w:tr w:rsidR="004D342C" w14:paraId="13D6E515" w14:textId="77777777">
        <w:trPr>
          <w:cantSplit/>
          <w:jc w:val="center"/>
        </w:trPr>
        <w:tc>
          <w:tcPr>
            <w:tcW w:w="1944" w:type="dxa"/>
          </w:tcPr>
          <w:p w14:paraId="3C72E28F" w14:textId="77777777" w:rsidR="004D342C" w:rsidRDefault="00000000">
            <w:pPr>
              <w:spacing w:before="20" w:after="20"/>
              <w:ind w:firstLine="0"/>
            </w:pPr>
            <w:r>
              <w:rPr>
                <w:sz w:val="16"/>
              </w:rPr>
              <w:t>demoEUtesteuroarea</w:t>
            </w:r>
          </w:p>
        </w:tc>
        <w:tc>
          <w:tcPr>
            <w:tcW w:w="2880" w:type="dxa"/>
          </w:tcPr>
          <w:p w14:paraId="1E6A4A57" w14:textId="77777777" w:rsidR="004D342C" w:rsidRDefault="00000000">
            <w:pPr>
              <w:spacing w:before="20" w:after="20"/>
              <w:ind w:firstLine="0"/>
            </w:pPr>
            <w:r>
              <w:rPr>
                <w:sz w:val="16"/>
              </w:rPr>
              <w:t>EU KNOWLEDGE: NUMBER OF STATES USING THE EURO</w:t>
            </w:r>
          </w:p>
        </w:tc>
        <w:tc>
          <w:tcPr>
            <w:tcW w:w="3456" w:type="dxa"/>
          </w:tcPr>
          <w:p w14:paraId="6EB29C88" w14:textId="77777777" w:rsidR="004D342C" w:rsidRDefault="00000000">
            <w:pPr>
              <w:spacing w:before="20" w:after="20"/>
              <w:ind w:firstLine="0"/>
            </w:pPr>
            <w:r>
              <w:rPr>
                <w:sz w:val="16"/>
              </w:rPr>
              <w:t>1 True (CORRECT) / 2 False / 3 Don't know (SPONTANEOUS)</w:t>
            </w:r>
          </w:p>
        </w:tc>
        <w:tc>
          <w:tcPr>
            <w:tcW w:w="648" w:type="dxa"/>
          </w:tcPr>
          <w:p w14:paraId="552BFEB2" w14:textId="77777777" w:rsidR="004D342C" w:rsidRDefault="00000000">
            <w:pPr>
              <w:spacing w:before="20" w:after="20"/>
              <w:ind w:firstLine="0"/>
              <w:jc w:val="right"/>
            </w:pPr>
            <w:r>
              <w:rPr>
                <w:sz w:val="16"/>
              </w:rPr>
              <w:t>19</w:t>
            </w:r>
          </w:p>
        </w:tc>
      </w:tr>
      <w:tr w:rsidR="004D342C" w14:paraId="7D19BDBD" w14:textId="77777777">
        <w:trPr>
          <w:cantSplit/>
          <w:jc w:val="center"/>
        </w:trPr>
        <w:tc>
          <w:tcPr>
            <w:tcW w:w="1944" w:type="dxa"/>
          </w:tcPr>
          <w:p w14:paraId="361F181E" w14:textId="77777777" w:rsidR="004D342C" w:rsidRDefault="00000000">
            <w:pPr>
              <w:spacing w:before="20" w:after="20"/>
              <w:ind w:firstLine="0"/>
            </w:pPr>
            <w:r>
              <w:rPr>
                <w:sz w:val="16"/>
              </w:rPr>
              <w:lastRenderedPageBreak/>
              <w:t>knowledgesubjective2</w:t>
            </w:r>
            <w:r>
              <w:rPr>
                <w:sz w:val="16"/>
              </w:rPr>
              <w:br/>
              <w:t>(demoEUknowledge2)</w:t>
            </w:r>
          </w:p>
        </w:tc>
        <w:tc>
          <w:tcPr>
            <w:tcW w:w="2880" w:type="dxa"/>
          </w:tcPr>
          <w:p w14:paraId="61ED074B" w14:textId="77777777" w:rsidR="004D342C" w:rsidRDefault="00000000">
            <w:pPr>
              <w:spacing w:before="20" w:after="20"/>
              <w:ind w:firstLine="0"/>
            </w:pPr>
            <w:r>
              <w:rPr>
                <w:sz w:val="16"/>
              </w:rPr>
              <w:t>q9 eu - informed about</w:t>
            </w:r>
          </w:p>
        </w:tc>
        <w:tc>
          <w:tcPr>
            <w:tcW w:w="3456" w:type="dxa"/>
          </w:tcPr>
          <w:p w14:paraId="5D3DC4A0" w14:textId="77777777" w:rsidR="004D342C" w:rsidRDefault="00000000">
            <w:pPr>
              <w:spacing w:before="20" w:after="20"/>
              <w:ind w:firstLine="0"/>
            </w:pPr>
            <w:r>
              <w:rPr>
                <w:sz w:val="16"/>
              </w:rPr>
              <w:t>1 very well / 2 fairly well / 3 not very well / 4 not at all well / 5 dont know</w:t>
            </w:r>
          </w:p>
        </w:tc>
        <w:tc>
          <w:tcPr>
            <w:tcW w:w="648" w:type="dxa"/>
          </w:tcPr>
          <w:p w14:paraId="25AD1C0C" w14:textId="77777777" w:rsidR="004D342C" w:rsidRDefault="00000000">
            <w:pPr>
              <w:spacing w:before="20" w:after="20"/>
              <w:ind w:firstLine="0"/>
              <w:jc w:val="right"/>
            </w:pPr>
            <w:r>
              <w:rPr>
                <w:sz w:val="16"/>
              </w:rPr>
              <w:t>10</w:t>
            </w:r>
          </w:p>
        </w:tc>
      </w:tr>
      <w:tr w:rsidR="004D342C" w14:paraId="4489F8F7" w14:textId="77777777">
        <w:trPr>
          <w:cantSplit/>
          <w:jc w:val="center"/>
        </w:trPr>
        <w:tc>
          <w:tcPr>
            <w:tcW w:w="1944" w:type="dxa"/>
          </w:tcPr>
          <w:p w14:paraId="5F910381" w14:textId="77777777" w:rsidR="004D342C" w:rsidRDefault="00000000">
            <w:pPr>
              <w:spacing w:before="20" w:after="20"/>
              <w:ind w:firstLine="0"/>
            </w:pPr>
            <w:r>
              <w:rPr>
                <w:sz w:val="16"/>
              </w:rPr>
              <w:t>mediaexptvnet</w:t>
            </w:r>
          </w:p>
        </w:tc>
        <w:tc>
          <w:tcPr>
            <w:tcW w:w="2880" w:type="dxa"/>
          </w:tcPr>
          <w:p w14:paraId="594051D7" w14:textId="77777777" w:rsidR="004D342C" w:rsidRDefault="00000000">
            <w:pPr>
              <w:spacing w:before="20" w:after="20"/>
              <w:ind w:firstLine="0"/>
            </w:pPr>
            <w:r>
              <w:rPr>
                <w:sz w:val="16"/>
              </w:rPr>
              <w:t>MEDIA USE - TELEVISION VIA INTERNET</w:t>
            </w:r>
          </w:p>
        </w:tc>
        <w:tc>
          <w:tcPr>
            <w:tcW w:w="3456" w:type="dxa"/>
          </w:tcPr>
          <w:p w14:paraId="1390871D" w14:textId="77777777" w:rsidR="004D342C" w:rsidRDefault="00000000">
            <w:pPr>
              <w:spacing w:before="20" w:after="20"/>
              <w:ind w:firstLine="0"/>
            </w:pPr>
            <w:r>
              <w:rPr>
                <w:sz w:val="16"/>
              </w:rPr>
              <w:t xml:space="preserve">1 Everyday/ Almost everyday / 2 Two or three times a week / 3 About once a week / 4 Two or three times a month / 5 Less often / 6 Never / 7 No access </w:t>
            </w:r>
          </w:p>
        </w:tc>
        <w:tc>
          <w:tcPr>
            <w:tcW w:w="648" w:type="dxa"/>
          </w:tcPr>
          <w:p w14:paraId="2A9C2D7E" w14:textId="77777777" w:rsidR="004D342C" w:rsidRDefault="00000000">
            <w:pPr>
              <w:spacing w:before="20" w:after="20"/>
              <w:ind w:firstLine="0"/>
              <w:jc w:val="right"/>
            </w:pPr>
            <w:r>
              <w:rPr>
                <w:sz w:val="16"/>
              </w:rPr>
              <w:t>10</w:t>
            </w:r>
          </w:p>
        </w:tc>
      </w:tr>
      <w:tr w:rsidR="004D342C" w14:paraId="7051E4DA" w14:textId="77777777">
        <w:trPr>
          <w:cantSplit/>
          <w:jc w:val="center"/>
        </w:trPr>
        <w:tc>
          <w:tcPr>
            <w:tcW w:w="1944" w:type="dxa"/>
          </w:tcPr>
          <w:p w14:paraId="76B6A294" w14:textId="77777777" w:rsidR="004D342C" w:rsidRDefault="00000000">
            <w:pPr>
              <w:spacing w:before="20" w:after="20"/>
              <w:ind w:firstLine="0"/>
            </w:pPr>
            <w:r>
              <w:rPr>
                <w:sz w:val="16"/>
              </w:rPr>
              <w:t>interestECproblems</w:t>
            </w:r>
          </w:p>
        </w:tc>
        <w:tc>
          <w:tcPr>
            <w:tcW w:w="2880" w:type="dxa"/>
          </w:tcPr>
          <w:p w14:paraId="578810A9" w14:textId="77777777" w:rsidR="004D342C" w:rsidRDefault="00000000">
            <w:pPr>
              <w:spacing w:before="20" w:after="20"/>
              <w:ind w:firstLine="0"/>
            </w:pPr>
            <w:r>
              <w:rPr>
                <w:sz w:val="16"/>
              </w:rPr>
              <w:t>Interest in problems of the European Community</w:t>
            </w:r>
          </w:p>
        </w:tc>
        <w:tc>
          <w:tcPr>
            <w:tcW w:w="3456" w:type="dxa"/>
          </w:tcPr>
          <w:p w14:paraId="19F3F7D7" w14:textId="77777777" w:rsidR="004D342C" w:rsidRDefault="00000000">
            <w:pPr>
              <w:spacing w:before="20" w:after="20"/>
              <w:ind w:firstLine="0"/>
            </w:pPr>
            <w:r>
              <w:rPr>
                <w:sz w:val="16"/>
              </w:rPr>
              <w:t>1 very interested / 2 a little interested / 3 not at all interested</w:t>
            </w:r>
          </w:p>
        </w:tc>
        <w:tc>
          <w:tcPr>
            <w:tcW w:w="648" w:type="dxa"/>
          </w:tcPr>
          <w:p w14:paraId="3F77C1C8" w14:textId="77777777" w:rsidR="004D342C" w:rsidRDefault="00000000">
            <w:pPr>
              <w:spacing w:before="20" w:after="20"/>
              <w:ind w:firstLine="0"/>
              <w:jc w:val="right"/>
            </w:pPr>
            <w:r>
              <w:rPr>
                <w:sz w:val="16"/>
              </w:rPr>
              <w:t>7</w:t>
            </w:r>
          </w:p>
        </w:tc>
      </w:tr>
      <w:tr w:rsidR="004D342C" w14:paraId="63B0D4DD" w14:textId="77777777">
        <w:trPr>
          <w:cantSplit/>
          <w:jc w:val="center"/>
        </w:trPr>
        <w:tc>
          <w:tcPr>
            <w:tcW w:w="1944" w:type="dxa"/>
          </w:tcPr>
          <w:p w14:paraId="10C57F2D" w14:textId="77777777" w:rsidR="004D342C" w:rsidRDefault="00000000">
            <w:pPr>
              <w:spacing w:before="20" w:after="20"/>
              <w:ind w:firstLine="0"/>
            </w:pPr>
            <w:r>
              <w:rPr>
                <w:sz w:val="16"/>
              </w:rPr>
              <w:t>interestEU</w:t>
            </w:r>
            <w:r>
              <w:rPr>
                <w:sz w:val="16"/>
              </w:rPr>
              <w:br/>
              <w:t>(demointerestEU)</w:t>
            </w:r>
          </w:p>
        </w:tc>
        <w:tc>
          <w:tcPr>
            <w:tcW w:w="2880" w:type="dxa"/>
          </w:tcPr>
          <w:p w14:paraId="03AC9E1E" w14:textId="77777777" w:rsidR="004D342C" w:rsidRDefault="00000000">
            <w:pPr>
              <w:spacing w:before="20" w:after="20"/>
              <w:ind w:firstLine="0"/>
            </w:pPr>
            <w:r>
              <w:rPr>
                <w:sz w:val="16"/>
              </w:rPr>
              <w:t>QA21 EU INFORMATION NEED</w:t>
            </w:r>
          </w:p>
        </w:tc>
        <w:tc>
          <w:tcPr>
            <w:tcW w:w="3456" w:type="dxa"/>
          </w:tcPr>
          <w:p w14:paraId="103AA44B" w14:textId="77777777" w:rsidR="004D342C" w:rsidRDefault="00000000">
            <w:pPr>
              <w:spacing w:before="20" w:after="20"/>
              <w:ind w:firstLine="0"/>
            </w:pPr>
            <w:r>
              <w:rPr>
                <w:sz w:val="16"/>
              </w:rPr>
              <w:t>1 need to know a lot more / 2 would like to have some more info / 3 happy with what I already know / 4 dont know</w:t>
            </w:r>
          </w:p>
        </w:tc>
        <w:tc>
          <w:tcPr>
            <w:tcW w:w="648" w:type="dxa"/>
          </w:tcPr>
          <w:p w14:paraId="34BD77FC" w14:textId="77777777" w:rsidR="004D342C" w:rsidRDefault="00000000">
            <w:pPr>
              <w:spacing w:before="20" w:after="20"/>
              <w:ind w:firstLine="0"/>
              <w:jc w:val="right"/>
            </w:pPr>
            <w:r>
              <w:rPr>
                <w:sz w:val="16"/>
              </w:rPr>
              <w:t>7</w:t>
            </w:r>
          </w:p>
        </w:tc>
      </w:tr>
      <w:tr w:rsidR="004D342C" w14:paraId="7280B40D" w14:textId="77777777">
        <w:trPr>
          <w:cantSplit/>
          <w:jc w:val="center"/>
        </w:trPr>
        <w:tc>
          <w:tcPr>
            <w:tcW w:w="1944" w:type="dxa"/>
          </w:tcPr>
          <w:p w14:paraId="11E305B8" w14:textId="77777777" w:rsidR="004D342C" w:rsidRDefault="00000000">
            <w:pPr>
              <w:spacing w:before="20" w:after="20"/>
              <w:ind w:firstLine="0"/>
            </w:pPr>
            <w:r>
              <w:rPr>
                <w:sz w:val="16"/>
              </w:rPr>
              <w:t>epheardelections</w:t>
            </w:r>
          </w:p>
        </w:tc>
        <w:tc>
          <w:tcPr>
            <w:tcW w:w="2880" w:type="dxa"/>
          </w:tcPr>
          <w:p w14:paraId="4D5F18BE" w14:textId="77777777" w:rsidR="004D342C" w:rsidRDefault="00000000">
            <w:pPr>
              <w:spacing w:before="20" w:after="20"/>
              <w:ind w:firstLine="0"/>
            </w:pPr>
            <w:r>
              <w:rPr>
                <w:sz w:val="16"/>
              </w:rPr>
              <w:t>Heard about the European Parliament: mentioned the election of MEPs</w:t>
            </w:r>
          </w:p>
        </w:tc>
        <w:tc>
          <w:tcPr>
            <w:tcW w:w="3456" w:type="dxa"/>
          </w:tcPr>
          <w:p w14:paraId="54451401" w14:textId="77777777" w:rsidR="004D342C" w:rsidRDefault="00000000">
            <w:pPr>
              <w:spacing w:before="20" w:after="20"/>
              <w:ind w:firstLine="0"/>
            </w:pPr>
            <w:r>
              <w:rPr>
                <w:sz w:val="16"/>
              </w:rPr>
              <w:t>1 mentioned the election of MEPs / 2 other response / not mentioned</w:t>
            </w:r>
          </w:p>
        </w:tc>
        <w:tc>
          <w:tcPr>
            <w:tcW w:w="648" w:type="dxa"/>
          </w:tcPr>
          <w:p w14:paraId="791D422D" w14:textId="77777777" w:rsidR="004D342C" w:rsidRDefault="00000000">
            <w:pPr>
              <w:spacing w:before="20" w:after="20"/>
              <w:ind w:firstLine="0"/>
              <w:jc w:val="right"/>
            </w:pPr>
            <w:r>
              <w:rPr>
                <w:sz w:val="16"/>
              </w:rPr>
              <w:t>6</w:t>
            </w:r>
          </w:p>
        </w:tc>
      </w:tr>
      <w:tr w:rsidR="004D342C" w14:paraId="34D9D4BA" w14:textId="77777777">
        <w:trPr>
          <w:cantSplit/>
          <w:jc w:val="center"/>
        </w:trPr>
        <w:tc>
          <w:tcPr>
            <w:tcW w:w="1944" w:type="dxa"/>
          </w:tcPr>
          <w:p w14:paraId="4E8852BA" w14:textId="77777777" w:rsidR="004D342C" w:rsidRDefault="00000000">
            <w:pPr>
              <w:spacing w:before="20" w:after="20"/>
              <w:ind w:firstLine="0"/>
            </w:pPr>
            <w:r>
              <w:rPr>
                <w:sz w:val="16"/>
              </w:rPr>
              <w:t>opinionleadership</w:t>
            </w:r>
          </w:p>
        </w:tc>
        <w:tc>
          <w:tcPr>
            <w:tcW w:w="2880" w:type="dxa"/>
          </w:tcPr>
          <w:p w14:paraId="5EDA9B16" w14:textId="77777777" w:rsidR="004D342C" w:rsidRDefault="00000000">
            <w:pPr>
              <w:spacing w:before="20" w:after="20"/>
              <w:ind w:firstLine="0"/>
            </w:pPr>
            <w:r>
              <w:rPr>
                <w:sz w:val="16"/>
              </w:rPr>
              <w:t>Opinion leadership index</w:t>
            </w:r>
          </w:p>
        </w:tc>
        <w:tc>
          <w:tcPr>
            <w:tcW w:w="3456" w:type="dxa"/>
          </w:tcPr>
          <w:p w14:paraId="037C7BF4" w14:textId="77777777" w:rsidR="004D342C" w:rsidRDefault="00000000">
            <w:pPr>
              <w:spacing w:before="20" w:after="20"/>
              <w:ind w:firstLine="0"/>
            </w:pPr>
            <w:r>
              <w:rPr>
                <w:sz w:val="16"/>
              </w:rPr>
              <w:t>1 low / 2 medium-low / 3 medium-high / 4 high</w:t>
            </w:r>
          </w:p>
        </w:tc>
        <w:tc>
          <w:tcPr>
            <w:tcW w:w="648" w:type="dxa"/>
          </w:tcPr>
          <w:p w14:paraId="59ABF4C3" w14:textId="77777777" w:rsidR="004D342C" w:rsidRDefault="00000000">
            <w:pPr>
              <w:spacing w:before="20" w:after="20"/>
              <w:ind w:firstLine="0"/>
              <w:jc w:val="right"/>
            </w:pPr>
            <w:r>
              <w:rPr>
                <w:sz w:val="16"/>
              </w:rPr>
              <w:t>6</w:t>
            </w:r>
          </w:p>
        </w:tc>
      </w:tr>
      <w:tr w:rsidR="004D342C" w14:paraId="6D878971" w14:textId="77777777">
        <w:trPr>
          <w:cantSplit/>
          <w:jc w:val="center"/>
        </w:trPr>
        <w:tc>
          <w:tcPr>
            <w:tcW w:w="1944" w:type="dxa"/>
          </w:tcPr>
          <w:p w14:paraId="23C2AF06" w14:textId="77777777" w:rsidR="004D342C" w:rsidRDefault="00000000">
            <w:pPr>
              <w:spacing w:before="20" w:after="20"/>
              <w:ind w:firstLine="0"/>
            </w:pPr>
            <w:r>
              <w:rPr>
                <w:sz w:val="16"/>
              </w:rPr>
              <w:t>informednessself</w:t>
            </w:r>
          </w:p>
        </w:tc>
        <w:tc>
          <w:tcPr>
            <w:tcW w:w="2880" w:type="dxa"/>
          </w:tcPr>
          <w:p w14:paraId="7EC14FA5" w14:textId="77777777" w:rsidR="004D342C" w:rsidRDefault="00000000">
            <w:pPr>
              <w:spacing w:before="20" w:after="20"/>
              <w:ind w:firstLine="0"/>
            </w:pPr>
            <w:r>
              <w:rPr>
                <w:sz w:val="16"/>
              </w:rPr>
              <w:t>EU INFORMEDNESS - RESPONDENT</w:t>
            </w:r>
          </w:p>
        </w:tc>
        <w:tc>
          <w:tcPr>
            <w:tcW w:w="3456" w:type="dxa"/>
          </w:tcPr>
          <w:p w14:paraId="59195E4F" w14:textId="77777777" w:rsidR="004D342C" w:rsidRDefault="00000000">
            <w:pPr>
              <w:spacing w:before="20" w:after="20"/>
              <w:ind w:firstLine="0"/>
            </w:pPr>
            <w:r>
              <w:rPr>
                <w:sz w:val="16"/>
              </w:rPr>
              <w:t>1 Very well informed / 2 Fairly well informed / 3 Not very well informed / 4 Not at all informed / 5 Don't know (SPONTANEOUS)</w:t>
            </w:r>
          </w:p>
        </w:tc>
        <w:tc>
          <w:tcPr>
            <w:tcW w:w="648" w:type="dxa"/>
          </w:tcPr>
          <w:p w14:paraId="3D43CFCC" w14:textId="77777777" w:rsidR="004D342C" w:rsidRDefault="00000000">
            <w:pPr>
              <w:spacing w:before="20" w:after="20"/>
              <w:ind w:firstLine="0"/>
              <w:jc w:val="right"/>
            </w:pPr>
            <w:r>
              <w:rPr>
                <w:sz w:val="16"/>
              </w:rPr>
              <w:t>5</w:t>
            </w:r>
          </w:p>
        </w:tc>
      </w:tr>
      <w:tr w:rsidR="004D342C" w14:paraId="7175DE05" w14:textId="77777777">
        <w:trPr>
          <w:cantSplit/>
          <w:jc w:val="center"/>
        </w:trPr>
        <w:tc>
          <w:tcPr>
            <w:tcW w:w="1944" w:type="dxa"/>
          </w:tcPr>
          <w:p w14:paraId="03B0A712" w14:textId="77777777" w:rsidR="004D342C" w:rsidRDefault="00000000">
            <w:pPr>
              <w:spacing w:before="20" w:after="20"/>
              <w:ind w:firstLine="0"/>
            </w:pPr>
            <w:r>
              <w:rPr>
                <w:sz w:val="16"/>
              </w:rPr>
              <w:t>knowtestCouncil</w:t>
            </w:r>
            <w:r>
              <w:rPr>
                <w:sz w:val="16"/>
              </w:rPr>
              <w:br/>
              <w:t>(demoEUtestCouncil)</w:t>
            </w:r>
          </w:p>
        </w:tc>
        <w:tc>
          <w:tcPr>
            <w:tcW w:w="2880" w:type="dxa"/>
          </w:tcPr>
          <w:p w14:paraId="2B060A1F" w14:textId="77777777" w:rsidR="004D342C" w:rsidRDefault="00000000">
            <w:pPr>
              <w:spacing w:before="20" w:after="20"/>
              <w:ind w:firstLine="0"/>
            </w:pPr>
            <w:r>
              <w:rPr>
                <w:sz w:val="16"/>
              </w:rPr>
              <w:t>QA24 EU KNOWLEDGE: EU PRESIDENCY ROTATION</w:t>
            </w:r>
          </w:p>
        </w:tc>
        <w:tc>
          <w:tcPr>
            <w:tcW w:w="3456" w:type="dxa"/>
          </w:tcPr>
          <w:p w14:paraId="21BF2406" w14:textId="77777777" w:rsidR="004D342C" w:rsidRDefault="00000000">
            <w:pPr>
              <w:spacing w:before="20" w:after="20"/>
              <w:ind w:firstLine="0"/>
            </w:pPr>
            <w:r>
              <w:rPr>
                <w:sz w:val="16"/>
              </w:rPr>
              <w:t>1 True (correct) / 2 False</w:t>
            </w:r>
          </w:p>
        </w:tc>
        <w:tc>
          <w:tcPr>
            <w:tcW w:w="648" w:type="dxa"/>
          </w:tcPr>
          <w:p w14:paraId="3CD5CF13" w14:textId="77777777" w:rsidR="004D342C" w:rsidRDefault="00000000">
            <w:pPr>
              <w:spacing w:before="20" w:after="20"/>
              <w:ind w:firstLine="0"/>
              <w:jc w:val="right"/>
            </w:pPr>
            <w:r>
              <w:rPr>
                <w:sz w:val="16"/>
              </w:rPr>
              <w:t>5</w:t>
            </w:r>
          </w:p>
        </w:tc>
      </w:tr>
      <w:tr w:rsidR="004D342C" w14:paraId="438492BE" w14:textId="77777777">
        <w:trPr>
          <w:cantSplit/>
          <w:jc w:val="center"/>
        </w:trPr>
        <w:tc>
          <w:tcPr>
            <w:tcW w:w="1944" w:type="dxa"/>
          </w:tcPr>
          <w:p w14:paraId="51D36904" w14:textId="77777777" w:rsidR="004D342C" w:rsidRDefault="00000000">
            <w:pPr>
              <w:spacing w:before="20" w:after="20"/>
              <w:ind w:firstLine="0"/>
            </w:pPr>
            <w:r>
              <w:rPr>
                <w:sz w:val="16"/>
              </w:rPr>
              <w:t>knowtestanthem</w:t>
            </w:r>
            <w:r>
              <w:rPr>
                <w:sz w:val="16"/>
              </w:rPr>
              <w:br/>
              <w:t>(demoEUtestanthem)</w:t>
            </w:r>
          </w:p>
        </w:tc>
        <w:tc>
          <w:tcPr>
            <w:tcW w:w="2880" w:type="dxa"/>
          </w:tcPr>
          <w:p w14:paraId="36709A64" w14:textId="77777777" w:rsidR="004D342C" w:rsidRDefault="00000000">
            <w:pPr>
              <w:spacing w:before="20" w:after="20"/>
              <w:ind w:firstLine="0"/>
            </w:pPr>
            <w:r>
              <w:rPr>
                <w:sz w:val="16"/>
              </w:rPr>
              <w:t>QA28 EU KNOWLEDGE: OWN ANTHEM</w:t>
            </w:r>
          </w:p>
        </w:tc>
        <w:tc>
          <w:tcPr>
            <w:tcW w:w="3456" w:type="dxa"/>
          </w:tcPr>
          <w:p w14:paraId="18DFC34D" w14:textId="77777777" w:rsidR="004D342C" w:rsidRDefault="00000000">
            <w:pPr>
              <w:spacing w:before="20" w:after="20"/>
              <w:ind w:firstLine="0"/>
            </w:pPr>
            <w:r>
              <w:rPr>
                <w:sz w:val="16"/>
              </w:rPr>
              <w:t>1 true / 2 false / 3 dont know</w:t>
            </w:r>
          </w:p>
        </w:tc>
        <w:tc>
          <w:tcPr>
            <w:tcW w:w="648" w:type="dxa"/>
          </w:tcPr>
          <w:p w14:paraId="5B5413B3" w14:textId="77777777" w:rsidR="004D342C" w:rsidRDefault="00000000">
            <w:pPr>
              <w:spacing w:before="20" w:after="20"/>
              <w:ind w:firstLine="0"/>
              <w:jc w:val="right"/>
            </w:pPr>
            <w:r>
              <w:rPr>
                <w:sz w:val="16"/>
              </w:rPr>
              <w:t>5</w:t>
            </w:r>
          </w:p>
        </w:tc>
      </w:tr>
      <w:tr w:rsidR="004D342C" w14:paraId="5C98D5CD" w14:textId="77777777">
        <w:trPr>
          <w:cantSplit/>
          <w:jc w:val="center"/>
        </w:trPr>
        <w:tc>
          <w:tcPr>
            <w:tcW w:w="1944" w:type="dxa"/>
          </w:tcPr>
          <w:p w14:paraId="4FFE5F42" w14:textId="77777777" w:rsidR="004D342C" w:rsidRDefault="00000000">
            <w:pPr>
              <w:spacing w:before="20" w:after="20"/>
              <w:ind w:firstLine="0"/>
            </w:pPr>
            <w:r>
              <w:rPr>
                <w:sz w:val="16"/>
              </w:rPr>
              <w:t>knowtestelections</w:t>
            </w:r>
            <w:r>
              <w:rPr>
                <w:sz w:val="16"/>
              </w:rPr>
              <w:br/>
              <w:t>(demoEUtestelections)</w:t>
            </w:r>
          </w:p>
        </w:tc>
        <w:tc>
          <w:tcPr>
            <w:tcW w:w="2880" w:type="dxa"/>
          </w:tcPr>
          <w:p w14:paraId="6C9957D1" w14:textId="77777777" w:rsidR="004D342C" w:rsidRDefault="00000000">
            <w:pPr>
              <w:spacing w:before="20" w:after="20"/>
              <w:ind w:firstLine="0"/>
            </w:pPr>
            <w:r>
              <w:rPr>
                <w:sz w:val="16"/>
              </w:rPr>
              <w:t>QA28 EU KNOWLEDGE: LAST EUROP ELECTIONS</w:t>
            </w:r>
          </w:p>
        </w:tc>
        <w:tc>
          <w:tcPr>
            <w:tcW w:w="3456" w:type="dxa"/>
          </w:tcPr>
          <w:p w14:paraId="51CADBE5" w14:textId="77777777" w:rsidR="004D342C" w:rsidRDefault="00000000">
            <w:pPr>
              <w:spacing w:before="20" w:after="20"/>
              <w:ind w:firstLine="0"/>
            </w:pPr>
            <w:r>
              <w:rPr>
                <w:sz w:val="16"/>
              </w:rPr>
              <w:t>1 true / 2 false / 3 dont know</w:t>
            </w:r>
          </w:p>
        </w:tc>
        <w:tc>
          <w:tcPr>
            <w:tcW w:w="648" w:type="dxa"/>
          </w:tcPr>
          <w:p w14:paraId="6E62BA7A" w14:textId="77777777" w:rsidR="004D342C" w:rsidRDefault="00000000">
            <w:pPr>
              <w:spacing w:before="20" w:after="20"/>
              <w:ind w:firstLine="0"/>
              <w:jc w:val="right"/>
            </w:pPr>
            <w:r>
              <w:rPr>
                <w:sz w:val="16"/>
              </w:rPr>
              <w:t>5</w:t>
            </w:r>
          </w:p>
        </w:tc>
      </w:tr>
      <w:tr w:rsidR="004D342C" w14:paraId="6FCF07BB" w14:textId="77777777">
        <w:trPr>
          <w:cantSplit/>
          <w:jc w:val="center"/>
        </w:trPr>
        <w:tc>
          <w:tcPr>
            <w:tcW w:w="1944" w:type="dxa"/>
          </w:tcPr>
          <w:p w14:paraId="6E4F007F" w14:textId="77777777" w:rsidR="004D342C" w:rsidRDefault="00000000">
            <w:pPr>
              <w:spacing w:before="20" w:after="20"/>
              <w:ind w:firstLine="0"/>
            </w:pPr>
            <w:r>
              <w:rPr>
                <w:sz w:val="16"/>
              </w:rPr>
              <w:t>cognitivemobilization5</w:t>
            </w:r>
          </w:p>
        </w:tc>
        <w:tc>
          <w:tcPr>
            <w:tcW w:w="2880" w:type="dxa"/>
          </w:tcPr>
          <w:p w14:paraId="67D2FEF9" w14:textId="77777777" w:rsidR="004D342C" w:rsidRDefault="00000000">
            <w:pPr>
              <w:spacing w:before="20" w:after="20"/>
              <w:ind w:firstLine="0"/>
            </w:pPr>
            <w:r>
              <w:rPr>
                <w:sz w:val="16"/>
              </w:rPr>
              <w:t>Cognitive mobilization index, 5-point version</w:t>
            </w:r>
          </w:p>
        </w:tc>
        <w:tc>
          <w:tcPr>
            <w:tcW w:w="3456" w:type="dxa"/>
          </w:tcPr>
          <w:p w14:paraId="248C7398" w14:textId="77777777" w:rsidR="004D342C" w:rsidRDefault="00000000">
            <w:pPr>
              <w:spacing w:before="20" w:after="20"/>
              <w:ind w:firstLine="0"/>
            </w:pPr>
            <w:r>
              <w:rPr>
                <w:sz w:val="16"/>
              </w:rPr>
              <w:t>1 low / 2 next to low / 3 middle / 4 next to high / 5 high</w:t>
            </w:r>
          </w:p>
        </w:tc>
        <w:tc>
          <w:tcPr>
            <w:tcW w:w="648" w:type="dxa"/>
          </w:tcPr>
          <w:p w14:paraId="3B3B5F97" w14:textId="77777777" w:rsidR="004D342C" w:rsidRDefault="00000000">
            <w:pPr>
              <w:spacing w:before="20" w:after="20"/>
              <w:ind w:firstLine="0"/>
              <w:jc w:val="right"/>
            </w:pPr>
            <w:r>
              <w:rPr>
                <w:sz w:val="16"/>
              </w:rPr>
              <w:t>4</w:t>
            </w:r>
          </w:p>
        </w:tc>
      </w:tr>
      <w:tr w:rsidR="004D342C" w14:paraId="5717DA04" w14:textId="77777777">
        <w:trPr>
          <w:cantSplit/>
          <w:jc w:val="center"/>
        </w:trPr>
        <w:tc>
          <w:tcPr>
            <w:tcW w:w="1944" w:type="dxa"/>
          </w:tcPr>
          <w:p w14:paraId="74689601" w14:textId="77777777" w:rsidR="004D342C" w:rsidRDefault="00000000">
            <w:pPr>
              <w:spacing w:before="20" w:after="20"/>
              <w:ind w:firstLine="0"/>
            </w:pPr>
            <w:r>
              <w:rPr>
                <w:sz w:val="16"/>
              </w:rPr>
              <w:t>fakenews</w:t>
            </w:r>
          </w:p>
        </w:tc>
        <w:tc>
          <w:tcPr>
            <w:tcW w:w="2880" w:type="dxa"/>
          </w:tcPr>
          <w:p w14:paraId="6B4F94FA" w14:textId="77777777" w:rsidR="004D342C" w:rsidRDefault="00000000">
            <w:pPr>
              <w:spacing w:before="20" w:after="20"/>
              <w:ind w:firstLine="0"/>
            </w:pPr>
            <w:r>
              <w:rPr>
                <w:sz w:val="16"/>
              </w:rPr>
              <w:t>FALSE/MISLEADING NEWS - SEE OFTEN</w:t>
            </w:r>
          </w:p>
        </w:tc>
        <w:tc>
          <w:tcPr>
            <w:tcW w:w="3456" w:type="dxa"/>
          </w:tcPr>
          <w:p w14:paraId="67133B52" w14:textId="77777777" w:rsidR="004D342C" w:rsidRDefault="00000000">
            <w:pPr>
              <w:spacing w:before="20" w:after="20"/>
              <w:ind w:firstLine="0"/>
            </w:pPr>
            <w:r>
              <w:rPr>
                <w:sz w:val="16"/>
              </w:rPr>
              <w:t>1 Totally agree / 2 Tend to agree / 3 Tend to disagree / 4 Totally disagree / 5 Don't know (SPONTANEOUS)</w:t>
            </w:r>
          </w:p>
        </w:tc>
        <w:tc>
          <w:tcPr>
            <w:tcW w:w="648" w:type="dxa"/>
          </w:tcPr>
          <w:p w14:paraId="67D7A668" w14:textId="77777777" w:rsidR="004D342C" w:rsidRDefault="00000000">
            <w:pPr>
              <w:spacing w:before="20" w:after="20"/>
              <w:ind w:firstLine="0"/>
              <w:jc w:val="right"/>
            </w:pPr>
            <w:r>
              <w:rPr>
                <w:sz w:val="16"/>
              </w:rPr>
              <w:t>4</w:t>
            </w:r>
          </w:p>
        </w:tc>
      </w:tr>
      <w:tr w:rsidR="004D342C" w14:paraId="5E0E52BE" w14:textId="77777777">
        <w:trPr>
          <w:cantSplit/>
          <w:jc w:val="center"/>
        </w:trPr>
        <w:tc>
          <w:tcPr>
            <w:tcW w:w="1944" w:type="dxa"/>
          </w:tcPr>
          <w:p w14:paraId="4913BD6B" w14:textId="77777777" w:rsidR="004D342C" w:rsidRDefault="00000000">
            <w:pPr>
              <w:spacing w:before="20" w:after="20"/>
              <w:ind w:firstLine="0"/>
            </w:pPr>
            <w:r>
              <w:rPr>
                <w:sz w:val="16"/>
              </w:rPr>
              <w:t>fakenewsproblemdem</w:t>
            </w:r>
          </w:p>
        </w:tc>
        <w:tc>
          <w:tcPr>
            <w:tcW w:w="2880" w:type="dxa"/>
          </w:tcPr>
          <w:p w14:paraId="15569647" w14:textId="77777777" w:rsidR="004D342C" w:rsidRDefault="00000000">
            <w:pPr>
              <w:spacing w:before="20" w:after="20"/>
              <w:ind w:firstLine="0"/>
            </w:pPr>
            <w:r>
              <w:rPr>
                <w:sz w:val="16"/>
              </w:rPr>
              <w:t>FALSE/MISLEADING NEWS - ARE A PROBLEM FOR DEMOCRACY</w:t>
            </w:r>
          </w:p>
        </w:tc>
        <w:tc>
          <w:tcPr>
            <w:tcW w:w="3456" w:type="dxa"/>
          </w:tcPr>
          <w:p w14:paraId="35CFE48E" w14:textId="77777777" w:rsidR="004D342C" w:rsidRDefault="00000000">
            <w:pPr>
              <w:spacing w:before="20" w:after="20"/>
              <w:ind w:firstLine="0"/>
            </w:pPr>
            <w:r>
              <w:rPr>
                <w:sz w:val="16"/>
              </w:rPr>
              <w:t>1 Totally agree / 2 Tend to agree / 3 Tend to disagree / 4 Totally disagree / 5 Don't know (SPONTANEOUS)</w:t>
            </w:r>
          </w:p>
        </w:tc>
        <w:tc>
          <w:tcPr>
            <w:tcW w:w="648" w:type="dxa"/>
          </w:tcPr>
          <w:p w14:paraId="037FEF5C" w14:textId="77777777" w:rsidR="004D342C" w:rsidRDefault="00000000">
            <w:pPr>
              <w:spacing w:before="20" w:after="20"/>
              <w:ind w:firstLine="0"/>
              <w:jc w:val="right"/>
            </w:pPr>
            <w:r>
              <w:rPr>
                <w:sz w:val="16"/>
              </w:rPr>
              <w:t>4</w:t>
            </w:r>
          </w:p>
        </w:tc>
      </w:tr>
      <w:tr w:rsidR="004D342C" w14:paraId="66CAC374" w14:textId="77777777">
        <w:trPr>
          <w:cantSplit/>
          <w:jc w:val="center"/>
        </w:trPr>
        <w:tc>
          <w:tcPr>
            <w:tcW w:w="1944" w:type="dxa"/>
          </w:tcPr>
          <w:p w14:paraId="6689374F" w14:textId="77777777" w:rsidR="004D342C" w:rsidRDefault="00000000">
            <w:pPr>
              <w:spacing w:before="20" w:after="20"/>
              <w:ind w:firstLine="0"/>
            </w:pPr>
            <w:r>
              <w:rPr>
                <w:sz w:val="16"/>
              </w:rPr>
              <w:t>fakenewsproblemnat</w:t>
            </w:r>
          </w:p>
        </w:tc>
        <w:tc>
          <w:tcPr>
            <w:tcW w:w="2880" w:type="dxa"/>
          </w:tcPr>
          <w:p w14:paraId="391BCE4E" w14:textId="77777777" w:rsidR="004D342C" w:rsidRDefault="00000000">
            <w:pPr>
              <w:spacing w:before="20" w:after="20"/>
              <w:ind w:firstLine="0"/>
            </w:pPr>
            <w:r>
              <w:rPr>
                <w:sz w:val="16"/>
              </w:rPr>
              <w:t>FALSE/MISLEADING NEWS - ARE A PROBLEM IN CNTR</w:t>
            </w:r>
          </w:p>
        </w:tc>
        <w:tc>
          <w:tcPr>
            <w:tcW w:w="3456" w:type="dxa"/>
          </w:tcPr>
          <w:p w14:paraId="7AC662CB" w14:textId="77777777" w:rsidR="004D342C" w:rsidRDefault="00000000">
            <w:pPr>
              <w:spacing w:before="20" w:after="20"/>
              <w:ind w:firstLine="0"/>
            </w:pPr>
            <w:r>
              <w:rPr>
                <w:sz w:val="16"/>
              </w:rPr>
              <w:t>1 Totally agree / 2 Tend to agree / 3 Tend to disagree / 4 Totally disagree / 5 Don't know (SPONTANEOUS)</w:t>
            </w:r>
          </w:p>
        </w:tc>
        <w:tc>
          <w:tcPr>
            <w:tcW w:w="648" w:type="dxa"/>
          </w:tcPr>
          <w:p w14:paraId="27C90B7F" w14:textId="77777777" w:rsidR="004D342C" w:rsidRDefault="00000000">
            <w:pPr>
              <w:spacing w:before="20" w:after="20"/>
              <w:ind w:firstLine="0"/>
              <w:jc w:val="right"/>
            </w:pPr>
            <w:r>
              <w:rPr>
                <w:sz w:val="16"/>
              </w:rPr>
              <w:t>4</w:t>
            </w:r>
          </w:p>
        </w:tc>
      </w:tr>
      <w:tr w:rsidR="004D342C" w14:paraId="7AEEDB4F" w14:textId="77777777">
        <w:trPr>
          <w:cantSplit/>
          <w:jc w:val="center"/>
        </w:trPr>
        <w:tc>
          <w:tcPr>
            <w:tcW w:w="1944" w:type="dxa"/>
          </w:tcPr>
          <w:p w14:paraId="0BB91B73" w14:textId="77777777" w:rsidR="004D342C" w:rsidRDefault="00000000">
            <w:pPr>
              <w:spacing w:before="20" w:after="20"/>
              <w:ind w:firstLine="0"/>
            </w:pPr>
            <w:r>
              <w:rPr>
                <w:sz w:val="16"/>
              </w:rPr>
              <w:t>informednesscountry</w:t>
            </w:r>
          </w:p>
        </w:tc>
        <w:tc>
          <w:tcPr>
            <w:tcW w:w="2880" w:type="dxa"/>
          </w:tcPr>
          <w:p w14:paraId="575ECA3E" w14:textId="77777777" w:rsidR="004D342C" w:rsidRDefault="00000000">
            <w:pPr>
              <w:spacing w:before="20" w:after="20"/>
              <w:ind w:firstLine="0"/>
            </w:pPr>
            <w:r>
              <w:rPr>
                <w:sz w:val="16"/>
              </w:rPr>
              <w:t>EU INFORMEDNESS - ASSESSMENT COUNTRY</w:t>
            </w:r>
          </w:p>
        </w:tc>
        <w:tc>
          <w:tcPr>
            <w:tcW w:w="3456" w:type="dxa"/>
          </w:tcPr>
          <w:p w14:paraId="6A818097" w14:textId="77777777" w:rsidR="004D342C" w:rsidRDefault="00000000">
            <w:pPr>
              <w:spacing w:before="20" w:after="20"/>
              <w:ind w:firstLine="0"/>
            </w:pPr>
            <w:r>
              <w:rPr>
                <w:sz w:val="16"/>
              </w:rPr>
              <w:t>1 Very well informed / 2 Fairly well informed / 3 Not very well informed / 4 Not at all informed / 5 Don't know (SPONTANEOUS)</w:t>
            </w:r>
          </w:p>
        </w:tc>
        <w:tc>
          <w:tcPr>
            <w:tcW w:w="648" w:type="dxa"/>
          </w:tcPr>
          <w:p w14:paraId="052F196B" w14:textId="77777777" w:rsidR="004D342C" w:rsidRDefault="00000000">
            <w:pPr>
              <w:spacing w:before="20" w:after="20"/>
              <w:ind w:firstLine="0"/>
              <w:jc w:val="right"/>
            </w:pPr>
            <w:r>
              <w:rPr>
                <w:sz w:val="16"/>
              </w:rPr>
              <w:t>4</w:t>
            </w:r>
          </w:p>
        </w:tc>
      </w:tr>
      <w:tr w:rsidR="004D342C" w14:paraId="121C3329" w14:textId="77777777">
        <w:trPr>
          <w:cantSplit/>
          <w:jc w:val="center"/>
        </w:trPr>
        <w:tc>
          <w:tcPr>
            <w:tcW w:w="1944" w:type="dxa"/>
          </w:tcPr>
          <w:p w14:paraId="386063CE" w14:textId="77777777" w:rsidR="004D342C" w:rsidRDefault="00000000">
            <w:pPr>
              <w:spacing w:before="20" w:after="20"/>
              <w:ind w:firstLine="0"/>
            </w:pPr>
            <w:r>
              <w:rPr>
                <w:sz w:val="16"/>
              </w:rPr>
              <w:t>interestpolitics</w:t>
            </w:r>
            <w:r>
              <w:rPr>
                <w:sz w:val="16"/>
              </w:rPr>
              <w:br/>
              <w:t>(demointerest)</w:t>
            </w:r>
          </w:p>
        </w:tc>
        <w:tc>
          <w:tcPr>
            <w:tcW w:w="2880" w:type="dxa"/>
          </w:tcPr>
          <w:p w14:paraId="64E1A449" w14:textId="77777777" w:rsidR="004D342C" w:rsidRDefault="00000000">
            <w:pPr>
              <w:spacing w:before="20" w:after="20"/>
              <w:ind w:firstLine="0"/>
            </w:pPr>
            <w:r>
              <w:rPr>
                <w:sz w:val="16"/>
              </w:rPr>
              <w:t>q.9.1. - in general, do you pay attentio</w:t>
            </w:r>
          </w:p>
        </w:tc>
        <w:tc>
          <w:tcPr>
            <w:tcW w:w="3456" w:type="dxa"/>
          </w:tcPr>
          <w:p w14:paraId="3F68652D" w14:textId="77777777" w:rsidR="004D342C" w:rsidRDefault="00000000">
            <w:pPr>
              <w:spacing w:before="20" w:after="20"/>
              <w:ind w:firstLine="0"/>
            </w:pPr>
            <w:r>
              <w:rPr>
                <w:sz w:val="16"/>
              </w:rPr>
              <w:t>1 a lot of attention / 2 a little attention / 3 no attention at all / 4 dont know</w:t>
            </w:r>
          </w:p>
        </w:tc>
        <w:tc>
          <w:tcPr>
            <w:tcW w:w="648" w:type="dxa"/>
          </w:tcPr>
          <w:p w14:paraId="22FE5554" w14:textId="77777777" w:rsidR="004D342C" w:rsidRDefault="00000000">
            <w:pPr>
              <w:spacing w:before="20" w:after="20"/>
              <w:ind w:firstLine="0"/>
              <w:jc w:val="right"/>
            </w:pPr>
            <w:r>
              <w:rPr>
                <w:sz w:val="16"/>
              </w:rPr>
              <w:t>4</w:t>
            </w:r>
          </w:p>
        </w:tc>
      </w:tr>
      <w:tr w:rsidR="004D342C" w14:paraId="5B30C6F4" w14:textId="77777777">
        <w:trPr>
          <w:cantSplit/>
          <w:jc w:val="center"/>
        </w:trPr>
        <w:tc>
          <w:tcPr>
            <w:tcW w:w="1944" w:type="dxa"/>
          </w:tcPr>
          <w:p w14:paraId="5EE375D9" w14:textId="77777777" w:rsidR="004D342C" w:rsidRDefault="00000000">
            <w:pPr>
              <w:spacing w:before="20" w:after="20"/>
              <w:ind w:firstLine="0"/>
            </w:pPr>
            <w:r>
              <w:rPr>
                <w:sz w:val="16"/>
              </w:rPr>
              <w:t>knowtesteuro</w:t>
            </w:r>
            <w:r>
              <w:rPr>
                <w:sz w:val="16"/>
              </w:rPr>
              <w:br/>
              <w:t>(demoEUtesteuro)</w:t>
            </w:r>
          </w:p>
        </w:tc>
        <w:tc>
          <w:tcPr>
            <w:tcW w:w="2880" w:type="dxa"/>
          </w:tcPr>
          <w:p w14:paraId="572CEA62" w14:textId="77777777" w:rsidR="004D342C" w:rsidRDefault="00000000">
            <w:pPr>
              <w:spacing w:before="20" w:after="20"/>
              <w:ind w:firstLine="0"/>
            </w:pPr>
            <w:r>
              <w:rPr>
                <w:sz w:val="16"/>
              </w:rPr>
              <w:t>QA17 EU KNOWLEDGE: N OF EURO AREA MEMBERS</w:t>
            </w:r>
          </w:p>
        </w:tc>
        <w:tc>
          <w:tcPr>
            <w:tcW w:w="3456" w:type="dxa"/>
          </w:tcPr>
          <w:p w14:paraId="7128A8A9" w14:textId="77777777" w:rsidR="004D342C" w:rsidRDefault="00000000">
            <w:pPr>
              <w:spacing w:before="20" w:after="20"/>
              <w:ind w:firstLine="0"/>
            </w:pPr>
            <w:r>
              <w:rPr>
                <w:sz w:val="16"/>
              </w:rPr>
              <w:t>1 True / 2 False (correct) / 3 DK</w:t>
            </w:r>
          </w:p>
        </w:tc>
        <w:tc>
          <w:tcPr>
            <w:tcW w:w="648" w:type="dxa"/>
          </w:tcPr>
          <w:p w14:paraId="3FDB4D49" w14:textId="77777777" w:rsidR="004D342C" w:rsidRDefault="00000000">
            <w:pPr>
              <w:spacing w:before="20" w:after="20"/>
              <w:ind w:firstLine="0"/>
              <w:jc w:val="right"/>
            </w:pPr>
            <w:r>
              <w:rPr>
                <w:sz w:val="16"/>
              </w:rPr>
              <w:t>4</w:t>
            </w:r>
          </w:p>
        </w:tc>
      </w:tr>
      <w:tr w:rsidR="004D342C" w14:paraId="3EF35694" w14:textId="77777777">
        <w:trPr>
          <w:cantSplit/>
          <w:jc w:val="center"/>
        </w:trPr>
        <w:tc>
          <w:tcPr>
            <w:tcW w:w="1944" w:type="dxa"/>
          </w:tcPr>
          <w:p w14:paraId="794D6BE2" w14:textId="77777777" w:rsidR="004D342C" w:rsidRDefault="00000000">
            <w:pPr>
              <w:spacing w:before="20" w:after="20"/>
              <w:ind w:firstLine="0"/>
            </w:pPr>
            <w:r>
              <w:rPr>
                <w:sz w:val="16"/>
              </w:rPr>
              <w:t>mediasourceEUnews</w:t>
            </w:r>
          </w:p>
        </w:tc>
        <w:tc>
          <w:tcPr>
            <w:tcW w:w="2880" w:type="dxa"/>
          </w:tcPr>
          <w:p w14:paraId="2A30B6DD" w14:textId="77777777" w:rsidR="004D342C" w:rsidRDefault="00000000">
            <w:pPr>
              <w:spacing w:before="20" w:after="20"/>
              <w:ind w:firstLine="0"/>
            </w:pPr>
            <w:r>
              <w:rPr>
                <w:sz w:val="16"/>
              </w:rPr>
              <w:t>EUROP POLITICAL MATTERS - 1ST NEWS SOURCE</w:t>
            </w:r>
          </w:p>
        </w:tc>
        <w:tc>
          <w:tcPr>
            <w:tcW w:w="3456" w:type="dxa"/>
          </w:tcPr>
          <w:p w14:paraId="29E3F635" w14:textId="77777777" w:rsidR="004D342C" w:rsidRDefault="00000000">
            <w:pPr>
              <w:spacing w:before="20" w:after="20"/>
              <w:ind w:firstLine="0"/>
            </w:pPr>
            <w:r>
              <w:rPr>
                <w:sz w:val="16"/>
              </w:rPr>
              <w:t>1 Television / 2 The press / 3 Radio / 4 The Internet / 5 Other (SPONTANEOUS) / 6 You do not look for news on European political mat / 7 DK</w:t>
            </w:r>
          </w:p>
        </w:tc>
        <w:tc>
          <w:tcPr>
            <w:tcW w:w="648" w:type="dxa"/>
          </w:tcPr>
          <w:p w14:paraId="29691264" w14:textId="77777777" w:rsidR="004D342C" w:rsidRDefault="00000000">
            <w:pPr>
              <w:spacing w:before="20" w:after="20"/>
              <w:ind w:firstLine="0"/>
              <w:jc w:val="right"/>
            </w:pPr>
            <w:r>
              <w:rPr>
                <w:sz w:val="16"/>
              </w:rPr>
              <w:t>4</w:t>
            </w:r>
          </w:p>
        </w:tc>
      </w:tr>
      <w:tr w:rsidR="004D342C" w14:paraId="74641CC9" w14:textId="77777777">
        <w:trPr>
          <w:cantSplit/>
          <w:jc w:val="center"/>
        </w:trPr>
        <w:tc>
          <w:tcPr>
            <w:tcW w:w="1944" w:type="dxa"/>
          </w:tcPr>
          <w:p w14:paraId="184D33D9" w14:textId="77777777" w:rsidR="004D342C" w:rsidRDefault="00000000">
            <w:pPr>
              <w:spacing w:before="20" w:after="20"/>
              <w:ind w:firstLine="0"/>
            </w:pPr>
            <w:r>
              <w:rPr>
                <w:sz w:val="16"/>
              </w:rPr>
              <w:t>spotfakenews</w:t>
            </w:r>
          </w:p>
        </w:tc>
        <w:tc>
          <w:tcPr>
            <w:tcW w:w="2880" w:type="dxa"/>
          </w:tcPr>
          <w:p w14:paraId="64CADBA1" w14:textId="77777777" w:rsidR="004D342C" w:rsidRDefault="00000000">
            <w:pPr>
              <w:spacing w:before="20" w:after="20"/>
              <w:ind w:firstLine="0"/>
            </w:pPr>
            <w:r>
              <w:rPr>
                <w:sz w:val="16"/>
              </w:rPr>
              <w:t>FALSE/MISLEADING NEWS - EASY TO IDENTIFY</w:t>
            </w:r>
          </w:p>
        </w:tc>
        <w:tc>
          <w:tcPr>
            <w:tcW w:w="3456" w:type="dxa"/>
          </w:tcPr>
          <w:p w14:paraId="55589A7C" w14:textId="77777777" w:rsidR="004D342C" w:rsidRDefault="00000000">
            <w:pPr>
              <w:spacing w:before="20" w:after="20"/>
              <w:ind w:firstLine="0"/>
            </w:pPr>
            <w:r>
              <w:rPr>
                <w:sz w:val="16"/>
              </w:rPr>
              <w:t>1 Totally agree / 2 Tend to agree / 3 Tend to disagree / 4 Totally disagree / 5 Don't know (SPONTANEOUS)</w:t>
            </w:r>
          </w:p>
        </w:tc>
        <w:tc>
          <w:tcPr>
            <w:tcW w:w="648" w:type="dxa"/>
          </w:tcPr>
          <w:p w14:paraId="432B6F92" w14:textId="77777777" w:rsidR="004D342C" w:rsidRDefault="00000000">
            <w:pPr>
              <w:spacing w:before="20" w:after="20"/>
              <w:ind w:firstLine="0"/>
              <w:jc w:val="right"/>
            </w:pPr>
            <w:r>
              <w:rPr>
                <w:sz w:val="16"/>
              </w:rPr>
              <w:t>4</w:t>
            </w:r>
          </w:p>
        </w:tc>
      </w:tr>
      <w:tr w:rsidR="004D342C" w14:paraId="72E65CE3" w14:textId="77777777">
        <w:trPr>
          <w:cantSplit/>
          <w:jc w:val="center"/>
        </w:trPr>
        <w:tc>
          <w:tcPr>
            <w:tcW w:w="1944" w:type="dxa"/>
          </w:tcPr>
          <w:p w14:paraId="3FB148AD" w14:textId="77777777" w:rsidR="004D342C" w:rsidRDefault="00000000">
            <w:pPr>
              <w:spacing w:before="20" w:after="20"/>
              <w:ind w:firstLine="0"/>
            </w:pPr>
            <w:r>
              <w:rPr>
                <w:sz w:val="16"/>
              </w:rPr>
              <w:t>knowledgesubjectiveEPactivities</w:t>
            </w:r>
            <w:r>
              <w:rPr>
                <w:sz w:val="16"/>
              </w:rPr>
              <w:br/>
              <w:t>(informedEPactivities)</w:t>
            </w:r>
          </w:p>
        </w:tc>
        <w:tc>
          <w:tcPr>
            <w:tcW w:w="2880" w:type="dxa"/>
          </w:tcPr>
          <w:p w14:paraId="0F3DDFDB" w14:textId="77777777" w:rsidR="004D342C" w:rsidRDefault="00000000">
            <w:pPr>
              <w:spacing w:before="20" w:after="20"/>
              <w:ind w:firstLine="0"/>
            </w:pPr>
            <w:r>
              <w:rPr>
                <w:sz w:val="16"/>
              </w:rPr>
              <w:t>QP2 EUROPEAN PARLIAMENT - INFORMATION</w:t>
            </w:r>
          </w:p>
        </w:tc>
        <w:tc>
          <w:tcPr>
            <w:tcW w:w="3456" w:type="dxa"/>
          </w:tcPr>
          <w:p w14:paraId="53C18137" w14:textId="77777777" w:rsidR="004D342C" w:rsidRDefault="00000000">
            <w:pPr>
              <w:spacing w:before="20" w:after="20"/>
              <w:ind w:firstLine="0"/>
            </w:pPr>
            <w:r>
              <w:rPr>
                <w:sz w:val="16"/>
              </w:rPr>
              <w:t>1 Very well informed / 2 Fairly well informed / 3 Fairly badly informed / 4 Very badly informed / 5 DK</w:t>
            </w:r>
          </w:p>
        </w:tc>
        <w:tc>
          <w:tcPr>
            <w:tcW w:w="648" w:type="dxa"/>
          </w:tcPr>
          <w:p w14:paraId="4186FEB6" w14:textId="77777777" w:rsidR="004D342C" w:rsidRDefault="00000000">
            <w:pPr>
              <w:spacing w:before="20" w:after="20"/>
              <w:ind w:firstLine="0"/>
              <w:jc w:val="right"/>
            </w:pPr>
            <w:r>
              <w:rPr>
                <w:sz w:val="16"/>
              </w:rPr>
              <w:t>3</w:t>
            </w:r>
          </w:p>
        </w:tc>
      </w:tr>
      <w:tr w:rsidR="004D342C" w14:paraId="3C04F558" w14:textId="77777777">
        <w:trPr>
          <w:cantSplit/>
          <w:jc w:val="center"/>
        </w:trPr>
        <w:tc>
          <w:tcPr>
            <w:tcW w:w="1944" w:type="dxa"/>
          </w:tcPr>
          <w:p w14:paraId="0A866954" w14:textId="77777777" w:rsidR="004D342C" w:rsidRDefault="00000000">
            <w:pPr>
              <w:spacing w:before="20" w:after="20"/>
              <w:ind w:firstLine="0"/>
            </w:pPr>
            <w:r>
              <w:rPr>
                <w:sz w:val="16"/>
              </w:rPr>
              <w:lastRenderedPageBreak/>
              <w:t>knowtestEPbudget</w:t>
            </w:r>
            <w:r>
              <w:rPr>
                <w:sz w:val="16"/>
              </w:rPr>
              <w:br/>
              <w:t>(demoEUtestEPbudget)</w:t>
            </w:r>
          </w:p>
        </w:tc>
        <w:tc>
          <w:tcPr>
            <w:tcW w:w="2880" w:type="dxa"/>
          </w:tcPr>
          <w:p w14:paraId="61836E8A" w14:textId="77777777" w:rsidR="004D342C" w:rsidRDefault="00000000">
            <w:pPr>
              <w:spacing w:before="20" w:after="20"/>
              <w:ind w:firstLine="0"/>
            </w:pPr>
            <w:r>
              <w:rPr>
                <w:sz w:val="16"/>
              </w:rPr>
              <w:t>QP8 EP KNOWLEDGE - EU BUDGET DETERMINED JOINTLY</w:t>
            </w:r>
          </w:p>
        </w:tc>
        <w:tc>
          <w:tcPr>
            <w:tcW w:w="3456" w:type="dxa"/>
          </w:tcPr>
          <w:p w14:paraId="0A3498BA" w14:textId="77777777" w:rsidR="004D342C" w:rsidRDefault="00000000">
            <w:pPr>
              <w:spacing w:before="20" w:after="20"/>
              <w:ind w:firstLine="0"/>
            </w:pPr>
            <w:r>
              <w:rPr>
                <w:sz w:val="16"/>
              </w:rPr>
              <w:t>1 True. / 2 False. / 3 DK</w:t>
            </w:r>
          </w:p>
        </w:tc>
        <w:tc>
          <w:tcPr>
            <w:tcW w:w="648" w:type="dxa"/>
          </w:tcPr>
          <w:p w14:paraId="1ED3BCF6" w14:textId="77777777" w:rsidR="004D342C" w:rsidRDefault="00000000">
            <w:pPr>
              <w:spacing w:before="20" w:after="20"/>
              <w:ind w:firstLine="0"/>
              <w:jc w:val="right"/>
            </w:pPr>
            <w:r>
              <w:rPr>
                <w:sz w:val="16"/>
              </w:rPr>
              <w:t>3</w:t>
            </w:r>
          </w:p>
        </w:tc>
      </w:tr>
      <w:tr w:rsidR="004D342C" w14:paraId="6D7A7F61" w14:textId="77777777">
        <w:trPr>
          <w:cantSplit/>
          <w:jc w:val="center"/>
        </w:trPr>
        <w:tc>
          <w:tcPr>
            <w:tcW w:w="1944" w:type="dxa"/>
          </w:tcPr>
          <w:p w14:paraId="254511DA" w14:textId="77777777" w:rsidR="004D342C" w:rsidRDefault="00000000">
            <w:pPr>
              <w:spacing w:before="20" w:after="20"/>
              <w:ind w:firstLine="0"/>
            </w:pPr>
            <w:r>
              <w:rPr>
                <w:sz w:val="16"/>
              </w:rPr>
              <w:t>knowtestEuropeDay</w:t>
            </w:r>
            <w:r>
              <w:rPr>
                <w:sz w:val="16"/>
              </w:rPr>
              <w:br/>
              <w:t>(demoEUtestEuropeDay)</w:t>
            </w:r>
          </w:p>
        </w:tc>
        <w:tc>
          <w:tcPr>
            <w:tcW w:w="2880" w:type="dxa"/>
          </w:tcPr>
          <w:p w14:paraId="65CAACB6" w14:textId="77777777" w:rsidR="004D342C" w:rsidRDefault="00000000">
            <w:pPr>
              <w:spacing w:before="20" w:after="20"/>
              <w:ind w:firstLine="0"/>
            </w:pPr>
            <w:r>
              <w:rPr>
                <w:sz w:val="16"/>
              </w:rPr>
              <w:t>q30 eu knowledge: europe day</w:t>
            </w:r>
          </w:p>
        </w:tc>
        <w:tc>
          <w:tcPr>
            <w:tcW w:w="3456" w:type="dxa"/>
          </w:tcPr>
          <w:p w14:paraId="2B50BE20" w14:textId="77777777" w:rsidR="004D342C" w:rsidRDefault="00000000">
            <w:pPr>
              <w:spacing w:before="20" w:after="20"/>
              <w:ind w:firstLine="0"/>
            </w:pPr>
            <w:r>
              <w:rPr>
                <w:sz w:val="16"/>
              </w:rPr>
              <w:t>1 true / 2 false / 3 dont know</w:t>
            </w:r>
          </w:p>
        </w:tc>
        <w:tc>
          <w:tcPr>
            <w:tcW w:w="648" w:type="dxa"/>
          </w:tcPr>
          <w:p w14:paraId="539A9CB4" w14:textId="77777777" w:rsidR="004D342C" w:rsidRDefault="00000000">
            <w:pPr>
              <w:spacing w:before="20" w:after="20"/>
              <w:ind w:firstLine="0"/>
              <w:jc w:val="right"/>
            </w:pPr>
            <w:r>
              <w:rPr>
                <w:sz w:val="16"/>
              </w:rPr>
              <w:t>3</w:t>
            </w:r>
          </w:p>
        </w:tc>
      </w:tr>
      <w:tr w:rsidR="004D342C" w14:paraId="33199871" w14:textId="77777777">
        <w:trPr>
          <w:cantSplit/>
          <w:jc w:val="center"/>
        </w:trPr>
        <w:tc>
          <w:tcPr>
            <w:tcW w:w="1944" w:type="dxa"/>
          </w:tcPr>
          <w:p w14:paraId="0F758BDA" w14:textId="77777777" w:rsidR="004D342C" w:rsidRDefault="00000000">
            <w:pPr>
              <w:spacing w:before="20" w:after="20"/>
              <w:ind w:firstLine="0"/>
            </w:pPr>
            <w:r>
              <w:rPr>
                <w:sz w:val="16"/>
              </w:rPr>
              <w:t>mediaEU</w:t>
            </w:r>
          </w:p>
        </w:tc>
        <w:tc>
          <w:tcPr>
            <w:tcW w:w="2880" w:type="dxa"/>
          </w:tcPr>
          <w:p w14:paraId="2B82D4FB" w14:textId="77777777" w:rsidR="004D342C" w:rsidRDefault="00000000">
            <w:pPr>
              <w:spacing w:before="20" w:after="20"/>
              <w:ind w:firstLine="0"/>
            </w:pPr>
            <w:r>
              <w:rPr>
                <w:sz w:val="16"/>
              </w:rPr>
              <w:t>q25 eu media coverage</w:t>
            </w:r>
          </w:p>
        </w:tc>
        <w:tc>
          <w:tcPr>
            <w:tcW w:w="3456" w:type="dxa"/>
          </w:tcPr>
          <w:p w14:paraId="55317028" w14:textId="77777777" w:rsidR="004D342C" w:rsidRDefault="00000000">
            <w:pPr>
              <w:spacing w:before="20" w:after="20"/>
              <w:ind w:firstLine="0"/>
            </w:pPr>
            <w:r>
              <w:rPr>
                <w:sz w:val="16"/>
              </w:rPr>
              <w:t>1 too much / 2 about the right amount / 3 too little / 4 dk</w:t>
            </w:r>
          </w:p>
        </w:tc>
        <w:tc>
          <w:tcPr>
            <w:tcW w:w="648" w:type="dxa"/>
          </w:tcPr>
          <w:p w14:paraId="64A8999A" w14:textId="77777777" w:rsidR="004D342C" w:rsidRDefault="00000000">
            <w:pPr>
              <w:spacing w:before="20" w:after="20"/>
              <w:ind w:firstLine="0"/>
              <w:jc w:val="right"/>
            </w:pPr>
            <w:r>
              <w:rPr>
                <w:sz w:val="16"/>
              </w:rPr>
              <w:t>3</w:t>
            </w:r>
          </w:p>
        </w:tc>
      </w:tr>
      <w:tr w:rsidR="004D342C" w14:paraId="6DA200D4" w14:textId="77777777">
        <w:trPr>
          <w:cantSplit/>
          <w:jc w:val="center"/>
        </w:trPr>
        <w:tc>
          <w:tcPr>
            <w:tcW w:w="1944" w:type="dxa"/>
          </w:tcPr>
          <w:p w14:paraId="77F9E550" w14:textId="77777777" w:rsidR="004D342C" w:rsidRDefault="00000000">
            <w:pPr>
              <w:spacing w:before="20" w:after="20"/>
              <w:ind w:firstLine="0"/>
            </w:pPr>
            <w:r>
              <w:rPr>
                <w:sz w:val="16"/>
              </w:rPr>
              <w:t>mediacoverEU</w:t>
            </w:r>
          </w:p>
        </w:tc>
        <w:tc>
          <w:tcPr>
            <w:tcW w:w="2880" w:type="dxa"/>
          </w:tcPr>
          <w:p w14:paraId="48DF2C17" w14:textId="77777777" w:rsidR="004D342C" w:rsidRDefault="00000000">
            <w:pPr>
              <w:spacing w:before="20" w:after="20"/>
              <w:ind w:firstLine="0"/>
            </w:pPr>
            <w:r>
              <w:rPr>
                <w:sz w:val="16"/>
              </w:rPr>
              <w:t>q26 eu media image</w:t>
            </w:r>
          </w:p>
        </w:tc>
        <w:tc>
          <w:tcPr>
            <w:tcW w:w="3456" w:type="dxa"/>
          </w:tcPr>
          <w:p w14:paraId="34AB5C47" w14:textId="77777777" w:rsidR="004D342C" w:rsidRDefault="00000000">
            <w:pPr>
              <w:spacing w:before="20" w:after="20"/>
              <w:ind w:firstLine="0"/>
            </w:pPr>
            <w:r>
              <w:rPr>
                <w:sz w:val="16"/>
              </w:rPr>
              <w:t>1 too positively / 2 objectively / 3 too negatively / 4 dk</w:t>
            </w:r>
          </w:p>
        </w:tc>
        <w:tc>
          <w:tcPr>
            <w:tcW w:w="648" w:type="dxa"/>
          </w:tcPr>
          <w:p w14:paraId="2CFFD52E" w14:textId="77777777" w:rsidR="004D342C" w:rsidRDefault="00000000">
            <w:pPr>
              <w:spacing w:before="20" w:after="20"/>
              <w:ind w:firstLine="0"/>
              <w:jc w:val="right"/>
            </w:pPr>
            <w:r>
              <w:rPr>
                <w:sz w:val="16"/>
              </w:rPr>
              <w:t>3</w:t>
            </w:r>
          </w:p>
        </w:tc>
      </w:tr>
      <w:tr w:rsidR="004D342C" w14:paraId="24F3F8F1" w14:textId="77777777">
        <w:trPr>
          <w:cantSplit/>
          <w:jc w:val="center"/>
        </w:trPr>
        <w:tc>
          <w:tcPr>
            <w:tcW w:w="1944" w:type="dxa"/>
          </w:tcPr>
          <w:p w14:paraId="7B06AAEA" w14:textId="77777777" w:rsidR="004D342C" w:rsidRDefault="00000000">
            <w:pPr>
              <w:spacing w:before="20" w:after="20"/>
              <w:ind w:firstLine="0"/>
            </w:pPr>
            <w:r>
              <w:rPr>
                <w:sz w:val="16"/>
              </w:rPr>
              <w:t>mediaexposureindex</w:t>
            </w:r>
          </w:p>
        </w:tc>
        <w:tc>
          <w:tcPr>
            <w:tcW w:w="2880" w:type="dxa"/>
          </w:tcPr>
          <w:p w14:paraId="49D7D469" w14:textId="77777777" w:rsidR="004D342C" w:rsidRDefault="00000000">
            <w:pPr>
              <w:spacing w:before="20" w:after="20"/>
              <w:ind w:firstLine="0"/>
            </w:pPr>
            <w:r>
              <w:rPr>
                <w:sz w:val="16"/>
              </w:rPr>
              <w:t>MEDIA USE INDEX (QE3 SUMMARIZED)</w:t>
            </w:r>
          </w:p>
        </w:tc>
        <w:tc>
          <w:tcPr>
            <w:tcW w:w="3456" w:type="dxa"/>
          </w:tcPr>
          <w:p w14:paraId="77FC8E4B" w14:textId="77777777" w:rsidR="004D342C" w:rsidRDefault="00000000">
            <w:pPr>
              <w:spacing w:before="20" w:after="20"/>
              <w:ind w:firstLine="0"/>
            </w:pPr>
            <w:r>
              <w:rPr>
                <w:sz w:val="16"/>
              </w:rPr>
              <w:t>1 Very high / 2 High / 3 Poor / 4 Very poor/None</w:t>
            </w:r>
          </w:p>
        </w:tc>
        <w:tc>
          <w:tcPr>
            <w:tcW w:w="648" w:type="dxa"/>
          </w:tcPr>
          <w:p w14:paraId="2EEBBE65" w14:textId="77777777" w:rsidR="004D342C" w:rsidRDefault="00000000">
            <w:pPr>
              <w:spacing w:before="20" w:after="20"/>
              <w:ind w:firstLine="0"/>
              <w:jc w:val="right"/>
            </w:pPr>
            <w:r>
              <w:rPr>
                <w:sz w:val="16"/>
              </w:rPr>
              <w:t>3</w:t>
            </w:r>
          </w:p>
        </w:tc>
      </w:tr>
      <w:tr w:rsidR="004D342C" w14:paraId="526CB8E3" w14:textId="77777777">
        <w:trPr>
          <w:cantSplit/>
          <w:jc w:val="center"/>
        </w:trPr>
        <w:tc>
          <w:tcPr>
            <w:tcW w:w="1944" w:type="dxa"/>
          </w:tcPr>
          <w:p w14:paraId="3EA1FDA2" w14:textId="77777777" w:rsidR="004D342C" w:rsidRDefault="00000000">
            <w:pPr>
              <w:spacing w:before="20" w:after="20"/>
              <w:ind w:firstLine="0"/>
            </w:pPr>
            <w:r>
              <w:rPr>
                <w:sz w:val="16"/>
              </w:rPr>
              <w:t>demoEUtestEPcountryMEPs</w:t>
            </w:r>
          </w:p>
        </w:tc>
        <w:tc>
          <w:tcPr>
            <w:tcW w:w="2880" w:type="dxa"/>
          </w:tcPr>
          <w:p w14:paraId="678BFFA6" w14:textId="77777777" w:rsidR="004D342C" w:rsidRDefault="00000000">
            <w:pPr>
              <w:spacing w:before="20" w:after="20"/>
              <w:ind w:firstLine="0"/>
            </w:pPr>
            <w:r>
              <w:rPr>
                <w:sz w:val="16"/>
              </w:rPr>
              <w:t>QP8 EP KNOWLEDGE - EACH STATE HAS SAME N OF MEP</w:t>
            </w:r>
          </w:p>
        </w:tc>
        <w:tc>
          <w:tcPr>
            <w:tcW w:w="3456" w:type="dxa"/>
          </w:tcPr>
          <w:p w14:paraId="00DB6E4E" w14:textId="77777777" w:rsidR="004D342C" w:rsidRDefault="00000000">
            <w:pPr>
              <w:spacing w:before="20" w:after="20"/>
              <w:ind w:firstLine="0"/>
            </w:pPr>
            <w:r>
              <w:rPr>
                <w:sz w:val="16"/>
              </w:rPr>
              <w:t>1 True. / 2 False. / 3 DK</w:t>
            </w:r>
          </w:p>
        </w:tc>
        <w:tc>
          <w:tcPr>
            <w:tcW w:w="648" w:type="dxa"/>
          </w:tcPr>
          <w:p w14:paraId="7D23687F" w14:textId="77777777" w:rsidR="004D342C" w:rsidRDefault="00000000">
            <w:pPr>
              <w:spacing w:before="20" w:after="20"/>
              <w:ind w:firstLine="0"/>
              <w:jc w:val="right"/>
            </w:pPr>
            <w:r>
              <w:rPr>
                <w:sz w:val="16"/>
              </w:rPr>
              <w:t>2</w:t>
            </w:r>
          </w:p>
        </w:tc>
      </w:tr>
      <w:tr w:rsidR="004D342C" w14:paraId="3EF47AA8" w14:textId="77777777">
        <w:trPr>
          <w:cantSplit/>
          <w:jc w:val="center"/>
        </w:trPr>
        <w:tc>
          <w:tcPr>
            <w:tcW w:w="1944" w:type="dxa"/>
          </w:tcPr>
          <w:p w14:paraId="2FFDBF4C" w14:textId="77777777" w:rsidR="004D342C" w:rsidRDefault="00000000">
            <w:pPr>
              <w:spacing w:before="20" w:after="20"/>
              <w:ind w:firstLine="0"/>
            </w:pPr>
            <w:r>
              <w:rPr>
                <w:sz w:val="16"/>
              </w:rPr>
              <w:t>demoEUtestEPdecisions</w:t>
            </w:r>
          </w:p>
        </w:tc>
        <w:tc>
          <w:tcPr>
            <w:tcW w:w="2880" w:type="dxa"/>
          </w:tcPr>
          <w:p w14:paraId="34A0907D" w14:textId="77777777" w:rsidR="004D342C" w:rsidRDefault="00000000">
            <w:pPr>
              <w:spacing w:before="20" w:after="20"/>
              <w:ind w:firstLine="0"/>
            </w:pPr>
            <w:r>
              <w:rPr>
                <w:sz w:val="16"/>
              </w:rPr>
              <w:t>QP8 EP KNOWLEDGE - EUROPEAN LAWS AGREED JOINTLY</w:t>
            </w:r>
          </w:p>
        </w:tc>
        <w:tc>
          <w:tcPr>
            <w:tcW w:w="3456" w:type="dxa"/>
          </w:tcPr>
          <w:p w14:paraId="0ED3E900" w14:textId="77777777" w:rsidR="004D342C" w:rsidRDefault="00000000">
            <w:pPr>
              <w:spacing w:before="20" w:after="20"/>
              <w:ind w:firstLine="0"/>
            </w:pPr>
            <w:r>
              <w:rPr>
                <w:sz w:val="16"/>
              </w:rPr>
              <w:t>1 True. / 2 False. / 3 DK</w:t>
            </w:r>
          </w:p>
        </w:tc>
        <w:tc>
          <w:tcPr>
            <w:tcW w:w="648" w:type="dxa"/>
          </w:tcPr>
          <w:p w14:paraId="729E5374" w14:textId="77777777" w:rsidR="004D342C" w:rsidRDefault="00000000">
            <w:pPr>
              <w:spacing w:before="20" w:after="20"/>
              <w:ind w:firstLine="0"/>
              <w:jc w:val="right"/>
            </w:pPr>
            <w:r>
              <w:rPr>
                <w:sz w:val="16"/>
              </w:rPr>
              <w:t>2</w:t>
            </w:r>
          </w:p>
        </w:tc>
      </w:tr>
      <w:tr w:rsidR="004D342C" w14:paraId="04C1592F" w14:textId="77777777">
        <w:trPr>
          <w:cantSplit/>
          <w:jc w:val="center"/>
        </w:trPr>
        <w:tc>
          <w:tcPr>
            <w:tcW w:w="1944" w:type="dxa"/>
          </w:tcPr>
          <w:p w14:paraId="44126010" w14:textId="77777777" w:rsidR="004D342C" w:rsidRDefault="00000000">
            <w:pPr>
              <w:spacing w:before="20" w:after="20"/>
              <w:ind w:firstLine="0"/>
            </w:pPr>
            <w:r>
              <w:rPr>
                <w:sz w:val="16"/>
              </w:rPr>
              <w:t>demoEUtestIceland</w:t>
            </w:r>
          </w:p>
        </w:tc>
        <w:tc>
          <w:tcPr>
            <w:tcW w:w="2880" w:type="dxa"/>
          </w:tcPr>
          <w:p w14:paraId="0FFC2846" w14:textId="77777777" w:rsidR="004D342C" w:rsidRDefault="00000000">
            <w:pPr>
              <w:spacing w:before="20" w:after="20"/>
              <w:ind w:firstLine="0"/>
            </w:pPr>
            <w:r>
              <w:rPr>
                <w:sz w:val="16"/>
              </w:rPr>
              <w:t>EU KNOWLEDGE: ICELAND IS MEMBER (CH ONLY)</w:t>
            </w:r>
          </w:p>
        </w:tc>
        <w:tc>
          <w:tcPr>
            <w:tcW w:w="3456" w:type="dxa"/>
          </w:tcPr>
          <w:p w14:paraId="57A1AC77" w14:textId="77777777" w:rsidR="004D342C" w:rsidRDefault="00000000">
            <w:pPr>
              <w:spacing w:before="20" w:after="20"/>
              <w:ind w:firstLine="0"/>
            </w:pPr>
            <w:r>
              <w:rPr>
                <w:sz w:val="16"/>
              </w:rPr>
              <w:t>1 True / 2 False (CORRECT) / 3 Don't know (SPONTANEOUS)</w:t>
            </w:r>
          </w:p>
        </w:tc>
        <w:tc>
          <w:tcPr>
            <w:tcW w:w="648" w:type="dxa"/>
          </w:tcPr>
          <w:p w14:paraId="7062436B" w14:textId="77777777" w:rsidR="004D342C" w:rsidRDefault="00000000">
            <w:pPr>
              <w:spacing w:before="20" w:after="20"/>
              <w:ind w:firstLine="0"/>
              <w:jc w:val="right"/>
            </w:pPr>
            <w:r>
              <w:rPr>
                <w:sz w:val="16"/>
              </w:rPr>
              <w:t>2</w:t>
            </w:r>
          </w:p>
        </w:tc>
      </w:tr>
      <w:tr w:rsidR="004D342C" w14:paraId="68BAA692" w14:textId="77777777">
        <w:trPr>
          <w:cantSplit/>
          <w:jc w:val="center"/>
        </w:trPr>
        <w:tc>
          <w:tcPr>
            <w:tcW w:w="1944" w:type="dxa"/>
          </w:tcPr>
          <w:p w14:paraId="0887168D" w14:textId="77777777" w:rsidR="004D342C" w:rsidRDefault="00000000">
            <w:pPr>
              <w:spacing w:before="20" w:after="20"/>
              <w:ind w:firstLine="0"/>
            </w:pPr>
            <w:r>
              <w:rPr>
                <w:sz w:val="16"/>
              </w:rPr>
              <w:t>demointerestpaper4</w:t>
            </w:r>
          </w:p>
        </w:tc>
        <w:tc>
          <w:tcPr>
            <w:tcW w:w="2880" w:type="dxa"/>
          </w:tcPr>
          <w:p w14:paraId="4178D4B9" w14:textId="77777777" w:rsidR="004D342C" w:rsidRDefault="00000000">
            <w:pPr>
              <w:spacing w:before="20" w:after="20"/>
              <w:ind w:firstLine="0"/>
            </w:pPr>
            <w:r>
              <w:rPr>
                <w:sz w:val="16"/>
              </w:rPr>
              <w:t>DAILY NEWSPAPER USE (4-point general readership, EB5/EB6)</w:t>
            </w:r>
          </w:p>
        </w:tc>
        <w:tc>
          <w:tcPr>
            <w:tcW w:w="3456" w:type="dxa"/>
          </w:tcPr>
          <w:p w14:paraId="53858B35" w14:textId="77777777" w:rsidR="004D342C" w:rsidRDefault="00000000">
            <w:pPr>
              <w:spacing w:before="20" w:after="20"/>
              <w:ind w:firstLine="0"/>
            </w:pPr>
            <w:r>
              <w:rPr>
                <w:sz w:val="16"/>
              </w:rPr>
              <w:t>1 every day / 2 several times a week / 3 from time to time / 4 never / 5 DK</w:t>
            </w:r>
          </w:p>
        </w:tc>
        <w:tc>
          <w:tcPr>
            <w:tcW w:w="648" w:type="dxa"/>
          </w:tcPr>
          <w:p w14:paraId="453A4D77" w14:textId="77777777" w:rsidR="004D342C" w:rsidRDefault="00000000">
            <w:pPr>
              <w:spacing w:before="20" w:after="20"/>
              <w:ind w:firstLine="0"/>
              <w:jc w:val="right"/>
            </w:pPr>
            <w:r>
              <w:rPr>
                <w:sz w:val="16"/>
              </w:rPr>
              <w:t>2</w:t>
            </w:r>
          </w:p>
        </w:tc>
      </w:tr>
      <w:tr w:rsidR="004D342C" w14:paraId="0BD599EE" w14:textId="77777777">
        <w:trPr>
          <w:cantSplit/>
          <w:jc w:val="center"/>
        </w:trPr>
        <w:tc>
          <w:tcPr>
            <w:tcW w:w="1944" w:type="dxa"/>
          </w:tcPr>
          <w:p w14:paraId="5B950ECC" w14:textId="77777777" w:rsidR="004D342C" w:rsidRDefault="00000000">
            <w:pPr>
              <w:spacing w:before="20" w:after="20"/>
              <w:ind w:firstLine="0"/>
            </w:pPr>
            <w:r>
              <w:rPr>
                <w:sz w:val="16"/>
              </w:rPr>
              <w:t>knowledgesubjectivepublic2</w:t>
            </w:r>
            <w:r>
              <w:rPr>
                <w:sz w:val="16"/>
              </w:rPr>
              <w:br/>
              <w:t>(publicknowledge)</w:t>
            </w:r>
          </w:p>
        </w:tc>
        <w:tc>
          <w:tcPr>
            <w:tcW w:w="2880" w:type="dxa"/>
          </w:tcPr>
          <w:p w14:paraId="00658733" w14:textId="77777777" w:rsidR="004D342C" w:rsidRDefault="00000000">
            <w:pPr>
              <w:spacing w:before="20" w:after="20"/>
              <w:ind w:firstLine="0"/>
            </w:pPr>
            <w:r>
              <w:rPr>
                <w:sz w:val="16"/>
              </w:rPr>
              <w:t>QA19 EU INFORMEDNESS PPL - ASSESSMENT</w:t>
            </w:r>
          </w:p>
        </w:tc>
        <w:tc>
          <w:tcPr>
            <w:tcW w:w="3456" w:type="dxa"/>
          </w:tcPr>
          <w:p w14:paraId="52004FE5" w14:textId="77777777" w:rsidR="004D342C" w:rsidRDefault="00000000">
            <w:pPr>
              <w:spacing w:before="20" w:after="20"/>
              <w:ind w:firstLine="0"/>
            </w:pPr>
            <w:r>
              <w:rPr>
                <w:sz w:val="16"/>
              </w:rPr>
              <w:t>1 Very well informed / 2 Fairly well informed / 3 Not very well informed / 4 Not at all informed / 5 DK / 9 INAP - CY-TCC</w:t>
            </w:r>
          </w:p>
        </w:tc>
        <w:tc>
          <w:tcPr>
            <w:tcW w:w="648" w:type="dxa"/>
          </w:tcPr>
          <w:p w14:paraId="7105F003" w14:textId="77777777" w:rsidR="004D342C" w:rsidRDefault="00000000">
            <w:pPr>
              <w:spacing w:before="20" w:after="20"/>
              <w:ind w:firstLine="0"/>
              <w:jc w:val="right"/>
            </w:pPr>
            <w:r>
              <w:rPr>
                <w:sz w:val="16"/>
              </w:rPr>
              <w:t>2</w:t>
            </w:r>
          </w:p>
        </w:tc>
      </w:tr>
      <w:tr w:rsidR="004D342C" w14:paraId="715C38DE" w14:textId="77777777">
        <w:trPr>
          <w:cantSplit/>
          <w:jc w:val="center"/>
        </w:trPr>
        <w:tc>
          <w:tcPr>
            <w:tcW w:w="1944" w:type="dxa"/>
          </w:tcPr>
          <w:p w14:paraId="1C7EF63C" w14:textId="77777777" w:rsidR="004D342C" w:rsidRDefault="00000000">
            <w:pPr>
              <w:spacing w:before="20" w:after="20"/>
              <w:ind w:firstLine="0"/>
            </w:pPr>
            <w:r>
              <w:rPr>
                <w:sz w:val="16"/>
              </w:rPr>
              <w:t>knowtestPresident</w:t>
            </w:r>
            <w:r>
              <w:rPr>
                <w:sz w:val="16"/>
              </w:rPr>
              <w:br/>
              <w:t>(demoEUtestPresident)</w:t>
            </w:r>
          </w:p>
        </w:tc>
        <w:tc>
          <w:tcPr>
            <w:tcW w:w="2880" w:type="dxa"/>
          </w:tcPr>
          <w:p w14:paraId="4DB92D2B" w14:textId="77777777" w:rsidR="004D342C" w:rsidRDefault="00000000">
            <w:pPr>
              <w:spacing w:before="20" w:after="20"/>
              <w:ind w:firstLine="0"/>
            </w:pPr>
            <w:r>
              <w:rPr>
                <w:sz w:val="16"/>
              </w:rPr>
              <w:t>q30 eu knowledge: ec president election</w:t>
            </w:r>
          </w:p>
        </w:tc>
        <w:tc>
          <w:tcPr>
            <w:tcW w:w="3456" w:type="dxa"/>
          </w:tcPr>
          <w:p w14:paraId="5406AE80" w14:textId="77777777" w:rsidR="004D342C" w:rsidRDefault="00000000">
            <w:pPr>
              <w:spacing w:before="20" w:after="20"/>
              <w:ind w:firstLine="0"/>
            </w:pPr>
            <w:r>
              <w:rPr>
                <w:sz w:val="16"/>
              </w:rPr>
              <w:t>1 true / 2 false / 3 dont know</w:t>
            </w:r>
          </w:p>
        </w:tc>
        <w:tc>
          <w:tcPr>
            <w:tcW w:w="648" w:type="dxa"/>
          </w:tcPr>
          <w:p w14:paraId="1F614336" w14:textId="77777777" w:rsidR="004D342C" w:rsidRDefault="00000000">
            <w:pPr>
              <w:spacing w:before="20" w:after="20"/>
              <w:ind w:firstLine="0"/>
              <w:jc w:val="right"/>
            </w:pPr>
            <w:r>
              <w:rPr>
                <w:sz w:val="16"/>
              </w:rPr>
              <w:t>2</w:t>
            </w:r>
          </w:p>
        </w:tc>
      </w:tr>
      <w:tr w:rsidR="004D342C" w14:paraId="2B4FA314" w14:textId="77777777">
        <w:trPr>
          <w:cantSplit/>
          <w:jc w:val="center"/>
        </w:trPr>
        <w:tc>
          <w:tcPr>
            <w:tcW w:w="1944" w:type="dxa"/>
          </w:tcPr>
          <w:p w14:paraId="79FE9D13" w14:textId="77777777" w:rsidR="004D342C" w:rsidRDefault="00000000">
            <w:pPr>
              <w:spacing w:before="20" w:after="20"/>
              <w:ind w:firstLine="0"/>
            </w:pPr>
            <w:r>
              <w:rPr>
                <w:sz w:val="16"/>
              </w:rPr>
              <w:t>knowtestflag</w:t>
            </w:r>
            <w:r>
              <w:rPr>
                <w:sz w:val="16"/>
              </w:rPr>
              <w:br/>
              <w:t>(demoEUtestflag)</w:t>
            </w:r>
          </w:p>
        </w:tc>
        <w:tc>
          <w:tcPr>
            <w:tcW w:w="2880" w:type="dxa"/>
          </w:tcPr>
          <w:p w14:paraId="37DCC8A1" w14:textId="77777777" w:rsidR="004D342C" w:rsidRDefault="00000000">
            <w:pPr>
              <w:spacing w:before="20" w:after="20"/>
              <w:ind w:firstLine="0"/>
            </w:pPr>
            <w:r>
              <w:rPr>
                <w:sz w:val="16"/>
              </w:rPr>
              <w:t>q.24. - 3. for each of the following sta</w:t>
            </w:r>
          </w:p>
        </w:tc>
        <w:tc>
          <w:tcPr>
            <w:tcW w:w="3456" w:type="dxa"/>
          </w:tcPr>
          <w:p w14:paraId="2C09A387" w14:textId="77777777" w:rsidR="004D342C" w:rsidRDefault="00000000">
            <w:pPr>
              <w:spacing w:before="20" w:after="20"/>
              <w:ind w:firstLine="0"/>
            </w:pPr>
            <w:r>
              <w:rPr>
                <w:sz w:val="16"/>
              </w:rPr>
              <w:t>1 true / 2 false / 3 dont know</w:t>
            </w:r>
          </w:p>
        </w:tc>
        <w:tc>
          <w:tcPr>
            <w:tcW w:w="648" w:type="dxa"/>
          </w:tcPr>
          <w:p w14:paraId="08D3401F" w14:textId="77777777" w:rsidR="004D342C" w:rsidRDefault="00000000">
            <w:pPr>
              <w:spacing w:before="20" w:after="20"/>
              <w:ind w:firstLine="0"/>
              <w:jc w:val="right"/>
            </w:pPr>
            <w:r>
              <w:rPr>
                <w:sz w:val="16"/>
              </w:rPr>
              <w:t>2</w:t>
            </w:r>
          </w:p>
        </w:tc>
      </w:tr>
      <w:tr w:rsidR="004D342C" w14:paraId="3ECD3911" w14:textId="77777777">
        <w:trPr>
          <w:cantSplit/>
          <w:jc w:val="center"/>
        </w:trPr>
        <w:tc>
          <w:tcPr>
            <w:tcW w:w="1944" w:type="dxa"/>
          </w:tcPr>
          <w:p w14:paraId="29300A7D" w14:textId="77777777" w:rsidR="004D342C" w:rsidRDefault="00000000">
            <w:pPr>
              <w:spacing w:before="20" w:after="20"/>
              <w:ind w:firstLine="0"/>
            </w:pPr>
            <w:r>
              <w:rPr>
                <w:sz w:val="16"/>
              </w:rPr>
              <w:t>knowtesthistory</w:t>
            </w:r>
            <w:r>
              <w:rPr>
                <w:sz w:val="16"/>
              </w:rPr>
              <w:br/>
              <w:t>(demoEUtesthistory)</w:t>
            </w:r>
          </w:p>
        </w:tc>
        <w:tc>
          <w:tcPr>
            <w:tcW w:w="2880" w:type="dxa"/>
          </w:tcPr>
          <w:p w14:paraId="330F172E" w14:textId="77777777" w:rsidR="004D342C" w:rsidRDefault="00000000">
            <w:pPr>
              <w:spacing w:before="20" w:after="20"/>
              <w:ind w:firstLine="0"/>
            </w:pPr>
            <w:r>
              <w:rPr>
                <w:sz w:val="16"/>
              </w:rPr>
              <w:t>q.24. - 2. for each of the following sta</w:t>
            </w:r>
          </w:p>
        </w:tc>
        <w:tc>
          <w:tcPr>
            <w:tcW w:w="3456" w:type="dxa"/>
          </w:tcPr>
          <w:p w14:paraId="64F91B45" w14:textId="77777777" w:rsidR="004D342C" w:rsidRDefault="00000000">
            <w:pPr>
              <w:spacing w:before="20" w:after="20"/>
              <w:ind w:firstLine="0"/>
            </w:pPr>
            <w:r>
              <w:rPr>
                <w:sz w:val="16"/>
              </w:rPr>
              <w:t>1 true / 2 false / 3 dont know</w:t>
            </w:r>
          </w:p>
        </w:tc>
        <w:tc>
          <w:tcPr>
            <w:tcW w:w="648" w:type="dxa"/>
          </w:tcPr>
          <w:p w14:paraId="439824EC" w14:textId="77777777" w:rsidR="004D342C" w:rsidRDefault="00000000">
            <w:pPr>
              <w:spacing w:before="20" w:after="20"/>
              <w:ind w:firstLine="0"/>
              <w:jc w:val="right"/>
            </w:pPr>
            <w:r>
              <w:rPr>
                <w:sz w:val="16"/>
              </w:rPr>
              <w:t>2</w:t>
            </w:r>
          </w:p>
        </w:tc>
      </w:tr>
      <w:tr w:rsidR="004D342C" w14:paraId="1B2A5235" w14:textId="77777777">
        <w:trPr>
          <w:cantSplit/>
          <w:jc w:val="center"/>
        </w:trPr>
        <w:tc>
          <w:tcPr>
            <w:tcW w:w="1944" w:type="dxa"/>
          </w:tcPr>
          <w:p w14:paraId="62131804" w14:textId="77777777" w:rsidR="004D342C" w:rsidRDefault="00000000">
            <w:pPr>
              <w:spacing w:before="20" w:after="20"/>
              <w:ind w:firstLine="0"/>
            </w:pPr>
            <w:r>
              <w:rPr>
                <w:sz w:val="16"/>
              </w:rPr>
              <w:t>demoEUtestIrish</w:t>
            </w:r>
          </w:p>
        </w:tc>
        <w:tc>
          <w:tcPr>
            <w:tcW w:w="2880" w:type="dxa"/>
          </w:tcPr>
          <w:p w14:paraId="118D3F4D" w14:textId="77777777" w:rsidR="004D342C" w:rsidRDefault="00000000">
            <w:pPr>
              <w:spacing w:before="20" w:after="20"/>
              <w:ind w:firstLine="0"/>
            </w:pPr>
            <w:r>
              <w:rPr>
                <w:sz w:val="16"/>
              </w:rPr>
              <w:t>QA17 EU KNOWLEDGE: IRISH REFERENDUM VOTE</w:t>
            </w:r>
          </w:p>
        </w:tc>
        <w:tc>
          <w:tcPr>
            <w:tcW w:w="3456" w:type="dxa"/>
          </w:tcPr>
          <w:p w14:paraId="72C22B63" w14:textId="77777777" w:rsidR="004D342C" w:rsidRDefault="00000000">
            <w:pPr>
              <w:spacing w:before="20" w:after="20"/>
              <w:ind w:firstLine="0"/>
            </w:pPr>
            <w:r>
              <w:rPr>
                <w:sz w:val="16"/>
              </w:rPr>
              <w:t>1 True (correct) / 2 False / 3 DK</w:t>
            </w:r>
          </w:p>
        </w:tc>
        <w:tc>
          <w:tcPr>
            <w:tcW w:w="648" w:type="dxa"/>
          </w:tcPr>
          <w:p w14:paraId="1E075A92" w14:textId="77777777" w:rsidR="004D342C" w:rsidRDefault="00000000">
            <w:pPr>
              <w:spacing w:before="20" w:after="20"/>
              <w:ind w:firstLine="0"/>
              <w:jc w:val="right"/>
            </w:pPr>
            <w:r>
              <w:rPr>
                <w:sz w:val="16"/>
              </w:rPr>
              <w:t>1</w:t>
            </w:r>
          </w:p>
        </w:tc>
      </w:tr>
      <w:tr w:rsidR="004D342C" w14:paraId="1F50F29D" w14:textId="77777777">
        <w:trPr>
          <w:cantSplit/>
          <w:jc w:val="center"/>
        </w:trPr>
        <w:tc>
          <w:tcPr>
            <w:tcW w:w="1944" w:type="dxa"/>
          </w:tcPr>
          <w:p w14:paraId="41A07373" w14:textId="77777777" w:rsidR="004D342C" w:rsidRDefault="00000000">
            <w:pPr>
              <w:spacing w:before="20" w:after="20"/>
              <w:ind w:firstLine="0"/>
            </w:pPr>
            <w:r>
              <w:rPr>
                <w:sz w:val="16"/>
              </w:rPr>
              <w:t>demoEUtestLisbon</w:t>
            </w:r>
          </w:p>
        </w:tc>
        <w:tc>
          <w:tcPr>
            <w:tcW w:w="2880" w:type="dxa"/>
          </w:tcPr>
          <w:p w14:paraId="4379E575" w14:textId="77777777" w:rsidR="004D342C" w:rsidRDefault="00000000">
            <w:pPr>
              <w:spacing w:before="20" w:after="20"/>
              <w:ind w:firstLine="0"/>
            </w:pPr>
            <w:r>
              <w:rPr>
                <w:sz w:val="16"/>
              </w:rPr>
              <w:t>QA19 EU KNOWLEDGE: LISBON TREATY OBJECTIVE</w:t>
            </w:r>
          </w:p>
        </w:tc>
        <w:tc>
          <w:tcPr>
            <w:tcW w:w="3456" w:type="dxa"/>
          </w:tcPr>
          <w:p w14:paraId="36649BD0" w14:textId="77777777" w:rsidR="004D342C" w:rsidRDefault="00000000">
            <w:pPr>
              <w:spacing w:before="20" w:after="20"/>
              <w:ind w:firstLine="0"/>
            </w:pPr>
            <w:r>
              <w:rPr>
                <w:sz w:val="16"/>
              </w:rPr>
              <w:t>1 TRUE / 2 FALSE / 3 DK</w:t>
            </w:r>
          </w:p>
        </w:tc>
        <w:tc>
          <w:tcPr>
            <w:tcW w:w="648" w:type="dxa"/>
          </w:tcPr>
          <w:p w14:paraId="4CBA3A07" w14:textId="77777777" w:rsidR="004D342C" w:rsidRDefault="00000000">
            <w:pPr>
              <w:spacing w:before="20" w:after="20"/>
              <w:ind w:firstLine="0"/>
              <w:jc w:val="right"/>
            </w:pPr>
            <w:r>
              <w:rPr>
                <w:sz w:val="16"/>
              </w:rPr>
              <w:t>1</w:t>
            </w:r>
          </w:p>
        </w:tc>
      </w:tr>
      <w:tr w:rsidR="004D342C" w14:paraId="3F93BFF0" w14:textId="77777777">
        <w:trPr>
          <w:cantSplit/>
          <w:jc w:val="center"/>
        </w:trPr>
        <w:tc>
          <w:tcPr>
            <w:tcW w:w="1944" w:type="dxa"/>
          </w:tcPr>
          <w:p w14:paraId="7F78433A" w14:textId="77777777" w:rsidR="004D342C" w:rsidRDefault="00000000">
            <w:pPr>
              <w:spacing w:before="20" w:after="20"/>
              <w:ind w:firstLine="0"/>
            </w:pPr>
            <w:r>
              <w:rPr>
                <w:sz w:val="16"/>
              </w:rPr>
              <w:t>demoEUtestbudget</w:t>
            </w:r>
          </w:p>
        </w:tc>
        <w:tc>
          <w:tcPr>
            <w:tcW w:w="2880" w:type="dxa"/>
          </w:tcPr>
          <w:p w14:paraId="43B8123D" w14:textId="77777777" w:rsidR="004D342C" w:rsidRDefault="00000000">
            <w:pPr>
              <w:spacing w:before="20" w:after="20"/>
              <w:ind w:firstLine="0"/>
            </w:pPr>
            <w:r>
              <w:rPr>
                <w:sz w:val="16"/>
              </w:rPr>
              <w:t>QA26 EU KNOWLEDGE: BUDGET FOR ADMINISTR</w:t>
            </w:r>
          </w:p>
        </w:tc>
        <w:tc>
          <w:tcPr>
            <w:tcW w:w="3456" w:type="dxa"/>
          </w:tcPr>
          <w:p w14:paraId="07A085E8" w14:textId="77777777" w:rsidR="004D342C" w:rsidRDefault="00000000">
            <w:pPr>
              <w:spacing w:before="20" w:after="20"/>
              <w:ind w:firstLine="0"/>
            </w:pPr>
            <w:r>
              <w:rPr>
                <w:sz w:val="16"/>
              </w:rPr>
              <w:t>1 True. / 2 False. / 3 DK</w:t>
            </w:r>
          </w:p>
        </w:tc>
        <w:tc>
          <w:tcPr>
            <w:tcW w:w="648" w:type="dxa"/>
          </w:tcPr>
          <w:p w14:paraId="343DBD4B" w14:textId="77777777" w:rsidR="004D342C" w:rsidRDefault="00000000">
            <w:pPr>
              <w:spacing w:before="20" w:after="20"/>
              <w:ind w:firstLine="0"/>
              <w:jc w:val="right"/>
            </w:pPr>
            <w:r>
              <w:rPr>
                <w:sz w:val="16"/>
              </w:rPr>
              <w:t>1</w:t>
            </w:r>
          </w:p>
        </w:tc>
      </w:tr>
      <w:tr w:rsidR="004D342C" w14:paraId="4E5C6B8F" w14:textId="77777777">
        <w:trPr>
          <w:cantSplit/>
          <w:jc w:val="center"/>
        </w:trPr>
        <w:tc>
          <w:tcPr>
            <w:tcW w:w="1944" w:type="dxa"/>
          </w:tcPr>
          <w:p w14:paraId="22371DED" w14:textId="77777777" w:rsidR="004D342C" w:rsidRDefault="00000000">
            <w:pPr>
              <w:spacing w:before="20" w:after="20"/>
              <w:ind w:firstLine="0"/>
            </w:pPr>
            <w:r>
              <w:rPr>
                <w:sz w:val="16"/>
              </w:rPr>
              <w:t>discussglob</w:t>
            </w:r>
          </w:p>
        </w:tc>
        <w:tc>
          <w:tcPr>
            <w:tcW w:w="2880" w:type="dxa"/>
          </w:tcPr>
          <w:p w14:paraId="3783C85E" w14:textId="77777777" w:rsidR="004D342C" w:rsidRDefault="00000000">
            <w:pPr>
              <w:spacing w:before="20" w:after="20"/>
              <w:ind w:firstLine="0"/>
            </w:pPr>
            <w:r>
              <w:rPr>
                <w:sz w:val="16"/>
              </w:rPr>
              <w:t>QA1 POL DISCUSSION GLOBAL - FREQ</w:t>
            </w:r>
          </w:p>
        </w:tc>
        <w:tc>
          <w:tcPr>
            <w:tcW w:w="3456" w:type="dxa"/>
          </w:tcPr>
          <w:p w14:paraId="55AA8BA0" w14:textId="77777777" w:rsidR="004D342C" w:rsidRDefault="00000000">
            <w:pPr>
              <w:spacing w:before="20" w:after="20"/>
              <w:ind w:firstLine="0"/>
            </w:pPr>
            <w:r>
              <w:rPr>
                <w:sz w:val="16"/>
              </w:rPr>
              <w:t>1 Frequently / 2 Occasionally / 3 Never</w:t>
            </w:r>
          </w:p>
        </w:tc>
        <w:tc>
          <w:tcPr>
            <w:tcW w:w="648" w:type="dxa"/>
          </w:tcPr>
          <w:p w14:paraId="0ABB4BED" w14:textId="77777777" w:rsidR="004D342C" w:rsidRDefault="00000000">
            <w:pPr>
              <w:spacing w:before="20" w:after="20"/>
              <w:ind w:firstLine="0"/>
              <w:jc w:val="right"/>
            </w:pPr>
            <w:r>
              <w:rPr>
                <w:sz w:val="16"/>
              </w:rPr>
              <w:t>1</w:t>
            </w:r>
          </w:p>
        </w:tc>
      </w:tr>
      <w:tr w:rsidR="004D342C" w14:paraId="283B43D9" w14:textId="77777777">
        <w:trPr>
          <w:cantSplit/>
          <w:jc w:val="center"/>
        </w:trPr>
        <w:tc>
          <w:tcPr>
            <w:tcW w:w="1944" w:type="dxa"/>
          </w:tcPr>
          <w:p w14:paraId="4A972A16" w14:textId="77777777" w:rsidR="004D342C" w:rsidRDefault="00000000">
            <w:pPr>
              <w:spacing w:before="20" w:after="20"/>
              <w:ind w:firstLine="0"/>
            </w:pPr>
            <w:r>
              <w:rPr>
                <w:sz w:val="16"/>
              </w:rPr>
              <w:t>knowledgenatpolitics</w:t>
            </w:r>
            <w:r>
              <w:rPr>
                <w:sz w:val="16"/>
              </w:rPr>
              <w:br/>
              <w:t>(demoknowledge)</w:t>
            </w:r>
          </w:p>
        </w:tc>
        <w:tc>
          <w:tcPr>
            <w:tcW w:w="2880" w:type="dxa"/>
          </w:tcPr>
          <w:p w14:paraId="24365F5E" w14:textId="77777777" w:rsidR="004D342C" w:rsidRDefault="00000000">
            <w:pPr>
              <w:spacing w:before="20" w:after="20"/>
              <w:ind w:firstLine="0"/>
            </w:pPr>
            <w:r>
              <w:rPr>
                <w:sz w:val="16"/>
              </w:rPr>
              <w:t>q6 nat government - knowledge in general</w:t>
            </w:r>
          </w:p>
        </w:tc>
        <w:tc>
          <w:tcPr>
            <w:tcW w:w="3456" w:type="dxa"/>
          </w:tcPr>
          <w:p w14:paraId="54F556AA" w14:textId="77777777" w:rsidR="004D342C" w:rsidRDefault="00000000">
            <w:pPr>
              <w:spacing w:before="20" w:after="20"/>
              <w:ind w:firstLine="0"/>
            </w:pPr>
            <w:r>
              <w:rPr>
                <w:sz w:val="16"/>
              </w:rPr>
              <w:t>1 very well / 2 quite well / 3 not very well / 4 not at all well / 5 dont know</w:t>
            </w:r>
          </w:p>
        </w:tc>
        <w:tc>
          <w:tcPr>
            <w:tcW w:w="648" w:type="dxa"/>
          </w:tcPr>
          <w:p w14:paraId="630A9677" w14:textId="77777777" w:rsidR="004D342C" w:rsidRDefault="00000000">
            <w:pPr>
              <w:spacing w:before="20" w:after="20"/>
              <w:ind w:firstLine="0"/>
              <w:jc w:val="right"/>
            </w:pPr>
            <w:r>
              <w:rPr>
                <w:sz w:val="16"/>
              </w:rPr>
              <w:t>1</w:t>
            </w:r>
          </w:p>
        </w:tc>
      </w:tr>
      <w:tr w:rsidR="004D342C" w14:paraId="3EE95A3A" w14:textId="77777777">
        <w:trPr>
          <w:cantSplit/>
          <w:jc w:val="center"/>
        </w:trPr>
        <w:tc>
          <w:tcPr>
            <w:tcW w:w="1944" w:type="dxa"/>
          </w:tcPr>
          <w:p w14:paraId="04A6B5E6" w14:textId="77777777" w:rsidR="004D342C" w:rsidRDefault="00000000">
            <w:pPr>
              <w:spacing w:before="20" w:after="20"/>
              <w:ind w:firstLine="0"/>
            </w:pPr>
            <w:r>
              <w:rPr>
                <w:sz w:val="16"/>
              </w:rPr>
              <w:t>knowledgenatpolitics2</w:t>
            </w:r>
            <w:r>
              <w:rPr>
                <w:sz w:val="16"/>
              </w:rPr>
              <w:br/>
              <w:t>(demoknowledgeb)</w:t>
            </w:r>
          </w:p>
        </w:tc>
        <w:tc>
          <w:tcPr>
            <w:tcW w:w="2880" w:type="dxa"/>
          </w:tcPr>
          <w:p w14:paraId="0A9CF8C6" w14:textId="77777777" w:rsidR="004D342C" w:rsidRDefault="00000000">
            <w:pPr>
              <w:spacing w:before="20" w:after="20"/>
              <w:ind w:firstLine="0"/>
            </w:pPr>
            <w:r>
              <w:rPr>
                <w:sz w:val="16"/>
              </w:rPr>
              <w:t>q7 nat government - informed about</w:t>
            </w:r>
          </w:p>
        </w:tc>
        <w:tc>
          <w:tcPr>
            <w:tcW w:w="3456" w:type="dxa"/>
          </w:tcPr>
          <w:p w14:paraId="43006A98" w14:textId="77777777" w:rsidR="004D342C" w:rsidRDefault="00000000">
            <w:pPr>
              <w:spacing w:before="20" w:after="20"/>
              <w:ind w:firstLine="0"/>
            </w:pPr>
            <w:r>
              <w:rPr>
                <w:sz w:val="16"/>
              </w:rPr>
              <w:t>1 very well / 2 quite well / 3 not very well / 4 not at all well / 5 dont know</w:t>
            </w:r>
          </w:p>
        </w:tc>
        <w:tc>
          <w:tcPr>
            <w:tcW w:w="648" w:type="dxa"/>
          </w:tcPr>
          <w:p w14:paraId="02061892" w14:textId="77777777" w:rsidR="004D342C" w:rsidRDefault="00000000">
            <w:pPr>
              <w:spacing w:before="20" w:after="20"/>
              <w:ind w:firstLine="0"/>
              <w:jc w:val="right"/>
            </w:pPr>
            <w:r>
              <w:rPr>
                <w:sz w:val="16"/>
              </w:rPr>
              <w:t>1</w:t>
            </w:r>
          </w:p>
        </w:tc>
      </w:tr>
      <w:tr w:rsidR="004D342C" w14:paraId="2AE47D27" w14:textId="77777777">
        <w:trPr>
          <w:cantSplit/>
          <w:jc w:val="center"/>
        </w:trPr>
        <w:tc>
          <w:tcPr>
            <w:tcW w:w="1944" w:type="dxa"/>
          </w:tcPr>
          <w:p w14:paraId="19373DF7" w14:textId="77777777" w:rsidR="004D342C" w:rsidRDefault="00000000">
            <w:pPr>
              <w:spacing w:before="20" w:after="20"/>
              <w:ind w:firstLine="0"/>
            </w:pPr>
            <w:r>
              <w:rPr>
                <w:sz w:val="16"/>
              </w:rPr>
              <w:t>knowledgesubjectiveEPmembers</w:t>
            </w:r>
            <w:r>
              <w:rPr>
                <w:sz w:val="16"/>
              </w:rPr>
              <w:br/>
              <w:t>(knowepmembers)</w:t>
            </w:r>
          </w:p>
        </w:tc>
        <w:tc>
          <w:tcPr>
            <w:tcW w:w="2880" w:type="dxa"/>
          </w:tcPr>
          <w:p w14:paraId="7750DD81" w14:textId="77777777" w:rsidR="004D342C" w:rsidRDefault="00000000">
            <w:pPr>
              <w:spacing w:before="20" w:after="20"/>
              <w:ind w:firstLine="0"/>
            </w:pPr>
            <w:r>
              <w:rPr>
                <w:sz w:val="16"/>
              </w:rPr>
              <w:t>QB5 EUROP PARLIAMENT KNOWLEDGE - MEMBERS</w:t>
            </w:r>
          </w:p>
        </w:tc>
        <w:tc>
          <w:tcPr>
            <w:tcW w:w="3456" w:type="dxa"/>
          </w:tcPr>
          <w:p w14:paraId="744EA794" w14:textId="77777777" w:rsidR="004D342C" w:rsidRDefault="00000000">
            <w:pPr>
              <w:spacing w:before="20" w:after="20"/>
              <w:ind w:firstLine="0"/>
            </w:pPr>
            <w:r>
              <w:rPr>
                <w:sz w:val="16"/>
              </w:rPr>
              <w:t>1 1 Know nothing at all / 2 2 / 3 3 / 4 4 / 5 5 / 6 6 / 7 7 / 8 8 / 9 9 / 10 10 Know a great deal / 11 DK / 99 INAP - not EU27</w:t>
            </w:r>
          </w:p>
        </w:tc>
        <w:tc>
          <w:tcPr>
            <w:tcW w:w="648" w:type="dxa"/>
          </w:tcPr>
          <w:p w14:paraId="087FD394" w14:textId="77777777" w:rsidR="004D342C" w:rsidRDefault="00000000">
            <w:pPr>
              <w:spacing w:before="20" w:after="20"/>
              <w:ind w:firstLine="0"/>
              <w:jc w:val="right"/>
            </w:pPr>
            <w:r>
              <w:rPr>
                <w:sz w:val="16"/>
              </w:rPr>
              <w:t>1</w:t>
            </w:r>
          </w:p>
        </w:tc>
      </w:tr>
      <w:tr w:rsidR="004D342C" w14:paraId="6400F040" w14:textId="77777777">
        <w:trPr>
          <w:cantSplit/>
          <w:jc w:val="center"/>
        </w:trPr>
        <w:tc>
          <w:tcPr>
            <w:tcW w:w="1944" w:type="dxa"/>
          </w:tcPr>
          <w:p w14:paraId="1AA21757" w14:textId="77777777" w:rsidR="004D342C" w:rsidRDefault="00000000">
            <w:pPr>
              <w:spacing w:before="20" w:after="20"/>
              <w:ind w:firstLine="0"/>
            </w:pPr>
            <w:r>
              <w:rPr>
                <w:sz w:val="16"/>
              </w:rPr>
              <w:t>knowledgesubjectiveEProle</w:t>
            </w:r>
            <w:r>
              <w:rPr>
                <w:sz w:val="16"/>
              </w:rPr>
              <w:br/>
              <w:t>(knoweprole)</w:t>
            </w:r>
          </w:p>
        </w:tc>
        <w:tc>
          <w:tcPr>
            <w:tcW w:w="2880" w:type="dxa"/>
          </w:tcPr>
          <w:p w14:paraId="576613BC" w14:textId="77777777" w:rsidR="004D342C" w:rsidRDefault="00000000">
            <w:pPr>
              <w:spacing w:before="20" w:after="20"/>
              <w:ind w:firstLine="0"/>
            </w:pPr>
            <w:r>
              <w:rPr>
                <w:sz w:val="16"/>
              </w:rPr>
              <w:t>QB5 EUROP PARLIAMENT KNOWLEDGE - ROLE</w:t>
            </w:r>
          </w:p>
        </w:tc>
        <w:tc>
          <w:tcPr>
            <w:tcW w:w="3456" w:type="dxa"/>
          </w:tcPr>
          <w:p w14:paraId="020FF6CE" w14:textId="77777777" w:rsidR="004D342C" w:rsidRDefault="00000000">
            <w:pPr>
              <w:spacing w:before="20" w:after="20"/>
              <w:ind w:firstLine="0"/>
            </w:pPr>
            <w:r>
              <w:rPr>
                <w:sz w:val="16"/>
              </w:rPr>
              <w:t>1 1 Know nothing at all / 2 2 / 3 3 / 4 4 / 5 5 / 6 6 / 7 7 / 8 8 / 9 9 / 10 10 Know a great deal / 11 DK / 99 INAP - not EU27</w:t>
            </w:r>
          </w:p>
        </w:tc>
        <w:tc>
          <w:tcPr>
            <w:tcW w:w="648" w:type="dxa"/>
          </w:tcPr>
          <w:p w14:paraId="397BF8B4" w14:textId="77777777" w:rsidR="004D342C" w:rsidRDefault="00000000">
            <w:pPr>
              <w:spacing w:before="20" w:after="20"/>
              <w:ind w:firstLine="0"/>
              <w:jc w:val="right"/>
            </w:pPr>
            <w:r>
              <w:rPr>
                <w:sz w:val="16"/>
              </w:rPr>
              <w:t>1</w:t>
            </w:r>
          </w:p>
        </w:tc>
      </w:tr>
      <w:tr w:rsidR="004D342C" w14:paraId="61B4D7A3" w14:textId="77777777">
        <w:trPr>
          <w:cantSplit/>
          <w:jc w:val="center"/>
        </w:trPr>
        <w:tc>
          <w:tcPr>
            <w:tcW w:w="1944" w:type="dxa"/>
          </w:tcPr>
          <w:p w14:paraId="130DB672" w14:textId="77777777" w:rsidR="004D342C" w:rsidRDefault="00000000">
            <w:pPr>
              <w:spacing w:before="20" w:after="20"/>
              <w:ind w:firstLine="0"/>
            </w:pPr>
            <w:r>
              <w:rPr>
                <w:sz w:val="16"/>
              </w:rPr>
              <w:t>knowtestComm</w:t>
            </w:r>
            <w:r>
              <w:rPr>
                <w:sz w:val="16"/>
              </w:rPr>
              <w:br/>
              <w:t>(demoEUtestComm)</w:t>
            </w:r>
          </w:p>
        </w:tc>
        <w:tc>
          <w:tcPr>
            <w:tcW w:w="2880" w:type="dxa"/>
          </w:tcPr>
          <w:p w14:paraId="101CFC2C" w14:textId="77777777" w:rsidR="004D342C" w:rsidRDefault="00000000">
            <w:pPr>
              <w:spacing w:before="20" w:after="20"/>
              <w:ind w:firstLine="0"/>
            </w:pPr>
            <w:r>
              <w:rPr>
                <w:sz w:val="16"/>
              </w:rPr>
              <w:t>q.24. - 5. for each of the following sta</w:t>
            </w:r>
          </w:p>
        </w:tc>
        <w:tc>
          <w:tcPr>
            <w:tcW w:w="3456" w:type="dxa"/>
          </w:tcPr>
          <w:p w14:paraId="4302E5C6" w14:textId="77777777" w:rsidR="004D342C" w:rsidRDefault="00000000">
            <w:pPr>
              <w:spacing w:before="20" w:after="20"/>
              <w:ind w:firstLine="0"/>
            </w:pPr>
            <w:r>
              <w:rPr>
                <w:sz w:val="16"/>
              </w:rPr>
              <w:t>1 true / 2 false / 3 dont know</w:t>
            </w:r>
          </w:p>
        </w:tc>
        <w:tc>
          <w:tcPr>
            <w:tcW w:w="648" w:type="dxa"/>
          </w:tcPr>
          <w:p w14:paraId="6135A2D6" w14:textId="77777777" w:rsidR="004D342C" w:rsidRDefault="00000000">
            <w:pPr>
              <w:spacing w:before="20" w:after="20"/>
              <w:ind w:firstLine="0"/>
              <w:jc w:val="right"/>
            </w:pPr>
            <w:r>
              <w:rPr>
                <w:sz w:val="16"/>
              </w:rPr>
              <w:t>1</w:t>
            </w:r>
          </w:p>
        </w:tc>
      </w:tr>
      <w:tr w:rsidR="004D342C" w14:paraId="37E81C2E" w14:textId="77777777">
        <w:trPr>
          <w:cantSplit/>
          <w:jc w:val="center"/>
        </w:trPr>
        <w:tc>
          <w:tcPr>
            <w:tcW w:w="1944" w:type="dxa"/>
          </w:tcPr>
          <w:p w14:paraId="71C177A1" w14:textId="77777777" w:rsidR="004D342C" w:rsidRDefault="00000000">
            <w:pPr>
              <w:spacing w:before="20" w:after="20"/>
              <w:ind w:firstLine="0"/>
            </w:pPr>
            <w:r>
              <w:rPr>
                <w:sz w:val="16"/>
              </w:rPr>
              <w:t>knowtestEPbasis</w:t>
            </w:r>
            <w:r>
              <w:rPr>
                <w:sz w:val="16"/>
              </w:rPr>
              <w:br/>
              <w:t>(demoEUtestEPbasis)</w:t>
            </w:r>
          </w:p>
        </w:tc>
        <w:tc>
          <w:tcPr>
            <w:tcW w:w="2880" w:type="dxa"/>
          </w:tcPr>
          <w:p w14:paraId="26175F84" w14:textId="77777777" w:rsidR="004D342C" w:rsidRDefault="00000000">
            <w:pPr>
              <w:spacing w:before="20" w:after="20"/>
              <w:ind w:firstLine="0"/>
            </w:pPr>
            <w:r>
              <w:rPr>
                <w:sz w:val="16"/>
              </w:rPr>
              <w:t>QB4 EUROPEAN PARLIAMENT - MEMBER AFFILIATION</w:t>
            </w:r>
          </w:p>
        </w:tc>
        <w:tc>
          <w:tcPr>
            <w:tcW w:w="3456" w:type="dxa"/>
          </w:tcPr>
          <w:p w14:paraId="69B80086" w14:textId="77777777" w:rsidR="004D342C" w:rsidRDefault="00000000">
            <w:pPr>
              <w:spacing w:before="20" w:after="20"/>
              <w:ind w:firstLine="0"/>
            </w:pPr>
            <w:r>
              <w:rPr>
                <w:sz w:val="16"/>
              </w:rPr>
              <w:t>1 Nationality / 2 Political affinities (correct) / 3 DK</w:t>
            </w:r>
          </w:p>
        </w:tc>
        <w:tc>
          <w:tcPr>
            <w:tcW w:w="648" w:type="dxa"/>
          </w:tcPr>
          <w:p w14:paraId="52F91003" w14:textId="77777777" w:rsidR="004D342C" w:rsidRDefault="00000000">
            <w:pPr>
              <w:spacing w:before="20" w:after="20"/>
              <w:ind w:firstLine="0"/>
              <w:jc w:val="right"/>
            </w:pPr>
            <w:r>
              <w:rPr>
                <w:sz w:val="16"/>
              </w:rPr>
              <w:t>1</w:t>
            </w:r>
          </w:p>
        </w:tc>
      </w:tr>
      <w:tr w:rsidR="004D342C" w14:paraId="5842E846" w14:textId="77777777">
        <w:trPr>
          <w:cantSplit/>
          <w:jc w:val="center"/>
        </w:trPr>
        <w:tc>
          <w:tcPr>
            <w:tcW w:w="1944" w:type="dxa"/>
          </w:tcPr>
          <w:p w14:paraId="5E8DE96D" w14:textId="77777777" w:rsidR="004D342C" w:rsidRDefault="00000000">
            <w:pPr>
              <w:spacing w:before="20" w:after="20"/>
              <w:ind w:firstLine="0"/>
            </w:pPr>
            <w:r>
              <w:rPr>
                <w:sz w:val="16"/>
              </w:rPr>
              <w:t>knowtestEPenlargement</w:t>
            </w:r>
            <w:r>
              <w:rPr>
                <w:sz w:val="16"/>
              </w:rPr>
              <w:br/>
              <w:t>(demoEUtestEPenlargement)</w:t>
            </w:r>
          </w:p>
        </w:tc>
        <w:tc>
          <w:tcPr>
            <w:tcW w:w="2880" w:type="dxa"/>
          </w:tcPr>
          <w:p w14:paraId="0540D6D7" w14:textId="77777777" w:rsidR="004D342C" w:rsidRDefault="00000000">
            <w:pPr>
              <w:spacing w:before="20" w:after="20"/>
              <w:ind w:firstLine="0"/>
            </w:pPr>
            <w:r>
              <w:rPr>
                <w:sz w:val="16"/>
              </w:rPr>
              <w:t>QB6 EU KNOWLEDGE: EP ENLARGEMENT APPROVAL</w:t>
            </w:r>
          </w:p>
        </w:tc>
        <w:tc>
          <w:tcPr>
            <w:tcW w:w="3456" w:type="dxa"/>
          </w:tcPr>
          <w:p w14:paraId="237E9A39" w14:textId="77777777" w:rsidR="004D342C" w:rsidRDefault="00000000">
            <w:pPr>
              <w:spacing w:before="20" w:after="20"/>
              <w:ind w:firstLine="0"/>
            </w:pPr>
            <w:r>
              <w:rPr>
                <w:sz w:val="16"/>
              </w:rPr>
              <w:t>1 True. / 2 False. / 3 DK / 9 INAP - not EU27</w:t>
            </w:r>
          </w:p>
        </w:tc>
        <w:tc>
          <w:tcPr>
            <w:tcW w:w="648" w:type="dxa"/>
          </w:tcPr>
          <w:p w14:paraId="4AEF4550" w14:textId="77777777" w:rsidR="004D342C" w:rsidRDefault="00000000">
            <w:pPr>
              <w:spacing w:before="20" w:after="20"/>
              <w:ind w:firstLine="0"/>
              <w:jc w:val="right"/>
            </w:pPr>
            <w:r>
              <w:rPr>
                <w:sz w:val="16"/>
              </w:rPr>
              <w:t>1</w:t>
            </w:r>
          </w:p>
        </w:tc>
      </w:tr>
      <w:tr w:rsidR="004D342C" w14:paraId="659B9864" w14:textId="77777777">
        <w:trPr>
          <w:cantSplit/>
          <w:jc w:val="center"/>
        </w:trPr>
        <w:tc>
          <w:tcPr>
            <w:tcW w:w="1944" w:type="dxa"/>
          </w:tcPr>
          <w:p w14:paraId="19D5B9F2" w14:textId="77777777" w:rsidR="004D342C" w:rsidRDefault="00000000">
            <w:pPr>
              <w:spacing w:before="20" w:after="20"/>
              <w:ind w:firstLine="0"/>
            </w:pPr>
            <w:r>
              <w:rPr>
                <w:sz w:val="16"/>
              </w:rPr>
              <w:lastRenderedPageBreak/>
              <w:t>knowtestEPhistory</w:t>
            </w:r>
            <w:r>
              <w:rPr>
                <w:sz w:val="16"/>
              </w:rPr>
              <w:br/>
              <w:t>(demoEUtestEPhistory)</w:t>
            </w:r>
          </w:p>
        </w:tc>
        <w:tc>
          <w:tcPr>
            <w:tcW w:w="2880" w:type="dxa"/>
          </w:tcPr>
          <w:p w14:paraId="374B3DB3" w14:textId="77777777" w:rsidR="004D342C" w:rsidRDefault="00000000">
            <w:pPr>
              <w:spacing w:before="20" w:after="20"/>
              <w:ind w:firstLine="0"/>
            </w:pPr>
            <w:r>
              <w:rPr>
                <w:sz w:val="16"/>
              </w:rPr>
              <w:t>QB6 EU KNOWLEDGE: EP CREATION</w:t>
            </w:r>
          </w:p>
        </w:tc>
        <w:tc>
          <w:tcPr>
            <w:tcW w:w="3456" w:type="dxa"/>
          </w:tcPr>
          <w:p w14:paraId="5C8ACC20" w14:textId="77777777" w:rsidR="004D342C" w:rsidRDefault="00000000">
            <w:pPr>
              <w:spacing w:before="20" w:after="20"/>
              <w:ind w:firstLine="0"/>
            </w:pPr>
            <w:r>
              <w:rPr>
                <w:sz w:val="16"/>
              </w:rPr>
              <w:t>1 True. / 2 False. / 3 DK / 9 INAP - not EU27</w:t>
            </w:r>
          </w:p>
        </w:tc>
        <w:tc>
          <w:tcPr>
            <w:tcW w:w="648" w:type="dxa"/>
          </w:tcPr>
          <w:p w14:paraId="53C5C822" w14:textId="77777777" w:rsidR="004D342C" w:rsidRDefault="00000000">
            <w:pPr>
              <w:spacing w:before="20" w:after="20"/>
              <w:ind w:firstLine="0"/>
              <w:jc w:val="right"/>
            </w:pPr>
            <w:r>
              <w:rPr>
                <w:sz w:val="16"/>
              </w:rPr>
              <w:t>1</w:t>
            </w:r>
          </w:p>
        </w:tc>
      </w:tr>
      <w:tr w:rsidR="004D342C" w14:paraId="285D6AB1" w14:textId="77777777">
        <w:trPr>
          <w:cantSplit/>
          <w:jc w:val="center"/>
        </w:trPr>
        <w:tc>
          <w:tcPr>
            <w:tcW w:w="1944" w:type="dxa"/>
          </w:tcPr>
          <w:p w14:paraId="1D321E94" w14:textId="77777777" w:rsidR="004D342C" w:rsidRDefault="00000000">
            <w:pPr>
              <w:keepNext/>
              <w:spacing w:before="20" w:after="20"/>
              <w:ind w:firstLine="0"/>
            </w:pPr>
            <w:r>
              <w:rPr>
                <w:sz w:val="16"/>
              </w:rPr>
              <w:t>knowteststars</w:t>
            </w:r>
            <w:r>
              <w:rPr>
                <w:sz w:val="16"/>
              </w:rPr>
              <w:br/>
              <w:t>(demoEUteststars)</w:t>
            </w:r>
          </w:p>
        </w:tc>
        <w:tc>
          <w:tcPr>
            <w:tcW w:w="2880" w:type="dxa"/>
          </w:tcPr>
          <w:p w14:paraId="26CBDCF9" w14:textId="77777777" w:rsidR="004D342C" w:rsidRDefault="00000000">
            <w:pPr>
              <w:keepNext/>
              <w:spacing w:before="20" w:after="20"/>
              <w:ind w:firstLine="0"/>
            </w:pPr>
            <w:r>
              <w:rPr>
                <w:sz w:val="16"/>
              </w:rPr>
              <w:t>q.24. - 4. for each of the following sta</w:t>
            </w:r>
          </w:p>
        </w:tc>
        <w:tc>
          <w:tcPr>
            <w:tcW w:w="3456" w:type="dxa"/>
          </w:tcPr>
          <w:p w14:paraId="75E901B0" w14:textId="77777777" w:rsidR="004D342C" w:rsidRDefault="00000000">
            <w:pPr>
              <w:keepNext/>
              <w:spacing w:before="20" w:after="20"/>
              <w:ind w:firstLine="0"/>
            </w:pPr>
            <w:r>
              <w:rPr>
                <w:sz w:val="16"/>
              </w:rPr>
              <w:t>1 true / 2 false / 3 dont know</w:t>
            </w:r>
          </w:p>
        </w:tc>
        <w:tc>
          <w:tcPr>
            <w:tcW w:w="648" w:type="dxa"/>
          </w:tcPr>
          <w:p w14:paraId="06F2B6DA" w14:textId="77777777" w:rsidR="004D342C" w:rsidRDefault="00000000">
            <w:pPr>
              <w:keepNext/>
              <w:spacing w:before="20" w:after="20"/>
              <w:ind w:firstLine="0"/>
              <w:jc w:val="right"/>
            </w:pPr>
            <w:r>
              <w:rPr>
                <w:sz w:val="16"/>
              </w:rPr>
              <w:t>1</w:t>
            </w:r>
          </w:p>
        </w:tc>
      </w:tr>
    </w:tbl>
    <w:p w14:paraId="22D2C332" w14:textId="77777777" w:rsidR="004D342C" w:rsidRDefault="00000000">
      <w:pPr>
        <w:pStyle w:val="Heading3"/>
      </w:pPr>
      <w:r>
        <w:rPr>
          <w:rFonts w:ascii="Times New Roman" w:hAnsi="Times New Roman" w:cs="Times New Roman"/>
        </w:rPr>
        <w:t>6.4.9  National system  (11 variables)</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1944"/>
        <w:gridCol w:w="2880"/>
        <w:gridCol w:w="3456"/>
        <w:gridCol w:w="648"/>
      </w:tblGrid>
      <w:tr w:rsidR="004D342C" w14:paraId="0427CFFA" w14:textId="77777777">
        <w:trPr>
          <w:cantSplit/>
          <w:tblHeader/>
          <w:jc w:val="center"/>
        </w:trPr>
        <w:tc>
          <w:tcPr>
            <w:tcW w:w="1944" w:type="dxa"/>
            <w:tcBorders>
              <w:bottom w:val="single" w:sz="6" w:space="0" w:color="1F4E79"/>
            </w:tcBorders>
            <w:shd w:val="clear" w:color="auto" w:fill="E7EDF3"/>
          </w:tcPr>
          <w:p w14:paraId="0A97262A" w14:textId="77777777" w:rsidR="004D342C" w:rsidRDefault="00000000">
            <w:pPr>
              <w:spacing w:before="40" w:after="40"/>
              <w:ind w:firstLine="0"/>
            </w:pPr>
            <w:r>
              <w:rPr>
                <w:b/>
                <w:color w:val="1F4E79"/>
                <w:sz w:val="18"/>
              </w:rPr>
              <w:t>Variable</w:t>
            </w:r>
          </w:p>
        </w:tc>
        <w:tc>
          <w:tcPr>
            <w:tcW w:w="2880" w:type="dxa"/>
            <w:tcBorders>
              <w:bottom w:val="single" w:sz="6" w:space="0" w:color="1F4E79"/>
            </w:tcBorders>
            <w:shd w:val="clear" w:color="auto" w:fill="E7EDF3"/>
          </w:tcPr>
          <w:p w14:paraId="639FDA4B" w14:textId="77777777" w:rsidR="004D342C" w:rsidRDefault="00000000">
            <w:pPr>
              <w:spacing w:before="40" w:after="40"/>
              <w:ind w:firstLine="0"/>
            </w:pPr>
            <w:r>
              <w:rPr>
                <w:b/>
                <w:color w:val="1F4E79"/>
                <w:sz w:val="18"/>
              </w:rPr>
              <w:t>Label</w:t>
            </w:r>
          </w:p>
        </w:tc>
        <w:tc>
          <w:tcPr>
            <w:tcW w:w="3456" w:type="dxa"/>
            <w:tcBorders>
              <w:bottom w:val="single" w:sz="6" w:space="0" w:color="1F4E79"/>
            </w:tcBorders>
            <w:shd w:val="clear" w:color="auto" w:fill="E7EDF3"/>
          </w:tcPr>
          <w:p w14:paraId="06866291" w14:textId="77777777" w:rsidR="004D342C" w:rsidRDefault="00000000">
            <w:pPr>
              <w:spacing w:before="40" w:after="40"/>
              <w:ind w:firstLine="0"/>
            </w:pPr>
            <w:r>
              <w:rPr>
                <w:b/>
                <w:color w:val="1F4E79"/>
                <w:sz w:val="18"/>
              </w:rPr>
              <w:t>Coding</w:t>
            </w:r>
          </w:p>
        </w:tc>
        <w:tc>
          <w:tcPr>
            <w:tcW w:w="648" w:type="dxa"/>
            <w:tcBorders>
              <w:bottom w:val="single" w:sz="6" w:space="0" w:color="1F4E79"/>
            </w:tcBorders>
            <w:shd w:val="clear" w:color="auto" w:fill="E7EDF3"/>
          </w:tcPr>
          <w:p w14:paraId="6C7FF6B1" w14:textId="77777777" w:rsidR="004D342C" w:rsidRDefault="00000000">
            <w:pPr>
              <w:spacing w:before="40" w:after="40"/>
              <w:ind w:firstLine="0"/>
              <w:jc w:val="right"/>
            </w:pPr>
            <w:r>
              <w:rPr>
                <w:b/>
                <w:color w:val="1F4E79"/>
                <w:sz w:val="18"/>
              </w:rPr>
              <w:t>Waves</w:t>
            </w:r>
          </w:p>
        </w:tc>
      </w:tr>
      <w:tr w:rsidR="004D342C" w14:paraId="1BF47770" w14:textId="77777777">
        <w:trPr>
          <w:cantSplit/>
          <w:jc w:val="center"/>
        </w:trPr>
        <w:tc>
          <w:tcPr>
            <w:tcW w:w="1944" w:type="dxa"/>
          </w:tcPr>
          <w:p w14:paraId="06625E0D" w14:textId="77777777" w:rsidR="004D342C" w:rsidRDefault="00000000">
            <w:pPr>
              <w:spacing w:before="20" w:after="20"/>
              <w:ind w:firstLine="0"/>
            </w:pPr>
            <w:r>
              <w:rPr>
                <w:sz w:val="16"/>
              </w:rPr>
              <w:t>democracysatisfactionNAT</w:t>
            </w:r>
            <w:r>
              <w:rPr>
                <w:sz w:val="16"/>
              </w:rPr>
              <w:br/>
              <w:t>(natldemosatisfaction)</w:t>
            </w:r>
          </w:p>
        </w:tc>
        <w:tc>
          <w:tcPr>
            <w:tcW w:w="2880" w:type="dxa"/>
          </w:tcPr>
          <w:p w14:paraId="06BEBCFE" w14:textId="77777777" w:rsidR="004D342C" w:rsidRDefault="00000000">
            <w:pPr>
              <w:spacing w:before="20" w:after="20"/>
              <w:ind w:firstLine="0"/>
            </w:pPr>
            <w:r>
              <w:rPr>
                <w:sz w:val="16"/>
              </w:rPr>
              <w:t>DEMOCRACY SATISFACTION - COUNTRY</w:t>
            </w:r>
          </w:p>
        </w:tc>
        <w:tc>
          <w:tcPr>
            <w:tcW w:w="3456" w:type="dxa"/>
          </w:tcPr>
          <w:p w14:paraId="5E650C73" w14:textId="77777777" w:rsidR="004D342C" w:rsidRDefault="00000000">
            <w:pPr>
              <w:spacing w:before="20" w:after="20"/>
              <w:ind w:firstLine="0"/>
            </w:pPr>
            <w:r>
              <w:rPr>
                <w:sz w:val="16"/>
              </w:rPr>
              <w:t>1 very satisfied / 2 fairly satisfied / 3 not very satisfied / 4 not at all satisfied / 5 dont know</w:t>
            </w:r>
          </w:p>
        </w:tc>
        <w:tc>
          <w:tcPr>
            <w:tcW w:w="648" w:type="dxa"/>
          </w:tcPr>
          <w:p w14:paraId="659B901C" w14:textId="77777777" w:rsidR="004D342C" w:rsidRDefault="00000000">
            <w:pPr>
              <w:spacing w:before="20" w:after="20"/>
              <w:ind w:firstLine="0"/>
              <w:jc w:val="right"/>
            </w:pPr>
            <w:r>
              <w:rPr>
                <w:sz w:val="16"/>
              </w:rPr>
              <w:t>88</w:t>
            </w:r>
          </w:p>
        </w:tc>
      </w:tr>
      <w:tr w:rsidR="004D342C" w14:paraId="0164FF9E" w14:textId="77777777">
        <w:trPr>
          <w:cantSplit/>
          <w:jc w:val="center"/>
        </w:trPr>
        <w:tc>
          <w:tcPr>
            <w:tcW w:w="1944" w:type="dxa"/>
          </w:tcPr>
          <w:p w14:paraId="0C96C16F" w14:textId="77777777" w:rsidR="004D342C" w:rsidRDefault="00000000">
            <w:pPr>
              <w:spacing w:before="20" w:after="20"/>
              <w:ind w:firstLine="0"/>
            </w:pPr>
            <w:r>
              <w:rPr>
                <w:sz w:val="16"/>
              </w:rPr>
              <w:t>trustNATgovt</w:t>
            </w:r>
            <w:r>
              <w:rPr>
                <w:sz w:val="16"/>
              </w:rPr>
              <w:br/>
              <w:t>(natltrustgovt)</w:t>
            </w:r>
          </w:p>
        </w:tc>
        <w:tc>
          <w:tcPr>
            <w:tcW w:w="2880" w:type="dxa"/>
          </w:tcPr>
          <w:p w14:paraId="0E876637" w14:textId="77777777" w:rsidR="004D342C" w:rsidRDefault="00000000">
            <w:pPr>
              <w:spacing w:before="20" w:after="20"/>
              <w:ind w:firstLine="0"/>
            </w:pPr>
            <w:r>
              <w:rPr>
                <w:sz w:val="16"/>
              </w:rPr>
              <w:t>TRUST IN INSTITUTIONS: NATIONAL GOVERNMENT</w:t>
            </w:r>
          </w:p>
        </w:tc>
        <w:tc>
          <w:tcPr>
            <w:tcW w:w="3456" w:type="dxa"/>
          </w:tcPr>
          <w:p w14:paraId="7B6909DE" w14:textId="77777777" w:rsidR="004D342C" w:rsidRDefault="00000000">
            <w:pPr>
              <w:spacing w:before="20" w:after="20"/>
              <w:ind w:firstLine="0"/>
            </w:pPr>
            <w:r>
              <w:rPr>
                <w:sz w:val="16"/>
              </w:rPr>
              <w:t>1 tend to trust / 2 tend not to trust / 3 dont know</w:t>
            </w:r>
          </w:p>
        </w:tc>
        <w:tc>
          <w:tcPr>
            <w:tcW w:w="648" w:type="dxa"/>
          </w:tcPr>
          <w:p w14:paraId="07AC8B34" w14:textId="77777777" w:rsidR="004D342C" w:rsidRDefault="00000000">
            <w:pPr>
              <w:spacing w:before="20" w:after="20"/>
              <w:ind w:firstLine="0"/>
              <w:jc w:val="right"/>
            </w:pPr>
            <w:r>
              <w:rPr>
                <w:sz w:val="16"/>
              </w:rPr>
              <w:t>42</w:t>
            </w:r>
          </w:p>
        </w:tc>
      </w:tr>
      <w:tr w:rsidR="004D342C" w14:paraId="01027282" w14:textId="77777777">
        <w:trPr>
          <w:cantSplit/>
          <w:jc w:val="center"/>
        </w:trPr>
        <w:tc>
          <w:tcPr>
            <w:tcW w:w="1944" w:type="dxa"/>
          </w:tcPr>
          <w:p w14:paraId="1AAF0CF1" w14:textId="77777777" w:rsidR="004D342C" w:rsidRDefault="00000000">
            <w:pPr>
              <w:spacing w:before="20" w:after="20"/>
              <w:ind w:firstLine="0"/>
            </w:pPr>
            <w:r>
              <w:rPr>
                <w:sz w:val="16"/>
              </w:rPr>
              <w:t>trustNATparl</w:t>
            </w:r>
            <w:r>
              <w:rPr>
                <w:sz w:val="16"/>
              </w:rPr>
              <w:br/>
              <w:t>(natltrustparl)</w:t>
            </w:r>
          </w:p>
        </w:tc>
        <w:tc>
          <w:tcPr>
            <w:tcW w:w="2880" w:type="dxa"/>
          </w:tcPr>
          <w:p w14:paraId="48904A66" w14:textId="77777777" w:rsidR="004D342C" w:rsidRDefault="00000000">
            <w:pPr>
              <w:spacing w:before="20" w:after="20"/>
              <w:ind w:firstLine="0"/>
            </w:pPr>
            <w:r>
              <w:rPr>
                <w:sz w:val="16"/>
              </w:rPr>
              <w:t>TRUST IN INSTITUTIONS: NATIONAL PARLIAMENT</w:t>
            </w:r>
          </w:p>
        </w:tc>
        <w:tc>
          <w:tcPr>
            <w:tcW w:w="3456" w:type="dxa"/>
          </w:tcPr>
          <w:p w14:paraId="62831005" w14:textId="77777777" w:rsidR="004D342C" w:rsidRDefault="00000000">
            <w:pPr>
              <w:spacing w:before="20" w:after="20"/>
              <w:ind w:firstLine="0"/>
            </w:pPr>
            <w:r>
              <w:rPr>
                <w:sz w:val="16"/>
              </w:rPr>
              <w:t>1 tend to trust / 2 tend not to trust / 3 dont know</w:t>
            </w:r>
          </w:p>
        </w:tc>
        <w:tc>
          <w:tcPr>
            <w:tcW w:w="648" w:type="dxa"/>
          </w:tcPr>
          <w:p w14:paraId="590A739F" w14:textId="77777777" w:rsidR="004D342C" w:rsidRDefault="00000000">
            <w:pPr>
              <w:spacing w:before="20" w:after="20"/>
              <w:ind w:firstLine="0"/>
              <w:jc w:val="right"/>
            </w:pPr>
            <w:r>
              <w:rPr>
                <w:sz w:val="16"/>
              </w:rPr>
              <w:t>42</w:t>
            </w:r>
          </w:p>
        </w:tc>
      </w:tr>
      <w:tr w:rsidR="004D342C" w14:paraId="71D4F777" w14:textId="77777777">
        <w:trPr>
          <w:cantSplit/>
          <w:jc w:val="center"/>
        </w:trPr>
        <w:tc>
          <w:tcPr>
            <w:tcW w:w="1944" w:type="dxa"/>
          </w:tcPr>
          <w:p w14:paraId="55EF8D3D" w14:textId="77777777" w:rsidR="004D342C" w:rsidRDefault="00000000">
            <w:pPr>
              <w:spacing w:before="20" w:after="20"/>
              <w:ind w:firstLine="0"/>
            </w:pPr>
            <w:r>
              <w:rPr>
                <w:sz w:val="16"/>
              </w:rPr>
              <w:t>nattrustgovt</w:t>
            </w:r>
          </w:p>
        </w:tc>
        <w:tc>
          <w:tcPr>
            <w:tcW w:w="2880" w:type="dxa"/>
          </w:tcPr>
          <w:p w14:paraId="620A36D9" w14:textId="77777777" w:rsidR="004D342C" w:rsidRDefault="00000000">
            <w:pPr>
              <w:spacing w:before="20" w:after="20"/>
              <w:ind w:firstLine="0"/>
            </w:pPr>
            <w:r>
              <w:rPr>
                <w:sz w:val="16"/>
              </w:rPr>
              <w:t>TRUST IN INSTITUTIONS: NATIONAL GOVERNMENT</w:t>
            </w:r>
          </w:p>
        </w:tc>
        <w:tc>
          <w:tcPr>
            <w:tcW w:w="3456" w:type="dxa"/>
          </w:tcPr>
          <w:p w14:paraId="3CE71865" w14:textId="77777777" w:rsidR="004D342C" w:rsidRDefault="00000000">
            <w:pPr>
              <w:spacing w:before="20" w:after="20"/>
              <w:ind w:firstLine="0"/>
            </w:pPr>
            <w:r>
              <w:rPr>
                <w:sz w:val="16"/>
              </w:rPr>
              <w:t>1 Tend to trust / 2 Tend not to trust / 3 Don't know (SPONTANEOUS)</w:t>
            </w:r>
          </w:p>
        </w:tc>
        <w:tc>
          <w:tcPr>
            <w:tcW w:w="648" w:type="dxa"/>
          </w:tcPr>
          <w:p w14:paraId="089FB44F" w14:textId="77777777" w:rsidR="004D342C" w:rsidRDefault="00000000">
            <w:pPr>
              <w:spacing w:before="20" w:after="20"/>
              <w:ind w:firstLine="0"/>
              <w:jc w:val="right"/>
            </w:pPr>
            <w:r>
              <w:rPr>
                <w:sz w:val="16"/>
              </w:rPr>
              <w:t>14</w:t>
            </w:r>
          </w:p>
        </w:tc>
      </w:tr>
      <w:tr w:rsidR="004D342C" w14:paraId="061C898C" w14:textId="77777777">
        <w:trPr>
          <w:cantSplit/>
          <w:jc w:val="center"/>
        </w:trPr>
        <w:tc>
          <w:tcPr>
            <w:tcW w:w="1944" w:type="dxa"/>
          </w:tcPr>
          <w:p w14:paraId="122675FC" w14:textId="77777777" w:rsidR="004D342C" w:rsidRDefault="00000000">
            <w:pPr>
              <w:spacing w:before="20" w:after="20"/>
              <w:ind w:firstLine="0"/>
            </w:pPr>
            <w:r>
              <w:rPr>
                <w:sz w:val="16"/>
              </w:rPr>
              <w:t>nattrustparl</w:t>
            </w:r>
          </w:p>
        </w:tc>
        <w:tc>
          <w:tcPr>
            <w:tcW w:w="2880" w:type="dxa"/>
          </w:tcPr>
          <w:p w14:paraId="688911CC" w14:textId="77777777" w:rsidR="004D342C" w:rsidRDefault="00000000">
            <w:pPr>
              <w:spacing w:before="20" w:after="20"/>
              <w:ind w:firstLine="0"/>
            </w:pPr>
            <w:r>
              <w:rPr>
                <w:sz w:val="16"/>
              </w:rPr>
              <w:t>TRUST IN INSTITUTIONS: NATIONAL PARLIAMENT</w:t>
            </w:r>
          </w:p>
        </w:tc>
        <w:tc>
          <w:tcPr>
            <w:tcW w:w="3456" w:type="dxa"/>
          </w:tcPr>
          <w:p w14:paraId="6D7CA35C" w14:textId="77777777" w:rsidR="004D342C" w:rsidRDefault="00000000">
            <w:pPr>
              <w:spacing w:before="20" w:after="20"/>
              <w:ind w:firstLine="0"/>
            </w:pPr>
            <w:r>
              <w:rPr>
                <w:sz w:val="16"/>
              </w:rPr>
              <w:t>1 Tend to trust / 2 Tend not to trust / 3 Don't know (SPONTANEOUS)</w:t>
            </w:r>
          </w:p>
        </w:tc>
        <w:tc>
          <w:tcPr>
            <w:tcW w:w="648" w:type="dxa"/>
          </w:tcPr>
          <w:p w14:paraId="619401F9" w14:textId="77777777" w:rsidR="004D342C" w:rsidRDefault="00000000">
            <w:pPr>
              <w:spacing w:before="20" w:after="20"/>
              <w:ind w:firstLine="0"/>
              <w:jc w:val="right"/>
            </w:pPr>
            <w:r>
              <w:rPr>
                <w:sz w:val="16"/>
              </w:rPr>
              <w:t>14</w:t>
            </w:r>
          </w:p>
        </w:tc>
      </w:tr>
      <w:tr w:rsidR="004D342C" w14:paraId="36C4DD8F" w14:textId="77777777">
        <w:trPr>
          <w:cantSplit/>
          <w:jc w:val="center"/>
        </w:trPr>
        <w:tc>
          <w:tcPr>
            <w:tcW w:w="1944" w:type="dxa"/>
          </w:tcPr>
          <w:p w14:paraId="0FD57C68" w14:textId="77777777" w:rsidR="004D342C" w:rsidRDefault="00000000">
            <w:pPr>
              <w:spacing w:before="20" w:after="20"/>
              <w:ind w:firstLine="0"/>
            </w:pPr>
            <w:r>
              <w:rPr>
                <w:sz w:val="16"/>
              </w:rPr>
              <w:t>demodirectioncountry</w:t>
            </w:r>
          </w:p>
        </w:tc>
        <w:tc>
          <w:tcPr>
            <w:tcW w:w="2880" w:type="dxa"/>
          </w:tcPr>
          <w:p w14:paraId="0C124C45" w14:textId="77777777" w:rsidR="004D342C" w:rsidRDefault="00000000">
            <w:pPr>
              <w:spacing w:before="20" w:after="20"/>
              <w:ind w:firstLine="0"/>
            </w:pPr>
            <w:r>
              <w:rPr>
                <w:sz w:val="16"/>
              </w:rPr>
              <w:t>DIRECTION THINGS ARE GOING - IN (OUR COUNTRY)</w:t>
            </w:r>
          </w:p>
        </w:tc>
        <w:tc>
          <w:tcPr>
            <w:tcW w:w="3456" w:type="dxa"/>
          </w:tcPr>
          <w:p w14:paraId="3504A62B" w14:textId="77777777" w:rsidR="004D342C" w:rsidRDefault="00000000">
            <w:pPr>
              <w:spacing w:before="20" w:after="20"/>
              <w:ind w:firstLine="0"/>
            </w:pPr>
            <w:r>
              <w:rPr>
                <w:sz w:val="16"/>
              </w:rPr>
              <w:t>1 Things are going in the right direction / 2 Things are going in the wrong direction / 3 Neither the one nor the other (SPONTANEOUS) / 4 Don't know (</w:t>
            </w:r>
          </w:p>
        </w:tc>
        <w:tc>
          <w:tcPr>
            <w:tcW w:w="648" w:type="dxa"/>
          </w:tcPr>
          <w:p w14:paraId="0E6794D1" w14:textId="77777777" w:rsidR="004D342C" w:rsidRDefault="00000000">
            <w:pPr>
              <w:spacing w:before="20" w:after="20"/>
              <w:ind w:firstLine="0"/>
              <w:jc w:val="right"/>
            </w:pPr>
            <w:r>
              <w:rPr>
                <w:sz w:val="16"/>
              </w:rPr>
              <w:t>11</w:t>
            </w:r>
          </w:p>
        </w:tc>
      </w:tr>
      <w:tr w:rsidR="004D342C" w14:paraId="33E85B32" w14:textId="77777777">
        <w:trPr>
          <w:cantSplit/>
          <w:jc w:val="center"/>
        </w:trPr>
        <w:tc>
          <w:tcPr>
            <w:tcW w:w="1944" w:type="dxa"/>
          </w:tcPr>
          <w:p w14:paraId="3974834D" w14:textId="77777777" w:rsidR="004D342C" w:rsidRDefault="00000000">
            <w:pPr>
              <w:spacing w:before="20" w:after="20"/>
              <w:ind w:firstLine="0"/>
            </w:pPr>
            <w:r>
              <w:rPr>
                <w:sz w:val="16"/>
              </w:rPr>
              <w:t>demodirectioneu</w:t>
            </w:r>
          </w:p>
        </w:tc>
        <w:tc>
          <w:tcPr>
            <w:tcW w:w="2880" w:type="dxa"/>
          </w:tcPr>
          <w:p w14:paraId="45DDFE55" w14:textId="77777777" w:rsidR="004D342C" w:rsidRDefault="00000000">
            <w:pPr>
              <w:spacing w:before="20" w:after="20"/>
              <w:ind w:firstLine="0"/>
            </w:pPr>
            <w:r>
              <w:rPr>
                <w:sz w:val="16"/>
              </w:rPr>
              <w:t>DIRECTION THINGS ARE GOING - IN THE EU</w:t>
            </w:r>
          </w:p>
        </w:tc>
        <w:tc>
          <w:tcPr>
            <w:tcW w:w="3456" w:type="dxa"/>
          </w:tcPr>
          <w:p w14:paraId="7072E927" w14:textId="77777777" w:rsidR="004D342C" w:rsidRDefault="00000000">
            <w:pPr>
              <w:spacing w:before="20" w:after="20"/>
              <w:ind w:firstLine="0"/>
            </w:pPr>
            <w:r>
              <w:rPr>
                <w:sz w:val="16"/>
              </w:rPr>
              <w:t>1 Things are going in the right direction / 2 Things are going in the wrong direction / 3 Neither the one nor the other (SPONTANEOUS) / 4 Don't know (</w:t>
            </w:r>
          </w:p>
        </w:tc>
        <w:tc>
          <w:tcPr>
            <w:tcW w:w="648" w:type="dxa"/>
          </w:tcPr>
          <w:p w14:paraId="03677B0D" w14:textId="77777777" w:rsidR="004D342C" w:rsidRDefault="00000000">
            <w:pPr>
              <w:spacing w:before="20" w:after="20"/>
              <w:ind w:firstLine="0"/>
              <w:jc w:val="right"/>
            </w:pPr>
            <w:r>
              <w:rPr>
                <w:sz w:val="16"/>
              </w:rPr>
              <w:t>11</w:t>
            </w:r>
          </w:p>
        </w:tc>
      </w:tr>
      <w:tr w:rsidR="004D342C" w14:paraId="73E99BA0" w14:textId="77777777">
        <w:trPr>
          <w:cantSplit/>
          <w:jc w:val="center"/>
        </w:trPr>
        <w:tc>
          <w:tcPr>
            <w:tcW w:w="1944" w:type="dxa"/>
          </w:tcPr>
          <w:p w14:paraId="73FF4CDA" w14:textId="77777777" w:rsidR="004D342C" w:rsidRDefault="00000000">
            <w:pPr>
              <w:spacing w:before="20" w:after="20"/>
              <w:ind w:firstLine="0"/>
            </w:pPr>
            <w:r>
              <w:rPr>
                <w:sz w:val="16"/>
              </w:rPr>
              <w:t>demodirectionlife</w:t>
            </w:r>
          </w:p>
        </w:tc>
        <w:tc>
          <w:tcPr>
            <w:tcW w:w="2880" w:type="dxa"/>
          </w:tcPr>
          <w:p w14:paraId="2434302C" w14:textId="77777777" w:rsidR="004D342C" w:rsidRDefault="00000000">
            <w:pPr>
              <w:spacing w:before="20" w:after="20"/>
              <w:ind w:firstLine="0"/>
            </w:pPr>
            <w:r>
              <w:rPr>
                <w:sz w:val="16"/>
              </w:rPr>
              <w:t>DIRECTION THINGS ARE GOING - LIFE PERSONALLY</w:t>
            </w:r>
          </w:p>
        </w:tc>
        <w:tc>
          <w:tcPr>
            <w:tcW w:w="3456" w:type="dxa"/>
          </w:tcPr>
          <w:p w14:paraId="0128CDE6" w14:textId="77777777" w:rsidR="004D342C" w:rsidRDefault="00000000">
            <w:pPr>
              <w:spacing w:before="20" w:after="20"/>
              <w:ind w:firstLine="0"/>
            </w:pPr>
            <w:r>
              <w:rPr>
                <w:sz w:val="16"/>
              </w:rPr>
              <w:t>1 Things are going in the right direction / 2 Things are going in the wrong direction / 3 Neither the one nor the other (SPONTANEOUS) / 4 Don't know (</w:t>
            </w:r>
          </w:p>
        </w:tc>
        <w:tc>
          <w:tcPr>
            <w:tcW w:w="648" w:type="dxa"/>
          </w:tcPr>
          <w:p w14:paraId="156F8FBA" w14:textId="77777777" w:rsidR="004D342C" w:rsidRDefault="00000000">
            <w:pPr>
              <w:spacing w:before="20" w:after="20"/>
              <w:ind w:firstLine="0"/>
              <w:jc w:val="right"/>
            </w:pPr>
            <w:r>
              <w:rPr>
                <w:sz w:val="16"/>
              </w:rPr>
              <w:t>11</w:t>
            </w:r>
          </w:p>
        </w:tc>
      </w:tr>
      <w:tr w:rsidR="004D342C" w14:paraId="01486E7E" w14:textId="77777777">
        <w:trPr>
          <w:cantSplit/>
          <w:jc w:val="center"/>
        </w:trPr>
        <w:tc>
          <w:tcPr>
            <w:tcW w:w="1944" w:type="dxa"/>
          </w:tcPr>
          <w:p w14:paraId="64043249" w14:textId="77777777" w:rsidR="004D342C" w:rsidRDefault="00000000">
            <w:pPr>
              <w:spacing w:before="20" w:after="20"/>
              <w:ind w:firstLine="0"/>
            </w:pPr>
            <w:r>
              <w:rPr>
                <w:sz w:val="16"/>
              </w:rPr>
              <w:t>demotrusteu</w:t>
            </w:r>
          </w:p>
        </w:tc>
        <w:tc>
          <w:tcPr>
            <w:tcW w:w="2880" w:type="dxa"/>
          </w:tcPr>
          <w:p w14:paraId="100A04FF" w14:textId="77777777" w:rsidR="004D342C" w:rsidRDefault="00000000">
            <w:pPr>
              <w:spacing w:before="20" w:after="20"/>
              <w:ind w:firstLine="0"/>
            </w:pPr>
            <w:r>
              <w:rPr>
                <w:sz w:val="16"/>
              </w:rPr>
              <w:t>TRUST IN INSTITUTIONS: EUROPEAN UNION</w:t>
            </w:r>
          </w:p>
        </w:tc>
        <w:tc>
          <w:tcPr>
            <w:tcW w:w="3456" w:type="dxa"/>
          </w:tcPr>
          <w:p w14:paraId="6B6E6262" w14:textId="77777777" w:rsidR="004D342C" w:rsidRDefault="00000000">
            <w:pPr>
              <w:spacing w:before="20" w:after="20"/>
              <w:ind w:firstLine="0"/>
            </w:pPr>
            <w:r>
              <w:rPr>
                <w:sz w:val="16"/>
              </w:rPr>
              <w:t>1 Tend to trust / 2 Tend not to trust / 3 Don't know (SPONTANEOUS)</w:t>
            </w:r>
          </w:p>
        </w:tc>
        <w:tc>
          <w:tcPr>
            <w:tcW w:w="648" w:type="dxa"/>
          </w:tcPr>
          <w:p w14:paraId="04C128D7" w14:textId="77777777" w:rsidR="004D342C" w:rsidRDefault="00000000">
            <w:pPr>
              <w:spacing w:before="20" w:after="20"/>
              <w:ind w:firstLine="0"/>
              <w:jc w:val="right"/>
            </w:pPr>
            <w:r>
              <w:rPr>
                <w:sz w:val="16"/>
              </w:rPr>
              <w:t>10</w:t>
            </w:r>
          </w:p>
        </w:tc>
      </w:tr>
      <w:tr w:rsidR="004D342C" w14:paraId="5381E594" w14:textId="77777777">
        <w:trPr>
          <w:cantSplit/>
          <w:jc w:val="center"/>
        </w:trPr>
        <w:tc>
          <w:tcPr>
            <w:tcW w:w="1944" w:type="dxa"/>
          </w:tcPr>
          <w:p w14:paraId="52C37598" w14:textId="77777777" w:rsidR="004D342C" w:rsidRDefault="00000000">
            <w:pPr>
              <w:spacing w:before="20" w:after="20"/>
              <w:ind w:firstLine="0"/>
            </w:pPr>
            <w:r>
              <w:rPr>
                <w:sz w:val="16"/>
              </w:rPr>
              <w:t>effectonRNATgovt</w:t>
            </w:r>
            <w:r>
              <w:rPr>
                <w:sz w:val="16"/>
              </w:rPr>
              <w:br/>
              <w:t>(natlgovteffectR)</w:t>
            </w:r>
          </w:p>
        </w:tc>
        <w:tc>
          <w:tcPr>
            <w:tcW w:w="2880" w:type="dxa"/>
          </w:tcPr>
          <w:p w14:paraId="2F832D4D" w14:textId="77777777" w:rsidR="004D342C" w:rsidRDefault="00000000">
            <w:pPr>
              <w:spacing w:before="20" w:after="20"/>
              <w:ind w:firstLine="0"/>
            </w:pPr>
            <w:r>
              <w:rPr>
                <w:sz w:val="16"/>
              </w:rPr>
              <w:t>q.45. - 1. please consider each of the f</w:t>
            </w:r>
          </w:p>
        </w:tc>
        <w:tc>
          <w:tcPr>
            <w:tcW w:w="3456" w:type="dxa"/>
          </w:tcPr>
          <w:p w14:paraId="566DA32F" w14:textId="77777777" w:rsidR="004D342C" w:rsidRDefault="00000000">
            <w:pPr>
              <w:spacing w:before="20" w:after="20"/>
              <w:ind w:firstLine="0"/>
            </w:pPr>
            <w:r>
              <w:rPr>
                <w:sz w:val="16"/>
              </w:rPr>
              <w:t>1 great effect / 2 some effect / 3 no effect / 4 dont know</w:t>
            </w:r>
          </w:p>
        </w:tc>
        <w:tc>
          <w:tcPr>
            <w:tcW w:w="648" w:type="dxa"/>
          </w:tcPr>
          <w:p w14:paraId="471A3577" w14:textId="77777777" w:rsidR="004D342C" w:rsidRDefault="00000000">
            <w:pPr>
              <w:spacing w:before="20" w:after="20"/>
              <w:ind w:firstLine="0"/>
              <w:jc w:val="right"/>
            </w:pPr>
            <w:r>
              <w:rPr>
                <w:sz w:val="16"/>
              </w:rPr>
              <w:t>3</w:t>
            </w:r>
          </w:p>
        </w:tc>
      </w:tr>
      <w:tr w:rsidR="004D342C" w14:paraId="3F43D6C4" w14:textId="77777777">
        <w:trPr>
          <w:cantSplit/>
          <w:jc w:val="center"/>
        </w:trPr>
        <w:tc>
          <w:tcPr>
            <w:tcW w:w="1944" w:type="dxa"/>
          </w:tcPr>
          <w:p w14:paraId="39514651" w14:textId="77777777" w:rsidR="004D342C" w:rsidRDefault="00000000">
            <w:pPr>
              <w:keepNext/>
              <w:spacing w:before="20" w:after="20"/>
              <w:ind w:firstLine="0"/>
            </w:pPr>
            <w:r>
              <w:rPr>
                <w:sz w:val="16"/>
              </w:rPr>
              <w:t>effectonRNATparl</w:t>
            </w:r>
            <w:r>
              <w:rPr>
                <w:sz w:val="16"/>
              </w:rPr>
              <w:br/>
              <w:t>(natlparleffectR)</w:t>
            </w:r>
          </w:p>
        </w:tc>
        <w:tc>
          <w:tcPr>
            <w:tcW w:w="2880" w:type="dxa"/>
          </w:tcPr>
          <w:p w14:paraId="7E036C4F" w14:textId="77777777" w:rsidR="004D342C" w:rsidRDefault="00000000">
            <w:pPr>
              <w:keepNext/>
              <w:spacing w:before="20" w:after="20"/>
              <w:ind w:firstLine="0"/>
            </w:pPr>
            <w:r>
              <w:rPr>
                <w:sz w:val="16"/>
              </w:rPr>
              <w:t>q.45. - 2. please consider each of the f</w:t>
            </w:r>
          </w:p>
        </w:tc>
        <w:tc>
          <w:tcPr>
            <w:tcW w:w="3456" w:type="dxa"/>
          </w:tcPr>
          <w:p w14:paraId="645F1F90" w14:textId="77777777" w:rsidR="004D342C" w:rsidRDefault="00000000">
            <w:pPr>
              <w:keepNext/>
              <w:spacing w:before="20" w:after="20"/>
              <w:ind w:firstLine="0"/>
            </w:pPr>
            <w:r>
              <w:rPr>
                <w:sz w:val="16"/>
              </w:rPr>
              <w:t>1 great effect / 2 some effect / 3 no effect / 4 dont know</w:t>
            </w:r>
          </w:p>
        </w:tc>
        <w:tc>
          <w:tcPr>
            <w:tcW w:w="648" w:type="dxa"/>
          </w:tcPr>
          <w:p w14:paraId="304AC3BC" w14:textId="77777777" w:rsidR="004D342C" w:rsidRDefault="00000000">
            <w:pPr>
              <w:keepNext/>
              <w:spacing w:before="20" w:after="20"/>
              <w:ind w:firstLine="0"/>
              <w:jc w:val="right"/>
            </w:pPr>
            <w:r>
              <w:rPr>
                <w:sz w:val="16"/>
              </w:rPr>
              <w:t>3</w:t>
            </w:r>
          </w:p>
        </w:tc>
      </w:tr>
    </w:tbl>
    <w:p w14:paraId="28930462" w14:textId="77777777" w:rsidR="004D342C" w:rsidRDefault="00000000">
      <w:pPr>
        <w:pStyle w:val="Heading3"/>
      </w:pPr>
      <w:r>
        <w:rPr>
          <w:rFonts w:ascii="Times New Roman" w:hAnsi="Times New Roman" w:cs="Times New Roman"/>
        </w:rPr>
        <w:t>6.4.10  Demographics  (29 variables)</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1944"/>
        <w:gridCol w:w="2880"/>
        <w:gridCol w:w="3456"/>
        <w:gridCol w:w="648"/>
      </w:tblGrid>
      <w:tr w:rsidR="004D342C" w14:paraId="666B4388" w14:textId="77777777">
        <w:trPr>
          <w:cantSplit/>
          <w:tblHeader/>
          <w:jc w:val="center"/>
        </w:trPr>
        <w:tc>
          <w:tcPr>
            <w:tcW w:w="1944" w:type="dxa"/>
            <w:tcBorders>
              <w:bottom w:val="single" w:sz="6" w:space="0" w:color="1F4E79"/>
            </w:tcBorders>
            <w:shd w:val="clear" w:color="auto" w:fill="E7EDF3"/>
          </w:tcPr>
          <w:p w14:paraId="2B1BDBA6" w14:textId="77777777" w:rsidR="004D342C" w:rsidRDefault="00000000">
            <w:pPr>
              <w:spacing w:before="40" w:after="40"/>
              <w:ind w:firstLine="0"/>
            </w:pPr>
            <w:r>
              <w:rPr>
                <w:b/>
                <w:color w:val="1F4E79"/>
                <w:sz w:val="18"/>
              </w:rPr>
              <w:t>Variable</w:t>
            </w:r>
          </w:p>
        </w:tc>
        <w:tc>
          <w:tcPr>
            <w:tcW w:w="2880" w:type="dxa"/>
            <w:tcBorders>
              <w:bottom w:val="single" w:sz="6" w:space="0" w:color="1F4E79"/>
            </w:tcBorders>
            <w:shd w:val="clear" w:color="auto" w:fill="E7EDF3"/>
          </w:tcPr>
          <w:p w14:paraId="66C6440C" w14:textId="77777777" w:rsidR="004D342C" w:rsidRDefault="00000000">
            <w:pPr>
              <w:spacing w:before="40" w:after="40"/>
              <w:ind w:firstLine="0"/>
            </w:pPr>
            <w:r>
              <w:rPr>
                <w:b/>
                <w:color w:val="1F4E79"/>
                <w:sz w:val="18"/>
              </w:rPr>
              <w:t>Label</w:t>
            </w:r>
          </w:p>
        </w:tc>
        <w:tc>
          <w:tcPr>
            <w:tcW w:w="3456" w:type="dxa"/>
            <w:tcBorders>
              <w:bottom w:val="single" w:sz="6" w:space="0" w:color="1F4E79"/>
            </w:tcBorders>
            <w:shd w:val="clear" w:color="auto" w:fill="E7EDF3"/>
          </w:tcPr>
          <w:p w14:paraId="5F2D6AE8" w14:textId="77777777" w:rsidR="004D342C" w:rsidRDefault="00000000">
            <w:pPr>
              <w:spacing w:before="40" w:after="40"/>
              <w:ind w:firstLine="0"/>
            </w:pPr>
            <w:r>
              <w:rPr>
                <w:b/>
                <w:color w:val="1F4E79"/>
                <w:sz w:val="18"/>
              </w:rPr>
              <w:t>Coding</w:t>
            </w:r>
          </w:p>
        </w:tc>
        <w:tc>
          <w:tcPr>
            <w:tcW w:w="648" w:type="dxa"/>
            <w:tcBorders>
              <w:bottom w:val="single" w:sz="6" w:space="0" w:color="1F4E79"/>
            </w:tcBorders>
            <w:shd w:val="clear" w:color="auto" w:fill="E7EDF3"/>
          </w:tcPr>
          <w:p w14:paraId="6C6B2B5B" w14:textId="77777777" w:rsidR="004D342C" w:rsidRDefault="00000000">
            <w:pPr>
              <w:spacing w:before="40" w:after="40"/>
              <w:ind w:firstLine="0"/>
              <w:jc w:val="right"/>
            </w:pPr>
            <w:r>
              <w:rPr>
                <w:b/>
                <w:color w:val="1F4E79"/>
                <w:sz w:val="18"/>
              </w:rPr>
              <w:t>Waves</w:t>
            </w:r>
          </w:p>
        </w:tc>
      </w:tr>
      <w:tr w:rsidR="004D342C" w14:paraId="4EA5FDF1" w14:textId="77777777">
        <w:trPr>
          <w:cantSplit/>
          <w:jc w:val="center"/>
        </w:trPr>
        <w:tc>
          <w:tcPr>
            <w:tcW w:w="1944" w:type="dxa"/>
          </w:tcPr>
          <w:p w14:paraId="3C0AB3D0" w14:textId="77777777" w:rsidR="004D342C" w:rsidRDefault="00000000">
            <w:pPr>
              <w:spacing w:before="20" w:after="20"/>
              <w:ind w:firstLine="0"/>
            </w:pPr>
            <w:r>
              <w:rPr>
                <w:sz w:val="16"/>
              </w:rPr>
              <w:t>demogender</w:t>
            </w:r>
          </w:p>
        </w:tc>
        <w:tc>
          <w:tcPr>
            <w:tcW w:w="2880" w:type="dxa"/>
          </w:tcPr>
          <w:p w14:paraId="01A112A0" w14:textId="77777777" w:rsidR="004D342C" w:rsidRDefault="00000000">
            <w:pPr>
              <w:spacing w:before="20" w:after="20"/>
              <w:ind w:firstLine="0"/>
            </w:pPr>
            <w:r>
              <w:rPr>
                <w:sz w:val="16"/>
              </w:rPr>
              <w:t>GENDER</w:t>
            </w:r>
          </w:p>
        </w:tc>
        <w:tc>
          <w:tcPr>
            <w:tcW w:w="3456" w:type="dxa"/>
          </w:tcPr>
          <w:p w14:paraId="1B54325C" w14:textId="77777777" w:rsidR="004D342C" w:rsidRDefault="00000000">
            <w:pPr>
              <w:spacing w:before="20" w:after="20"/>
              <w:ind w:firstLine="0"/>
            </w:pPr>
            <w:r>
              <w:rPr>
                <w:sz w:val="16"/>
              </w:rPr>
              <w:t>1 male / 2 female / 3 dont know</w:t>
            </w:r>
          </w:p>
        </w:tc>
        <w:tc>
          <w:tcPr>
            <w:tcW w:w="648" w:type="dxa"/>
          </w:tcPr>
          <w:p w14:paraId="081CA9AD" w14:textId="77777777" w:rsidR="004D342C" w:rsidRDefault="00000000">
            <w:pPr>
              <w:spacing w:before="20" w:after="20"/>
              <w:ind w:firstLine="0"/>
              <w:jc w:val="right"/>
            </w:pPr>
            <w:r>
              <w:rPr>
                <w:sz w:val="16"/>
              </w:rPr>
              <w:t>113</w:t>
            </w:r>
          </w:p>
        </w:tc>
      </w:tr>
      <w:tr w:rsidR="004D342C" w14:paraId="2D62F076" w14:textId="77777777">
        <w:trPr>
          <w:cantSplit/>
          <w:jc w:val="center"/>
        </w:trPr>
        <w:tc>
          <w:tcPr>
            <w:tcW w:w="1944" w:type="dxa"/>
          </w:tcPr>
          <w:p w14:paraId="510BEF90" w14:textId="77777777" w:rsidR="004D342C" w:rsidRDefault="00000000">
            <w:pPr>
              <w:spacing w:before="20" w:after="20"/>
              <w:ind w:firstLine="0"/>
            </w:pPr>
            <w:r>
              <w:rPr>
                <w:sz w:val="16"/>
              </w:rPr>
              <w:t>demoage</w:t>
            </w:r>
            <w:r>
              <w:rPr>
                <w:sz w:val="16"/>
              </w:rPr>
              <w:br/>
              <w:t>(demoaged)</w:t>
            </w:r>
          </w:p>
        </w:tc>
        <w:tc>
          <w:tcPr>
            <w:tcW w:w="2880" w:type="dxa"/>
          </w:tcPr>
          <w:p w14:paraId="51F243C6" w14:textId="77777777" w:rsidR="004D342C" w:rsidRDefault="00000000">
            <w:pPr>
              <w:spacing w:before="20" w:after="20"/>
              <w:ind w:firstLine="0"/>
            </w:pPr>
            <w:r>
              <w:rPr>
                <w:sz w:val="16"/>
              </w:rPr>
              <w:t>AGE EXACT</w:t>
            </w:r>
          </w:p>
        </w:tc>
        <w:tc>
          <w:tcPr>
            <w:tcW w:w="3456" w:type="dxa"/>
          </w:tcPr>
          <w:p w14:paraId="561EE250" w14:textId="77777777" w:rsidR="004D342C" w:rsidRDefault="00000000">
            <w:pPr>
              <w:spacing w:before="20" w:after="20"/>
              <w:ind w:firstLine="0"/>
            </w:pPr>
            <w:r>
              <w:rPr>
                <w:sz w:val="16"/>
              </w:rPr>
              <w:t>age in years (exact age); 200 Refusal</w:t>
            </w:r>
          </w:p>
        </w:tc>
        <w:tc>
          <w:tcPr>
            <w:tcW w:w="648" w:type="dxa"/>
          </w:tcPr>
          <w:p w14:paraId="79DCF9AA" w14:textId="77777777" w:rsidR="004D342C" w:rsidRDefault="00000000">
            <w:pPr>
              <w:spacing w:before="20" w:after="20"/>
              <w:ind w:firstLine="0"/>
              <w:jc w:val="right"/>
            </w:pPr>
            <w:r>
              <w:rPr>
                <w:sz w:val="16"/>
              </w:rPr>
              <w:t>112</w:t>
            </w:r>
          </w:p>
        </w:tc>
      </w:tr>
      <w:tr w:rsidR="004D342C" w14:paraId="1941E83F" w14:textId="77777777">
        <w:trPr>
          <w:cantSplit/>
          <w:jc w:val="center"/>
        </w:trPr>
        <w:tc>
          <w:tcPr>
            <w:tcW w:w="1944" w:type="dxa"/>
          </w:tcPr>
          <w:p w14:paraId="47AFA287" w14:textId="77777777" w:rsidR="004D342C" w:rsidRDefault="00000000">
            <w:pPr>
              <w:spacing w:before="20" w:after="20"/>
              <w:ind w:firstLine="0"/>
            </w:pPr>
            <w:r>
              <w:rPr>
                <w:sz w:val="16"/>
              </w:rPr>
              <w:t>demooccupation</w:t>
            </w:r>
            <w:r>
              <w:rPr>
                <w:sz w:val="16"/>
              </w:rPr>
              <w:br/>
              <w:t>(democurrentoccup)</w:t>
            </w:r>
          </w:p>
        </w:tc>
        <w:tc>
          <w:tcPr>
            <w:tcW w:w="2880" w:type="dxa"/>
          </w:tcPr>
          <w:p w14:paraId="37FAEFB5" w14:textId="77777777" w:rsidR="004D342C" w:rsidRDefault="00000000">
            <w:pPr>
              <w:spacing w:before="20" w:after="20"/>
              <w:ind w:firstLine="0"/>
            </w:pPr>
            <w:r>
              <w:rPr>
                <w:sz w:val="16"/>
              </w:rPr>
              <w:t>OCCUPATION OF RESPONDENT</w:t>
            </w:r>
          </w:p>
        </w:tc>
        <w:tc>
          <w:tcPr>
            <w:tcW w:w="3456" w:type="dxa"/>
          </w:tcPr>
          <w:p w14:paraId="30CAC45A" w14:textId="77777777" w:rsidR="004D342C" w:rsidRDefault="00000000">
            <w:pPr>
              <w:spacing w:before="20" w:after="20"/>
              <w:ind w:firstLine="0"/>
            </w:pPr>
            <w:r>
              <w:rPr>
                <w:sz w:val="16"/>
              </w:rPr>
              <w:t>1 Farmer / 2 Fisherman / 3 Professional / 4 Self-Employed / 5 Business Proprietor / 6 Employed Professional / 7 General Management / 8 Middle Manageme</w:t>
            </w:r>
          </w:p>
        </w:tc>
        <w:tc>
          <w:tcPr>
            <w:tcW w:w="648" w:type="dxa"/>
          </w:tcPr>
          <w:p w14:paraId="6DDB831D" w14:textId="77777777" w:rsidR="004D342C" w:rsidRDefault="00000000">
            <w:pPr>
              <w:spacing w:before="20" w:after="20"/>
              <w:ind w:firstLine="0"/>
              <w:jc w:val="right"/>
            </w:pPr>
            <w:r>
              <w:rPr>
                <w:sz w:val="16"/>
              </w:rPr>
              <w:t>112</w:t>
            </w:r>
          </w:p>
        </w:tc>
      </w:tr>
      <w:tr w:rsidR="004D342C" w14:paraId="599A67B3" w14:textId="77777777">
        <w:trPr>
          <w:cantSplit/>
          <w:jc w:val="center"/>
        </w:trPr>
        <w:tc>
          <w:tcPr>
            <w:tcW w:w="1944" w:type="dxa"/>
          </w:tcPr>
          <w:p w14:paraId="10778458" w14:textId="77777777" w:rsidR="004D342C" w:rsidRDefault="00000000">
            <w:pPr>
              <w:spacing w:before="20" w:after="20"/>
              <w:ind w:firstLine="0"/>
            </w:pPr>
            <w:r>
              <w:rPr>
                <w:sz w:val="16"/>
              </w:rPr>
              <w:t>demoeducation</w:t>
            </w:r>
          </w:p>
        </w:tc>
        <w:tc>
          <w:tcPr>
            <w:tcW w:w="2880" w:type="dxa"/>
          </w:tcPr>
          <w:p w14:paraId="541CD412" w14:textId="77777777" w:rsidR="004D342C" w:rsidRDefault="00000000">
            <w:pPr>
              <w:spacing w:before="20" w:after="20"/>
              <w:ind w:firstLine="0"/>
            </w:pPr>
            <w:r>
              <w:rPr>
                <w:sz w:val="16"/>
              </w:rPr>
              <w:t>AGE EDUCATION</w:t>
            </w:r>
          </w:p>
        </w:tc>
        <w:tc>
          <w:tcPr>
            <w:tcW w:w="3456" w:type="dxa"/>
          </w:tcPr>
          <w:p w14:paraId="7100A7E7" w14:textId="77777777" w:rsidR="004D342C" w:rsidRDefault="00000000">
            <w:pPr>
              <w:spacing w:before="20" w:after="20"/>
              <w:ind w:firstLine="0"/>
            </w:pPr>
            <w:r>
              <w:rPr>
                <w:sz w:val="16"/>
              </w:rPr>
              <w:t>age when full-time education ended, in years (14-22 etc.), plus 94 Refusal / 95 99 Years / 96 Illiterate / 97 Still Studying / 98 No Full-Time Educati</w:t>
            </w:r>
          </w:p>
        </w:tc>
        <w:tc>
          <w:tcPr>
            <w:tcW w:w="648" w:type="dxa"/>
          </w:tcPr>
          <w:p w14:paraId="4136424D" w14:textId="77777777" w:rsidR="004D342C" w:rsidRDefault="00000000">
            <w:pPr>
              <w:spacing w:before="20" w:after="20"/>
              <w:ind w:firstLine="0"/>
              <w:jc w:val="right"/>
            </w:pPr>
            <w:r>
              <w:rPr>
                <w:sz w:val="16"/>
              </w:rPr>
              <w:t>111</w:t>
            </w:r>
          </w:p>
        </w:tc>
      </w:tr>
      <w:tr w:rsidR="004D342C" w14:paraId="16440E4C" w14:textId="77777777">
        <w:trPr>
          <w:cantSplit/>
          <w:jc w:val="center"/>
        </w:trPr>
        <w:tc>
          <w:tcPr>
            <w:tcW w:w="1944" w:type="dxa"/>
          </w:tcPr>
          <w:p w14:paraId="1389352B" w14:textId="77777777" w:rsidR="004D342C" w:rsidRDefault="00000000">
            <w:pPr>
              <w:spacing w:before="20" w:after="20"/>
              <w:ind w:firstLine="0"/>
            </w:pPr>
            <w:r>
              <w:rPr>
                <w:sz w:val="16"/>
              </w:rPr>
              <w:lastRenderedPageBreak/>
              <w:t>demolocation</w:t>
            </w:r>
          </w:p>
        </w:tc>
        <w:tc>
          <w:tcPr>
            <w:tcW w:w="2880" w:type="dxa"/>
          </w:tcPr>
          <w:p w14:paraId="11C95EC2" w14:textId="77777777" w:rsidR="004D342C" w:rsidRDefault="00000000">
            <w:pPr>
              <w:spacing w:before="20" w:after="20"/>
              <w:ind w:firstLine="0"/>
            </w:pPr>
            <w:r>
              <w:rPr>
                <w:sz w:val="16"/>
              </w:rPr>
              <w:t>TYPE OF COMMUNITY</w:t>
            </w:r>
          </w:p>
        </w:tc>
        <w:tc>
          <w:tcPr>
            <w:tcW w:w="3456" w:type="dxa"/>
          </w:tcPr>
          <w:p w14:paraId="7544EB6D" w14:textId="77777777" w:rsidR="004D342C" w:rsidRDefault="00000000">
            <w:pPr>
              <w:spacing w:before="20" w:after="20"/>
              <w:ind w:firstLine="0"/>
            </w:pPr>
            <w:r>
              <w:rPr>
                <w:sz w:val="16"/>
              </w:rPr>
              <w:t>1 rural area or village / 2 small or middle sized town / 3 large town / 4 dont know</w:t>
            </w:r>
          </w:p>
        </w:tc>
        <w:tc>
          <w:tcPr>
            <w:tcW w:w="648" w:type="dxa"/>
          </w:tcPr>
          <w:p w14:paraId="7008A237" w14:textId="77777777" w:rsidR="004D342C" w:rsidRDefault="00000000">
            <w:pPr>
              <w:spacing w:before="20" w:after="20"/>
              <w:ind w:firstLine="0"/>
              <w:jc w:val="right"/>
            </w:pPr>
            <w:r>
              <w:rPr>
                <w:sz w:val="16"/>
              </w:rPr>
              <w:t>100</w:t>
            </w:r>
          </w:p>
        </w:tc>
      </w:tr>
      <w:tr w:rsidR="004D342C" w14:paraId="0D01343D" w14:textId="77777777">
        <w:trPr>
          <w:cantSplit/>
          <w:jc w:val="center"/>
        </w:trPr>
        <w:tc>
          <w:tcPr>
            <w:tcW w:w="1944" w:type="dxa"/>
          </w:tcPr>
          <w:p w14:paraId="4BE525E4" w14:textId="77777777" w:rsidR="004D342C" w:rsidRDefault="00000000">
            <w:pPr>
              <w:spacing w:before="20" w:after="20"/>
              <w:ind w:firstLine="0"/>
            </w:pPr>
            <w:r>
              <w:rPr>
                <w:sz w:val="16"/>
              </w:rPr>
              <w:t>demostatus</w:t>
            </w:r>
          </w:p>
        </w:tc>
        <w:tc>
          <w:tcPr>
            <w:tcW w:w="2880" w:type="dxa"/>
          </w:tcPr>
          <w:p w14:paraId="30EB8315" w14:textId="77777777" w:rsidR="004D342C" w:rsidRDefault="00000000">
            <w:pPr>
              <w:spacing w:before="20" w:after="20"/>
              <w:ind w:firstLine="0"/>
            </w:pPr>
            <w:r>
              <w:rPr>
                <w:sz w:val="16"/>
              </w:rPr>
              <w:t>MARITAL STATUS</w:t>
            </w:r>
          </w:p>
        </w:tc>
        <w:tc>
          <w:tcPr>
            <w:tcW w:w="3456" w:type="dxa"/>
          </w:tcPr>
          <w:p w14:paraId="56107BA5" w14:textId="77777777" w:rsidR="004D342C" w:rsidRDefault="00000000">
            <w:pPr>
              <w:spacing w:before="20" w:after="20"/>
              <w:ind w:firstLine="0"/>
            </w:pPr>
            <w:r>
              <w:rPr>
                <w:sz w:val="16"/>
              </w:rPr>
              <w:t>1 Married / 2 Remarried / 3 Unmarried + Living with Partner / 4 Unmarried + Never Lived with Partner / 5 Unmarried + Previously Lived with Partner / 6</w:t>
            </w:r>
          </w:p>
        </w:tc>
        <w:tc>
          <w:tcPr>
            <w:tcW w:w="648" w:type="dxa"/>
          </w:tcPr>
          <w:p w14:paraId="51643990" w14:textId="77777777" w:rsidR="004D342C" w:rsidRDefault="00000000">
            <w:pPr>
              <w:spacing w:before="20" w:after="20"/>
              <w:ind w:firstLine="0"/>
              <w:jc w:val="right"/>
            </w:pPr>
            <w:r>
              <w:rPr>
                <w:sz w:val="16"/>
              </w:rPr>
              <w:t>75</w:t>
            </w:r>
          </w:p>
        </w:tc>
      </w:tr>
      <w:tr w:rsidR="004D342C" w14:paraId="07423314" w14:textId="77777777">
        <w:trPr>
          <w:cantSplit/>
          <w:jc w:val="center"/>
        </w:trPr>
        <w:tc>
          <w:tcPr>
            <w:tcW w:w="1944" w:type="dxa"/>
          </w:tcPr>
          <w:p w14:paraId="023DC35C" w14:textId="77777777" w:rsidR="004D342C" w:rsidRDefault="00000000">
            <w:pPr>
              <w:spacing w:before="20" w:after="20"/>
              <w:ind w:firstLine="0"/>
            </w:pPr>
            <w:r>
              <w:rPr>
                <w:sz w:val="16"/>
              </w:rPr>
              <w:t>demopastoccup</w:t>
            </w:r>
          </w:p>
        </w:tc>
        <w:tc>
          <w:tcPr>
            <w:tcW w:w="2880" w:type="dxa"/>
          </w:tcPr>
          <w:p w14:paraId="167C4092" w14:textId="77777777" w:rsidR="004D342C" w:rsidRDefault="00000000">
            <w:pPr>
              <w:spacing w:before="20" w:after="20"/>
              <w:ind w:firstLine="0"/>
            </w:pPr>
            <w:r>
              <w:rPr>
                <w:sz w:val="16"/>
              </w:rPr>
              <w:t>OCCUPATION OF RESPONDENT - LAST JOB</w:t>
            </w:r>
          </w:p>
        </w:tc>
        <w:tc>
          <w:tcPr>
            <w:tcW w:w="3456" w:type="dxa"/>
          </w:tcPr>
          <w:p w14:paraId="37C5D199" w14:textId="77777777" w:rsidR="004D342C" w:rsidRDefault="00000000">
            <w:pPr>
              <w:spacing w:before="20" w:after="20"/>
              <w:ind w:firstLine="0"/>
            </w:pPr>
            <w:r>
              <w:rPr>
                <w:sz w:val="16"/>
              </w:rPr>
              <w:t>1 Farmer / 2 Fisherman / 3 Professional / 4 Self-Employed / 5 Business Proprietor / 6 Employed Professional / 7 General Management / 8 Middle Manageme</w:t>
            </w:r>
          </w:p>
        </w:tc>
        <w:tc>
          <w:tcPr>
            <w:tcW w:w="648" w:type="dxa"/>
          </w:tcPr>
          <w:p w14:paraId="3B0699AC" w14:textId="77777777" w:rsidR="004D342C" w:rsidRDefault="00000000">
            <w:pPr>
              <w:spacing w:before="20" w:after="20"/>
              <w:ind w:firstLine="0"/>
              <w:jc w:val="right"/>
            </w:pPr>
            <w:r>
              <w:rPr>
                <w:sz w:val="16"/>
              </w:rPr>
              <w:t>82</w:t>
            </w:r>
          </w:p>
        </w:tc>
      </w:tr>
      <w:tr w:rsidR="004D342C" w14:paraId="0A3E6FA8" w14:textId="77777777">
        <w:trPr>
          <w:cantSplit/>
          <w:jc w:val="center"/>
        </w:trPr>
        <w:tc>
          <w:tcPr>
            <w:tcW w:w="1944" w:type="dxa"/>
          </w:tcPr>
          <w:p w14:paraId="11AE46B5" w14:textId="77777777" w:rsidR="004D342C" w:rsidRDefault="00000000">
            <w:pPr>
              <w:spacing w:before="20" w:after="20"/>
              <w:ind w:firstLine="0"/>
            </w:pPr>
            <w:r>
              <w:rPr>
                <w:sz w:val="16"/>
              </w:rPr>
              <w:t>demoearneroccupation</w:t>
            </w:r>
            <w:r>
              <w:rPr>
                <w:sz w:val="16"/>
              </w:rPr>
              <w:br/>
              <w:t>(demoearneroccup)</w:t>
            </w:r>
          </w:p>
        </w:tc>
        <w:tc>
          <w:tcPr>
            <w:tcW w:w="2880" w:type="dxa"/>
          </w:tcPr>
          <w:p w14:paraId="65DB4952" w14:textId="77777777" w:rsidR="004D342C" w:rsidRDefault="00000000">
            <w:pPr>
              <w:spacing w:before="20" w:after="20"/>
              <w:ind w:firstLine="0"/>
            </w:pPr>
            <w:r>
              <w:rPr>
                <w:sz w:val="16"/>
              </w:rPr>
              <w:t>d.21.a) - what is the current occupation</w:t>
            </w:r>
          </w:p>
        </w:tc>
        <w:tc>
          <w:tcPr>
            <w:tcW w:w="3456" w:type="dxa"/>
          </w:tcPr>
          <w:p w14:paraId="2898B824" w14:textId="77777777" w:rsidR="004D342C" w:rsidRDefault="00000000">
            <w:pPr>
              <w:spacing w:before="20" w:after="20"/>
              <w:ind w:firstLine="0"/>
            </w:pPr>
            <w:r>
              <w:rPr>
                <w:sz w:val="16"/>
              </w:rPr>
              <w:t>1 Farmer / 2 Fisherman / 3 Professional / 4 Self-Employed / 5 Business Proprietor / 6 Employed Professional / 7 General Management / 8 Middle Manageme</w:t>
            </w:r>
          </w:p>
        </w:tc>
        <w:tc>
          <w:tcPr>
            <w:tcW w:w="648" w:type="dxa"/>
          </w:tcPr>
          <w:p w14:paraId="05DCFF65" w14:textId="77777777" w:rsidR="004D342C" w:rsidRDefault="00000000">
            <w:pPr>
              <w:spacing w:before="20" w:after="20"/>
              <w:ind w:firstLine="0"/>
              <w:jc w:val="right"/>
            </w:pPr>
            <w:r>
              <w:rPr>
                <w:sz w:val="16"/>
              </w:rPr>
              <w:t>60</w:t>
            </w:r>
          </w:p>
        </w:tc>
      </w:tr>
      <w:tr w:rsidR="004D342C" w14:paraId="15AC84B3" w14:textId="77777777">
        <w:trPr>
          <w:cantSplit/>
          <w:jc w:val="center"/>
        </w:trPr>
        <w:tc>
          <w:tcPr>
            <w:tcW w:w="1944" w:type="dxa"/>
          </w:tcPr>
          <w:p w14:paraId="184E28B8" w14:textId="77777777" w:rsidR="004D342C" w:rsidRDefault="00000000">
            <w:pPr>
              <w:spacing w:before="20" w:after="20"/>
              <w:ind w:firstLine="0"/>
            </w:pPr>
            <w:r>
              <w:rPr>
                <w:sz w:val="16"/>
              </w:rPr>
              <w:t>demoearner</w:t>
            </w:r>
          </w:p>
        </w:tc>
        <w:tc>
          <w:tcPr>
            <w:tcW w:w="2880" w:type="dxa"/>
          </w:tcPr>
          <w:p w14:paraId="097CE686" w14:textId="77777777" w:rsidR="004D342C" w:rsidRDefault="00000000">
            <w:pPr>
              <w:spacing w:before="20" w:after="20"/>
              <w:ind w:firstLine="0"/>
            </w:pPr>
            <w:r>
              <w:rPr>
                <w:sz w:val="16"/>
              </w:rPr>
              <w:t>d.19. - are you in your household, the p</w:t>
            </w:r>
          </w:p>
        </w:tc>
        <w:tc>
          <w:tcPr>
            <w:tcW w:w="3456" w:type="dxa"/>
          </w:tcPr>
          <w:p w14:paraId="17A467B1" w14:textId="77777777" w:rsidR="004D342C" w:rsidRDefault="00000000">
            <w:pPr>
              <w:spacing w:before="20" w:after="20"/>
              <w:ind w:firstLine="0"/>
            </w:pPr>
            <w:r>
              <w:rPr>
                <w:sz w:val="16"/>
              </w:rPr>
              <w:t>1 yes / 2 no / 3 both equally / 4 dont know</w:t>
            </w:r>
          </w:p>
        </w:tc>
        <w:tc>
          <w:tcPr>
            <w:tcW w:w="648" w:type="dxa"/>
          </w:tcPr>
          <w:p w14:paraId="192AAFF2" w14:textId="77777777" w:rsidR="004D342C" w:rsidRDefault="00000000">
            <w:pPr>
              <w:spacing w:before="20" w:after="20"/>
              <w:ind w:firstLine="0"/>
              <w:jc w:val="right"/>
            </w:pPr>
            <w:r>
              <w:rPr>
                <w:sz w:val="16"/>
              </w:rPr>
              <w:t>58</w:t>
            </w:r>
          </w:p>
        </w:tc>
      </w:tr>
      <w:tr w:rsidR="004D342C" w14:paraId="1955A6B2" w14:textId="77777777">
        <w:trPr>
          <w:cantSplit/>
          <w:jc w:val="center"/>
        </w:trPr>
        <w:tc>
          <w:tcPr>
            <w:tcW w:w="1944" w:type="dxa"/>
          </w:tcPr>
          <w:p w14:paraId="166B79D5" w14:textId="77777777" w:rsidR="004D342C" w:rsidRDefault="00000000">
            <w:pPr>
              <w:spacing w:before="20" w:after="20"/>
              <w:ind w:firstLine="0"/>
            </w:pPr>
            <w:r>
              <w:rPr>
                <w:sz w:val="16"/>
              </w:rPr>
              <w:t>demoincome</w:t>
            </w:r>
          </w:p>
        </w:tc>
        <w:tc>
          <w:tcPr>
            <w:tcW w:w="2880" w:type="dxa"/>
          </w:tcPr>
          <w:p w14:paraId="342D99B3" w14:textId="77777777" w:rsidR="004D342C" w:rsidRDefault="00000000">
            <w:pPr>
              <w:spacing w:before="20" w:after="20"/>
              <w:ind w:firstLine="0"/>
            </w:pPr>
            <w:r>
              <w:rPr>
                <w:sz w:val="16"/>
              </w:rPr>
              <w:t>d.29. - harmonised income scale</w:t>
            </w:r>
          </w:p>
        </w:tc>
        <w:tc>
          <w:tcPr>
            <w:tcW w:w="3456" w:type="dxa"/>
          </w:tcPr>
          <w:p w14:paraId="546E4024" w14:textId="77777777" w:rsidR="004D342C" w:rsidRDefault="00000000">
            <w:pPr>
              <w:spacing w:before="20" w:after="20"/>
              <w:ind w:firstLine="0"/>
            </w:pPr>
            <w:r>
              <w:rPr>
                <w:sz w:val="16"/>
              </w:rPr>
              <w:t>1 -- / 2 - / 3 + / 4 ++ / 5 dont know</w:t>
            </w:r>
          </w:p>
        </w:tc>
        <w:tc>
          <w:tcPr>
            <w:tcW w:w="648" w:type="dxa"/>
          </w:tcPr>
          <w:p w14:paraId="249F964C" w14:textId="77777777" w:rsidR="004D342C" w:rsidRDefault="00000000">
            <w:pPr>
              <w:spacing w:before="20" w:after="20"/>
              <w:ind w:firstLine="0"/>
              <w:jc w:val="right"/>
            </w:pPr>
            <w:r>
              <w:rPr>
                <w:sz w:val="16"/>
              </w:rPr>
              <w:t>53</w:t>
            </w:r>
          </w:p>
        </w:tc>
      </w:tr>
      <w:tr w:rsidR="004D342C" w14:paraId="0BE68D64" w14:textId="77777777">
        <w:trPr>
          <w:cantSplit/>
          <w:jc w:val="center"/>
        </w:trPr>
        <w:tc>
          <w:tcPr>
            <w:tcW w:w="1944" w:type="dxa"/>
          </w:tcPr>
          <w:p w14:paraId="05E8C047" w14:textId="77777777" w:rsidR="004D342C" w:rsidRDefault="00000000">
            <w:pPr>
              <w:spacing w:before="20" w:after="20"/>
              <w:ind w:firstLine="0"/>
            </w:pPr>
            <w:r>
              <w:rPr>
                <w:sz w:val="16"/>
              </w:rPr>
              <w:t>demoearnerlastoccup</w:t>
            </w:r>
          </w:p>
        </w:tc>
        <w:tc>
          <w:tcPr>
            <w:tcW w:w="2880" w:type="dxa"/>
          </w:tcPr>
          <w:p w14:paraId="4D250D74" w14:textId="77777777" w:rsidR="004D342C" w:rsidRDefault="00000000">
            <w:pPr>
              <w:spacing w:before="20" w:after="20"/>
              <w:ind w:firstLine="0"/>
            </w:pPr>
            <w:r>
              <w:rPr>
                <w:sz w:val="16"/>
              </w:rPr>
              <w:t>d.21.b) - did he/she do any paid work in</w:t>
            </w:r>
          </w:p>
        </w:tc>
        <w:tc>
          <w:tcPr>
            <w:tcW w:w="3456" w:type="dxa"/>
          </w:tcPr>
          <w:p w14:paraId="2181F4AF" w14:textId="77777777" w:rsidR="004D342C" w:rsidRDefault="00000000">
            <w:pPr>
              <w:spacing w:before="20" w:after="20"/>
              <w:ind w:firstLine="0"/>
            </w:pPr>
            <w:r>
              <w:rPr>
                <w:sz w:val="16"/>
              </w:rPr>
              <w:t>1 Farmer / 2 Fisherman / 3 Professional / 4 Self-Employed / 5 Business Proprietor / 6 Employed Professional / 7 General Management / 8 Middle Manageme</w:t>
            </w:r>
          </w:p>
        </w:tc>
        <w:tc>
          <w:tcPr>
            <w:tcW w:w="648" w:type="dxa"/>
          </w:tcPr>
          <w:p w14:paraId="11949360" w14:textId="77777777" w:rsidR="004D342C" w:rsidRDefault="00000000">
            <w:pPr>
              <w:spacing w:before="20" w:after="20"/>
              <w:ind w:firstLine="0"/>
              <w:jc w:val="right"/>
            </w:pPr>
            <w:r>
              <w:rPr>
                <w:sz w:val="16"/>
              </w:rPr>
              <w:t>34</w:t>
            </w:r>
          </w:p>
        </w:tc>
      </w:tr>
      <w:tr w:rsidR="004D342C" w14:paraId="4EA5FDF1" w14:textId="77777777">
        <w:trPr>
          <w:cantSplit/>
          <w:jc w:val="center"/>
        </w:trPr>
        <w:tc>
          <w:tcPr>
            <w:tcW w:w="1944" w:type="dxa"/>
          </w:tcPr>
          <w:p w14:paraId="3C0AB3D0" w14:textId="77777777" w:rsidR="004D342C" w:rsidRDefault="00000000">
            <w:pPr>
              <w:spacing w:before="20" w:after="20"/>
              <w:ind w:firstLine="0"/>
            </w:pPr>
            <w:r>
              <w:rPr>
                <w:sz w:val="16"/>
              </w:rPr>
              <w:t>demostatus3</w:t>
            </w:r>
          </w:p>
        </w:tc>
        <w:tc>
          <w:tcPr>
            <w:tcW w:w="2880" w:type="dxa"/>
          </w:tcPr>
          <w:p w14:paraId="01A112A0" w14:textId="77777777" w:rsidR="004D342C" w:rsidRDefault="00000000">
            <w:pPr>
              <w:spacing w:before="20" w:after="20"/>
              <w:ind w:firstLine="0"/>
            </w:pPr>
            <w:r>
              <w:rPr>
                <w:sz w:val="16"/>
              </w:rPr>
              <w:t>MARITAL STATUS BY CHILDREN (EB71.3 onward)</w:t>
            </w:r>
          </w:p>
        </w:tc>
        <w:tc>
          <w:tcPr>
            <w:tcW w:w="3456" w:type="dxa"/>
          </w:tcPr>
          <w:p w14:paraId="1B54325C" w14:textId="77777777" w:rsidR="004D342C" w:rsidRDefault="00000000">
            <w:pPr>
              <w:spacing w:before="20" w:after="20"/>
              <w:ind w:firstLine="0"/>
            </w:pPr>
            <w:r>
              <w:rPr>
                <w:sz w:val="16"/>
              </w:rPr>
              <w:t>1-16 marital status crossed with children, as asked from EB71.3; 15 Other (SPONTANEOUS) / 16 Refusal (harmonized from 97)</w:t>
            </w:r>
          </w:p>
        </w:tc>
        <w:tc>
          <w:tcPr>
            <w:tcW w:w="648" w:type="dxa"/>
          </w:tcPr>
          <w:p w14:paraId="081CA9AD" w14:textId="77777777" w:rsidR="004D342C" w:rsidRDefault="00000000">
            <w:pPr>
              <w:spacing w:before="20" w:after="20"/>
              <w:ind w:firstLine="0"/>
              <w:jc w:val="right"/>
            </w:pPr>
            <w:r>
              <w:rPr>
                <w:sz w:val="16"/>
              </w:rPr>
              <w:t>26</w:t>
            </w:r>
          </w:p>
        </w:tc>
      </w:tr>
      <w:tr w:rsidR="004D342C" w14:paraId="38740761" w14:textId="77777777">
        <w:trPr>
          <w:cantSplit/>
          <w:jc w:val="center"/>
        </w:trPr>
        <w:tc>
          <w:tcPr>
            <w:tcW w:w="1944" w:type="dxa"/>
          </w:tcPr>
          <w:p w14:paraId="26CADBB1" w14:textId="77777777" w:rsidR="004D342C" w:rsidRDefault="00000000">
            <w:pPr>
              <w:spacing w:before="20" w:after="20"/>
              <w:ind w:firstLine="0"/>
            </w:pPr>
            <w:r>
              <w:rPr>
                <w:sz w:val="16"/>
              </w:rPr>
              <w:t>class2</w:t>
            </w:r>
          </w:p>
        </w:tc>
        <w:tc>
          <w:tcPr>
            <w:tcW w:w="2880" w:type="dxa"/>
          </w:tcPr>
          <w:p w14:paraId="4F5AEF24" w14:textId="77777777" w:rsidR="004D342C" w:rsidRDefault="00000000">
            <w:pPr>
              <w:spacing w:before="20" w:after="20"/>
              <w:ind w:firstLine="0"/>
            </w:pPr>
            <w:r>
              <w:rPr>
                <w:sz w:val="16"/>
              </w:rPr>
              <w:t>SOCIAL CLASS - SELF-ASSESSMENT (5 CAT)</w:t>
            </w:r>
          </w:p>
        </w:tc>
        <w:tc>
          <w:tcPr>
            <w:tcW w:w="3456" w:type="dxa"/>
          </w:tcPr>
          <w:p w14:paraId="6E9509BF" w14:textId="77777777" w:rsidR="004D342C" w:rsidRDefault="00000000">
            <w:pPr>
              <w:spacing w:before="20" w:after="20"/>
              <w:ind w:firstLine="0"/>
            </w:pPr>
            <w:r>
              <w:rPr>
                <w:sz w:val="16"/>
              </w:rPr>
              <w:t>1 The working class of society / 2 The lower middle class of society / 3 The middle class of society / 4 The upper middle class of society / 5 The hig</w:t>
            </w:r>
          </w:p>
        </w:tc>
        <w:tc>
          <w:tcPr>
            <w:tcW w:w="648" w:type="dxa"/>
          </w:tcPr>
          <w:p w14:paraId="66A3E423" w14:textId="77777777" w:rsidR="004D342C" w:rsidRDefault="00000000">
            <w:pPr>
              <w:spacing w:before="20" w:after="20"/>
              <w:ind w:firstLine="0"/>
              <w:jc w:val="right"/>
            </w:pPr>
            <w:r>
              <w:rPr>
                <w:sz w:val="16"/>
              </w:rPr>
              <w:t>25</w:t>
            </w:r>
          </w:p>
        </w:tc>
      </w:tr>
      <w:tr w:rsidR="004D342C" w14:paraId="57EBCCF8" w14:textId="77777777">
        <w:trPr>
          <w:cantSplit/>
          <w:jc w:val="center"/>
        </w:trPr>
        <w:tc>
          <w:tcPr>
            <w:tcW w:w="1944" w:type="dxa"/>
          </w:tcPr>
          <w:p w14:paraId="564BE6F5" w14:textId="77777777" w:rsidR="004D342C" w:rsidRDefault="00000000">
            <w:pPr>
              <w:spacing w:before="20" w:after="20"/>
              <w:ind w:firstLine="0"/>
            </w:pPr>
            <w:r>
              <w:rPr>
                <w:sz w:val="16"/>
              </w:rPr>
              <w:t>demohouseholdsize</w:t>
            </w:r>
          </w:p>
        </w:tc>
        <w:tc>
          <w:tcPr>
            <w:tcW w:w="2880" w:type="dxa"/>
          </w:tcPr>
          <w:p w14:paraId="38E83339" w14:textId="77777777" w:rsidR="004D342C" w:rsidRDefault="00000000">
            <w:pPr>
              <w:spacing w:before="20" w:after="20"/>
              <w:ind w:firstLine="0"/>
            </w:pPr>
            <w:r>
              <w:rPr>
                <w:sz w:val="16"/>
              </w:rPr>
              <w:t>Number of persons in household</w:t>
            </w:r>
          </w:p>
        </w:tc>
        <w:tc>
          <w:tcPr>
            <w:tcW w:w="3456" w:type="dxa"/>
          </w:tcPr>
          <w:p w14:paraId="3F01F2F7" w14:textId="77777777" w:rsidR="004D342C" w:rsidRDefault="00000000">
            <w:pPr>
              <w:spacing w:before="20" w:after="20"/>
              <w:ind w:firstLine="0"/>
            </w:pPr>
            <w:r>
              <w:rPr>
                <w:sz w:val="16"/>
              </w:rPr>
              <w:t>1 one person / 2 two / 3 three / 4 four / 5 five / 6 six / 7 seven / 8 eight / 9 nine or more</w:t>
            </w:r>
          </w:p>
        </w:tc>
        <w:tc>
          <w:tcPr>
            <w:tcW w:w="648" w:type="dxa"/>
          </w:tcPr>
          <w:p w14:paraId="48D2BEBA" w14:textId="77777777" w:rsidR="004D342C" w:rsidRDefault="00000000">
            <w:pPr>
              <w:spacing w:before="20" w:after="20"/>
              <w:ind w:firstLine="0"/>
              <w:jc w:val="right"/>
            </w:pPr>
            <w:r>
              <w:rPr>
                <w:sz w:val="16"/>
              </w:rPr>
              <w:t>24</w:t>
            </w:r>
          </w:p>
        </w:tc>
      </w:tr>
      <w:tr w:rsidR="004D342C" w14:paraId="55D89347" w14:textId="77777777">
        <w:trPr>
          <w:cantSplit/>
          <w:jc w:val="center"/>
        </w:trPr>
        <w:tc>
          <w:tcPr>
            <w:tcW w:w="1944" w:type="dxa"/>
          </w:tcPr>
          <w:p w14:paraId="0C233969" w14:textId="77777777" w:rsidR="004D342C" w:rsidRDefault="00000000">
            <w:pPr>
              <w:spacing w:before="20" w:after="20"/>
              <w:ind w:firstLine="0"/>
            </w:pPr>
            <w:r>
              <w:rPr>
                <w:sz w:val="16"/>
              </w:rPr>
              <w:t>demochildren8to15</w:t>
            </w:r>
          </w:p>
        </w:tc>
        <w:tc>
          <w:tcPr>
            <w:tcW w:w="2880" w:type="dxa"/>
          </w:tcPr>
          <w:p w14:paraId="3E5E3987" w14:textId="77777777" w:rsidR="004D342C" w:rsidRDefault="00000000">
            <w:pPr>
              <w:spacing w:before="20" w:after="20"/>
              <w:ind w:firstLine="0"/>
            </w:pPr>
            <w:r>
              <w:rPr>
                <w:sz w:val="16"/>
              </w:rPr>
              <w:t>Children aged 8-15 in household</w:t>
            </w:r>
          </w:p>
        </w:tc>
        <w:tc>
          <w:tcPr>
            <w:tcW w:w="3456" w:type="dxa"/>
          </w:tcPr>
          <w:p w14:paraId="3FD1B55A" w14:textId="77777777" w:rsidR="004D342C" w:rsidRDefault="00000000">
            <w:pPr>
              <w:spacing w:before="20" w:after="20"/>
              <w:ind w:firstLine="0"/>
            </w:pPr>
            <w:r>
              <w:rPr>
                <w:sz w:val="16"/>
              </w:rPr>
              <w:t>0 none / 1 one / 2 two / 3 three / 4 four / 5 five or more</w:t>
            </w:r>
          </w:p>
        </w:tc>
        <w:tc>
          <w:tcPr>
            <w:tcW w:w="648" w:type="dxa"/>
          </w:tcPr>
          <w:p w14:paraId="6B271835" w14:textId="77777777" w:rsidR="004D342C" w:rsidRDefault="00000000">
            <w:pPr>
              <w:spacing w:before="20" w:after="20"/>
              <w:ind w:firstLine="0"/>
              <w:jc w:val="right"/>
            </w:pPr>
            <w:r>
              <w:rPr>
                <w:sz w:val="16"/>
              </w:rPr>
              <w:t>20</w:t>
            </w:r>
          </w:p>
        </w:tc>
      </w:tr>
      <w:tr w:rsidR="004D342C" w14:paraId="02D9112B" w14:textId="77777777">
        <w:trPr>
          <w:cantSplit/>
          <w:jc w:val="center"/>
        </w:trPr>
        <w:tc>
          <w:tcPr>
            <w:tcW w:w="1944" w:type="dxa"/>
          </w:tcPr>
          <w:p w14:paraId="7096E587" w14:textId="77777777" w:rsidR="004D342C" w:rsidRDefault="00000000">
            <w:pPr>
              <w:spacing w:before="20" w:after="20"/>
              <w:ind w:firstLine="0"/>
            </w:pPr>
            <w:r>
              <w:rPr>
                <w:sz w:val="16"/>
              </w:rPr>
              <w:t>demochildrenunder8</w:t>
            </w:r>
          </w:p>
        </w:tc>
        <w:tc>
          <w:tcPr>
            <w:tcW w:w="2880" w:type="dxa"/>
          </w:tcPr>
          <w:p w14:paraId="67F06AF8" w14:textId="77777777" w:rsidR="004D342C" w:rsidRDefault="00000000">
            <w:pPr>
              <w:spacing w:before="20" w:after="20"/>
              <w:ind w:firstLine="0"/>
            </w:pPr>
            <w:r>
              <w:rPr>
                <w:sz w:val="16"/>
              </w:rPr>
              <w:t>Children under 8 in household</w:t>
            </w:r>
          </w:p>
        </w:tc>
        <w:tc>
          <w:tcPr>
            <w:tcW w:w="3456" w:type="dxa"/>
          </w:tcPr>
          <w:p w14:paraId="0D44A0E9" w14:textId="77777777" w:rsidR="004D342C" w:rsidRDefault="00000000">
            <w:pPr>
              <w:spacing w:before="20" w:after="20"/>
              <w:ind w:firstLine="0"/>
            </w:pPr>
            <w:r>
              <w:rPr>
                <w:sz w:val="16"/>
              </w:rPr>
              <w:t>0 none / 1 one / 2 two / 3 three / 4 four / 5 five or more</w:t>
            </w:r>
          </w:p>
        </w:tc>
        <w:tc>
          <w:tcPr>
            <w:tcW w:w="648" w:type="dxa"/>
          </w:tcPr>
          <w:p w14:paraId="1CDDC4F1" w14:textId="77777777" w:rsidR="004D342C" w:rsidRDefault="00000000">
            <w:pPr>
              <w:spacing w:before="20" w:after="20"/>
              <w:ind w:firstLine="0"/>
              <w:jc w:val="right"/>
            </w:pPr>
            <w:r>
              <w:rPr>
                <w:sz w:val="16"/>
              </w:rPr>
              <w:t>20</w:t>
            </w:r>
          </w:p>
        </w:tc>
      </w:tr>
      <w:tr w:rsidR="004D342C" w14:paraId="20E2F3B6" w14:textId="77777777">
        <w:trPr>
          <w:cantSplit/>
          <w:jc w:val="center"/>
        </w:trPr>
        <w:tc>
          <w:tcPr>
            <w:tcW w:w="1944" w:type="dxa"/>
          </w:tcPr>
          <w:p w14:paraId="5C745A43" w14:textId="77777777" w:rsidR="004D342C" w:rsidRDefault="00000000">
            <w:pPr>
              <w:spacing w:before="20" w:after="20"/>
              <w:ind w:firstLine="0"/>
            </w:pPr>
            <w:r>
              <w:rPr>
                <w:sz w:val="16"/>
              </w:rPr>
              <w:t>democommunitysize</w:t>
            </w:r>
          </w:p>
        </w:tc>
        <w:tc>
          <w:tcPr>
            <w:tcW w:w="2880" w:type="dxa"/>
          </w:tcPr>
          <w:p w14:paraId="76B7ACA8" w14:textId="77777777" w:rsidR="004D342C" w:rsidRDefault="00000000">
            <w:pPr>
              <w:spacing w:before="20" w:after="20"/>
              <w:ind w:firstLine="0"/>
            </w:pPr>
            <w:r>
              <w:rPr>
                <w:sz w:val="16"/>
              </w:rPr>
              <w:t>Size of locality (country-specific codes)</w:t>
            </w:r>
          </w:p>
        </w:tc>
        <w:tc>
          <w:tcPr>
            <w:tcW w:w="3456" w:type="dxa"/>
          </w:tcPr>
          <w:p w14:paraId="7F67A496" w14:textId="77777777" w:rsidR="004D342C" w:rsidRDefault="00000000">
            <w:pPr>
              <w:spacing w:before="20" w:after="20"/>
              <w:ind w:firstLine="0"/>
            </w:pPr>
            <w:r>
              <w:rPr>
                <w:sz w:val="16"/>
              </w:rPr>
              <w:t>raw country-specific codes (see wave codebook)</w:t>
            </w:r>
          </w:p>
        </w:tc>
        <w:tc>
          <w:tcPr>
            <w:tcW w:w="648" w:type="dxa"/>
          </w:tcPr>
          <w:p w14:paraId="4621FC90" w14:textId="77777777" w:rsidR="004D342C" w:rsidRDefault="00000000">
            <w:pPr>
              <w:spacing w:before="20" w:after="20"/>
              <w:ind w:firstLine="0"/>
              <w:jc w:val="right"/>
            </w:pPr>
            <w:r>
              <w:rPr>
                <w:sz w:val="16"/>
              </w:rPr>
              <w:t>18</w:t>
            </w:r>
          </w:p>
        </w:tc>
      </w:tr>
      <w:tr w:rsidR="004D342C" w14:paraId="1A59B529" w14:textId="77777777">
        <w:trPr>
          <w:cantSplit/>
          <w:jc w:val="center"/>
        </w:trPr>
        <w:tc>
          <w:tcPr>
            <w:tcW w:w="1944" w:type="dxa"/>
          </w:tcPr>
          <w:p w14:paraId="3DAC46F6" w14:textId="77777777" w:rsidR="004D342C" w:rsidRDefault="00000000">
            <w:pPr>
              <w:spacing w:before="20" w:after="20"/>
              <w:ind w:firstLine="0"/>
            </w:pPr>
            <w:r>
              <w:rPr>
                <w:sz w:val="16"/>
              </w:rPr>
              <w:t>demoincomeraw</w:t>
            </w:r>
          </w:p>
        </w:tc>
        <w:tc>
          <w:tcPr>
            <w:tcW w:w="2880" w:type="dxa"/>
          </w:tcPr>
          <w:p w14:paraId="152B2DE7" w14:textId="77777777" w:rsidR="004D342C" w:rsidRDefault="00000000">
            <w:pPr>
              <w:spacing w:before="20" w:after="20"/>
              <w:ind w:firstLine="0"/>
            </w:pPr>
            <w:r>
              <w:rPr>
                <w:sz w:val="16"/>
              </w:rPr>
              <w:t>Household income band (country-specific)</w:t>
            </w:r>
          </w:p>
        </w:tc>
        <w:tc>
          <w:tcPr>
            <w:tcW w:w="3456" w:type="dxa"/>
          </w:tcPr>
          <w:p w14:paraId="348CA4ED" w14:textId="77777777" w:rsidR="004D342C" w:rsidRDefault="00000000">
            <w:pPr>
              <w:spacing w:before="20" w:after="20"/>
              <w:ind w:firstLine="0"/>
            </w:pPr>
            <w:r>
              <w:rPr>
                <w:sz w:val="16"/>
              </w:rPr>
              <w:t>raw country-specific codes (see wave codebook)</w:t>
            </w:r>
          </w:p>
        </w:tc>
        <w:tc>
          <w:tcPr>
            <w:tcW w:w="648" w:type="dxa"/>
          </w:tcPr>
          <w:p w14:paraId="129FDFCF" w14:textId="77777777" w:rsidR="004D342C" w:rsidRDefault="00000000">
            <w:pPr>
              <w:spacing w:before="20" w:after="20"/>
              <w:ind w:firstLine="0"/>
              <w:jc w:val="right"/>
            </w:pPr>
            <w:r>
              <w:rPr>
                <w:sz w:val="16"/>
              </w:rPr>
              <w:t>15</w:t>
            </w:r>
          </w:p>
        </w:tc>
      </w:tr>
      <w:tr w:rsidR="004D342C" w14:paraId="66A3D715" w14:textId="77777777">
        <w:trPr>
          <w:cantSplit/>
          <w:jc w:val="center"/>
        </w:trPr>
        <w:tc>
          <w:tcPr>
            <w:tcW w:w="1944" w:type="dxa"/>
          </w:tcPr>
          <w:p w14:paraId="7E8798C4" w14:textId="77777777" w:rsidR="004D342C" w:rsidRDefault="00000000">
            <w:pPr>
              <w:spacing w:before="20" w:after="20"/>
              <w:ind w:firstLine="0"/>
            </w:pPr>
            <w:r>
              <w:rPr>
                <w:sz w:val="16"/>
              </w:rPr>
              <w:t>democompanysize</w:t>
            </w:r>
          </w:p>
        </w:tc>
        <w:tc>
          <w:tcPr>
            <w:tcW w:w="2880" w:type="dxa"/>
          </w:tcPr>
          <w:p w14:paraId="32FCA438" w14:textId="77777777" w:rsidR="004D342C" w:rsidRDefault="00000000">
            <w:pPr>
              <w:spacing w:before="20" w:after="20"/>
              <w:ind w:firstLine="0"/>
            </w:pPr>
            <w:r>
              <w:rPr>
                <w:sz w:val="16"/>
              </w:rPr>
              <w:t>Size of company (employees)</w:t>
            </w:r>
          </w:p>
        </w:tc>
        <w:tc>
          <w:tcPr>
            <w:tcW w:w="3456" w:type="dxa"/>
          </w:tcPr>
          <w:p w14:paraId="2134CC7E" w14:textId="77777777" w:rsidR="004D342C" w:rsidRDefault="00000000">
            <w:pPr>
              <w:spacing w:before="20" w:after="20"/>
              <w:ind w:firstLine="0"/>
            </w:pPr>
            <w:r>
              <w:rPr>
                <w:sz w:val="16"/>
              </w:rPr>
              <w:t>1 less than 5 / 2 5-49 / 3 50-499 / 4 500 and over</w:t>
            </w:r>
          </w:p>
        </w:tc>
        <w:tc>
          <w:tcPr>
            <w:tcW w:w="648" w:type="dxa"/>
          </w:tcPr>
          <w:p w14:paraId="0195B094" w14:textId="77777777" w:rsidR="004D342C" w:rsidRDefault="00000000">
            <w:pPr>
              <w:spacing w:before="20" w:after="20"/>
              <w:ind w:firstLine="0"/>
              <w:jc w:val="right"/>
            </w:pPr>
            <w:r>
              <w:rPr>
                <w:sz w:val="16"/>
              </w:rPr>
              <w:t>14</w:t>
            </w:r>
          </w:p>
        </w:tc>
      </w:tr>
      <w:tr w:rsidR="004D342C" w14:paraId="2E968521" w14:textId="77777777">
        <w:trPr>
          <w:cantSplit/>
          <w:jc w:val="center"/>
        </w:trPr>
        <w:tc>
          <w:tcPr>
            <w:tcW w:w="1944" w:type="dxa"/>
          </w:tcPr>
          <w:p w14:paraId="367F3F1C" w14:textId="77777777" w:rsidR="004D342C" w:rsidRDefault="00000000">
            <w:pPr>
              <w:spacing w:before="20" w:after="20"/>
              <w:ind w:firstLine="0"/>
            </w:pPr>
            <w:r>
              <w:rPr>
                <w:sz w:val="16"/>
              </w:rPr>
              <w:t>demohousehold</w:t>
            </w:r>
          </w:p>
        </w:tc>
        <w:tc>
          <w:tcPr>
            <w:tcW w:w="2880" w:type="dxa"/>
          </w:tcPr>
          <w:p w14:paraId="4AA4EB7D" w14:textId="77777777" w:rsidR="004D342C" w:rsidRDefault="00000000">
            <w:pPr>
              <w:spacing w:before="20" w:after="20"/>
              <w:ind w:firstLine="0"/>
            </w:pPr>
            <w:r>
              <w:rPr>
                <w:sz w:val="16"/>
              </w:rPr>
              <w:t>SITUATION: FINANCIAL HH</w:t>
            </w:r>
          </w:p>
        </w:tc>
        <w:tc>
          <w:tcPr>
            <w:tcW w:w="3456" w:type="dxa"/>
          </w:tcPr>
          <w:p w14:paraId="33EAFDD7" w14:textId="77777777" w:rsidR="004D342C" w:rsidRDefault="00000000">
            <w:pPr>
              <w:spacing w:before="20" w:after="20"/>
              <w:ind w:firstLine="0"/>
            </w:pPr>
            <w:r>
              <w:rPr>
                <w:sz w:val="16"/>
              </w:rPr>
              <w:t>1 Very good / 2 Rather good / 3 Rather bad / 4 Very bad / 5 Don't know (SPONTANEOUS)</w:t>
            </w:r>
          </w:p>
        </w:tc>
        <w:tc>
          <w:tcPr>
            <w:tcW w:w="648" w:type="dxa"/>
          </w:tcPr>
          <w:p w14:paraId="5918FC5E" w14:textId="77777777" w:rsidR="004D342C" w:rsidRDefault="00000000">
            <w:pPr>
              <w:spacing w:before="20" w:after="20"/>
              <w:ind w:firstLine="0"/>
              <w:jc w:val="right"/>
            </w:pPr>
            <w:r>
              <w:rPr>
                <w:sz w:val="16"/>
              </w:rPr>
              <w:t>10</w:t>
            </w:r>
          </w:p>
        </w:tc>
      </w:tr>
      <w:tr w:rsidR="004D342C" w14:paraId="056C6CE4" w14:textId="77777777">
        <w:trPr>
          <w:cantSplit/>
          <w:jc w:val="center"/>
        </w:trPr>
        <w:tc>
          <w:tcPr>
            <w:tcW w:w="1944" w:type="dxa"/>
          </w:tcPr>
          <w:p w14:paraId="5F7E1ACD" w14:textId="77777777" w:rsidR="004D342C" w:rsidRDefault="00000000">
            <w:pPr>
              <w:spacing w:before="20" w:after="20"/>
              <w:ind w:firstLine="0"/>
            </w:pPr>
            <w:r>
              <w:rPr>
                <w:sz w:val="16"/>
              </w:rPr>
              <w:t>demodenominationraw</w:t>
            </w:r>
          </w:p>
        </w:tc>
        <w:tc>
          <w:tcPr>
            <w:tcW w:w="2880" w:type="dxa"/>
          </w:tcPr>
          <w:p w14:paraId="03D7262F" w14:textId="77777777" w:rsidR="004D342C" w:rsidRDefault="00000000">
            <w:pPr>
              <w:spacing w:before="20" w:after="20"/>
              <w:ind w:firstLine="0"/>
            </w:pPr>
            <w:r>
              <w:rPr>
                <w:sz w:val="16"/>
              </w:rPr>
              <w:t>Religious denomination (country-specific codes)</w:t>
            </w:r>
          </w:p>
        </w:tc>
        <w:tc>
          <w:tcPr>
            <w:tcW w:w="3456" w:type="dxa"/>
          </w:tcPr>
          <w:p w14:paraId="6FE08847" w14:textId="77777777" w:rsidR="004D342C" w:rsidRDefault="00000000">
            <w:pPr>
              <w:spacing w:before="20" w:after="20"/>
              <w:ind w:firstLine="0"/>
            </w:pPr>
            <w:r>
              <w:rPr>
                <w:sz w:val="16"/>
              </w:rPr>
              <w:t>raw country-specific codes (see wave codebook)</w:t>
            </w:r>
          </w:p>
        </w:tc>
        <w:tc>
          <w:tcPr>
            <w:tcW w:w="648" w:type="dxa"/>
          </w:tcPr>
          <w:p w14:paraId="13D8F645" w14:textId="77777777" w:rsidR="004D342C" w:rsidRDefault="00000000">
            <w:pPr>
              <w:spacing w:before="20" w:after="20"/>
              <w:ind w:firstLine="0"/>
              <w:jc w:val="right"/>
            </w:pPr>
            <w:r>
              <w:rPr>
                <w:sz w:val="16"/>
              </w:rPr>
              <w:t>9</w:t>
            </w:r>
          </w:p>
        </w:tc>
      </w:tr>
      <w:tr w:rsidR="004D342C" w14:paraId="4023FA43" w14:textId="77777777">
        <w:trPr>
          <w:cantSplit/>
          <w:jc w:val="center"/>
        </w:trPr>
        <w:tc>
          <w:tcPr>
            <w:tcW w:w="1944" w:type="dxa"/>
          </w:tcPr>
          <w:p w14:paraId="2B9A26AB" w14:textId="77777777" w:rsidR="004D342C" w:rsidRDefault="00000000">
            <w:pPr>
              <w:spacing w:before="20" w:after="20"/>
              <w:ind w:firstLine="0"/>
            </w:pPr>
            <w:r>
              <w:rPr>
                <w:sz w:val="16"/>
              </w:rPr>
              <w:t>demoreligionimportance</w:t>
            </w:r>
          </w:p>
        </w:tc>
        <w:tc>
          <w:tcPr>
            <w:tcW w:w="2880" w:type="dxa"/>
          </w:tcPr>
          <w:p w14:paraId="53CA3EAB" w14:textId="77777777" w:rsidR="004D342C" w:rsidRDefault="00000000">
            <w:pPr>
              <w:spacing w:before="20" w:after="20"/>
              <w:ind w:firstLine="0"/>
            </w:pPr>
            <w:r>
              <w:rPr>
                <w:sz w:val="16"/>
              </w:rPr>
              <w:t>Importance of religion in own life</w:t>
            </w:r>
          </w:p>
        </w:tc>
        <w:tc>
          <w:tcPr>
            <w:tcW w:w="3456" w:type="dxa"/>
          </w:tcPr>
          <w:p w14:paraId="10D30A14" w14:textId="77777777" w:rsidR="004D342C" w:rsidRDefault="00000000">
            <w:pPr>
              <w:spacing w:before="20" w:after="20"/>
              <w:ind w:firstLine="0"/>
            </w:pPr>
            <w:r>
              <w:rPr>
                <w:sz w:val="16"/>
              </w:rPr>
              <w:t>1 great importance / 2 some importance / 3 little importance / 4 no importance</w:t>
            </w:r>
          </w:p>
        </w:tc>
        <w:tc>
          <w:tcPr>
            <w:tcW w:w="648" w:type="dxa"/>
          </w:tcPr>
          <w:p w14:paraId="0B366095" w14:textId="77777777" w:rsidR="004D342C" w:rsidRDefault="00000000">
            <w:pPr>
              <w:spacing w:before="20" w:after="20"/>
              <w:ind w:firstLine="0"/>
              <w:jc w:val="right"/>
            </w:pPr>
            <w:r>
              <w:rPr>
                <w:sz w:val="16"/>
              </w:rPr>
              <w:t>9</w:t>
            </w:r>
          </w:p>
        </w:tc>
      </w:tr>
      <w:tr w:rsidR="004D342C" w14:paraId="4E804735" w14:textId="77777777">
        <w:trPr>
          <w:cantSplit/>
          <w:jc w:val="center"/>
        </w:trPr>
        <w:tc>
          <w:tcPr>
            <w:tcW w:w="1944" w:type="dxa"/>
          </w:tcPr>
          <w:p w14:paraId="3F44B6C7" w14:textId="77777777" w:rsidR="004D342C" w:rsidRDefault="00000000">
            <w:pPr>
              <w:spacing w:before="20" w:after="20"/>
              <w:ind w:firstLine="0"/>
            </w:pPr>
            <w:r>
              <w:rPr>
                <w:sz w:val="16"/>
              </w:rPr>
              <w:t>demochurchattendance</w:t>
            </w:r>
          </w:p>
        </w:tc>
        <w:tc>
          <w:tcPr>
            <w:tcW w:w="2880" w:type="dxa"/>
          </w:tcPr>
          <w:p w14:paraId="4A24D359" w14:textId="77777777" w:rsidR="004D342C" w:rsidRDefault="00000000">
            <w:pPr>
              <w:spacing w:before="20" w:after="20"/>
              <w:ind w:firstLine="0"/>
            </w:pPr>
            <w:r>
              <w:rPr>
                <w:sz w:val="16"/>
              </w:rPr>
              <w:t>Church attendance</w:t>
            </w:r>
          </w:p>
        </w:tc>
        <w:tc>
          <w:tcPr>
            <w:tcW w:w="3456" w:type="dxa"/>
          </w:tcPr>
          <w:p w14:paraId="01CCDC1F" w14:textId="77777777" w:rsidR="004D342C" w:rsidRDefault="00000000">
            <w:pPr>
              <w:spacing w:before="20" w:after="20"/>
              <w:ind w:firstLine="0"/>
            </w:pPr>
            <w:r>
              <w:rPr>
                <w:sz w:val="16"/>
              </w:rPr>
              <w:t>1 several times a week / 2 once a week / 3 a few times a year / 4 never</w:t>
            </w:r>
          </w:p>
        </w:tc>
        <w:tc>
          <w:tcPr>
            <w:tcW w:w="648" w:type="dxa"/>
          </w:tcPr>
          <w:p w14:paraId="2B253C1F" w14:textId="77777777" w:rsidR="004D342C" w:rsidRDefault="00000000">
            <w:pPr>
              <w:spacing w:before="20" w:after="20"/>
              <w:ind w:firstLine="0"/>
              <w:jc w:val="right"/>
            </w:pPr>
            <w:r>
              <w:rPr>
                <w:sz w:val="16"/>
              </w:rPr>
              <w:t>8</w:t>
            </w:r>
          </w:p>
        </w:tc>
      </w:tr>
      <w:tr w:rsidR="004D342C" w14:paraId="25114339" w14:textId="77777777">
        <w:trPr>
          <w:cantSplit/>
          <w:jc w:val="center"/>
        </w:trPr>
        <w:tc>
          <w:tcPr>
            <w:tcW w:w="1944" w:type="dxa"/>
          </w:tcPr>
          <w:p w14:paraId="2A3893D9" w14:textId="77777777" w:rsidR="004D342C" w:rsidRDefault="00000000">
            <w:pPr>
              <w:spacing w:before="20" w:after="20"/>
              <w:ind w:firstLine="0"/>
            </w:pPr>
            <w:r>
              <w:rPr>
                <w:sz w:val="16"/>
              </w:rPr>
              <w:t>class</w:t>
            </w:r>
          </w:p>
        </w:tc>
        <w:tc>
          <w:tcPr>
            <w:tcW w:w="2880" w:type="dxa"/>
          </w:tcPr>
          <w:p w14:paraId="578CAC45" w14:textId="77777777" w:rsidR="004D342C" w:rsidRDefault="00000000">
            <w:pPr>
              <w:spacing w:before="20" w:after="20"/>
              <w:ind w:firstLine="0"/>
            </w:pPr>
            <w:r>
              <w:rPr>
                <w:sz w:val="16"/>
              </w:rPr>
              <w:t>SOCIAL CLASS - SELF-ASSESSMENT</w:t>
            </w:r>
          </w:p>
        </w:tc>
        <w:tc>
          <w:tcPr>
            <w:tcW w:w="3456" w:type="dxa"/>
          </w:tcPr>
          <w:p w14:paraId="4AB9B4FF" w14:textId="77777777" w:rsidR="004D342C" w:rsidRDefault="00000000">
            <w:pPr>
              <w:spacing w:before="20" w:after="20"/>
              <w:ind w:firstLine="0"/>
            </w:pPr>
            <w:r>
              <w:rPr>
                <w:sz w:val="16"/>
              </w:rPr>
              <w:t>1 The working class of society / 2 The middle class of society / 3 The higher class of society / 4 Other (SPONTANEOUS) / 5 None (SPONTANEOUS) / 6 Refu</w:t>
            </w:r>
          </w:p>
        </w:tc>
        <w:tc>
          <w:tcPr>
            <w:tcW w:w="648" w:type="dxa"/>
          </w:tcPr>
          <w:p w14:paraId="516183FC" w14:textId="77777777" w:rsidR="004D342C" w:rsidRDefault="00000000">
            <w:pPr>
              <w:spacing w:before="20" w:after="20"/>
              <w:ind w:firstLine="0"/>
              <w:jc w:val="right"/>
            </w:pPr>
            <w:r>
              <w:rPr>
                <w:sz w:val="16"/>
              </w:rPr>
              <w:t>5</w:t>
            </w:r>
          </w:p>
        </w:tc>
      </w:tr>
      <w:tr w:rsidR="004D342C" w14:paraId="0E29A7E1" w14:textId="77777777">
        <w:trPr>
          <w:cantSplit/>
          <w:jc w:val="center"/>
        </w:trPr>
        <w:tc>
          <w:tcPr>
            <w:tcW w:w="1944" w:type="dxa"/>
          </w:tcPr>
          <w:p w14:paraId="224CB208" w14:textId="77777777" w:rsidR="004D342C" w:rsidRDefault="00000000">
            <w:pPr>
              <w:spacing w:before="20" w:after="20"/>
              <w:ind w:firstLine="0"/>
            </w:pPr>
            <w:r>
              <w:rPr>
                <w:sz w:val="16"/>
              </w:rPr>
              <w:t>demoreligiosity</w:t>
            </w:r>
          </w:p>
        </w:tc>
        <w:tc>
          <w:tcPr>
            <w:tcW w:w="2880" w:type="dxa"/>
          </w:tcPr>
          <w:p w14:paraId="7356ABF4" w14:textId="77777777" w:rsidR="004D342C" w:rsidRDefault="00000000">
            <w:pPr>
              <w:spacing w:before="20" w:after="20"/>
              <w:ind w:firstLine="0"/>
            </w:pPr>
            <w:r>
              <w:rPr>
                <w:sz w:val="16"/>
              </w:rPr>
              <w:t>Religious person / not / atheist</w:t>
            </w:r>
          </w:p>
        </w:tc>
        <w:tc>
          <w:tcPr>
            <w:tcW w:w="3456" w:type="dxa"/>
          </w:tcPr>
          <w:p w14:paraId="5F0FA1AE" w14:textId="77777777" w:rsidR="004D342C" w:rsidRDefault="00000000">
            <w:pPr>
              <w:spacing w:before="20" w:after="20"/>
              <w:ind w:firstLine="0"/>
            </w:pPr>
            <w:r>
              <w:rPr>
                <w:sz w:val="16"/>
              </w:rPr>
              <w:t>1 a religious person / 2 not a religious person / 3 a convinced atheist</w:t>
            </w:r>
          </w:p>
        </w:tc>
        <w:tc>
          <w:tcPr>
            <w:tcW w:w="648" w:type="dxa"/>
          </w:tcPr>
          <w:p w14:paraId="75BA7BBB" w14:textId="77777777" w:rsidR="004D342C" w:rsidRDefault="00000000">
            <w:pPr>
              <w:spacing w:before="20" w:after="20"/>
              <w:ind w:firstLine="0"/>
              <w:jc w:val="right"/>
            </w:pPr>
            <w:r>
              <w:rPr>
                <w:sz w:val="16"/>
              </w:rPr>
              <w:t>5</w:t>
            </w:r>
          </w:p>
        </w:tc>
      </w:tr>
      <w:tr w:rsidR="004D342C" w14:paraId="76E29A7C" w14:textId="77777777">
        <w:trPr>
          <w:cantSplit/>
          <w:jc w:val="center"/>
        </w:trPr>
        <w:tc>
          <w:tcPr>
            <w:tcW w:w="1944" w:type="dxa"/>
          </w:tcPr>
          <w:p w14:paraId="6F1A086D" w14:textId="77777777" w:rsidR="004D342C" w:rsidRDefault="00000000">
            <w:pPr>
              <w:spacing w:before="20" w:after="20"/>
              <w:ind w:firstLine="0"/>
            </w:pPr>
            <w:r>
              <w:rPr>
                <w:sz w:val="16"/>
              </w:rPr>
              <w:t>demodenomination</w:t>
            </w:r>
          </w:p>
        </w:tc>
        <w:tc>
          <w:tcPr>
            <w:tcW w:w="2880" w:type="dxa"/>
          </w:tcPr>
          <w:p w14:paraId="54C22573" w14:textId="77777777" w:rsidR="004D342C" w:rsidRDefault="00000000">
            <w:pPr>
              <w:spacing w:before="20" w:after="20"/>
              <w:ind w:firstLine="0"/>
            </w:pPr>
            <w:r>
              <w:rPr>
                <w:sz w:val="16"/>
              </w:rPr>
              <w:t>Religious denomination</w:t>
            </w:r>
          </w:p>
        </w:tc>
        <w:tc>
          <w:tcPr>
            <w:tcW w:w="3456" w:type="dxa"/>
          </w:tcPr>
          <w:p w14:paraId="37237D53" w14:textId="77777777" w:rsidR="004D342C" w:rsidRDefault="00000000">
            <w:pPr>
              <w:spacing w:before="20" w:after="20"/>
              <w:ind w:firstLine="0"/>
            </w:pPr>
            <w:r>
              <w:rPr>
                <w:sz w:val="16"/>
              </w:rPr>
              <w:t>1 Catholic / 2 Protestant / 3 other / 4 none</w:t>
            </w:r>
          </w:p>
        </w:tc>
        <w:tc>
          <w:tcPr>
            <w:tcW w:w="648" w:type="dxa"/>
          </w:tcPr>
          <w:p w14:paraId="678BBD1B" w14:textId="77777777" w:rsidR="004D342C" w:rsidRDefault="00000000">
            <w:pPr>
              <w:spacing w:before="20" w:after="20"/>
              <w:ind w:firstLine="0"/>
              <w:jc w:val="right"/>
            </w:pPr>
            <w:r>
              <w:rPr>
                <w:sz w:val="16"/>
              </w:rPr>
              <w:t>4</w:t>
            </w:r>
          </w:p>
        </w:tc>
      </w:tr>
      <w:tr w:rsidR="004D342C" w14:paraId="7100002A" w14:textId="77777777">
        <w:trPr>
          <w:cantSplit/>
          <w:jc w:val="center"/>
        </w:trPr>
        <w:tc>
          <w:tcPr>
            <w:tcW w:w="1944" w:type="dxa"/>
          </w:tcPr>
          <w:p w14:paraId="7100002B" w14:textId="77777777" w:rsidR="004D342C" w:rsidRDefault="00000000">
            <w:pPr>
              <w:spacing w:before="20" w:after="20"/>
              <w:ind w:firstLine="0"/>
            </w:pPr>
            <w:r>
              <w:rPr>
                <w:sz w:val="16"/>
              </w:rPr>
              <w:t>demounionmember</w:t>
            </w:r>
          </w:p>
        </w:tc>
        <w:tc>
          <w:tcPr>
            <w:tcW w:w="2880" w:type="dxa"/>
          </w:tcPr>
          <w:p w14:paraId="7100002C" w14:textId="77777777" w:rsidR="004D342C" w:rsidRDefault="00000000">
            <w:pPr>
              <w:spacing w:before="20" w:after="20"/>
              <w:ind w:firstLine="0"/>
            </w:pPr>
            <w:r>
              <w:rPr>
                <w:sz w:val="16"/>
              </w:rPr>
              <w:t>TRADE UNION MEMBERSHIP</w:t>
            </w:r>
          </w:p>
        </w:tc>
        <w:tc>
          <w:tcPr>
            <w:tcW w:w="3456" w:type="dxa"/>
          </w:tcPr>
          <w:p w14:paraId="7100002D" w14:textId="77777777" w:rsidR="004D342C" w:rsidRDefault="00000000">
            <w:pPr>
              <w:spacing w:before="20" w:after="20"/>
              <w:ind w:firstLine="0"/>
            </w:pPr>
            <w:r>
              <w:rPr>
                <w:sz w:val="16"/>
              </w:rPr>
              <w:t>0 not a trade union member / 1 trade union member</w:t>
            </w:r>
          </w:p>
        </w:tc>
        <w:tc>
          <w:tcPr>
            <w:tcW w:w="648" w:type="dxa"/>
          </w:tcPr>
          <w:p w14:paraId="7100002E" w14:textId="77777777" w:rsidR="004D342C" w:rsidRDefault="00000000">
            <w:pPr>
              <w:spacing w:before="20" w:after="20"/>
              <w:ind w:firstLine="0"/>
              <w:jc w:val="right"/>
            </w:pPr>
            <w:r>
              <w:rPr>
                <w:sz w:val="16"/>
              </w:rPr>
              <w:t>3</w:t>
            </w:r>
          </w:p>
        </w:tc>
      </w:tr>
      <w:tr w:rsidR="004D342C" w14:paraId="0613A1CC" w14:textId="77777777">
        <w:trPr>
          <w:cantSplit/>
          <w:jc w:val="center"/>
        </w:trPr>
        <w:tc>
          <w:tcPr>
            <w:tcW w:w="1944" w:type="dxa"/>
          </w:tcPr>
          <w:p w14:paraId="6E4D738A" w14:textId="77777777" w:rsidR="004D342C" w:rsidRDefault="00000000">
            <w:pPr>
              <w:keepNext/>
              <w:spacing w:before="20" w:after="20"/>
              <w:ind w:firstLine="0"/>
            </w:pPr>
            <w:r>
              <w:rPr>
                <w:sz w:val="16"/>
              </w:rPr>
              <w:t>demostatus2</w:t>
            </w:r>
          </w:p>
        </w:tc>
        <w:tc>
          <w:tcPr>
            <w:tcW w:w="2880" w:type="dxa"/>
          </w:tcPr>
          <w:p w14:paraId="2C5675F0" w14:textId="77777777" w:rsidR="004D342C" w:rsidRDefault="00000000">
            <w:pPr>
              <w:keepNext/>
              <w:spacing w:before="20" w:after="20"/>
              <w:ind w:firstLine="0"/>
            </w:pPr>
            <w:r>
              <w:rPr>
                <w:sz w:val="16"/>
              </w:rPr>
              <w:t>D7 MARITAL STATUS (retired 8 September 2026; folded into demostatus3)</w:t>
            </w:r>
          </w:p>
        </w:tc>
        <w:tc>
          <w:tcPr>
            <w:tcW w:w="3456" w:type="dxa"/>
          </w:tcPr>
          <w:p w14:paraId="0BF734F5" w14:textId="77777777" w:rsidR="004D342C" w:rsidRDefault="00000000">
            <w:pPr>
              <w:keepNext/>
              <w:spacing w:before="20" w:after="20"/>
              <w:ind w:firstLine="0"/>
            </w:pPr>
            <w:r>
              <w:rPr>
                <w:sz w:val="16"/>
              </w:rPr>
              <w:t>1-14 marital-status-by-children categories as in the Eurobarometer D7 item / 15 Other (SPONTANEOUS)</w:t>
            </w:r>
          </w:p>
        </w:tc>
        <w:tc>
          <w:tcPr>
            <w:tcW w:w="648" w:type="dxa"/>
          </w:tcPr>
          <w:p w14:paraId="25B75A65" w14:textId="77777777" w:rsidR="004D342C" w:rsidRDefault="00000000">
            <w:pPr>
              <w:keepNext/>
              <w:spacing w:before="20" w:after="20"/>
              <w:ind w:firstLine="0"/>
              <w:jc w:val="right"/>
            </w:pPr>
            <w:r>
              <w:rPr>
                <w:sz w:val="16"/>
              </w:rPr>
              <w:t>0</w:t>
            </w:r>
          </w:p>
        </w:tc>
      </w:tr>
      <w:tr w:rsidR="004D342C" w14:paraId="4EA5FDF1" w14:textId="77777777">
        <w:trPr>
          <w:cantSplit/>
          <w:jc w:val="center"/>
        </w:trPr>
        <w:tc>
          <w:tcPr>
            <w:tcW w:w="1944" w:type="dxa"/>
          </w:tcPr>
          <w:p w14:paraId="3C0AB3D0" w14:textId="77777777" w:rsidR="004D342C" w:rsidRDefault="00000000">
            <w:pPr>
              <w:spacing w:before="20" w:after="20"/>
              <w:ind w:firstLine="0"/>
            </w:pPr>
            <w:r>
              <w:rPr>
                <w:sz w:val="16"/>
              </w:rPr>
              <w:t>demomarital</w:t>
            </w:r>
          </w:p>
        </w:tc>
        <w:tc>
          <w:tcPr>
            <w:tcW w:w="2880" w:type="dxa"/>
          </w:tcPr>
          <w:p w14:paraId="01A112A0" w14:textId="77777777" w:rsidR="004D342C" w:rsidRDefault="00000000">
            <w:pPr>
              <w:spacing w:before="20" w:after="20"/>
              <w:ind w:firstLine="0"/>
            </w:pPr>
            <w:r>
              <w:rPr>
                <w:sz w:val="16"/>
              </w:rPr>
              <w:t>MARITAL STATUS, HARMONIZED ACROSS THE 2009 QUESTION CHANGE</w:t>
            </w:r>
          </w:p>
        </w:tc>
        <w:tc>
          <w:tcPr>
            <w:tcW w:w="3456" w:type="dxa"/>
          </w:tcPr>
          <w:p w14:paraId="1B54325C" w14:textId="77777777" w:rsidR="004D342C" w:rsidRDefault="00000000">
            <w:pPr>
              <w:spacing w:before="20" w:after="20"/>
              <w:ind w:firstLine="0"/>
            </w:pPr>
            <w:r>
              <w:rPr>
                <w:sz w:val="16"/>
              </w:rPr>
              <w:t>1 Married or remarried / 2 Living with a partner / 3 Single / 4 Divorced or separated / 5 Widowed / 6 Other / 7 Refusal (derived in the mega file from demostatus and demostatus3)</w:t>
            </w:r>
          </w:p>
        </w:tc>
        <w:tc>
          <w:tcPr>
            <w:tcW w:w="648" w:type="dxa"/>
          </w:tcPr>
          <w:p w14:paraId="081CA9AD" w14:textId="77777777" w:rsidR="004D342C" w:rsidRDefault="00000000">
            <w:pPr>
              <w:spacing w:before="20" w:after="20"/>
              <w:ind w:firstLine="0"/>
              <w:jc w:val="right"/>
            </w:pPr>
            <w:r>
              <w:rPr>
                <w:sz w:val="16"/>
              </w:rPr>
              <w:t>0</w:t>
            </w:r>
          </w:p>
        </w:tc>
      </w:tr>
    </w:tbl>
    <w:p w14:paraId="3A32BF10" w14:textId="77777777" w:rsidR="004D342C" w:rsidRDefault="00000000">
      <w:pPr>
        <w:pStyle w:val="Heading3"/>
      </w:pPr>
      <w:r>
        <w:rPr>
          <w:rFonts w:ascii="Times New Roman" w:hAnsi="Times New Roman" w:cs="Times New Roman"/>
        </w:rPr>
        <w:lastRenderedPageBreak/>
        <w:t>6.4.11  Admin/ID  (26 variables)</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1944"/>
        <w:gridCol w:w="2880"/>
        <w:gridCol w:w="3456"/>
        <w:gridCol w:w="648"/>
      </w:tblGrid>
      <w:tr w:rsidR="004D342C" w14:paraId="126DF946" w14:textId="77777777">
        <w:trPr>
          <w:cantSplit/>
          <w:tblHeader/>
          <w:jc w:val="center"/>
        </w:trPr>
        <w:tc>
          <w:tcPr>
            <w:tcW w:w="1944" w:type="dxa"/>
            <w:tcBorders>
              <w:bottom w:val="single" w:sz="6" w:space="0" w:color="1F4E79"/>
            </w:tcBorders>
            <w:shd w:val="clear" w:color="auto" w:fill="E7EDF3"/>
          </w:tcPr>
          <w:p w14:paraId="47D8AC3E" w14:textId="77777777" w:rsidR="004D342C" w:rsidRDefault="00000000">
            <w:pPr>
              <w:spacing w:before="40" w:after="40"/>
              <w:ind w:firstLine="0"/>
            </w:pPr>
            <w:r>
              <w:rPr>
                <w:b/>
                <w:color w:val="1F4E79"/>
                <w:sz w:val="18"/>
              </w:rPr>
              <w:t>Variable</w:t>
            </w:r>
          </w:p>
        </w:tc>
        <w:tc>
          <w:tcPr>
            <w:tcW w:w="2880" w:type="dxa"/>
            <w:tcBorders>
              <w:bottom w:val="single" w:sz="6" w:space="0" w:color="1F4E79"/>
            </w:tcBorders>
            <w:shd w:val="clear" w:color="auto" w:fill="E7EDF3"/>
          </w:tcPr>
          <w:p w14:paraId="5E54A1C9" w14:textId="77777777" w:rsidR="004D342C" w:rsidRDefault="00000000">
            <w:pPr>
              <w:spacing w:before="40" w:after="40"/>
              <w:ind w:firstLine="0"/>
            </w:pPr>
            <w:r>
              <w:rPr>
                <w:b/>
                <w:color w:val="1F4E79"/>
                <w:sz w:val="18"/>
              </w:rPr>
              <w:t>Label</w:t>
            </w:r>
          </w:p>
        </w:tc>
        <w:tc>
          <w:tcPr>
            <w:tcW w:w="3456" w:type="dxa"/>
            <w:tcBorders>
              <w:bottom w:val="single" w:sz="6" w:space="0" w:color="1F4E79"/>
            </w:tcBorders>
            <w:shd w:val="clear" w:color="auto" w:fill="E7EDF3"/>
          </w:tcPr>
          <w:p w14:paraId="6FCF7EFF" w14:textId="77777777" w:rsidR="004D342C" w:rsidRDefault="00000000">
            <w:pPr>
              <w:spacing w:before="40" w:after="40"/>
              <w:ind w:firstLine="0"/>
            </w:pPr>
            <w:r>
              <w:rPr>
                <w:b/>
                <w:color w:val="1F4E79"/>
                <w:sz w:val="18"/>
              </w:rPr>
              <w:t>Coding</w:t>
            </w:r>
          </w:p>
        </w:tc>
        <w:tc>
          <w:tcPr>
            <w:tcW w:w="648" w:type="dxa"/>
            <w:tcBorders>
              <w:bottom w:val="single" w:sz="6" w:space="0" w:color="1F4E79"/>
            </w:tcBorders>
            <w:shd w:val="clear" w:color="auto" w:fill="E7EDF3"/>
          </w:tcPr>
          <w:p w14:paraId="0647FAD2" w14:textId="77777777" w:rsidR="004D342C" w:rsidRDefault="00000000">
            <w:pPr>
              <w:spacing w:before="40" w:after="40"/>
              <w:ind w:firstLine="0"/>
              <w:jc w:val="right"/>
            </w:pPr>
            <w:r>
              <w:rPr>
                <w:b/>
                <w:color w:val="1F4E79"/>
                <w:sz w:val="18"/>
              </w:rPr>
              <w:t>Waves</w:t>
            </w:r>
          </w:p>
        </w:tc>
      </w:tr>
      <w:tr w:rsidR="004D342C" w14:paraId="7ACC2511" w14:textId="77777777">
        <w:trPr>
          <w:cantSplit/>
          <w:jc w:val="center"/>
        </w:trPr>
        <w:tc>
          <w:tcPr>
            <w:tcW w:w="1944" w:type="dxa"/>
          </w:tcPr>
          <w:p w14:paraId="2000A1A3" w14:textId="77777777" w:rsidR="004D342C" w:rsidRDefault="00000000">
            <w:pPr>
              <w:spacing w:before="20" w:after="20"/>
              <w:ind w:firstLine="0"/>
            </w:pPr>
            <w:r>
              <w:rPr>
                <w:sz w:val="16"/>
              </w:rPr>
              <w:t>weighttarget</w:t>
            </w:r>
          </w:p>
        </w:tc>
        <w:tc>
          <w:tcPr>
            <w:tcW w:w="2880" w:type="dxa"/>
          </w:tcPr>
          <w:p w14:paraId="5345AE53" w14:textId="77777777" w:rsidR="004D342C" w:rsidRDefault="00000000">
            <w:pPr>
              <w:spacing w:before="20" w:after="20"/>
              <w:ind w:firstLine="0"/>
            </w:pPr>
            <w:r>
              <w:rPr>
                <w:sz w:val="16"/>
              </w:rPr>
              <w:t>WEIGHT RESULT FROM TARGET (REDRESSMENT)</w:t>
            </w:r>
          </w:p>
        </w:tc>
        <w:tc>
          <w:tcPr>
            <w:tcW w:w="3456" w:type="dxa"/>
          </w:tcPr>
          <w:p w14:paraId="333D8443" w14:textId="77777777" w:rsidR="004D342C" w:rsidRDefault="00000000">
            <w:pPr>
              <w:spacing w:before="20" w:after="20"/>
              <w:ind w:firstLine="0"/>
            </w:pPr>
            <w:r>
              <w:rPr>
                <w:sz w:val="16"/>
              </w:rPr>
              <w:t>continuous survey weight (no value labels)</w:t>
            </w:r>
          </w:p>
        </w:tc>
        <w:tc>
          <w:tcPr>
            <w:tcW w:w="648" w:type="dxa"/>
          </w:tcPr>
          <w:p w14:paraId="5A07DD93" w14:textId="77777777" w:rsidR="004D342C" w:rsidRDefault="00000000">
            <w:pPr>
              <w:spacing w:before="20" w:after="20"/>
              <w:ind w:firstLine="0"/>
              <w:jc w:val="right"/>
            </w:pPr>
            <w:r>
              <w:rPr>
                <w:sz w:val="16"/>
              </w:rPr>
              <w:t>100</w:t>
            </w:r>
          </w:p>
        </w:tc>
      </w:tr>
      <w:tr w:rsidR="004D342C" w14:paraId="6F44E00F" w14:textId="77777777">
        <w:trPr>
          <w:cantSplit/>
          <w:jc w:val="center"/>
        </w:trPr>
        <w:tc>
          <w:tcPr>
            <w:tcW w:w="1944" w:type="dxa"/>
          </w:tcPr>
          <w:p w14:paraId="04B7071F" w14:textId="77777777" w:rsidR="004D342C" w:rsidRDefault="00000000">
            <w:pPr>
              <w:spacing w:before="20" w:after="20"/>
              <w:ind w:firstLine="0"/>
            </w:pPr>
            <w:r>
              <w:rPr>
                <w:sz w:val="16"/>
              </w:rPr>
              <w:t>weightEU10</w:t>
            </w:r>
          </w:p>
        </w:tc>
        <w:tc>
          <w:tcPr>
            <w:tcW w:w="2880" w:type="dxa"/>
          </w:tcPr>
          <w:p w14:paraId="7C98F32B" w14:textId="77777777" w:rsidR="004D342C" w:rsidRDefault="00000000">
            <w:pPr>
              <w:spacing w:before="20" w:after="20"/>
              <w:ind w:firstLine="0"/>
            </w:pPr>
            <w:r>
              <w:rPr>
                <w:sz w:val="16"/>
              </w:rPr>
              <w:t>WEIGHT EU10</w:t>
            </w:r>
          </w:p>
        </w:tc>
        <w:tc>
          <w:tcPr>
            <w:tcW w:w="3456" w:type="dxa"/>
          </w:tcPr>
          <w:p w14:paraId="12B5C0B2" w14:textId="77777777" w:rsidR="004D342C" w:rsidRDefault="00000000">
            <w:pPr>
              <w:spacing w:before="20" w:after="20"/>
              <w:ind w:firstLine="0"/>
            </w:pPr>
            <w:r>
              <w:rPr>
                <w:sz w:val="16"/>
              </w:rPr>
              <w:t>continuous survey weight (no value labels)</w:t>
            </w:r>
          </w:p>
        </w:tc>
        <w:tc>
          <w:tcPr>
            <w:tcW w:w="648" w:type="dxa"/>
          </w:tcPr>
          <w:p w14:paraId="61AE1ABE" w14:textId="77777777" w:rsidR="004D342C" w:rsidRDefault="00000000">
            <w:pPr>
              <w:spacing w:before="20" w:after="20"/>
              <w:ind w:firstLine="0"/>
              <w:jc w:val="right"/>
            </w:pPr>
            <w:r>
              <w:rPr>
                <w:sz w:val="16"/>
              </w:rPr>
              <w:t>82</w:t>
            </w:r>
          </w:p>
        </w:tc>
      </w:tr>
      <w:tr w:rsidR="004D342C" w14:paraId="781BB0D7" w14:textId="77777777">
        <w:trPr>
          <w:cantSplit/>
          <w:jc w:val="center"/>
        </w:trPr>
        <w:tc>
          <w:tcPr>
            <w:tcW w:w="1944" w:type="dxa"/>
          </w:tcPr>
          <w:p w14:paraId="40549503" w14:textId="77777777" w:rsidR="004D342C" w:rsidRDefault="00000000">
            <w:pPr>
              <w:spacing w:before="20" w:after="20"/>
              <w:ind w:firstLine="0"/>
            </w:pPr>
            <w:r>
              <w:rPr>
                <w:sz w:val="16"/>
              </w:rPr>
              <w:t>weightuk</w:t>
            </w:r>
          </w:p>
        </w:tc>
        <w:tc>
          <w:tcPr>
            <w:tcW w:w="2880" w:type="dxa"/>
          </w:tcPr>
          <w:p w14:paraId="07E56DC8" w14:textId="77777777" w:rsidR="004D342C" w:rsidRDefault="00000000">
            <w:pPr>
              <w:spacing w:before="20" w:after="20"/>
              <w:ind w:firstLine="0"/>
            </w:pPr>
            <w:r>
              <w:rPr>
                <w:sz w:val="16"/>
              </w:rPr>
              <w:t>WEIGHT UNITED KINGDOM</w:t>
            </w:r>
          </w:p>
        </w:tc>
        <w:tc>
          <w:tcPr>
            <w:tcW w:w="3456" w:type="dxa"/>
          </w:tcPr>
          <w:p w14:paraId="07B15565" w14:textId="77777777" w:rsidR="004D342C" w:rsidRDefault="00000000">
            <w:pPr>
              <w:spacing w:before="20" w:after="20"/>
              <w:ind w:firstLine="0"/>
            </w:pPr>
            <w:r>
              <w:rPr>
                <w:sz w:val="16"/>
              </w:rPr>
              <w:t>continuous survey weight (no value labels)</w:t>
            </w:r>
          </w:p>
        </w:tc>
        <w:tc>
          <w:tcPr>
            <w:tcW w:w="648" w:type="dxa"/>
          </w:tcPr>
          <w:p w14:paraId="3925BEF6" w14:textId="77777777" w:rsidR="004D342C" w:rsidRDefault="00000000">
            <w:pPr>
              <w:spacing w:before="20" w:after="20"/>
              <w:ind w:firstLine="0"/>
              <w:jc w:val="right"/>
            </w:pPr>
            <w:r>
              <w:rPr>
                <w:sz w:val="16"/>
              </w:rPr>
              <w:t>79</w:t>
            </w:r>
          </w:p>
        </w:tc>
      </w:tr>
      <w:tr w:rsidR="004D342C" w14:paraId="56663BB6" w14:textId="77777777">
        <w:trPr>
          <w:cantSplit/>
          <w:jc w:val="center"/>
        </w:trPr>
        <w:tc>
          <w:tcPr>
            <w:tcW w:w="1944" w:type="dxa"/>
          </w:tcPr>
          <w:p w14:paraId="595C2143" w14:textId="77777777" w:rsidR="004D342C" w:rsidRDefault="00000000">
            <w:pPr>
              <w:spacing w:before="20" w:after="20"/>
              <w:ind w:firstLine="0"/>
            </w:pPr>
            <w:r>
              <w:rPr>
                <w:sz w:val="16"/>
              </w:rPr>
              <w:t>weightEU12</w:t>
            </w:r>
          </w:p>
        </w:tc>
        <w:tc>
          <w:tcPr>
            <w:tcW w:w="2880" w:type="dxa"/>
          </w:tcPr>
          <w:p w14:paraId="3E74FC9A" w14:textId="77777777" w:rsidR="004D342C" w:rsidRDefault="00000000">
            <w:pPr>
              <w:spacing w:before="20" w:after="20"/>
              <w:ind w:firstLine="0"/>
            </w:pPr>
            <w:r>
              <w:rPr>
                <w:sz w:val="16"/>
              </w:rPr>
              <w:t>WEIGHT EU12</w:t>
            </w:r>
          </w:p>
        </w:tc>
        <w:tc>
          <w:tcPr>
            <w:tcW w:w="3456" w:type="dxa"/>
          </w:tcPr>
          <w:p w14:paraId="290B840D" w14:textId="77777777" w:rsidR="004D342C" w:rsidRDefault="00000000">
            <w:pPr>
              <w:spacing w:before="20" w:after="20"/>
              <w:ind w:firstLine="0"/>
            </w:pPr>
            <w:r>
              <w:rPr>
                <w:sz w:val="16"/>
              </w:rPr>
              <w:t>continuous survey weight (no value labels)</w:t>
            </w:r>
          </w:p>
        </w:tc>
        <w:tc>
          <w:tcPr>
            <w:tcW w:w="648" w:type="dxa"/>
          </w:tcPr>
          <w:p w14:paraId="39D5B3F9" w14:textId="77777777" w:rsidR="004D342C" w:rsidRDefault="00000000">
            <w:pPr>
              <w:spacing w:before="20" w:after="20"/>
              <w:ind w:firstLine="0"/>
              <w:jc w:val="right"/>
            </w:pPr>
            <w:r>
              <w:rPr>
                <w:sz w:val="16"/>
              </w:rPr>
              <w:t>77</w:t>
            </w:r>
          </w:p>
        </w:tc>
      </w:tr>
      <w:tr w:rsidR="004D342C" w14:paraId="0359BC5D" w14:textId="77777777">
        <w:trPr>
          <w:cantSplit/>
          <w:jc w:val="center"/>
        </w:trPr>
        <w:tc>
          <w:tcPr>
            <w:tcW w:w="1944" w:type="dxa"/>
          </w:tcPr>
          <w:p w14:paraId="2B0D904E" w14:textId="77777777" w:rsidR="004D342C" w:rsidRDefault="00000000">
            <w:pPr>
              <w:spacing w:before="20" w:after="20"/>
              <w:ind w:firstLine="0"/>
            </w:pPr>
            <w:r>
              <w:rPr>
                <w:sz w:val="16"/>
              </w:rPr>
              <w:t>country</w:t>
            </w:r>
          </w:p>
        </w:tc>
        <w:tc>
          <w:tcPr>
            <w:tcW w:w="2880" w:type="dxa"/>
          </w:tcPr>
          <w:p w14:paraId="4265DC59" w14:textId="77777777" w:rsidR="004D342C" w:rsidRDefault="00000000">
            <w:pPr>
              <w:spacing w:before="20" w:after="20"/>
              <w:ind w:firstLine="0"/>
            </w:pPr>
            <w:r>
              <w:rPr>
                <w:sz w:val="16"/>
              </w:rPr>
              <w:t>COUNTRY/SAMPLE ID (SERIES STANDARD)</w:t>
            </w:r>
          </w:p>
        </w:tc>
        <w:tc>
          <w:tcPr>
            <w:tcW w:w="3456" w:type="dxa"/>
          </w:tcPr>
          <w:p w14:paraId="58C31E45" w14:textId="77777777" w:rsidR="004D342C" w:rsidRDefault="00000000">
            <w:pPr>
              <w:spacing w:before="20" w:after="20"/>
              <w:ind w:firstLine="0"/>
            </w:pPr>
            <w:r>
              <w:rPr>
                <w:sz w:val="16"/>
              </w:rPr>
              <w:t>1 Austria / 2 Belgium / 3 Bulgaria / 4 Croatia / 5 Czech Republic / 6 Republic of Cyprus / 7 Territory of Cyprus North / 8 Denmark / 9 Finland / 10 Fr</w:t>
            </w:r>
          </w:p>
        </w:tc>
        <w:tc>
          <w:tcPr>
            <w:tcW w:w="648" w:type="dxa"/>
          </w:tcPr>
          <w:p w14:paraId="506D1209" w14:textId="77777777" w:rsidR="004D342C" w:rsidRDefault="00000000">
            <w:pPr>
              <w:spacing w:before="20" w:after="20"/>
              <w:ind w:firstLine="0"/>
              <w:jc w:val="right"/>
            </w:pPr>
            <w:r>
              <w:rPr>
                <w:sz w:val="16"/>
              </w:rPr>
              <w:t>73</w:t>
            </w:r>
          </w:p>
        </w:tc>
      </w:tr>
      <w:tr w:rsidR="004D342C" w14:paraId="2F59FADD" w14:textId="77777777">
        <w:trPr>
          <w:cantSplit/>
          <w:jc w:val="center"/>
        </w:trPr>
        <w:tc>
          <w:tcPr>
            <w:tcW w:w="1944" w:type="dxa"/>
          </w:tcPr>
          <w:p w14:paraId="249BEE24" w14:textId="77777777" w:rsidR="004D342C" w:rsidRDefault="00000000">
            <w:pPr>
              <w:spacing w:before="20" w:after="20"/>
              <w:ind w:firstLine="0"/>
            </w:pPr>
            <w:r>
              <w:rPr>
                <w:sz w:val="16"/>
              </w:rPr>
              <w:t>weightEU6</w:t>
            </w:r>
          </w:p>
        </w:tc>
        <w:tc>
          <w:tcPr>
            <w:tcW w:w="2880" w:type="dxa"/>
          </w:tcPr>
          <w:p w14:paraId="0D0B90F4" w14:textId="77777777" w:rsidR="004D342C" w:rsidRDefault="00000000">
            <w:pPr>
              <w:spacing w:before="20" w:after="20"/>
              <w:ind w:firstLine="0"/>
            </w:pPr>
            <w:r>
              <w:rPr>
                <w:sz w:val="16"/>
              </w:rPr>
              <w:t>WEIGHT EU6</w:t>
            </w:r>
          </w:p>
        </w:tc>
        <w:tc>
          <w:tcPr>
            <w:tcW w:w="3456" w:type="dxa"/>
          </w:tcPr>
          <w:p w14:paraId="0FC4AB1F" w14:textId="77777777" w:rsidR="004D342C" w:rsidRDefault="00000000">
            <w:pPr>
              <w:spacing w:before="20" w:after="20"/>
              <w:ind w:firstLine="0"/>
            </w:pPr>
            <w:r>
              <w:rPr>
                <w:sz w:val="16"/>
              </w:rPr>
              <w:t>continuous survey weight (no value labels)</w:t>
            </w:r>
          </w:p>
        </w:tc>
        <w:tc>
          <w:tcPr>
            <w:tcW w:w="648" w:type="dxa"/>
          </w:tcPr>
          <w:p w14:paraId="06E58CDF" w14:textId="77777777" w:rsidR="004D342C" w:rsidRDefault="00000000">
            <w:pPr>
              <w:spacing w:before="20" w:after="20"/>
              <w:ind w:firstLine="0"/>
              <w:jc w:val="right"/>
            </w:pPr>
            <w:r>
              <w:rPr>
                <w:sz w:val="16"/>
              </w:rPr>
              <w:t>71</w:t>
            </w:r>
          </w:p>
        </w:tc>
      </w:tr>
      <w:tr w:rsidR="004D342C" w14:paraId="2F94D535" w14:textId="77777777">
        <w:trPr>
          <w:cantSplit/>
          <w:jc w:val="center"/>
        </w:trPr>
        <w:tc>
          <w:tcPr>
            <w:tcW w:w="1944" w:type="dxa"/>
          </w:tcPr>
          <w:p w14:paraId="29F9BE70" w14:textId="77777777" w:rsidR="004D342C" w:rsidRDefault="00000000">
            <w:pPr>
              <w:spacing w:before="20" w:after="20"/>
              <w:ind w:firstLine="0"/>
            </w:pPr>
            <w:r>
              <w:rPr>
                <w:sz w:val="16"/>
              </w:rPr>
              <w:t>weightEU9</w:t>
            </w:r>
          </w:p>
        </w:tc>
        <w:tc>
          <w:tcPr>
            <w:tcW w:w="2880" w:type="dxa"/>
          </w:tcPr>
          <w:p w14:paraId="6D0B9378" w14:textId="77777777" w:rsidR="004D342C" w:rsidRDefault="00000000">
            <w:pPr>
              <w:spacing w:before="20" w:after="20"/>
              <w:ind w:firstLine="0"/>
            </w:pPr>
            <w:r>
              <w:rPr>
                <w:sz w:val="16"/>
              </w:rPr>
              <w:t>WEIGHT EU9</w:t>
            </w:r>
          </w:p>
        </w:tc>
        <w:tc>
          <w:tcPr>
            <w:tcW w:w="3456" w:type="dxa"/>
          </w:tcPr>
          <w:p w14:paraId="7025590E" w14:textId="77777777" w:rsidR="004D342C" w:rsidRDefault="00000000">
            <w:pPr>
              <w:spacing w:before="20" w:after="20"/>
              <w:ind w:firstLine="0"/>
            </w:pPr>
            <w:r>
              <w:rPr>
                <w:sz w:val="16"/>
              </w:rPr>
              <w:t>continuous survey weight (no value labels)</w:t>
            </w:r>
          </w:p>
        </w:tc>
        <w:tc>
          <w:tcPr>
            <w:tcW w:w="648" w:type="dxa"/>
          </w:tcPr>
          <w:p w14:paraId="63D64EAB" w14:textId="77777777" w:rsidR="004D342C" w:rsidRDefault="00000000">
            <w:pPr>
              <w:spacing w:before="20" w:after="20"/>
              <w:ind w:firstLine="0"/>
              <w:jc w:val="right"/>
            </w:pPr>
            <w:r>
              <w:rPr>
                <w:sz w:val="16"/>
              </w:rPr>
              <w:t>70</w:t>
            </w:r>
          </w:p>
        </w:tc>
      </w:tr>
      <w:tr w:rsidR="004D342C" w14:paraId="3C49D917" w14:textId="77777777">
        <w:trPr>
          <w:cantSplit/>
          <w:jc w:val="center"/>
        </w:trPr>
        <w:tc>
          <w:tcPr>
            <w:tcW w:w="1944" w:type="dxa"/>
          </w:tcPr>
          <w:p w14:paraId="7BC418FC" w14:textId="77777777" w:rsidR="004D342C" w:rsidRDefault="00000000">
            <w:pPr>
              <w:spacing w:before="20" w:after="20"/>
              <w:ind w:firstLine="0"/>
            </w:pPr>
            <w:r>
              <w:rPr>
                <w:sz w:val="16"/>
              </w:rPr>
              <w:t>weightEU12b</w:t>
            </w:r>
          </w:p>
        </w:tc>
        <w:tc>
          <w:tcPr>
            <w:tcW w:w="2880" w:type="dxa"/>
          </w:tcPr>
          <w:p w14:paraId="2CFF675F" w14:textId="77777777" w:rsidR="004D342C" w:rsidRDefault="00000000">
            <w:pPr>
              <w:spacing w:before="20" w:after="20"/>
              <w:ind w:firstLine="0"/>
            </w:pPr>
            <w:r>
              <w:rPr>
                <w:sz w:val="16"/>
              </w:rPr>
              <w:t>WEIGHT EU12+ (INCLUDING DE-E)</w:t>
            </w:r>
          </w:p>
        </w:tc>
        <w:tc>
          <w:tcPr>
            <w:tcW w:w="3456" w:type="dxa"/>
          </w:tcPr>
          <w:p w14:paraId="5D2D69AC" w14:textId="77777777" w:rsidR="004D342C" w:rsidRDefault="00000000">
            <w:pPr>
              <w:spacing w:before="20" w:after="20"/>
              <w:ind w:firstLine="0"/>
            </w:pPr>
            <w:r>
              <w:rPr>
                <w:sz w:val="16"/>
              </w:rPr>
              <w:t>continuous survey weight (no value labels)</w:t>
            </w:r>
          </w:p>
        </w:tc>
        <w:tc>
          <w:tcPr>
            <w:tcW w:w="648" w:type="dxa"/>
          </w:tcPr>
          <w:p w14:paraId="323BD43C" w14:textId="77777777" w:rsidR="004D342C" w:rsidRDefault="00000000">
            <w:pPr>
              <w:spacing w:before="20" w:after="20"/>
              <w:ind w:firstLine="0"/>
              <w:jc w:val="right"/>
            </w:pPr>
            <w:r>
              <w:rPr>
                <w:sz w:val="16"/>
              </w:rPr>
              <w:t>70</w:t>
            </w:r>
          </w:p>
        </w:tc>
      </w:tr>
      <w:tr w:rsidR="004D342C" w14:paraId="67838620" w14:textId="77777777">
        <w:trPr>
          <w:cantSplit/>
          <w:jc w:val="center"/>
        </w:trPr>
        <w:tc>
          <w:tcPr>
            <w:tcW w:w="1944" w:type="dxa"/>
          </w:tcPr>
          <w:p w14:paraId="781A1248" w14:textId="77777777" w:rsidR="004D342C" w:rsidRDefault="00000000">
            <w:pPr>
              <w:spacing w:before="20" w:after="20"/>
              <w:ind w:firstLine="0"/>
            </w:pPr>
            <w:r>
              <w:rPr>
                <w:sz w:val="16"/>
              </w:rPr>
              <w:t>weightgermany</w:t>
            </w:r>
          </w:p>
        </w:tc>
        <w:tc>
          <w:tcPr>
            <w:tcW w:w="2880" w:type="dxa"/>
          </w:tcPr>
          <w:p w14:paraId="1B3C4693" w14:textId="77777777" w:rsidR="004D342C" w:rsidRDefault="00000000">
            <w:pPr>
              <w:spacing w:before="20" w:after="20"/>
              <w:ind w:firstLine="0"/>
            </w:pPr>
            <w:r>
              <w:rPr>
                <w:sz w:val="16"/>
              </w:rPr>
              <w:t>WEIGHT GERMANY</w:t>
            </w:r>
          </w:p>
        </w:tc>
        <w:tc>
          <w:tcPr>
            <w:tcW w:w="3456" w:type="dxa"/>
          </w:tcPr>
          <w:p w14:paraId="726C36F6" w14:textId="77777777" w:rsidR="004D342C" w:rsidRDefault="00000000">
            <w:pPr>
              <w:spacing w:before="20" w:after="20"/>
              <w:ind w:firstLine="0"/>
            </w:pPr>
            <w:r>
              <w:rPr>
                <w:sz w:val="16"/>
              </w:rPr>
              <w:t>continuous survey weight (no value labels)</w:t>
            </w:r>
          </w:p>
        </w:tc>
        <w:tc>
          <w:tcPr>
            <w:tcW w:w="648" w:type="dxa"/>
          </w:tcPr>
          <w:p w14:paraId="3C857919" w14:textId="77777777" w:rsidR="004D342C" w:rsidRDefault="00000000">
            <w:pPr>
              <w:spacing w:before="20" w:after="20"/>
              <w:ind w:firstLine="0"/>
              <w:jc w:val="right"/>
            </w:pPr>
            <w:r>
              <w:rPr>
                <w:sz w:val="16"/>
              </w:rPr>
              <w:t>69</w:t>
            </w:r>
          </w:p>
        </w:tc>
      </w:tr>
      <w:tr w:rsidR="004D342C" w14:paraId="473C7A38" w14:textId="77777777">
        <w:trPr>
          <w:cantSplit/>
          <w:jc w:val="center"/>
        </w:trPr>
        <w:tc>
          <w:tcPr>
            <w:tcW w:w="1944" w:type="dxa"/>
          </w:tcPr>
          <w:p w14:paraId="3BBD75DB" w14:textId="77777777" w:rsidR="004D342C" w:rsidRDefault="00000000">
            <w:pPr>
              <w:spacing w:before="20" w:after="20"/>
              <w:ind w:firstLine="0"/>
            </w:pPr>
            <w:r>
              <w:rPr>
                <w:sz w:val="16"/>
              </w:rPr>
              <w:t>weightEU15</w:t>
            </w:r>
          </w:p>
        </w:tc>
        <w:tc>
          <w:tcPr>
            <w:tcW w:w="2880" w:type="dxa"/>
          </w:tcPr>
          <w:p w14:paraId="6E5F328A" w14:textId="77777777" w:rsidR="004D342C" w:rsidRDefault="00000000">
            <w:pPr>
              <w:spacing w:before="20" w:after="20"/>
              <w:ind w:firstLine="0"/>
            </w:pPr>
            <w:r>
              <w:rPr>
                <w:sz w:val="16"/>
              </w:rPr>
              <w:t>WEIGHT EU15</w:t>
            </w:r>
          </w:p>
        </w:tc>
        <w:tc>
          <w:tcPr>
            <w:tcW w:w="3456" w:type="dxa"/>
          </w:tcPr>
          <w:p w14:paraId="5522CC1F" w14:textId="77777777" w:rsidR="004D342C" w:rsidRDefault="00000000">
            <w:pPr>
              <w:spacing w:before="20" w:after="20"/>
              <w:ind w:firstLine="0"/>
            </w:pPr>
            <w:r>
              <w:rPr>
                <w:sz w:val="16"/>
              </w:rPr>
              <w:t>continuous survey weight (no value labels)</w:t>
            </w:r>
          </w:p>
        </w:tc>
        <w:tc>
          <w:tcPr>
            <w:tcW w:w="648" w:type="dxa"/>
          </w:tcPr>
          <w:p w14:paraId="32FDA1FF" w14:textId="77777777" w:rsidR="004D342C" w:rsidRDefault="00000000">
            <w:pPr>
              <w:spacing w:before="20" w:after="20"/>
              <w:ind w:firstLine="0"/>
              <w:jc w:val="right"/>
            </w:pPr>
            <w:r>
              <w:rPr>
                <w:sz w:val="16"/>
              </w:rPr>
              <w:t>59</w:t>
            </w:r>
          </w:p>
        </w:tc>
      </w:tr>
      <w:tr w:rsidR="004D342C" w14:paraId="3C935BFF" w14:textId="77777777">
        <w:trPr>
          <w:cantSplit/>
          <w:jc w:val="center"/>
        </w:trPr>
        <w:tc>
          <w:tcPr>
            <w:tcW w:w="1944" w:type="dxa"/>
          </w:tcPr>
          <w:p w14:paraId="7629943A" w14:textId="77777777" w:rsidR="004D342C" w:rsidRDefault="00000000">
            <w:pPr>
              <w:spacing w:before="20" w:after="20"/>
              <w:ind w:firstLine="0"/>
            </w:pPr>
            <w:r>
              <w:rPr>
                <w:sz w:val="16"/>
              </w:rPr>
              <w:t>weightEU1995</w:t>
            </w:r>
          </w:p>
        </w:tc>
        <w:tc>
          <w:tcPr>
            <w:tcW w:w="2880" w:type="dxa"/>
          </w:tcPr>
          <w:p w14:paraId="342865C3" w14:textId="77777777" w:rsidR="004D342C" w:rsidRDefault="00000000">
            <w:pPr>
              <w:spacing w:before="20" w:after="20"/>
              <w:ind w:firstLine="0"/>
            </w:pPr>
            <w:r>
              <w:rPr>
                <w:sz w:val="16"/>
              </w:rPr>
              <w:t>WEIGHT EU NMS 3</w:t>
            </w:r>
          </w:p>
        </w:tc>
        <w:tc>
          <w:tcPr>
            <w:tcW w:w="3456" w:type="dxa"/>
          </w:tcPr>
          <w:p w14:paraId="0CD4CAE0" w14:textId="77777777" w:rsidR="004D342C" w:rsidRDefault="00000000">
            <w:pPr>
              <w:spacing w:before="20" w:after="20"/>
              <w:ind w:firstLine="0"/>
            </w:pPr>
            <w:r>
              <w:rPr>
                <w:sz w:val="16"/>
              </w:rPr>
              <w:t>continuous survey weight (no value labels)</w:t>
            </w:r>
          </w:p>
        </w:tc>
        <w:tc>
          <w:tcPr>
            <w:tcW w:w="648" w:type="dxa"/>
          </w:tcPr>
          <w:p w14:paraId="5A77AF77" w14:textId="77777777" w:rsidR="004D342C" w:rsidRDefault="00000000">
            <w:pPr>
              <w:spacing w:before="20" w:after="20"/>
              <w:ind w:firstLine="0"/>
              <w:jc w:val="right"/>
            </w:pPr>
            <w:r>
              <w:rPr>
                <w:sz w:val="16"/>
              </w:rPr>
              <w:t>58</w:t>
            </w:r>
          </w:p>
        </w:tc>
      </w:tr>
      <w:tr w:rsidR="004D342C" w14:paraId="58EE2F30" w14:textId="77777777">
        <w:trPr>
          <w:cantSplit/>
          <w:jc w:val="center"/>
        </w:trPr>
        <w:tc>
          <w:tcPr>
            <w:tcW w:w="1944" w:type="dxa"/>
          </w:tcPr>
          <w:p w14:paraId="7C3D1176" w14:textId="77777777" w:rsidR="004D342C" w:rsidRDefault="00000000">
            <w:pPr>
              <w:spacing w:before="20" w:after="20"/>
              <w:ind w:firstLine="0"/>
            </w:pPr>
            <w:r>
              <w:rPr>
                <w:sz w:val="16"/>
              </w:rPr>
              <w:t>region</w:t>
            </w:r>
          </w:p>
        </w:tc>
        <w:tc>
          <w:tcPr>
            <w:tcW w:w="2880" w:type="dxa"/>
          </w:tcPr>
          <w:p w14:paraId="4DD3D52D" w14:textId="77777777" w:rsidR="004D342C" w:rsidRDefault="00000000">
            <w:pPr>
              <w:spacing w:before="20" w:after="20"/>
              <w:ind w:firstLine="0"/>
            </w:pPr>
            <w:r>
              <w:rPr>
                <w:sz w:val="16"/>
              </w:rPr>
              <w:t>P7 REGIONS (ALL COUNTRIES)</w:t>
            </w:r>
          </w:p>
        </w:tc>
        <w:tc>
          <w:tcPr>
            <w:tcW w:w="3456" w:type="dxa"/>
          </w:tcPr>
          <w:p w14:paraId="52A5FC2F" w14:textId="77777777" w:rsidR="004D342C" w:rsidRDefault="00000000">
            <w:pPr>
              <w:spacing w:before="20" w:after="20"/>
              <w:ind w:firstLine="0"/>
            </w:pPr>
            <w:r>
              <w:rPr>
                <w:sz w:val="16"/>
              </w:rPr>
              <w:t>0 NA / 1 (country specific) / 2 (country specific) / 3 (country specific) / 4 (country specific) / 5 (country specific) / 6 (country specific) / 7 (co</w:t>
            </w:r>
          </w:p>
        </w:tc>
        <w:tc>
          <w:tcPr>
            <w:tcW w:w="648" w:type="dxa"/>
          </w:tcPr>
          <w:p w14:paraId="44C872F0" w14:textId="77777777" w:rsidR="004D342C" w:rsidRDefault="00000000">
            <w:pPr>
              <w:spacing w:before="20" w:after="20"/>
              <w:ind w:firstLine="0"/>
              <w:jc w:val="right"/>
            </w:pPr>
            <w:r>
              <w:rPr>
                <w:sz w:val="16"/>
              </w:rPr>
              <w:t>59</w:t>
            </w:r>
          </w:p>
        </w:tc>
      </w:tr>
      <w:tr w:rsidR="004D342C" w14:paraId="5BE67344" w14:textId="77777777">
        <w:trPr>
          <w:cantSplit/>
          <w:jc w:val="center"/>
        </w:trPr>
        <w:tc>
          <w:tcPr>
            <w:tcW w:w="1944" w:type="dxa"/>
          </w:tcPr>
          <w:p w14:paraId="449521A6" w14:textId="77777777" w:rsidR="004D342C" w:rsidRDefault="00000000">
            <w:pPr>
              <w:spacing w:before="20" w:after="20"/>
              <w:ind w:firstLine="0"/>
            </w:pPr>
            <w:r>
              <w:rPr>
                <w:sz w:val="16"/>
              </w:rPr>
              <w:t>regionbe</w:t>
            </w:r>
          </w:p>
        </w:tc>
        <w:tc>
          <w:tcPr>
            <w:tcW w:w="2880" w:type="dxa"/>
          </w:tcPr>
          <w:p w14:paraId="2838B5A6" w14:textId="77777777" w:rsidR="004D342C" w:rsidRDefault="00000000">
            <w:pPr>
              <w:spacing w:before="20" w:after="20"/>
              <w:ind w:firstLine="0"/>
            </w:pPr>
            <w:r>
              <w:rPr>
                <w:sz w:val="16"/>
              </w:rPr>
              <w:t>REGION BELGIUM</w:t>
            </w:r>
          </w:p>
        </w:tc>
        <w:tc>
          <w:tcPr>
            <w:tcW w:w="3456" w:type="dxa"/>
          </w:tcPr>
          <w:p w14:paraId="229D5AB4" w14:textId="77777777" w:rsidR="004D342C" w:rsidRDefault="00000000">
            <w:pPr>
              <w:spacing w:before="20" w:after="20"/>
              <w:ind w:firstLine="0"/>
            </w:pPr>
            <w:r>
              <w:rPr>
                <w:sz w:val="16"/>
              </w:rPr>
              <w:t>1 Reg. Wallonne / 2 Reg. de Bruxelles-Capitale / BHG / 3 Vlaams Gewest / 4 4 / 5 5 / 6 6 / 7 7 / 8 8 / 9 9 / 10 10 / 11 11</w:t>
            </w:r>
          </w:p>
        </w:tc>
        <w:tc>
          <w:tcPr>
            <w:tcW w:w="648" w:type="dxa"/>
          </w:tcPr>
          <w:p w14:paraId="09AD641D" w14:textId="77777777" w:rsidR="004D342C" w:rsidRDefault="00000000">
            <w:pPr>
              <w:spacing w:before="20" w:after="20"/>
              <w:ind w:firstLine="0"/>
              <w:jc w:val="right"/>
            </w:pPr>
            <w:r>
              <w:rPr>
                <w:sz w:val="16"/>
              </w:rPr>
              <w:t>69</w:t>
            </w:r>
          </w:p>
        </w:tc>
      </w:tr>
      <w:tr w:rsidR="004D342C" w14:paraId="53DB169B" w14:textId="77777777">
        <w:trPr>
          <w:cantSplit/>
          <w:jc w:val="center"/>
        </w:trPr>
        <w:tc>
          <w:tcPr>
            <w:tcW w:w="1944" w:type="dxa"/>
          </w:tcPr>
          <w:p w14:paraId="32E0E387" w14:textId="77777777" w:rsidR="004D342C" w:rsidRDefault="00000000">
            <w:pPr>
              <w:spacing w:before="20" w:after="20"/>
              <w:ind w:firstLine="0"/>
            </w:pPr>
            <w:r>
              <w:rPr>
                <w:sz w:val="16"/>
              </w:rPr>
              <w:t>regiones</w:t>
            </w:r>
          </w:p>
        </w:tc>
        <w:tc>
          <w:tcPr>
            <w:tcW w:w="2880" w:type="dxa"/>
          </w:tcPr>
          <w:p w14:paraId="78857420" w14:textId="77777777" w:rsidR="004D342C" w:rsidRDefault="00000000">
            <w:pPr>
              <w:spacing w:before="20" w:after="20"/>
              <w:ind w:firstLine="0"/>
            </w:pPr>
            <w:r>
              <w:rPr>
                <w:sz w:val="16"/>
              </w:rPr>
              <w:t>REGION SPAIN (seven-group NUTS-1 scheme)</w:t>
            </w:r>
          </w:p>
        </w:tc>
        <w:tc>
          <w:tcPr>
            <w:tcW w:w="3456" w:type="dxa"/>
          </w:tcPr>
          <w:p w14:paraId="32C4F7C5" w14:textId="77777777" w:rsidR="004D342C" w:rsidRDefault="00000000">
            <w:pPr>
              <w:spacing w:before="20" w:after="20"/>
              <w:ind w:firstLine="0"/>
            </w:pPr>
            <w:r>
              <w:rPr>
                <w:sz w:val="16"/>
              </w:rPr>
              <w:t xml:space="preserve">1 Noroeste / 2 Noreste / 3 Comunidad de Madrid / 4 Centro / 5 Este / 6 Sur / 7 Canarias (the seventeen-community schemes are regiones2 and regiones3)</w:t>
            </w:r>
          </w:p>
        </w:tc>
        <w:tc>
          <w:tcPr>
            <w:tcW w:w="648" w:type="dxa"/>
          </w:tcPr>
          <w:p w14:paraId="49621C0E" w14:textId="77777777" w:rsidR="004D342C" w:rsidRDefault="00000000">
            <w:pPr>
              <w:spacing w:before="20" w:after="20"/>
              <w:ind w:firstLine="0"/>
              <w:jc w:val="right"/>
            </w:pPr>
            <w:r>
              <w:rPr>
                <w:sz w:val="16"/>
              </w:rPr>
              <w:t>55</w:t>
            </w:r>
          </w:p>
        </w:tc>
      </w:tr>
      <w:tr w:rsidR="004D342C" w14:paraId="37AC9FCD" w14:textId="77777777">
        <w:trPr>
          <w:cantSplit/>
          <w:jc w:val="center"/>
        </w:trPr>
        <w:tc>
          <w:tcPr>
            <w:tcW w:w="1944" w:type="dxa"/>
          </w:tcPr>
          <w:p w14:paraId="16FF2A21" w14:textId="77777777" w:rsidR="004D342C" w:rsidRDefault="00000000">
            <w:pPr>
              <w:spacing w:before="20" w:after="20"/>
              <w:ind w:firstLine="0"/>
            </w:pPr>
            <w:r>
              <w:rPr>
                <w:sz w:val="16"/>
              </w:rPr>
              <w:t>regionuk</w:t>
            </w:r>
          </w:p>
        </w:tc>
        <w:tc>
          <w:tcPr>
            <w:tcW w:w="2880" w:type="dxa"/>
          </w:tcPr>
          <w:p w14:paraId="55FFE417" w14:textId="77777777" w:rsidR="004D342C" w:rsidRDefault="00000000">
            <w:pPr>
              <w:spacing w:before="20" w:after="20"/>
              <w:ind w:firstLine="0"/>
            </w:pPr>
            <w:r>
              <w:rPr>
                <w:sz w:val="16"/>
              </w:rPr>
              <w:t>REGION UNITED KINGDOM</w:t>
            </w:r>
          </w:p>
        </w:tc>
        <w:tc>
          <w:tcPr>
            <w:tcW w:w="3456" w:type="dxa"/>
          </w:tcPr>
          <w:p w14:paraId="54DE37B9" w14:textId="77777777" w:rsidR="004D342C" w:rsidRDefault="00000000">
            <w:pPr>
              <w:spacing w:before="20" w:after="20"/>
              <w:ind w:firstLine="0"/>
            </w:pPr>
            <w:r>
              <w:rPr>
                <w:sz w:val="16"/>
              </w:rPr>
              <w:t xml:space="preserve">1 Scotland / 2 North East ETC / 3 East Midlands ETC / 4 Wales / 5 Southeast and London / 6 Southwest / 7 Northern Ireland / 8 8 / 9 9 / 10 10 / 11 11 </w:t>
            </w:r>
          </w:p>
        </w:tc>
        <w:tc>
          <w:tcPr>
            <w:tcW w:w="648" w:type="dxa"/>
          </w:tcPr>
          <w:p w14:paraId="6C0C873A" w14:textId="77777777" w:rsidR="004D342C" w:rsidRDefault="00000000">
            <w:pPr>
              <w:spacing w:before="20" w:after="20"/>
              <w:ind w:firstLine="0"/>
              <w:jc w:val="right"/>
            </w:pPr>
            <w:r>
              <w:rPr>
                <w:sz w:val="16"/>
              </w:rPr>
              <w:t>57</w:t>
            </w:r>
          </w:p>
        </w:tc>
      </w:tr>
      <w:tr w:rsidR="004D342C" w14:paraId="6B800483" w14:textId="77777777">
        <w:trPr>
          <w:cantSplit/>
          <w:jc w:val="center"/>
        </w:trPr>
        <w:tc>
          <w:tcPr>
            <w:tcW w:w="1944" w:type="dxa"/>
          </w:tcPr>
          <w:p w14:paraId="747B4C51" w14:textId="77777777" w:rsidR="004D342C" w:rsidRDefault="00000000">
            <w:pPr>
              <w:spacing w:before="20" w:after="20"/>
              <w:ind w:firstLine="0"/>
            </w:pPr>
            <w:r>
              <w:rPr>
                <w:sz w:val="16"/>
              </w:rPr>
              <w:t>weightEU2004</w:t>
            </w:r>
          </w:p>
        </w:tc>
        <w:tc>
          <w:tcPr>
            <w:tcW w:w="2880" w:type="dxa"/>
          </w:tcPr>
          <w:p w14:paraId="392BBF41" w14:textId="77777777" w:rsidR="004D342C" w:rsidRDefault="00000000">
            <w:pPr>
              <w:spacing w:before="20" w:after="20"/>
              <w:ind w:firstLine="0"/>
            </w:pPr>
            <w:r>
              <w:rPr>
                <w:sz w:val="16"/>
              </w:rPr>
              <w:t>WEIGHT EU NMS 10</w:t>
            </w:r>
          </w:p>
        </w:tc>
        <w:tc>
          <w:tcPr>
            <w:tcW w:w="3456" w:type="dxa"/>
          </w:tcPr>
          <w:p w14:paraId="5E54F5F5" w14:textId="77777777" w:rsidR="004D342C" w:rsidRDefault="00000000">
            <w:pPr>
              <w:spacing w:before="20" w:after="20"/>
              <w:ind w:firstLine="0"/>
            </w:pPr>
            <w:r>
              <w:rPr>
                <w:sz w:val="16"/>
              </w:rPr>
              <w:t>continuous survey weight (no value labels)</w:t>
            </w:r>
          </w:p>
        </w:tc>
        <w:tc>
          <w:tcPr>
            <w:tcW w:w="648" w:type="dxa"/>
          </w:tcPr>
          <w:p w14:paraId="7C6C8D92" w14:textId="77777777" w:rsidR="004D342C" w:rsidRDefault="00000000">
            <w:pPr>
              <w:spacing w:before="20" w:after="20"/>
              <w:ind w:firstLine="0"/>
              <w:jc w:val="right"/>
            </w:pPr>
            <w:r>
              <w:rPr>
                <w:sz w:val="16"/>
              </w:rPr>
              <w:t>36</w:t>
            </w:r>
          </w:p>
        </w:tc>
      </w:tr>
      <w:tr w:rsidR="004D342C" w14:paraId="1073251C" w14:textId="77777777">
        <w:trPr>
          <w:cantSplit/>
          <w:jc w:val="center"/>
        </w:trPr>
        <w:tc>
          <w:tcPr>
            <w:tcW w:w="1944" w:type="dxa"/>
          </w:tcPr>
          <w:p w14:paraId="2939F3C7" w14:textId="77777777" w:rsidR="004D342C" w:rsidRDefault="00000000">
            <w:pPr>
              <w:spacing w:before="20" w:after="20"/>
              <w:ind w:firstLine="0"/>
            </w:pPr>
            <w:r>
              <w:rPr>
                <w:sz w:val="16"/>
              </w:rPr>
              <w:t>weightEU25</w:t>
            </w:r>
          </w:p>
        </w:tc>
        <w:tc>
          <w:tcPr>
            <w:tcW w:w="2880" w:type="dxa"/>
          </w:tcPr>
          <w:p w14:paraId="2F49D935" w14:textId="77777777" w:rsidR="004D342C" w:rsidRDefault="00000000">
            <w:pPr>
              <w:spacing w:before="20" w:after="20"/>
              <w:ind w:firstLine="0"/>
            </w:pPr>
            <w:r>
              <w:rPr>
                <w:sz w:val="16"/>
              </w:rPr>
              <w:t>WEIGHT EU25</w:t>
            </w:r>
          </w:p>
        </w:tc>
        <w:tc>
          <w:tcPr>
            <w:tcW w:w="3456" w:type="dxa"/>
          </w:tcPr>
          <w:p w14:paraId="3F1E9DC5" w14:textId="77777777" w:rsidR="004D342C" w:rsidRDefault="00000000">
            <w:pPr>
              <w:spacing w:before="20" w:after="20"/>
              <w:ind w:firstLine="0"/>
            </w:pPr>
            <w:r>
              <w:rPr>
                <w:sz w:val="16"/>
              </w:rPr>
              <w:t>continuous survey weight (no value labels)</w:t>
            </w:r>
          </w:p>
        </w:tc>
        <w:tc>
          <w:tcPr>
            <w:tcW w:w="648" w:type="dxa"/>
          </w:tcPr>
          <w:p w14:paraId="14976E67" w14:textId="77777777" w:rsidR="004D342C" w:rsidRDefault="00000000">
            <w:pPr>
              <w:spacing w:before="20" w:after="20"/>
              <w:ind w:firstLine="0"/>
              <w:jc w:val="right"/>
            </w:pPr>
            <w:r>
              <w:rPr>
                <w:sz w:val="16"/>
              </w:rPr>
              <w:t>36</w:t>
            </w:r>
          </w:p>
        </w:tc>
      </w:tr>
      <w:tr w:rsidR="004D342C" w14:paraId="47F7A6B4" w14:textId="77777777">
        <w:trPr>
          <w:cantSplit/>
          <w:jc w:val="center"/>
        </w:trPr>
        <w:tc>
          <w:tcPr>
            <w:tcW w:w="1944" w:type="dxa"/>
          </w:tcPr>
          <w:p w14:paraId="2C6365C9" w14:textId="77777777" w:rsidR="004D342C" w:rsidRDefault="00000000">
            <w:pPr>
              <w:spacing w:before="20" w:after="20"/>
              <w:ind w:firstLine="0"/>
            </w:pPr>
            <w:r>
              <w:rPr>
                <w:sz w:val="16"/>
              </w:rPr>
              <w:t>weightEurozone</w:t>
            </w:r>
          </w:p>
        </w:tc>
        <w:tc>
          <w:tcPr>
            <w:tcW w:w="2880" w:type="dxa"/>
          </w:tcPr>
          <w:p w14:paraId="7C4495D9" w14:textId="77777777" w:rsidR="004D342C" w:rsidRDefault="00000000">
            <w:pPr>
              <w:spacing w:before="20" w:after="20"/>
              <w:ind w:firstLine="0"/>
            </w:pPr>
            <w:r>
              <w:rPr>
                <w:sz w:val="16"/>
              </w:rPr>
              <w:t>WEIGHT EURO ZONE 16</w:t>
            </w:r>
          </w:p>
        </w:tc>
        <w:tc>
          <w:tcPr>
            <w:tcW w:w="3456" w:type="dxa"/>
          </w:tcPr>
          <w:p w14:paraId="6E35B11F" w14:textId="77777777" w:rsidR="004D342C" w:rsidRDefault="00000000">
            <w:pPr>
              <w:spacing w:before="20" w:after="20"/>
              <w:ind w:firstLine="0"/>
            </w:pPr>
            <w:r>
              <w:rPr>
                <w:sz w:val="16"/>
              </w:rPr>
              <w:t>continuous survey weight (no value labels)</w:t>
            </w:r>
          </w:p>
        </w:tc>
        <w:tc>
          <w:tcPr>
            <w:tcW w:w="648" w:type="dxa"/>
          </w:tcPr>
          <w:p w14:paraId="1CD8E5E1" w14:textId="77777777" w:rsidR="004D342C" w:rsidRDefault="00000000">
            <w:pPr>
              <w:spacing w:before="20" w:after="20"/>
              <w:ind w:firstLine="0"/>
              <w:jc w:val="right"/>
            </w:pPr>
            <w:r>
              <w:rPr>
                <w:sz w:val="16"/>
              </w:rPr>
              <w:t>33</w:t>
            </w:r>
          </w:p>
        </w:tc>
      </w:tr>
      <w:tr w:rsidR="004D342C" w14:paraId="14110720" w14:textId="77777777">
        <w:trPr>
          <w:cantSplit/>
          <w:jc w:val="center"/>
        </w:trPr>
        <w:tc>
          <w:tcPr>
            <w:tcW w:w="1944" w:type="dxa"/>
          </w:tcPr>
          <w:p w14:paraId="02C3298D" w14:textId="77777777" w:rsidR="004D342C" w:rsidRDefault="00000000">
            <w:pPr>
              <w:spacing w:before="20" w:after="20"/>
              <w:ind w:firstLine="0"/>
            </w:pPr>
            <w:r>
              <w:rPr>
                <w:sz w:val="16"/>
              </w:rPr>
              <w:t>weightEU27</w:t>
            </w:r>
          </w:p>
        </w:tc>
        <w:tc>
          <w:tcPr>
            <w:tcW w:w="2880" w:type="dxa"/>
          </w:tcPr>
          <w:p w14:paraId="141DB7C1" w14:textId="77777777" w:rsidR="004D342C" w:rsidRDefault="00000000">
            <w:pPr>
              <w:spacing w:before="20" w:after="20"/>
              <w:ind w:firstLine="0"/>
            </w:pPr>
            <w:r>
              <w:rPr>
                <w:sz w:val="16"/>
              </w:rPr>
              <w:t>WEIGHT EU27</w:t>
            </w:r>
          </w:p>
        </w:tc>
        <w:tc>
          <w:tcPr>
            <w:tcW w:w="3456" w:type="dxa"/>
          </w:tcPr>
          <w:p w14:paraId="531F1D10" w14:textId="77777777" w:rsidR="004D342C" w:rsidRDefault="00000000">
            <w:pPr>
              <w:spacing w:before="20" w:after="20"/>
              <w:ind w:firstLine="0"/>
            </w:pPr>
            <w:r>
              <w:rPr>
                <w:sz w:val="16"/>
              </w:rPr>
              <w:t>continuous survey weight (no value labels)</w:t>
            </w:r>
          </w:p>
        </w:tc>
        <w:tc>
          <w:tcPr>
            <w:tcW w:w="648" w:type="dxa"/>
          </w:tcPr>
          <w:p w14:paraId="6BAAD743" w14:textId="77777777" w:rsidR="004D342C" w:rsidRDefault="00000000">
            <w:pPr>
              <w:spacing w:before="20" w:after="20"/>
              <w:ind w:firstLine="0"/>
              <w:jc w:val="right"/>
            </w:pPr>
            <w:r>
              <w:rPr>
                <w:sz w:val="16"/>
              </w:rPr>
              <w:t>29</w:t>
            </w:r>
          </w:p>
        </w:tc>
      </w:tr>
      <w:tr w:rsidR="004D342C" w14:paraId="0CBA860C" w14:textId="77777777">
        <w:trPr>
          <w:cantSplit/>
          <w:jc w:val="center"/>
        </w:trPr>
        <w:tc>
          <w:tcPr>
            <w:tcW w:w="1944" w:type="dxa"/>
          </w:tcPr>
          <w:p w14:paraId="6C4B0BBF" w14:textId="77777777" w:rsidR="004D342C" w:rsidRDefault="00000000">
            <w:pPr>
              <w:spacing w:before="20" w:after="20"/>
              <w:ind w:firstLine="0"/>
            </w:pPr>
            <w:r>
              <w:rPr>
                <w:sz w:val="16"/>
              </w:rPr>
              <w:t>weightcandidatecountries</w:t>
            </w:r>
          </w:p>
        </w:tc>
        <w:tc>
          <w:tcPr>
            <w:tcW w:w="2880" w:type="dxa"/>
          </w:tcPr>
          <w:p w14:paraId="160E9646" w14:textId="77777777" w:rsidR="004D342C" w:rsidRDefault="00000000">
            <w:pPr>
              <w:spacing w:before="20" w:after="20"/>
              <w:ind w:firstLine="0"/>
            </w:pPr>
            <w:r>
              <w:rPr>
                <w:sz w:val="16"/>
              </w:rPr>
              <w:t>W19 WEIGHT CANDIDATE COUNTRIES (TR HR)</w:t>
            </w:r>
          </w:p>
        </w:tc>
        <w:tc>
          <w:tcPr>
            <w:tcW w:w="3456" w:type="dxa"/>
          </w:tcPr>
          <w:p w14:paraId="48A7C6E2" w14:textId="77777777" w:rsidR="004D342C" w:rsidRDefault="00000000">
            <w:pPr>
              <w:spacing w:before="20" w:after="20"/>
              <w:ind w:firstLine="0"/>
            </w:pPr>
            <w:r>
              <w:rPr>
                <w:sz w:val="16"/>
              </w:rPr>
              <w:t>continuous survey weight (no value labels)</w:t>
            </w:r>
          </w:p>
        </w:tc>
        <w:tc>
          <w:tcPr>
            <w:tcW w:w="648" w:type="dxa"/>
          </w:tcPr>
          <w:p w14:paraId="6785A291" w14:textId="77777777" w:rsidR="004D342C" w:rsidRDefault="00000000">
            <w:pPr>
              <w:spacing w:before="20" w:after="20"/>
              <w:ind w:firstLine="0"/>
              <w:jc w:val="right"/>
            </w:pPr>
            <w:r>
              <w:rPr>
                <w:sz w:val="16"/>
              </w:rPr>
              <w:t>15</w:t>
            </w:r>
          </w:p>
        </w:tc>
      </w:tr>
      <w:tr w:rsidR="004D342C" w14:paraId="7ACC2511" w14:textId="77777777">
        <w:trPr>
          <w:cantSplit/>
          <w:jc w:val="center"/>
        </w:trPr>
        <w:tc>
          <w:tcPr>
            <w:tcW w:w="1944" w:type="dxa"/>
          </w:tcPr>
          <w:p w14:paraId="2000A1A3" w14:textId="77777777" w:rsidR="004D342C" w:rsidRDefault="00000000">
            <w:pPr>
              <w:spacing w:before="20" w:after="20"/>
              <w:ind w:firstLine="0"/>
            </w:pPr>
            <w:r>
              <w:rPr>
                <w:sz w:val="16"/>
              </w:rPr>
              <w:t>regiones2</w:t>
            </w:r>
          </w:p>
        </w:tc>
        <w:tc>
          <w:tcPr>
            <w:tcW w:w="2880" w:type="dxa"/>
          </w:tcPr>
          <w:p w14:paraId="5345AE53" w14:textId="77777777" w:rsidR="004D342C" w:rsidRDefault="00000000">
            <w:pPr>
              <w:spacing w:before="20" w:after="20"/>
              <w:ind w:firstLine="0"/>
            </w:pPr>
            <w:r>
              <w:rPr>
                <w:sz w:val="16"/>
              </w:rPr>
              <w:t>REGION SPAIN (seventeen autonomous communities, NUTS-2 order)</w:t>
            </w:r>
          </w:p>
        </w:tc>
        <w:tc>
          <w:tcPr>
            <w:tcW w:w="3456" w:type="dxa"/>
          </w:tcPr>
          <w:p w14:paraId="333D8443" w14:textId="77777777" w:rsidR="004D342C" w:rsidRDefault="00000000">
            <w:pPr>
              <w:spacing w:before="20" w:after="20"/>
              <w:ind w:firstLine="0"/>
            </w:pPr>
            <w:r>
              <w:rPr>
                <w:sz w:val="16"/>
              </w:rPr>
              <w:t>1 ES11 Galicia through 17 ES70 Canarias, in the archive's own NUTS-2 order</w:t>
            </w:r>
          </w:p>
        </w:tc>
        <w:tc>
          <w:tcPr>
            <w:tcW w:w="648" w:type="dxa"/>
          </w:tcPr>
          <w:p w14:paraId="5A07DD93" w14:textId="77777777" w:rsidR="004D342C" w:rsidRDefault="00000000">
            <w:pPr>
              <w:spacing w:before="20" w:after="20"/>
              <w:ind w:firstLine="0"/>
              <w:jc w:val="right"/>
            </w:pPr>
            <w:r>
              <w:rPr>
                <w:sz w:val="16"/>
              </w:rPr>
              <w:t>14</w:t>
            </w:r>
          </w:p>
        </w:tc>
      </w:tr>
      <w:tr w:rsidR="004D342C" w14:paraId="7E4345D4" w14:textId="77777777">
        <w:trPr>
          <w:cantSplit/>
          <w:jc w:val="center"/>
        </w:trPr>
        <w:tc>
          <w:tcPr>
            <w:tcW w:w="1944" w:type="dxa"/>
          </w:tcPr>
          <w:p w14:paraId="6AB52704" w14:textId="77777777" w:rsidR="004D342C" w:rsidRDefault="00000000">
            <w:pPr>
              <w:spacing w:before="20" w:after="20"/>
              <w:ind w:firstLine="0"/>
            </w:pPr>
            <w:r>
              <w:rPr>
                <w:sz w:val="16"/>
              </w:rPr>
              <w:t>weightstandardized</w:t>
            </w:r>
          </w:p>
        </w:tc>
        <w:tc>
          <w:tcPr>
            <w:tcW w:w="2880" w:type="dxa"/>
          </w:tcPr>
          <w:p w14:paraId="42A6A82F" w14:textId="77777777" w:rsidR="004D342C" w:rsidRDefault="00000000">
            <w:pPr>
              <w:spacing w:before="20" w:after="20"/>
              <w:ind w:firstLine="0"/>
            </w:pPr>
            <w:r>
              <w:rPr>
                <w:sz w:val="16"/>
              </w:rPr>
              <w:t>weight adjusted to standard size</w:t>
            </w:r>
          </w:p>
        </w:tc>
        <w:tc>
          <w:tcPr>
            <w:tcW w:w="3456" w:type="dxa"/>
          </w:tcPr>
          <w:p w14:paraId="0E8EE3DA" w14:textId="77777777" w:rsidR="004D342C" w:rsidRDefault="00000000">
            <w:pPr>
              <w:spacing w:before="20" w:after="20"/>
              <w:ind w:firstLine="0"/>
            </w:pPr>
            <w:r>
              <w:rPr>
                <w:sz w:val="16"/>
              </w:rPr>
              <w:t>continuous survey weight (no value labels)</w:t>
            </w:r>
          </w:p>
        </w:tc>
        <w:tc>
          <w:tcPr>
            <w:tcW w:w="648" w:type="dxa"/>
          </w:tcPr>
          <w:p w14:paraId="1AC7CE55" w14:textId="77777777" w:rsidR="004D342C" w:rsidRDefault="00000000">
            <w:pPr>
              <w:spacing w:before="20" w:after="20"/>
              <w:ind w:firstLine="0"/>
              <w:jc w:val="right"/>
            </w:pPr>
            <w:r>
              <w:rPr>
                <w:sz w:val="16"/>
              </w:rPr>
              <w:t>12</w:t>
            </w:r>
          </w:p>
        </w:tc>
      </w:tr>
      <w:tr w:rsidR="004D342C" w14:paraId="0CEFD101" w14:textId="77777777">
        <w:trPr>
          <w:cantSplit/>
          <w:jc w:val="center"/>
        </w:trPr>
        <w:tc>
          <w:tcPr>
            <w:tcW w:w="1944" w:type="dxa"/>
          </w:tcPr>
          <w:p w14:paraId="75DAC3A2" w14:textId="77777777" w:rsidR="004D342C" w:rsidRDefault="00000000">
            <w:pPr>
              <w:spacing w:before="20" w:after="20"/>
              <w:ind w:firstLine="0"/>
            </w:pPr>
            <w:r>
              <w:rPr>
                <w:sz w:val="16"/>
              </w:rPr>
              <w:t>weightEU29</w:t>
            </w:r>
          </w:p>
        </w:tc>
        <w:tc>
          <w:tcPr>
            <w:tcW w:w="2880" w:type="dxa"/>
          </w:tcPr>
          <w:p w14:paraId="64901429" w14:textId="77777777" w:rsidR="004D342C" w:rsidRDefault="00000000">
            <w:pPr>
              <w:spacing w:before="20" w:after="20"/>
              <w:ind w:firstLine="0"/>
            </w:pPr>
            <w:r>
              <w:rPr>
                <w:sz w:val="16"/>
              </w:rPr>
              <w:t>W16 WEIGHT EURO 29 (EURO 25 + AC/CC 4)</w:t>
            </w:r>
          </w:p>
        </w:tc>
        <w:tc>
          <w:tcPr>
            <w:tcW w:w="3456" w:type="dxa"/>
          </w:tcPr>
          <w:p w14:paraId="066261E8" w14:textId="77777777" w:rsidR="004D342C" w:rsidRDefault="00000000">
            <w:pPr>
              <w:spacing w:before="20" w:after="20"/>
              <w:ind w:firstLine="0"/>
            </w:pPr>
            <w:r>
              <w:rPr>
                <w:sz w:val="16"/>
              </w:rPr>
              <w:t>continuous survey weight (no value labels)</w:t>
            </w:r>
          </w:p>
        </w:tc>
        <w:tc>
          <w:tcPr>
            <w:tcW w:w="648" w:type="dxa"/>
          </w:tcPr>
          <w:p w14:paraId="0752C22C" w14:textId="77777777" w:rsidR="004D342C" w:rsidRDefault="00000000">
            <w:pPr>
              <w:spacing w:before="20" w:after="20"/>
              <w:ind w:firstLine="0"/>
              <w:jc w:val="right"/>
            </w:pPr>
            <w:r>
              <w:rPr>
                <w:sz w:val="16"/>
              </w:rPr>
              <w:t>7</w:t>
            </w:r>
          </w:p>
        </w:tc>
      </w:tr>
      <w:tr w:rsidR="004D342C" w14:paraId="7ACC2511" w14:textId="77777777">
        <w:trPr>
          <w:cantSplit/>
          <w:jc w:val="center"/>
        </w:trPr>
        <w:tc>
          <w:tcPr>
            <w:tcW w:w="1944" w:type="dxa"/>
          </w:tcPr>
          <w:p w14:paraId="2000A1A3" w14:textId="77777777" w:rsidR="004D342C" w:rsidRDefault="00000000">
            <w:pPr>
              <w:spacing w:before="20" w:after="20"/>
              <w:ind w:firstLine="0"/>
            </w:pPr>
            <w:r>
              <w:rPr>
                <w:sz w:val="16"/>
              </w:rPr>
              <w:t>regiones3</w:t>
            </w:r>
          </w:p>
        </w:tc>
        <w:tc>
          <w:tcPr>
            <w:tcW w:w="2880" w:type="dxa"/>
          </w:tcPr>
          <w:p w14:paraId="5345AE53" w14:textId="77777777" w:rsidR="004D342C" w:rsidRDefault="00000000">
            <w:pPr>
              <w:spacing w:before="20" w:after="20"/>
              <w:ind w:firstLine="0"/>
            </w:pPr>
            <w:r>
              <w:rPr>
                <w:sz w:val="16"/>
              </w:rPr>
              <w:t>REGION SPAIN (seventeen autonomous communities, alphabetical)</w:t>
            </w:r>
          </w:p>
        </w:tc>
        <w:tc>
          <w:tcPr>
            <w:tcW w:w="3456" w:type="dxa"/>
          </w:tcPr>
          <w:p w14:paraId="333D8443" w14:textId="77777777" w:rsidR="004D342C" w:rsidRDefault="00000000">
            <w:pPr>
              <w:spacing w:before="20" w:after="20"/>
              <w:ind w:firstLine="0"/>
            </w:pPr>
            <w:r>
              <w:rPr>
                <w:sz w:val="16"/>
              </w:rPr>
              <w:t>1 Andalucia / 2 Aragon / 3 Asturias / 4 Baleares / 5 Canarias / 6 Cantabria / 7 Castilla-La Mancha / 8 Castilla-Leon / 9 Cataluna / 10 Extremadura / 11 Galicia / 12 Madrid / 13 Murcia / 14 Navarra / 15 Pais Vasco / 16 Rioja / 17 Valencia</w:t>
            </w:r>
          </w:p>
        </w:tc>
        <w:tc>
          <w:tcPr>
            <w:tcW w:w="648" w:type="dxa"/>
          </w:tcPr>
          <w:p w14:paraId="5A07DD93" w14:textId="77777777" w:rsidR="004D342C" w:rsidRDefault="00000000">
            <w:pPr>
              <w:spacing w:before="20" w:after="20"/>
              <w:ind w:firstLine="0"/>
              <w:jc w:val="right"/>
            </w:pPr>
            <w:r>
              <w:rPr>
                <w:sz w:val="16"/>
              </w:rPr>
              <w:t>2</w:t>
            </w:r>
          </w:p>
        </w:tc>
      </w:tr>
      <w:tr w:rsidR="004D342C" w14:paraId="26166A95" w14:textId="77777777">
        <w:trPr>
          <w:cantSplit/>
          <w:jc w:val="center"/>
        </w:trPr>
        <w:tc>
          <w:tcPr>
            <w:tcW w:w="1944" w:type="dxa"/>
          </w:tcPr>
          <w:p w14:paraId="6731BD9F" w14:textId="77777777" w:rsidR="004D342C" w:rsidRDefault="00000000">
            <w:pPr>
              <w:keepNext/>
              <w:spacing w:before="20" w:after="20"/>
              <w:ind w:firstLine="0"/>
            </w:pPr>
            <w:r>
              <w:rPr>
                <w:sz w:val="16"/>
              </w:rPr>
              <w:t>weightstandard</w:t>
            </w:r>
          </w:p>
        </w:tc>
        <w:tc>
          <w:tcPr>
            <w:tcW w:w="2880" w:type="dxa"/>
          </w:tcPr>
          <w:p w14:paraId="7A4467AE" w14:textId="77777777" w:rsidR="004D342C" w:rsidRDefault="00000000">
            <w:pPr>
              <w:keepNext/>
              <w:spacing w:before="20" w:after="20"/>
              <w:ind w:firstLine="0"/>
            </w:pPr>
            <w:r>
              <w:rPr>
                <w:sz w:val="16"/>
              </w:rPr>
              <w:t>WEIGHT ADJUSTED TO STANDARD SIZE</w:t>
            </w:r>
          </w:p>
        </w:tc>
        <w:tc>
          <w:tcPr>
            <w:tcW w:w="3456" w:type="dxa"/>
          </w:tcPr>
          <w:p w14:paraId="2D4A8622" w14:textId="77777777" w:rsidR="004D342C" w:rsidRDefault="00000000">
            <w:pPr>
              <w:keepNext/>
              <w:spacing w:before="20" w:after="20"/>
              <w:ind w:firstLine="0"/>
            </w:pPr>
            <w:r>
              <w:rPr>
                <w:sz w:val="16"/>
              </w:rPr>
              <w:t>continuous survey weight (no value labels)</w:t>
            </w:r>
          </w:p>
        </w:tc>
        <w:tc>
          <w:tcPr>
            <w:tcW w:w="648" w:type="dxa"/>
          </w:tcPr>
          <w:p w14:paraId="1F088D03" w14:textId="77777777" w:rsidR="004D342C" w:rsidRDefault="00000000">
            <w:pPr>
              <w:keepNext/>
              <w:spacing w:before="20" w:after="20"/>
              <w:ind w:firstLine="0"/>
              <w:jc w:val="right"/>
            </w:pPr>
            <w:r>
              <w:rPr>
                <w:sz w:val="16"/>
              </w:rPr>
              <w:t>1</w:t>
            </w:r>
          </w:p>
        </w:tc>
      </w:tr>
      <w:tr w:rsidR="004D342C" w14:paraId="7ACC2511" w14:textId="77777777">
        <w:trPr>
          <w:cantSplit/>
          <w:jc w:val="center"/>
        </w:trPr>
        <w:tc>
          <w:tcPr>
            <w:tcW w:w="1944" w:type="dxa"/>
          </w:tcPr>
          <w:p w14:paraId="2000A1A3" w14:textId="77777777" w:rsidR="004D342C" w:rsidRDefault="00000000">
            <w:pPr>
              <w:spacing w:before="20" w:after="20"/>
              <w:ind w:firstLine="0"/>
            </w:pPr>
            <w:r>
              <w:rPr>
                <w:sz w:val="16"/>
              </w:rPr>
              <w:t>euregion</w:t>
            </w:r>
          </w:p>
        </w:tc>
        <w:tc>
          <w:tcPr>
            <w:tcW w:w="2880" w:type="dxa"/>
          </w:tcPr>
          <w:p w14:paraId="5345AE53" w14:textId="77777777" w:rsidR="004D342C" w:rsidRDefault="00000000">
            <w:pPr>
              <w:spacing w:before="20" w:after="20"/>
              <w:ind w:firstLine="0"/>
            </w:pPr>
            <w:r>
              <w:rPr>
                <w:sz w:val="16"/>
              </w:rPr>
              <w:t>REGION, BELGIUM / SPAIN / UK COMBINED</w:t>
            </w:r>
          </w:p>
        </w:tc>
        <w:tc>
          <w:tcPr>
            <w:tcW w:w="3456" w:type="dxa"/>
          </w:tcPr>
          <w:p w14:paraId="333D8443" w14:textId="77777777" w:rsidR="004D342C" w:rsidRDefault="00000000">
            <w:pPr>
              <w:spacing w:before="20" w:after="20"/>
              <w:ind w:firstLine="0"/>
            </w:pPr>
            <w:r>
              <w:rPr>
                <w:sz w:val="16"/>
              </w:rPr>
              <w:t>1-3 Belgian regions / 4-10 the seven Spanish NUTS-1 groups / 11 onward the UK regions; derived in the mega file from regiones, regiones2 and regiones3</w:t>
            </w:r>
          </w:p>
        </w:tc>
        <w:tc>
          <w:tcPr>
            <w:tcW w:w="648" w:type="dxa"/>
          </w:tcPr>
          <w:p w14:paraId="5A07DD93" w14:textId="77777777" w:rsidR="004D342C" w:rsidRDefault="00000000">
            <w:pPr>
              <w:spacing w:before="20" w:after="20"/>
              <w:ind w:firstLine="0"/>
              <w:jc w:val="right"/>
            </w:pPr>
            <w:r>
              <w:rPr>
                <w:sz w:val="16"/>
              </w:rPr>
              <w:t>0</w:t>
            </w:r>
          </w:p>
        </w:tc>
      </w:tr>
    </w:tbl>
    <w:p>
      <w:pPr>
        <w:pStyle w:val="Heading3"/>
        <ck:id v="6412-harmonised-continuous-series-36-variables"/>
      </w:pPr>
      <w:bookmarkStart w:id="23" w:name="_6412_harmonised_continuous_series_36_va"/>
      <w:r>
        <w:t>6.4.12  Harmonised continuous series  (36 variables)</w:t>
      </w:r>
      <w:bookmarkEnd w:id="23"/>
    </w:p>
    <w:p>
      <w:r>
        <w:t>Added 15 September 2026. Each is continuous 0–1 within the pooled file, with 1 the high end named in the label, and missing wherever no source version was asked. The method and the evidence behind it are in §7.9; the source versions are listed here because they are what a reader will actually look up.</w:t>
      </w:r>
    </w:p>
    <w:tbl>
      <w:tblPr>
        <w:tblStyle w:val="CkTable"/>
        <w:tblW w:w="0" w:type="auto"/>
        <w:tblLayout w:type="autofit"/>
        <w:tblLook w:firstRow="1" w:lastRow="0" w:firstColumn="0" w:lastColumn="0" w:noHBand="0" w:noVBand="1"/>
      </w:tblPr>
      <w:tblGrid>
        <w:gridCol/>
        <w:gridCol/>
        <w:gridCol/>
        <w:gridCol/>
      </w:tblGrid>
      <w:tr>
        <w:trPr>
          <w:tblHeader/>
        </w:trPr>
        <w:tc>
          <w:tcPr>
            <w:shd w:val="clear" w:fill="E7EDF3"/>
          </w:tcPr>
          <w:p>
            <w:r>
              <w:rPr>
                <w:b/>
              </w:rPr>
              <w:t>Variable</w:t>
            </w:r>
          </w:p>
        </w:tc>
        <w:tc>
          <w:tcPr>
            <w:shd w:val="clear" w:fill="E7EDF3"/>
          </w:tcPr>
          <w:p>
            <w:r>
              <w:rPr>
                <w:b/>
              </w:rPr>
              <w:t>Label</w:t>
            </w:r>
          </w:p>
        </w:tc>
        <w:tc>
          <w:tcPr>
            <w:shd w:val="clear" w:fill="E7EDF3"/>
          </w:tcPr>
          <w:p>
            <w:r>
              <w:rPr>
                <w:b/>
              </w:rPr>
              <w:t>Method</w:t>
            </w:r>
          </w:p>
        </w:tc>
        <w:tc>
          <w:tcPr>
            <w:shd w:val="clear" w:fill="E7EDF3"/>
          </w:tcPr>
          <w:p>
            <w:r>
              <w:rPr>
                <w:b/>
              </w:rPr>
              <w:t>Source versions, in time order</w:t>
            </w:r>
          </w:p>
        </w:tc>
      </w:tr>
      <w:tr>
        <w:tc>
          <w:tcPr/>
          <w:p>
            <w:r>
              <w:t>H_epimage</w:t>
            </w:r>
          </w:p>
        </w:tc>
        <w:tc>
          <w:tcPr/>
          <w:p>
            <w:r>
              <w:t>Image of the European Parliament (1 = most positive)</w:t>
            </w:r>
          </w:p>
        </w:tc>
        <w:tc>
          <w:tcPr/>
          <w:p>
            <w:r>
              <w:t>anchor</w:t>
            </w:r>
          </w:p>
        </w:tc>
        <w:tc>
          <w:tcPr/>
          <w:p>
            <w:r>
              <w:t>epimage3 → epimage</w:t>
            </w:r>
          </w:p>
        </w:tc>
      </w:tr>
      <w:tr>
        <w:tc>
          <w:tcPr/>
          <w:p>
            <w:r>
              <w:t>H_pacedesired</w:t>
            </w:r>
          </w:p>
        </w:tc>
        <w:tc>
          <w:tcPr/>
          <w:p>
            <w:r>
              <w:t>Desired pace of European unification (1 = fastest)</w:t>
            </w:r>
          </w:p>
        </w:tc>
        <w:tc>
          <w:tcPr/>
          <w:p>
            <w:r>
              <w:t>anchor, 3-point reversed</w:t>
            </w:r>
          </w:p>
        </w:tc>
        <w:tc>
          <w:tcPr/>
          <w:p>
            <w:r>
              <w:t>pacedesired3 → supportpacedesired</w:t>
            </w:r>
          </w:p>
        </w:tc>
      </w:tr>
      <w:tr>
        <w:tc>
          <w:tcPr/>
          <w:p>
            <w:r>
              <w:t>H_epinterests</w:t>
            </w:r>
          </w:p>
        </w:tc>
        <w:tc>
          <w:tcPr/>
          <w:p>
            <w:r>
              <w:t>Whether the EP protects citizens' interests (1 = protects best)</w:t>
            </w:r>
          </w:p>
        </w:tc>
        <w:tc>
          <w:tcPr/>
          <w:p>
            <w:r>
              <w:t>anchor</w:t>
            </w:r>
          </w:p>
        </w:tc>
        <w:tc>
          <w:tcPr/>
          <w:p>
            <w:r>
              <w:t>epinterests2 → epinterests → epinterests3</w:t>
            </w:r>
          </w:p>
        </w:tc>
      </w:tr>
      <w:tr>
        <w:tc>
          <w:tcPr/>
          <w:p>
            <w:r>
              <w:t>H_importanceep</w:t>
            </w:r>
          </w:p>
        </w:tc>
        <w:tc>
          <w:tcPr/>
          <w:p>
            <w:r>
              <w:t>Importance of the European Parliament (1 = most important)</w:t>
            </w:r>
          </w:p>
        </w:tc>
        <w:tc>
          <w:tcPr/>
          <w:p>
            <w:r>
              <w:t>anchor, provisional</w:t>
            </w:r>
          </w:p>
        </w:tc>
        <w:tc>
          <w:tcPr/>
          <w:p>
            <w:r>
              <w:t>importanceep2 → importanceep</w:t>
            </w:r>
          </w:p>
        </w:tc>
      </w:tr>
      <w:tr>
        <w:tc>
          <w:tcPr/>
          <w:p>
            <w:r>
              <w:t>H_euknowledge</w:t>
            </w:r>
          </w:p>
        </w:tc>
        <w:tc>
          <w:tcPr/>
          <w:p>
            <w:r>
              <w:t>Self-rated knowledge of the EU (1 = knows most)</w:t>
            </w:r>
          </w:p>
        </w:tc>
        <w:tc>
          <w:tcPr/>
          <w:p>
            <w:r>
              <w:t>linear</w:t>
            </w:r>
          </w:p>
        </w:tc>
        <w:tc>
          <w:tcPr/>
          <w:p>
            <w:r>
              <w:t>knowledgesubjective2 → knowledgesubjective → knowledgesubjective3</w:t>
            </w:r>
          </w:p>
        </w:tc>
      </w:tr>
      <w:tr>
        <w:tc>
          <w:tcPr/>
          <w:p>
            <w:r>
              <w:t>H_cogmob</w:t>
            </w:r>
          </w:p>
        </w:tc>
        <w:tc>
          <w:tcPr/>
          <w:p>
            <w:r>
              <w:t>Cognitive mobilization index (1 = high)</w:t>
            </w:r>
          </w:p>
        </w:tc>
        <w:tc>
          <w:tcPr/>
          <w:p>
            <w:r>
              <w:t>linear</w:t>
            </w:r>
          </w:p>
        </w:tc>
        <w:tc>
          <w:tcPr/>
          <w:p>
            <w:r>
              <w:t>cognitivemobilization → cognitivemobilization5</w:t>
            </w:r>
          </w:p>
        </w:tc>
      </w:tr>
      <w:tr>
        <w:tc>
          <w:tcPr/>
          <w:p>
            <w:r>
              <w:t>H_epvotelikely</w:t>
            </w:r>
          </w:p>
        </w:tc>
        <w:tc>
          <w:tcPr/>
          <w:p>
            <w:r>
              <w:t>Likelihood of voting in an EP election (1 = certain to vote)</w:t>
            </w:r>
          </w:p>
        </w:tc>
        <w:tc>
          <w:tcPr/>
          <w:p>
            <w:r>
              <w:t>linear, 4-point reversed</w:t>
            </w:r>
          </w:p>
        </w:tc>
        <w:tc>
          <w:tcPr/>
          <w:p>
            <w:r>
              <w:t>epvotelikely4 → electioneplikelyvote</w:t>
            </w:r>
          </w:p>
        </w:tc>
      </w:tr>
      <w:tr>
        <w:tc>
          <w:tcPr/>
          <w:p>
            <w:r>
              <w:t>H_globoppor</w:t>
            </w:r>
          </w:p>
        </w:tc>
        <w:tc>
          <w:tcPr/>
          <w:p>
            <w:r>
              <w:t>Globalisation as an opportunity (1 = agrees most)</w:t>
            </w:r>
          </w:p>
        </w:tc>
        <w:tc>
          <w:tcPr/>
          <w:p>
            <w:r>
              <w:t>linear</w:t>
            </w:r>
          </w:p>
        </w:tc>
        <w:tc>
          <w:tcPr/>
          <w:p>
            <w:r>
              <w:t>globoppor → globoppor2</w:t>
            </w:r>
          </w:p>
        </w:tc>
      </w:tr>
      <w:tr>
        <w:tc>
          <w:tcPr/>
          <w:p>
            <w:r>
              <w:t>H_class</w:t>
            </w:r>
          </w:p>
        </w:tc>
        <w:tc>
          <w:tcPr/>
          <w:p>
            <w:r>
              <w:t>Social class, self-assessed (1 = highest)</w:t>
            </w:r>
          </w:p>
        </w:tc>
        <w:tc>
          <w:tcPr/>
          <w:p>
            <w:r>
              <w:t>linear</w:t>
            </w:r>
          </w:p>
        </w:tc>
        <w:tc>
          <w:tcPr/>
          <w:p>
            <w:r>
              <w:t>class → class2</w:t>
            </w:r>
          </w:p>
        </w:tc>
      </w:tr>
      <w:tr>
        <w:tc>
          <w:tcPr/>
          <w:p>
            <w:r>
              <w:t>H_mediatv</w:t>
            </w:r>
          </w:p>
        </w:tc>
        <w:tc>
          <w:tcPr/>
          <w:p>
            <w:r>
              <w:t>Television use (1 = most use)</w:t>
            </w:r>
          </w:p>
        </w:tc>
        <w:tc>
          <w:tcPr/>
          <w:p>
            <w:r>
              <w:t>linear, provisional</w:t>
            </w:r>
          </w:p>
        </w:tc>
        <w:tc>
          <w:tcPr/>
          <w:p>
            <w:r>
              <w:t>mediaexptv2 → mediaexptv</w:t>
            </w:r>
          </w:p>
        </w:tc>
      </w:tr>
      <w:tr>
        <w:tc>
          <w:tcPr/>
          <w:p>
            <w:r>
              <w:t>H_mediaradio</w:t>
            </w:r>
          </w:p>
        </w:tc>
        <w:tc>
          <w:tcPr/>
          <w:p>
            <w:r>
              <w:t>Radio use (1 = most use)</w:t>
            </w:r>
          </w:p>
        </w:tc>
        <w:tc>
          <w:tcPr/>
          <w:p>
            <w:r>
              <w:t>linear, provisional</w:t>
            </w:r>
          </w:p>
        </w:tc>
        <w:tc>
          <w:tcPr/>
          <w:p>
            <w:r>
              <w:t>mediaexpradio2 → mediaexpradio</w:t>
            </w:r>
          </w:p>
        </w:tc>
      </w:tr>
      <w:tr>
        <w:tc>
          <w:tcPr/>
          <w:p>
            <w:r>
              <w:t>H_mediapress</w:t>
            </w:r>
          </w:p>
        </w:tc>
        <w:tc>
          <w:tcPr/>
          <w:p>
            <w:r>
              <w:t>Written-press use (1 = most use)</w:t>
            </w:r>
          </w:p>
        </w:tc>
        <w:tc>
          <w:tcPr/>
          <w:p>
            <w:r>
              <w:t>linear, provisional</w:t>
            </w:r>
          </w:p>
        </w:tc>
        <w:tc>
          <w:tcPr/>
          <w:p>
            <w:r>
              <w:t>mediaexppaper2 → mediaexppress</w:t>
            </w:r>
          </w:p>
        </w:tc>
      </w:tr>
    </w:tbl>
    <w:p>
      <w:r>
        <w:t>**Table 6.4. **</w:t>
      </w:r>
      <w:r>
        <w:rPr>
          <w:i/>
        </w:rPr>
        <w:t>The twelve harmonised series. "Provisional" is defined in §7.9.3 and is a real warning, not a formality — the three media series splice two scales that are arguably not the same measurement.</w:t>
      </w:r>
    </w:p>
    <w:p>
      <w:r>
        <w:t>Each of the twelve carries two companions, making thirty-six variables in all:</w:t>
      </w:r>
    </w:p>
    <w:p>
      <w:pPr>
        <w:pStyle w:val="ListParagraph"/>
        <w:numPr>
          <w:ilvl w:val="0"/>
          <w:numId w:val="23"/>
        </w:numPr>
      </w:pPr>
      <w:r>
        <w:rPr>
          <w:b/>
        </w:rPr>
        <w:t>H_&lt;name&gt;_src</w:t>
      </w:r>
      <w:r>
        <w:t xml:space="preserve"> — an integer index of the source version a respondent's value came from, numbered in the time order shown above (1 = earliest). Missing where the series is missing.</w:t>
      </w:r>
    </w:p>
    <w:p>
      <w:pPr>
        <w:pStyle w:val="ListParagraph"/>
        <w:numPr>
          <w:ilvl w:val="0"/>
          <w:numId w:val="23"/>
        </w:numPr>
      </w:pPr>
      <w:r>
        <w:rPr>
          <w:b/>
        </w:rPr>
        <w:t>H_&lt;name&gt;_k</w:t>
      </w:r>
      <w:r>
        <w:t xml:space="preserve"> — the number of response categories in that version (3, 4, 5, 7, 8 or 10). Missing where the series is missing.</w:t>
      </w:r>
    </w:p>
    <w:p>
      <w:r>
        <w:t xml:space="preserve">Use them. A change in </w:t>
      </w:r>
      <w:r>
        <w:rPr>
          <w:rStyle w:val="CkCode"/>
        </w:rPr>
        <w:t>_k</w:t>
      </w:r>
      <w:r>
        <w:t xml:space="preserve"> is a change in the measuring instrument, not in the respondents, and it is the plainest single indicator of where a series is spliced. The two companions are what a break dummy is built from, and §7.9.1 explains why a specification that pools across versions without one is not defensible on this data.</w:t>
      </w:r>
    </w:p>
    <w:p w14:paraId="45039C56" w14:textId="77777777" w:rsidR="004D342C" w:rsidRDefault="00000000">
      <w:pPr>
        <w:pStyle w:val="Heading1"/>
        <w:pageBreakBefore/>
        <w:pBdr>
          <w:bottom w:val="single" w:sz="6" w:space="3" w:color="1F4E79"/>
        </w:pBdr>
        <w:spacing w:before="320" w:after="100"/>
      </w:pPr>
      <w:r>
        <w:rPr>
          <w:rFonts w:ascii="Times New Roman" w:hAnsi="Times New Roman" w:cs="Times New Roman"/>
          <w:smallCaps/>
          <w:spacing w:val="40"/>
          <w:sz w:val="26"/>
        </w:rPr>
        <w:lastRenderedPageBreak/>
        <w:t>7</w:t>
      </w:r>
      <w:r>
        <w:rPr>
          <w:rFonts w:ascii="Times New Roman" w:hAnsi="Times New Roman" w:cs="Times New Roman"/>
        </w:rPr>
        <w:t>  The composite EU-support score (eusupport)</w:t>
      </w:r>
    </w:p>
    <w:p w14:paraId="369170A6" w14:textId="77777777" w:rsidR="004D342C" w:rsidRDefault="00000000">
      <w:pPr>
        <w:pStyle w:val="Heading2"/>
      </w:pPr>
      <w:r>
        <w:rPr>
          <w:rFonts w:ascii="Times New Roman" w:hAnsi="Times New Roman" w:cs="Times New Roman"/>
        </w:rPr>
        <w:t>7.1  What it is</w:t>
      </w:r>
    </w:p>
    <w:p w14:paraId="049B6F3E" w14:textId="77777777" w:rsidR="004D342C" w:rsidRDefault="00000000">
      <w:r>
        <w:t>eusupport is a single standardized measure of diffuse support for the European Union, computed for every respondent in every wave that carries at least one of its four component items. It exists because the ERD’s best long-running support indicator — the membership-good question — was dropped from the Standard questionnaire after 2011 and has since been asked only in EB91.5 (2019) and EB105.2 (2026), while the indicators that replaced it in the questionnaire, trust in the institutions and the image of the EU, only begin in 1999 and 2000. The composite links the two eras.</w:t>
      </w:r>
    </w:p>
    <w:p w14:paraId="5A075651" w14:textId="77777777" w:rsidR="004D342C" w:rsidRDefault="00000000">
      <w:r>
        <w:t>It is a single score. Items that did not fit the common factor were dropped rather than split off into a second dimension: satisfaction with EU democracy was tested and excluded because it correlated between .00 and .09 with the rest and formed its own factor. Euro support, optimism about the EU’s future, the "would you be sorry if the EU were scrapped" item and the candidate-country membership question are excluded by design.</w:t>
      </w:r>
    </w:p>
    <w:p w14:paraId="6687557D" w14:textId="77777777" w:rsidR="004D342C" w:rsidRDefault="00000000">
      <w:pPr>
        <w:pStyle w:val="Heading2"/>
      </w:pPr>
      <w:r>
        <w:rPr>
          <w:rFonts w:ascii="Times New Roman" w:hAnsi="Times New Roman" w:cs="Times New Roman"/>
        </w:rPr>
        <w:t>7.2  The four items</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2592"/>
        <w:gridCol w:w="4896"/>
        <w:gridCol w:w="1872"/>
      </w:tblGrid>
      <w:tr w:rsidR="004D342C" w14:paraId="37FD604F" w14:textId="77777777">
        <w:trPr>
          <w:cantSplit/>
          <w:tblHeader/>
          <w:jc w:val="center"/>
        </w:trPr>
        <w:tc>
          <w:tcPr>
            <w:tcW w:w="2592" w:type="dxa"/>
            <w:tcBorders>
              <w:bottom w:val="single" w:sz="6" w:space="0" w:color="1F4E79"/>
            </w:tcBorders>
            <w:shd w:val="clear" w:color="auto" w:fill="E7EDF3"/>
          </w:tcPr>
          <w:p w14:paraId="70E7841C" w14:textId="77777777" w:rsidR="004D342C" w:rsidRDefault="00000000">
            <w:pPr>
              <w:spacing w:before="40" w:after="40"/>
              <w:ind w:firstLine="0"/>
            </w:pPr>
            <w:r>
              <w:rPr>
                <w:b/>
                <w:color w:val="1F4E79"/>
                <w:sz w:val="18"/>
              </w:rPr>
              <w:t>ERD variable</w:t>
            </w:r>
          </w:p>
        </w:tc>
        <w:tc>
          <w:tcPr>
            <w:tcW w:w="4896" w:type="dxa"/>
            <w:tcBorders>
              <w:bottom w:val="single" w:sz="6" w:space="0" w:color="1F4E79"/>
            </w:tcBorders>
            <w:shd w:val="clear" w:color="auto" w:fill="E7EDF3"/>
          </w:tcPr>
          <w:p w14:paraId="7CC40EFE" w14:textId="77777777" w:rsidR="004D342C" w:rsidRDefault="00000000">
            <w:pPr>
              <w:spacing w:before="40" w:after="40"/>
              <w:ind w:firstLine="0"/>
            </w:pPr>
            <w:r>
              <w:rPr>
                <w:b/>
                <w:color w:val="1F4E79"/>
                <w:sz w:val="18"/>
              </w:rPr>
              <w:t>Item</w:t>
            </w:r>
          </w:p>
        </w:tc>
        <w:tc>
          <w:tcPr>
            <w:tcW w:w="1872" w:type="dxa"/>
            <w:tcBorders>
              <w:bottom w:val="single" w:sz="6" w:space="0" w:color="1F4E79"/>
            </w:tcBorders>
            <w:shd w:val="clear" w:color="auto" w:fill="E7EDF3"/>
          </w:tcPr>
          <w:p w14:paraId="08802AFA" w14:textId="77777777" w:rsidR="004D342C" w:rsidRDefault="00000000">
            <w:pPr>
              <w:spacing w:before="40" w:after="40"/>
              <w:ind w:firstLine="0"/>
            </w:pPr>
            <w:r>
              <w:rPr>
                <w:b/>
                <w:color w:val="1F4E79"/>
                <w:sz w:val="18"/>
              </w:rPr>
              <w:t>Harmonized categories</w:t>
            </w:r>
          </w:p>
        </w:tc>
      </w:tr>
      <w:tr w:rsidR="004D342C" w14:paraId="77C5B1B4" w14:textId="77777777">
        <w:trPr>
          <w:cantSplit/>
          <w:jc w:val="center"/>
        </w:trPr>
        <w:tc>
          <w:tcPr>
            <w:tcW w:w="2592" w:type="dxa"/>
          </w:tcPr>
          <w:p w14:paraId="0E6485FA" w14:textId="77777777" w:rsidR="004D342C" w:rsidRDefault="00000000">
            <w:pPr>
              <w:spacing w:before="40" w:after="40"/>
              <w:ind w:firstLine="0"/>
            </w:pPr>
            <w:r>
              <w:rPr>
                <w:sz w:val="20"/>
              </w:rPr>
              <w:t>supportmembershipgood (membershipgood)</w:t>
            </w:r>
          </w:p>
        </w:tc>
        <w:tc>
          <w:tcPr>
            <w:tcW w:w="4896" w:type="dxa"/>
          </w:tcPr>
          <w:p w14:paraId="4174820A" w14:textId="77777777" w:rsidR="004D342C" w:rsidRDefault="00000000">
            <w:pPr>
              <w:spacing w:before="40" w:after="40"/>
              <w:ind w:firstLine="0"/>
            </w:pPr>
            <w:r>
              <w:rPr>
                <w:sz w:val="20"/>
              </w:rPr>
              <w:t>Is your country’s membership of the EU a good thing, a bad thing, or neither? Member-state version only.</w:t>
            </w:r>
          </w:p>
        </w:tc>
        <w:tc>
          <w:tcPr>
            <w:tcW w:w="1872" w:type="dxa"/>
          </w:tcPr>
          <w:p w14:paraId="2DAD98A5" w14:textId="77777777" w:rsidR="004D342C" w:rsidRDefault="00000000">
            <w:pPr>
              <w:spacing w:before="40" w:after="40"/>
              <w:ind w:firstLine="0"/>
            </w:pPr>
            <w:r>
              <w:rPr>
                <w:sz w:val="20"/>
              </w:rPr>
              <w:t>bad / neither / good</w:t>
            </w:r>
          </w:p>
        </w:tc>
      </w:tr>
      <w:tr w:rsidR="004D342C" w14:paraId="74B8144B" w14:textId="77777777">
        <w:trPr>
          <w:cantSplit/>
          <w:jc w:val="center"/>
        </w:trPr>
        <w:tc>
          <w:tcPr>
            <w:tcW w:w="2592" w:type="dxa"/>
          </w:tcPr>
          <w:p w14:paraId="763F3655" w14:textId="77777777" w:rsidR="004D342C" w:rsidRDefault="00000000">
            <w:pPr>
              <w:spacing w:before="40" w:after="40"/>
              <w:ind w:firstLine="0"/>
            </w:pPr>
            <w:r>
              <w:rPr>
                <w:sz w:val="20"/>
              </w:rPr>
              <w:t>supporteubenefits (eubenefits)</w:t>
            </w:r>
          </w:p>
        </w:tc>
        <w:tc>
          <w:tcPr>
            <w:tcW w:w="4896" w:type="dxa"/>
          </w:tcPr>
          <w:p w14:paraId="7214431A" w14:textId="77777777" w:rsidR="004D342C" w:rsidRDefault="00000000">
            <w:pPr>
              <w:spacing w:before="40" w:after="40"/>
              <w:ind w:firstLine="0"/>
            </w:pPr>
            <w:r>
              <w:rPr>
                <w:sz w:val="20"/>
              </w:rPr>
              <w:t>Has your country on balance benefited from membership?</w:t>
            </w:r>
          </w:p>
        </w:tc>
        <w:tc>
          <w:tcPr>
            <w:tcW w:w="1872" w:type="dxa"/>
          </w:tcPr>
          <w:p w14:paraId="0E5F2FC3" w14:textId="77777777" w:rsidR="004D342C" w:rsidRDefault="00000000">
            <w:pPr>
              <w:spacing w:before="40" w:after="40"/>
              <w:ind w:firstLine="0"/>
            </w:pPr>
            <w:r>
              <w:rPr>
                <w:sz w:val="20"/>
              </w:rPr>
              <w:t>not benefited / benefited</w:t>
            </w:r>
          </w:p>
        </w:tc>
      </w:tr>
      <w:tr w:rsidR="004D342C" w14:paraId="395DB9EE" w14:textId="77777777">
        <w:trPr>
          <w:cantSplit/>
          <w:jc w:val="center"/>
        </w:trPr>
        <w:tc>
          <w:tcPr>
            <w:tcW w:w="2592" w:type="dxa"/>
          </w:tcPr>
          <w:p w14:paraId="54EF73E3" w14:textId="77777777" w:rsidR="004D342C" w:rsidRDefault="00000000">
            <w:pPr>
              <w:spacing w:before="40" w:after="40"/>
              <w:ind w:firstLine="0"/>
            </w:pPr>
            <w:r>
              <w:rPr>
                <w:sz w:val="20"/>
              </w:rPr>
              <w:t>supporteuimage (euimage)</w:t>
            </w:r>
          </w:p>
        </w:tc>
        <w:tc>
          <w:tcPr>
            <w:tcW w:w="4896" w:type="dxa"/>
          </w:tcPr>
          <w:p w14:paraId="013DA203" w14:textId="77777777" w:rsidR="004D342C" w:rsidRDefault="00000000">
            <w:pPr>
              <w:spacing w:before="40" w:after="40"/>
              <w:ind w:firstLine="0"/>
            </w:pPr>
            <w:r>
              <w:rPr>
                <w:sz w:val="20"/>
              </w:rPr>
              <w:t>Does the EU conjure up a very positive, fairly positive, neutral, fairly negative or very negative image?</w:t>
            </w:r>
          </w:p>
        </w:tc>
        <w:tc>
          <w:tcPr>
            <w:tcW w:w="1872" w:type="dxa"/>
          </w:tcPr>
          <w:p w14:paraId="347CF8B3" w14:textId="77777777" w:rsidR="004D342C" w:rsidRDefault="00000000">
            <w:pPr>
              <w:spacing w:before="40" w:after="40"/>
              <w:ind w:firstLine="0"/>
            </w:pPr>
            <w:r>
              <w:rPr>
                <w:sz w:val="20"/>
              </w:rPr>
              <w:t>very negative … very positive</w:t>
            </w:r>
          </w:p>
        </w:tc>
      </w:tr>
      <w:tr w:rsidR="004D342C" w14:paraId="463B6852" w14:textId="77777777">
        <w:trPr>
          <w:cantSplit/>
          <w:jc w:val="center"/>
        </w:trPr>
        <w:tc>
          <w:tcPr>
            <w:tcW w:w="2592" w:type="dxa"/>
          </w:tcPr>
          <w:p w14:paraId="5BB2A8B4" w14:textId="77777777" w:rsidR="004D342C" w:rsidRDefault="00000000">
            <w:pPr>
              <w:keepNext/>
              <w:spacing w:before="40" w:after="40"/>
              <w:ind w:firstLine="0"/>
            </w:pPr>
            <w:r>
              <w:rPr>
                <w:sz w:val="20"/>
              </w:rPr>
              <w:t>trustep, trustcomm, trustcouncil, trustecb</w:t>
            </w:r>
          </w:p>
        </w:tc>
        <w:tc>
          <w:tcPr>
            <w:tcW w:w="4896" w:type="dxa"/>
          </w:tcPr>
          <w:p w14:paraId="6FFEDD40" w14:textId="77777777" w:rsidR="004D342C" w:rsidRDefault="00000000">
            <w:pPr>
              <w:keepNext/>
              <w:spacing w:before="40" w:after="40"/>
              <w:ind w:firstLine="0"/>
            </w:pPr>
            <w:r>
              <w:rPr>
                <w:sz w:val="20"/>
              </w:rPr>
              <w:t>Tend to trust / tend not to trust the European Parliament, the Commission, the Council of the EU, the European Central Bank. Entered as a single index.</w:t>
            </w:r>
          </w:p>
        </w:tc>
        <w:tc>
          <w:tcPr>
            <w:tcW w:w="1872" w:type="dxa"/>
          </w:tcPr>
          <w:p w14:paraId="1F7AD49E" w14:textId="77777777" w:rsidR="004D342C" w:rsidRDefault="00000000">
            <w:pPr>
              <w:keepNext/>
              <w:spacing w:before="40" w:after="40"/>
              <w:ind w:firstLine="0"/>
            </w:pPr>
            <w:r>
              <w:rPr>
                <w:sz w:val="20"/>
              </w:rPr>
              <w:t>count of institutions trusted, 0–4</w:t>
            </w:r>
          </w:p>
        </w:tc>
      </w:tr>
    </w:tbl>
    <w:p w14:paraId="701DF118" w14:textId="77777777" w:rsidR="004D342C" w:rsidRDefault="00000000">
      <w:pPr>
        <w:spacing w:before="80" w:after="160"/>
        <w:ind w:firstLine="0"/>
      </w:pPr>
      <w:r>
        <w:rPr>
          <w:b/>
          <w:smallCaps/>
          <w:color w:val="1F4E79"/>
          <w:sz w:val="19"/>
        </w:rPr>
        <w:t xml:space="preserve">Table 7.1. </w:t>
      </w:r>
      <w:r>
        <w:rPr>
          <w:i/>
          <w:color w:val="595959"/>
          <w:sz w:val="19"/>
        </w:rPr>
        <w:t>The four components. The trust battery enters as one index, not four items, so the composite has four components even though it draws on seven survey questions.</w:t>
      </w:r>
    </w:p>
    <w:p w14:paraId="47B727B8" w14:textId="77777777" w:rsidR="004D342C" w:rsidRDefault="00000000">
      <w:pPr>
        <w:pStyle w:val="Heading2"/>
      </w:pPr>
      <w:r>
        <w:rPr>
          <w:rFonts w:ascii="Times New Roman" w:hAnsi="Times New Roman" w:cs="Times New Roman"/>
        </w:rPr>
        <w:t>7.3  The algorithm</w:t>
      </w:r>
    </w:p>
    <w:p w14:paraId="587B9D60" w14:textId="77777777" w:rsidR="004D342C" w:rsidRDefault="00000000">
      <w:r>
        <w:t>For each respondent, in each wave: (a) harmonize each available item so that higher means more support, and set every don’t-know, refusal and inapplicable response — and the entire candidate-country membership item — to missing; (b) replace each item’s category with its frozen normal score from Table 7.2; (c) combine into a raw score as a loading-weighted average over the items the respondent actually answered, so that the denominator uses only answered items and a respondent asked two of the four is placed on the same scale as one asked all four; (d) standardize.</w:t>
      </w:r>
    </w:p>
    <w:p w14:paraId="19515C6C" w14:textId="77777777" w:rsidR="004D342C" w:rsidRDefault="00000000">
      <w:r>
        <w:t>The standardisation is eusupport = (raw − (−0.03354)) ÷ 0.75293, giving the score mean 0 and standard deviation 1 in the pooled reference population of the 1999–2025 estimation waves.</w:t>
      </w:r>
    </w:p>
    <w:p w14:paraId="615347F7" w14:textId="77777777" w:rsidR="004D342C" w:rsidRDefault="00000000">
      <w:pPr>
        <w:pStyle w:val="Heading2"/>
      </w:pPr>
      <w:r>
        <w:rPr>
          <w:rFonts w:ascii="Times New Roman" w:hAnsi="Times New Roman" w:cs="Times New Roman"/>
        </w:rPr>
        <w:lastRenderedPageBreak/>
        <w:t>7.4  Frozen parameters</w:t>
      </w:r>
    </w:p>
    <w:p w14:paraId="52FCB96D" w14:textId="77777777" w:rsidR="004D342C" w:rsidRDefault="00000000">
      <w:r>
        <w:t>These constants were estimated once, on 25 assembled waves spanning 1999–2025 (about 658,000 respondents, 650,510 scored), and are frozen. Applying them to any wave — including waves that asked only a subset of the four items — yields a comparable score. They are not re-fitted when a wave is added, so a respondent’s score does not move when the dataset grows.</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3456"/>
        <w:gridCol w:w="1728"/>
        <w:gridCol w:w="2160"/>
        <w:gridCol w:w="1728"/>
      </w:tblGrid>
      <w:tr w:rsidR="004D342C" w14:paraId="042C0A1F" w14:textId="77777777">
        <w:trPr>
          <w:cantSplit/>
          <w:tblHeader/>
          <w:jc w:val="center"/>
        </w:trPr>
        <w:tc>
          <w:tcPr>
            <w:tcW w:w="3456" w:type="dxa"/>
            <w:tcBorders>
              <w:bottom w:val="single" w:sz="6" w:space="0" w:color="1F4E79"/>
            </w:tcBorders>
            <w:shd w:val="clear" w:color="auto" w:fill="E7EDF3"/>
          </w:tcPr>
          <w:p w14:paraId="44627D9D" w14:textId="77777777" w:rsidR="004D342C" w:rsidRDefault="00000000">
            <w:pPr>
              <w:spacing w:before="40" w:after="40"/>
              <w:ind w:firstLine="0"/>
            </w:pPr>
            <w:r>
              <w:rPr>
                <w:b/>
                <w:color w:val="1F4E79"/>
                <w:sz w:val="18"/>
              </w:rPr>
              <w:t>Component</w:t>
            </w:r>
          </w:p>
        </w:tc>
        <w:tc>
          <w:tcPr>
            <w:tcW w:w="1728" w:type="dxa"/>
            <w:tcBorders>
              <w:bottom w:val="single" w:sz="6" w:space="0" w:color="1F4E79"/>
            </w:tcBorders>
            <w:shd w:val="clear" w:color="auto" w:fill="E7EDF3"/>
          </w:tcPr>
          <w:p w14:paraId="1179C2E9" w14:textId="77777777" w:rsidR="004D342C" w:rsidRDefault="00000000">
            <w:pPr>
              <w:spacing w:before="40" w:after="40"/>
              <w:ind w:firstLine="0"/>
              <w:jc w:val="right"/>
            </w:pPr>
            <w:r>
              <w:rPr>
                <w:b/>
                <w:color w:val="1F4E79"/>
                <w:sz w:val="18"/>
              </w:rPr>
              <w:t>Weight (loading)</w:t>
            </w:r>
          </w:p>
        </w:tc>
        <w:tc>
          <w:tcPr>
            <w:tcW w:w="2160" w:type="dxa"/>
            <w:tcBorders>
              <w:bottom w:val="single" w:sz="6" w:space="0" w:color="1F4E79"/>
            </w:tcBorders>
            <w:shd w:val="clear" w:color="auto" w:fill="E7EDF3"/>
          </w:tcPr>
          <w:p w14:paraId="07371414" w14:textId="77777777" w:rsidR="004D342C" w:rsidRDefault="00000000">
            <w:pPr>
              <w:spacing w:before="40" w:after="40"/>
              <w:ind w:firstLine="0"/>
            </w:pPr>
            <w:r>
              <w:rPr>
                <w:b/>
                <w:color w:val="1F4E79"/>
                <w:sz w:val="18"/>
              </w:rPr>
              <w:t>Category</w:t>
            </w:r>
          </w:p>
        </w:tc>
        <w:tc>
          <w:tcPr>
            <w:tcW w:w="1728" w:type="dxa"/>
            <w:tcBorders>
              <w:bottom w:val="single" w:sz="6" w:space="0" w:color="1F4E79"/>
            </w:tcBorders>
            <w:shd w:val="clear" w:color="auto" w:fill="E7EDF3"/>
          </w:tcPr>
          <w:p w14:paraId="6709F5EA" w14:textId="77777777" w:rsidR="004D342C" w:rsidRDefault="00000000">
            <w:pPr>
              <w:spacing w:before="40" w:after="40"/>
              <w:ind w:firstLine="0"/>
              <w:jc w:val="right"/>
            </w:pPr>
            <w:r>
              <w:rPr>
                <w:b/>
                <w:color w:val="1F4E79"/>
                <w:sz w:val="18"/>
              </w:rPr>
              <w:t>Normal score</w:t>
            </w:r>
          </w:p>
        </w:tc>
      </w:tr>
      <w:tr w:rsidR="004D342C" w14:paraId="23183F2E" w14:textId="77777777">
        <w:trPr>
          <w:cantSplit/>
          <w:jc w:val="center"/>
        </w:trPr>
        <w:tc>
          <w:tcPr>
            <w:tcW w:w="3456" w:type="dxa"/>
          </w:tcPr>
          <w:p w14:paraId="288D0142" w14:textId="77777777" w:rsidR="004D342C" w:rsidRDefault="00000000">
            <w:pPr>
              <w:spacing w:before="40" w:after="40"/>
              <w:ind w:firstLine="0"/>
            </w:pPr>
            <w:r>
              <w:rPr>
                <w:sz w:val="20"/>
              </w:rPr>
              <w:t>Membership good (member states only)</w:t>
            </w:r>
          </w:p>
        </w:tc>
        <w:tc>
          <w:tcPr>
            <w:tcW w:w="1728" w:type="dxa"/>
          </w:tcPr>
          <w:p w14:paraId="44760B15" w14:textId="77777777" w:rsidR="004D342C" w:rsidRDefault="00000000">
            <w:pPr>
              <w:spacing w:before="40" w:after="40"/>
              <w:ind w:firstLine="0"/>
              <w:jc w:val="right"/>
            </w:pPr>
            <w:r>
              <w:rPr>
                <w:sz w:val="20"/>
              </w:rPr>
              <w:t>0.912</w:t>
            </w:r>
          </w:p>
        </w:tc>
        <w:tc>
          <w:tcPr>
            <w:tcW w:w="2160" w:type="dxa"/>
          </w:tcPr>
          <w:p w14:paraId="7F93F0C1" w14:textId="77777777" w:rsidR="004D342C" w:rsidRDefault="00000000">
            <w:pPr>
              <w:spacing w:before="40" w:after="40"/>
              <w:ind w:firstLine="0"/>
            </w:pPr>
            <w:r>
              <w:rPr>
                <w:sz w:val="20"/>
              </w:rPr>
              <w:t>bad</w:t>
            </w:r>
          </w:p>
        </w:tc>
        <w:tc>
          <w:tcPr>
            <w:tcW w:w="1728" w:type="dxa"/>
          </w:tcPr>
          <w:p w14:paraId="69880AEE" w14:textId="77777777" w:rsidR="004D342C" w:rsidRDefault="00000000">
            <w:pPr>
              <w:spacing w:before="40" w:after="40"/>
              <w:ind w:firstLine="0"/>
              <w:jc w:val="right"/>
            </w:pPr>
            <w:r>
              <w:rPr>
                <w:sz w:val="20"/>
              </w:rPr>
              <w:t>−1.5962</w:t>
            </w:r>
          </w:p>
        </w:tc>
      </w:tr>
      <w:tr w:rsidR="004D342C" w14:paraId="7F13251E" w14:textId="77777777">
        <w:trPr>
          <w:cantSplit/>
          <w:jc w:val="center"/>
        </w:trPr>
        <w:tc>
          <w:tcPr>
            <w:tcW w:w="3456" w:type="dxa"/>
          </w:tcPr>
          <w:p w14:paraId="743C7EB5" w14:textId="77777777" w:rsidR="004D342C" w:rsidRDefault="004D342C">
            <w:pPr>
              <w:spacing w:before="40" w:after="40"/>
              <w:ind w:firstLine="0"/>
            </w:pPr>
          </w:p>
        </w:tc>
        <w:tc>
          <w:tcPr>
            <w:tcW w:w="1728" w:type="dxa"/>
          </w:tcPr>
          <w:p w14:paraId="4FD5CC08" w14:textId="77777777" w:rsidR="004D342C" w:rsidRDefault="004D342C">
            <w:pPr>
              <w:spacing w:before="40" w:after="40"/>
              <w:ind w:firstLine="0"/>
              <w:jc w:val="right"/>
            </w:pPr>
          </w:p>
        </w:tc>
        <w:tc>
          <w:tcPr>
            <w:tcW w:w="2160" w:type="dxa"/>
          </w:tcPr>
          <w:p w14:paraId="5801267F" w14:textId="77777777" w:rsidR="004D342C" w:rsidRDefault="00000000">
            <w:pPr>
              <w:spacing w:before="40" w:after="40"/>
              <w:ind w:firstLine="0"/>
            </w:pPr>
            <w:r>
              <w:rPr>
                <w:sz w:val="20"/>
              </w:rPr>
              <w:t>neither</w:t>
            </w:r>
          </w:p>
        </w:tc>
        <w:tc>
          <w:tcPr>
            <w:tcW w:w="1728" w:type="dxa"/>
          </w:tcPr>
          <w:p w14:paraId="3F2EBCF0" w14:textId="77777777" w:rsidR="004D342C" w:rsidRDefault="00000000">
            <w:pPr>
              <w:spacing w:before="40" w:after="40"/>
              <w:ind w:firstLine="0"/>
              <w:jc w:val="right"/>
            </w:pPr>
            <w:r>
              <w:rPr>
                <w:sz w:val="20"/>
              </w:rPr>
              <w:t>−0.5796</w:t>
            </w:r>
          </w:p>
        </w:tc>
      </w:tr>
      <w:tr w:rsidR="004D342C" w14:paraId="1EDDD2CA" w14:textId="77777777">
        <w:trPr>
          <w:cantSplit/>
          <w:jc w:val="center"/>
        </w:trPr>
        <w:tc>
          <w:tcPr>
            <w:tcW w:w="3456" w:type="dxa"/>
          </w:tcPr>
          <w:p w14:paraId="1C83D940" w14:textId="77777777" w:rsidR="004D342C" w:rsidRDefault="004D342C">
            <w:pPr>
              <w:spacing w:before="40" w:after="40"/>
              <w:ind w:firstLine="0"/>
            </w:pPr>
          </w:p>
        </w:tc>
        <w:tc>
          <w:tcPr>
            <w:tcW w:w="1728" w:type="dxa"/>
          </w:tcPr>
          <w:p w14:paraId="09322EB7" w14:textId="77777777" w:rsidR="004D342C" w:rsidRDefault="004D342C">
            <w:pPr>
              <w:spacing w:before="40" w:after="40"/>
              <w:ind w:firstLine="0"/>
              <w:jc w:val="right"/>
            </w:pPr>
          </w:p>
        </w:tc>
        <w:tc>
          <w:tcPr>
            <w:tcW w:w="2160" w:type="dxa"/>
          </w:tcPr>
          <w:p w14:paraId="6536DA60" w14:textId="77777777" w:rsidR="004D342C" w:rsidRDefault="00000000">
            <w:pPr>
              <w:spacing w:before="40" w:after="40"/>
              <w:ind w:firstLine="0"/>
            </w:pPr>
            <w:r>
              <w:rPr>
                <w:sz w:val="20"/>
              </w:rPr>
              <w:t>good</w:t>
            </w:r>
          </w:p>
        </w:tc>
        <w:tc>
          <w:tcPr>
            <w:tcW w:w="1728" w:type="dxa"/>
          </w:tcPr>
          <w:p w14:paraId="0464820D" w14:textId="77777777" w:rsidR="004D342C" w:rsidRDefault="00000000">
            <w:pPr>
              <w:spacing w:before="40" w:after="40"/>
              <w:ind w:firstLine="0"/>
              <w:jc w:val="right"/>
            </w:pPr>
            <w:r>
              <w:rPr>
                <w:sz w:val="20"/>
              </w:rPr>
              <w:t>+0.7002</w:t>
            </w:r>
          </w:p>
        </w:tc>
      </w:tr>
      <w:tr w:rsidR="004D342C" w14:paraId="17932FF8" w14:textId="77777777">
        <w:trPr>
          <w:cantSplit/>
          <w:jc w:val="center"/>
        </w:trPr>
        <w:tc>
          <w:tcPr>
            <w:tcW w:w="3456" w:type="dxa"/>
          </w:tcPr>
          <w:p w14:paraId="3EEC4D59" w14:textId="77777777" w:rsidR="004D342C" w:rsidRDefault="00000000">
            <w:pPr>
              <w:spacing w:before="40" w:after="40"/>
              <w:ind w:firstLine="0"/>
            </w:pPr>
            <w:r>
              <w:rPr>
                <w:sz w:val="20"/>
              </w:rPr>
              <w:t>Trust index (0–4 institutions)</w:t>
            </w:r>
          </w:p>
        </w:tc>
        <w:tc>
          <w:tcPr>
            <w:tcW w:w="1728" w:type="dxa"/>
          </w:tcPr>
          <w:p w14:paraId="0A60317E" w14:textId="77777777" w:rsidR="004D342C" w:rsidRDefault="00000000">
            <w:pPr>
              <w:spacing w:before="40" w:after="40"/>
              <w:ind w:firstLine="0"/>
              <w:jc w:val="right"/>
            </w:pPr>
            <w:r>
              <w:rPr>
                <w:sz w:val="20"/>
              </w:rPr>
              <w:t>0.761</w:t>
            </w:r>
          </w:p>
        </w:tc>
        <w:tc>
          <w:tcPr>
            <w:tcW w:w="2160" w:type="dxa"/>
          </w:tcPr>
          <w:p w14:paraId="2757604E" w14:textId="77777777" w:rsidR="004D342C" w:rsidRDefault="00000000">
            <w:pPr>
              <w:spacing w:before="40" w:after="40"/>
              <w:ind w:firstLine="0"/>
            </w:pPr>
            <w:r>
              <w:rPr>
                <w:sz w:val="20"/>
              </w:rPr>
              <w:t>trust 0 of 4</w:t>
            </w:r>
          </w:p>
        </w:tc>
        <w:tc>
          <w:tcPr>
            <w:tcW w:w="1728" w:type="dxa"/>
          </w:tcPr>
          <w:p w14:paraId="5E164648" w14:textId="77777777" w:rsidR="004D342C" w:rsidRDefault="00000000">
            <w:pPr>
              <w:spacing w:before="40" w:after="40"/>
              <w:ind w:firstLine="0"/>
              <w:jc w:val="right"/>
            </w:pPr>
            <w:r>
              <w:rPr>
                <w:sz w:val="20"/>
              </w:rPr>
              <w:t>−1.1930</w:t>
            </w:r>
          </w:p>
        </w:tc>
      </w:tr>
      <w:tr w:rsidR="004D342C" w14:paraId="4BD56CA8" w14:textId="77777777">
        <w:trPr>
          <w:cantSplit/>
          <w:jc w:val="center"/>
        </w:trPr>
        <w:tc>
          <w:tcPr>
            <w:tcW w:w="3456" w:type="dxa"/>
          </w:tcPr>
          <w:p w14:paraId="04A40195" w14:textId="77777777" w:rsidR="004D342C" w:rsidRDefault="004D342C">
            <w:pPr>
              <w:spacing w:before="40" w:after="40"/>
              <w:ind w:firstLine="0"/>
            </w:pPr>
          </w:p>
        </w:tc>
        <w:tc>
          <w:tcPr>
            <w:tcW w:w="1728" w:type="dxa"/>
          </w:tcPr>
          <w:p w14:paraId="22DD655B" w14:textId="77777777" w:rsidR="004D342C" w:rsidRDefault="004D342C">
            <w:pPr>
              <w:spacing w:before="40" w:after="40"/>
              <w:ind w:firstLine="0"/>
              <w:jc w:val="right"/>
            </w:pPr>
          </w:p>
        </w:tc>
        <w:tc>
          <w:tcPr>
            <w:tcW w:w="2160" w:type="dxa"/>
          </w:tcPr>
          <w:p w14:paraId="22861EB0" w14:textId="77777777" w:rsidR="004D342C" w:rsidRDefault="00000000">
            <w:pPr>
              <w:spacing w:before="40" w:after="40"/>
              <w:ind w:firstLine="0"/>
            </w:pPr>
            <w:r>
              <w:rPr>
                <w:sz w:val="20"/>
              </w:rPr>
              <w:t>trust 1 of 4</w:t>
            </w:r>
          </w:p>
        </w:tc>
        <w:tc>
          <w:tcPr>
            <w:tcW w:w="1728" w:type="dxa"/>
          </w:tcPr>
          <w:p w14:paraId="0E541C7C" w14:textId="77777777" w:rsidR="004D342C" w:rsidRDefault="00000000">
            <w:pPr>
              <w:spacing w:before="40" w:after="40"/>
              <w:ind w:firstLine="0"/>
              <w:jc w:val="right"/>
            </w:pPr>
            <w:r>
              <w:rPr>
                <w:sz w:val="20"/>
              </w:rPr>
              <w:t>−0.4141</w:t>
            </w:r>
          </w:p>
        </w:tc>
      </w:tr>
      <w:tr w:rsidR="004D342C" w14:paraId="5AADCBE2" w14:textId="77777777">
        <w:trPr>
          <w:cantSplit/>
          <w:jc w:val="center"/>
        </w:trPr>
        <w:tc>
          <w:tcPr>
            <w:tcW w:w="3456" w:type="dxa"/>
          </w:tcPr>
          <w:p w14:paraId="55B637EE" w14:textId="77777777" w:rsidR="004D342C" w:rsidRDefault="004D342C">
            <w:pPr>
              <w:spacing w:before="40" w:after="40"/>
              <w:ind w:firstLine="0"/>
            </w:pPr>
          </w:p>
        </w:tc>
        <w:tc>
          <w:tcPr>
            <w:tcW w:w="1728" w:type="dxa"/>
          </w:tcPr>
          <w:p w14:paraId="4A8C8991" w14:textId="77777777" w:rsidR="004D342C" w:rsidRDefault="004D342C">
            <w:pPr>
              <w:spacing w:before="40" w:after="40"/>
              <w:ind w:firstLine="0"/>
              <w:jc w:val="right"/>
            </w:pPr>
          </w:p>
        </w:tc>
        <w:tc>
          <w:tcPr>
            <w:tcW w:w="2160" w:type="dxa"/>
          </w:tcPr>
          <w:p w14:paraId="0C864CEE" w14:textId="77777777" w:rsidR="004D342C" w:rsidRDefault="00000000">
            <w:pPr>
              <w:spacing w:before="40" w:after="40"/>
              <w:ind w:firstLine="0"/>
            </w:pPr>
            <w:r>
              <w:rPr>
                <w:sz w:val="20"/>
              </w:rPr>
              <w:t>trust 2 of 4</w:t>
            </w:r>
          </w:p>
        </w:tc>
        <w:tc>
          <w:tcPr>
            <w:tcW w:w="1728" w:type="dxa"/>
          </w:tcPr>
          <w:p w14:paraId="1742045B" w14:textId="77777777" w:rsidR="004D342C" w:rsidRDefault="00000000">
            <w:pPr>
              <w:spacing w:before="40" w:after="40"/>
              <w:ind w:firstLine="0"/>
              <w:jc w:val="right"/>
            </w:pPr>
            <w:r>
              <w:rPr>
                <w:sz w:val="20"/>
              </w:rPr>
              <w:t>−0.0844</w:t>
            </w:r>
          </w:p>
        </w:tc>
      </w:tr>
      <w:tr w:rsidR="004D342C" w14:paraId="7A4BC639" w14:textId="77777777">
        <w:trPr>
          <w:cantSplit/>
          <w:jc w:val="center"/>
        </w:trPr>
        <w:tc>
          <w:tcPr>
            <w:tcW w:w="3456" w:type="dxa"/>
          </w:tcPr>
          <w:p w14:paraId="5873791D" w14:textId="77777777" w:rsidR="004D342C" w:rsidRDefault="004D342C">
            <w:pPr>
              <w:spacing w:before="40" w:after="40"/>
              <w:ind w:firstLine="0"/>
            </w:pPr>
          </w:p>
        </w:tc>
        <w:tc>
          <w:tcPr>
            <w:tcW w:w="1728" w:type="dxa"/>
          </w:tcPr>
          <w:p w14:paraId="60FA2978" w14:textId="77777777" w:rsidR="004D342C" w:rsidRDefault="004D342C">
            <w:pPr>
              <w:spacing w:before="40" w:after="40"/>
              <w:ind w:firstLine="0"/>
              <w:jc w:val="right"/>
            </w:pPr>
          </w:p>
        </w:tc>
        <w:tc>
          <w:tcPr>
            <w:tcW w:w="2160" w:type="dxa"/>
          </w:tcPr>
          <w:p w14:paraId="7815DBEC" w14:textId="77777777" w:rsidR="004D342C" w:rsidRDefault="00000000">
            <w:pPr>
              <w:spacing w:before="40" w:after="40"/>
              <w:ind w:firstLine="0"/>
            </w:pPr>
            <w:r>
              <w:rPr>
                <w:sz w:val="20"/>
              </w:rPr>
              <w:t>trust 3 of 4</w:t>
            </w:r>
          </w:p>
        </w:tc>
        <w:tc>
          <w:tcPr>
            <w:tcW w:w="1728" w:type="dxa"/>
          </w:tcPr>
          <w:p w14:paraId="79A2EC2F" w14:textId="77777777" w:rsidR="004D342C" w:rsidRDefault="00000000">
            <w:pPr>
              <w:spacing w:before="40" w:after="40"/>
              <w:ind w:firstLine="0"/>
              <w:jc w:val="right"/>
            </w:pPr>
            <w:r>
              <w:rPr>
                <w:sz w:val="20"/>
              </w:rPr>
              <w:t>+0.3504</w:t>
            </w:r>
          </w:p>
        </w:tc>
      </w:tr>
      <w:tr w:rsidR="004D342C" w14:paraId="4973149E" w14:textId="77777777">
        <w:trPr>
          <w:cantSplit/>
          <w:jc w:val="center"/>
        </w:trPr>
        <w:tc>
          <w:tcPr>
            <w:tcW w:w="3456" w:type="dxa"/>
          </w:tcPr>
          <w:p w14:paraId="4800825A" w14:textId="77777777" w:rsidR="004D342C" w:rsidRDefault="004D342C">
            <w:pPr>
              <w:spacing w:before="40" w:after="40"/>
              <w:ind w:firstLine="0"/>
            </w:pPr>
          </w:p>
        </w:tc>
        <w:tc>
          <w:tcPr>
            <w:tcW w:w="1728" w:type="dxa"/>
          </w:tcPr>
          <w:p w14:paraId="56958418" w14:textId="77777777" w:rsidR="004D342C" w:rsidRDefault="004D342C">
            <w:pPr>
              <w:spacing w:before="40" w:after="40"/>
              <w:ind w:firstLine="0"/>
              <w:jc w:val="right"/>
            </w:pPr>
          </w:p>
        </w:tc>
        <w:tc>
          <w:tcPr>
            <w:tcW w:w="2160" w:type="dxa"/>
          </w:tcPr>
          <w:p w14:paraId="40F97EE9" w14:textId="77777777" w:rsidR="004D342C" w:rsidRDefault="00000000">
            <w:pPr>
              <w:spacing w:before="40" w:after="40"/>
              <w:ind w:firstLine="0"/>
            </w:pPr>
            <w:r>
              <w:rPr>
                <w:sz w:val="20"/>
              </w:rPr>
              <w:t>trust 4 of 4</w:t>
            </w:r>
          </w:p>
        </w:tc>
        <w:tc>
          <w:tcPr>
            <w:tcW w:w="1728" w:type="dxa"/>
          </w:tcPr>
          <w:p w14:paraId="3E868397" w14:textId="77777777" w:rsidR="004D342C" w:rsidRDefault="00000000">
            <w:pPr>
              <w:spacing w:before="40" w:after="40"/>
              <w:ind w:firstLine="0"/>
              <w:jc w:val="right"/>
            </w:pPr>
            <w:r>
              <w:rPr>
                <w:sz w:val="20"/>
              </w:rPr>
              <w:t>+1.2329</w:t>
            </w:r>
          </w:p>
        </w:tc>
      </w:tr>
      <w:tr w:rsidR="004D342C" w14:paraId="1E752005" w14:textId="77777777">
        <w:trPr>
          <w:cantSplit/>
          <w:jc w:val="center"/>
        </w:trPr>
        <w:tc>
          <w:tcPr>
            <w:tcW w:w="3456" w:type="dxa"/>
          </w:tcPr>
          <w:p w14:paraId="5EEAC64A" w14:textId="77777777" w:rsidR="004D342C" w:rsidRDefault="00000000">
            <w:pPr>
              <w:spacing w:before="40" w:after="40"/>
              <w:ind w:firstLine="0"/>
            </w:pPr>
            <w:r>
              <w:rPr>
                <w:sz w:val="20"/>
              </w:rPr>
              <w:t>Country benefited</w:t>
            </w:r>
          </w:p>
        </w:tc>
        <w:tc>
          <w:tcPr>
            <w:tcW w:w="1728" w:type="dxa"/>
          </w:tcPr>
          <w:p w14:paraId="6FC5FD5D" w14:textId="77777777" w:rsidR="004D342C" w:rsidRDefault="00000000">
            <w:pPr>
              <w:spacing w:before="40" w:after="40"/>
              <w:ind w:firstLine="0"/>
              <w:jc w:val="right"/>
            </w:pPr>
            <w:r>
              <w:rPr>
                <w:sz w:val="20"/>
              </w:rPr>
              <w:t>0.911</w:t>
            </w:r>
          </w:p>
        </w:tc>
        <w:tc>
          <w:tcPr>
            <w:tcW w:w="2160" w:type="dxa"/>
          </w:tcPr>
          <w:p w14:paraId="1995DBFD" w14:textId="77777777" w:rsidR="004D342C" w:rsidRDefault="00000000">
            <w:pPr>
              <w:spacing w:before="40" w:after="40"/>
              <w:ind w:firstLine="0"/>
            </w:pPr>
            <w:r>
              <w:rPr>
                <w:sz w:val="20"/>
              </w:rPr>
              <w:t>not benefited</w:t>
            </w:r>
          </w:p>
        </w:tc>
        <w:tc>
          <w:tcPr>
            <w:tcW w:w="1728" w:type="dxa"/>
          </w:tcPr>
          <w:p w14:paraId="25252E7C" w14:textId="77777777" w:rsidR="004D342C" w:rsidRDefault="00000000">
            <w:pPr>
              <w:spacing w:before="40" w:after="40"/>
              <w:ind w:firstLine="0"/>
              <w:jc w:val="right"/>
            </w:pPr>
            <w:r>
              <w:rPr>
                <w:sz w:val="20"/>
              </w:rPr>
              <w:t>−1.0895</w:t>
            </w:r>
          </w:p>
        </w:tc>
      </w:tr>
      <w:tr w:rsidR="004D342C" w14:paraId="6A38D23C" w14:textId="77777777">
        <w:trPr>
          <w:cantSplit/>
          <w:jc w:val="center"/>
        </w:trPr>
        <w:tc>
          <w:tcPr>
            <w:tcW w:w="3456" w:type="dxa"/>
          </w:tcPr>
          <w:p w14:paraId="0E5A128C" w14:textId="77777777" w:rsidR="004D342C" w:rsidRDefault="004D342C">
            <w:pPr>
              <w:spacing w:before="40" w:after="40"/>
              <w:ind w:firstLine="0"/>
            </w:pPr>
          </w:p>
        </w:tc>
        <w:tc>
          <w:tcPr>
            <w:tcW w:w="1728" w:type="dxa"/>
          </w:tcPr>
          <w:p w14:paraId="30863736" w14:textId="77777777" w:rsidR="004D342C" w:rsidRDefault="004D342C">
            <w:pPr>
              <w:spacing w:before="40" w:after="40"/>
              <w:ind w:firstLine="0"/>
              <w:jc w:val="right"/>
            </w:pPr>
          </w:p>
        </w:tc>
        <w:tc>
          <w:tcPr>
            <w:tcW w:w="2160" w:type="dxa"/>
          </w:tcPr>
          <w:p w14:paraId="2800EEDB" w14:textId="77777777" w:rsidR="004D342C" w:rsidRDefault="00000000">
            <w:pPr>
              <w:spacing w:before="40" w:after="40"/>
              <w:ind w:firstLine="0"/>
            </w:pPr>
            <w:r>
              <w:rPr>
                <w:sz w:val="20"/>
              </w:rPr>
              <w:t>benefited</w:t>
            </w:r>
          </w:p>
        </w:tc>
        <w:tc>
          <w:tcPr>
            <w:tcW w:w="1728" w:type="dxa"/>
          </w:tcPr>
          <w:p w14:paraId="46D8120A" w14:textId="77777777" w:rsidR="004D342C" w:rsidRDefault="00000000">
            <w:pPr>
              <w:spacing w:before="40" w:after="40"/>
              <w:ind w:firstLine="0"/>
              <w:jc w:val="right"/>
            </w:pPr>
            <w:r>
              <w:rPr>
                <w:sz w:val="20"/>
              </w:rPr>
              <w:t>+0.5464</w:t>
            </w:r>
          </w:p>
        </w:tc>
      </w:tr>
      <w:tr w:rsidR="004D342C" w14:paraId="44714B8B" w14:textId="77777777">
        <w:trPr>
          <w:cantSplit/>
          <w:jc w:val="center"/>
        </w:trPr>
        <w:tc>
          <w:tcPr>
            <w:tcW w:w="3456" w:type="dxa"/>
          </w:tcPr>
          <w:p w14:paraId="20E64860" w14:textId="77777777" w:rsidR="004D342C" w:rsidRDefault="00000000">
            <w:pPr>
              <w:spacing w:before="40" w:after="40"/>
              <w:ind w:firstLine="0"/>
            </w:pPr>
            <w:r>
              <w:rPr>
                <w:sz w:val="20"/>
              </w:rPr>
              <w:t>Image of the EU</w:t>
            </w:r>
          </w:p>
        </w:tc>
        <w:tc>
          <w:tcPr>
            <w:tcW w:w="1728" w:type="dxa"/>
          </w:tcPr>
          <w:p w14:paraId="3D735907" w14:textId="77777777" w:rsidR="004D342C" w:rsidRDefault="00000000">
            <w:pPr>
              <w:spacing w:before="40" w:after="40"/>
              <w:ind w:firstLine="0"/>
              <w:jc w:val="right"/>
            </w:pPr>
            <w:r>
              <w:rPr>
                <w:sz w:val="20"/>
              </w:rPr>
              <w:t>0.868</w:t>
            </w:r>
          </w:p>
        </w:tc>
        <w:tc>
          <w:tcPr>
            <w:tcW w:w="2160" w:type="dxa"/>
          </w:tcPr>
          <w:p w14:paraId="0D2B2655" w14:textId="77777777" w:rsidR="004D342C" w:rsidRDefault="00000000">
            <w:pPr>
              <w:spacing w:before="40" w:after="40"/>
              <w:ind w:firstLine="0"/>
            </w:pPr>
            <w:r>
              <w:rPr>
                <w:sz w:val="20"/>
              </w:rPr>
              <w:t>very negative</w:t>
            </w:r>
          </w:p>
        </w:tc>
        <w:tc>
          <w:tcPr>
            <w:tcW w:w="1728" w:type="dxa"/>
          </w:tcPr>
          <w:p w14:paraId="4B6A349D" w14:textId="77777777" w:rsidR="004D342C" w:rsidRDefault="00000000">
            <w:pPr>
              <w:spacing w:before="40" w:after="40"/>
              <w:ind w:firstLine="0"/>
              <w:jc w:val="right"/>
            </w:pPr>
            <w:r>
              <w:rPr>
                <w:sz w:val="20"/>
              </w:rPr>
              <w:t>−2.1288</w:t>
            </w:r>
          </w:p>
        </w:tc>
      </w:tr>
      <w:tr w:rsidR="004D342C" w14:paraId="449A7B0E" w14:textId="77777777">
        <w:trPr>
          <w:cantSplit/>
          <w:jc w:val="center"/>
        </w:trPr>
        <w:tc>
          <w:tcPr>
            <w:tcW w:w="3456" w:type="dxa"/>
          </w:tcPr>
          <w:p w14:paraId="496BEB89" w14:textId="77777777" w:rsidR="004D342C" w:rsidRDefault="004D342C">
            <w:pPr>
              <w:spacing w:before="40" w:after="40"/>
              <w:ind w:firstLine="0"/>
            </w:pPr>
          </w:p>
        </w:tc>
        <w:tc>
          <w:tcPr>
            <w:tcW w:w="1728" w:type="dxa"/>
          </w:tcPr>
          <w:p w14:paraId="4C37D104" w14:textId="77777777" w:rsidR="004D342C" w:rsidRDefault="004D342C">
            <w:pPr>
              <w:spacing w:before="40" w:after="40"/>
              <w:ind w:firstLine="0"/>
              <w:jc w:val="right"/>
            </w:pPr>
          </w:p>
        </w:tc>
        <w:tc>
          <w:tcPr>
            <w:tcW w:w="2160" w:type="dxa"/>
          </w:tcPr>
          <w:p w14:paraId="145A7606" w14:textId="77777777" w:rsidR="004D342C" w:rsidRDefault="00000000">
            <w:pPr>
              <w:spacing w:before="40" w:after="40"/>
              <w:ind w:firstLine="0"/>
            </w:pPr>
            <w:r>
              <w:rPr>
                <w:sz w:val="20"/>
              </w:rPr>
              <w:t>fairly negative</w:t>
            </w:r>
          </w:p>
        </w:tc>
        <w:tc>
          <w:tcPr>
            <w:tcW w:w="1728" w:type="dxa"/>
          </w:tcPr>
          <w:p w14:paraId="6D6E8969" w14:textId="77777777" w:rsidR="004D342C" w:rsidRDefault="00000000">
            <w:pPr>
              <w:spacing w:before="40" w:after="40"/>
              <w:ind w:firstLine="0"/>
              <w:jc w:val="right"/>
            </w:pPr>
            <w:r>
              <w:rPr>
                <w:sz w:val="20"/>
              </w:rPr>
              <w:t>−1.2525</w:t>
            </w:r>
          </w:p>
        </w:tc>
      </w:tr>
      <w:tr w:rsidR="004D342C" w14:paraId="7C80C768" w14:textId="77777777">
        <w:trPr>
          <w:cantSplit/>
          <w:jc w:val="center"/>
        </w:trPr>
        <w:tc>
          <w:tcPr>
            <w:tcW w:w="3456" w:type="dxa"/>
          </w:tcPr>
          <w:p w14:paraId="756F8FF0" w14:textId="77777777" w:rsidR="004D342C" w:rsidRDefault="004D342C">
            <w:pPr>
              <w:spacing w:before="40" w:after="40"/>
              <w:ind w:firstLine="0"/>
            </w:pPr>
          </w:p>
        </w:tc>
        <w:tc>
          <w:tcPr>
            <w:tcW w:w="1728" w:type="dxa"/>
          </w:tcPr>
          <w:p w14:paraId="53F1F1CF" w14:textId="77777777" w:rsidR="004D342C" w:rsidRDefault="004D342C">
            <w:pPr>
              <w:spacing w:before="40" w:after="40"/>
              <w:ind w:firstLine="0"/>
              <w:jc w:val="right"/>
            </w:pPr>
          </w:p>
        </w:tc>
        <w:tc>
          <w:tcPr>
            <w:tcW w:w="2160" w:type="dxa"/>
          </w:tcPr>
          <w:p w14:paraId="03D6635A" w14:textId="77777777" w:rsidR="004D342C" w:rsidRDefault="00000000">
            <w:pPr>
              <w:spacing w:before="40" w:after="40"/>
              <w:ind w:firstLine="0"/>
            </w:pPr>
            <w:r>
              <w:rPr>
                <w:sz w:val="20"/>
              </w:rPr>
              <w:t>neutral</w:t>
            </w:r>
          </w:p>
        </w:tc>
        <w:tc>
          <w:tcPr>
            <w:tcW w:w="1728" w:type="dxa"/>
          </w:tcPr>
          <w:p w14:paraId="52AE1C4E" w14:textId="77777777" w:rsidR="004D342C" w:rsidRDefault="00000000">
            <w:pPr>
              <w:spacing w:before="40" w:after="40"/>
              <w:ind w:firstLine="0"/>
              <w:jc w:val="right"/>
            </w:pPr>
            <w:r>
              <w:rPr>
                <w:sz w:val="20"/>
              </w:rPr>
              <w:t>−0.3799</w:t>
            </w:r>
          </w:p>
        </w:tc>
      </w:tr>
      <w:tr w:rsidR="004D342C" w14:paraId="600D0EE8" w14:textId="77777777">
        <w:trPr>
          <w:cantSplit/>
          <w:jc w:val="center"/>
        </w:trPr>
        <w:tc>
          <w:tcPr>
            <w:tcW w:w="3456" w:type="dxa"/>
          </w:tcPr>
          <w:p w14:paraId="736ED046" w14:textId="77777777" w:rsidR="004D342C" w:rsidRDefault="004D342C">
            <w:pPr>
              <w:spacing w:before="40" w:after="40"/>
              <w:ind w:firstLine="0"/>
            </w:pPr>
          </w:p>
        </w:tc>
        <w:tc>
          <w:tcPr>
            <w:tcW w:w="1728" w:type="dxa"/>
          </w:tcPr>
          <w:p w14:paraId="7D38F20E" w14:textId="77777777" w:rsidR="004D342C" w:rsidRDefault="004D342C">
            <w:pPr>
              <w:spacing w:before="40" w:after="40"/>
              <w:ind w:firstLine="0"/>
              <w:jc w:val="right"/>
            </w:pPr>
          </w:p>
        </w:tc>
        <w:tc>
          <w:tcPr>
            <w:tcW w:w="2160" w:type="dxa"/>
          </w:tcPr>
          <w:p w14:paraId="0CAB0132" w14:textId="77777777" w:rsidR="004D342C" w:rsidRDefault="00000000">
            <w:pPr>
              <w:spacing w:before="40" w:after="40"/>
              <w:ind w:firstLine="0"/>
            </w:pPr>
            <w:r>
              <w:rPr>
                <w:sz w:val="20"/>
              </w:rPr>
              <w:t>fairly positive</w:t>
            </w:r>
          </w:p>
        </w:tc>
        <w:tc>
          <w:tcPr>
            <w:tcW w:w="1728" w:type="dxa"/>
          </w:tcPr>
          <w:p w14:paraId="17598341" w14:textId="77777777" w:rsidR="004D342C" w:rsidRDefault="00000000">
            <w:pPr>
              <w:spacing w:before="40" w:after="40"/>
              <w:ind w:firstLine="0"/>
              <w:jc w:val="right"/>
            </w:pPr>
            <w:r>
              <w:rPr>
                <w:sz w:val="20"/>
              </w:rPr>
              <w:t>+0.6365</w:t>
            </w:r>
          </w:p>
        </w:tc>
      </w:tr>
      <w:tr w:rsidR="004D342C" w14:paraId="6E591EC8" w14:textId="77777777">
        <w:trPr>
          <w:cantSplit/>
          <w:jc w:val="center"/>
        </w:trPr>
        <w:tc>
          <w:tcPr>
            <w:tcW w:w="3456" w:type="dxa"/>
          </w:tcPr>
          <w:p w14:paraId="7001C042" w14:textId="77777777" w:rsidR="004D342C" w:rsidRDefault="004D342C">
            <w:pPr>
              <w:spacing w:before="40" w:after="40"/>
              <w:ind w:firstLine="0"/>
            </w:pPr>
          </w:p>
        </w:tc>
        <w:tc>
          <w:tcPr>
            <w:tcW w:w="1728" w:type="dxa"/>
          </w:tcPr>
          <w:p w14:paraId="0E3985FC" w14:textId="77777777" w:rsidR="004D342C" w:rsidRDefault="004D342C">
            <w:pPr>
              <w:spacing w:before="40" w:after="40"/>
              <w:ind w:firstLine="0"/>
              <w:jc w:val="right"/>
            </w:pPr>
          </w:p>
        </w:tc>
        <w:tc>
          <w:tcPr>
            <w:tcW w:w="2160" w:type="dxa"/>
          </w:tcPr>
          <w:p w14:paraId="4FD5DE80" w14:textId="77777777" w:rsidR="004D342C" w:rsidRDefault="00000000">
            <w:pPr>
              <w:spacing w:before="40" w:after="40"/>
              <w:ind w:firstLine="0"/>
            </w:pPr>
            <w:r>
              <w:rPr>
                <w:sz w:val="20"/>
              </w:rPr>
              <w:t>very positive</w:t>
            </w:r>
          </w:p>
        </w:tc>
        <w:tc>
          <w:tcPr>
            <w:tcW w:w="1728" w:type="dxa"/>
          </w:tcPr>
          <w:p w14:paraId="5AC5B90D" w14:textId="77777777" w:rsidR="004D342C" w:rsidRDefault="00000000">
            <w:pPr>
              <w:spacing w:before="40" w:after="40"/>
              <w:ind w:firstLine="0"/>
              <w:jc w:val="right"/>
            </w:pPr>
            <w:r>
              <w:rPr>
                <w:sz w:val="20"/>
              </w:rPr>
              <w:t>+1.8249</w:t>
            </w:r>
          </w:p>
        </w:tc>
      </w:tr>
      <w:tr w:rsidR="004D342C" w14:paraId="3CD87EB8" w14:textId="77777777">
        <w:trPr>
          <w:cantSplit/>
          <w:jc w:val="center"/>
        </w:trPr>
        <w:tc>
          <w:tcPr>
            <w:tcW w:w="3456" w:type="dxa"/>
          </w:tcPr>
          <w:p w14:paraId="6BFED08B" w14:textId="77777777" w:rsidR="004D342C" w:rsidRDefault="00000000">
            <w:pPr>
              <w:spacing w:before="40" w:after="40"/>
              <w:ind w:firstLine="0"/>
            </w:pPr>
            <w:r>
              <w:rPr>
                <w:sz w:val="20"/>
              </w:rPr>
              <w:t>Standardisation</w:t>
            </w:r>
          </w:p>
        </w:tc>
        <w:tc>
          <w:tcPr>
            <w:tcW w:w="1728" w:type="dxa"/>
          </w:tcPr>
          <w:p w14:paraId="2993684C" w14:textId="77777777" w:rsidR="004D342C" w:rsidRDefault="004D342C">
            <w:pPr>
              <w:spacing w:before="40" w:after="40"/>
              <w:ind w:firstLine="0"/>
              <w:jc w:val="right"/>
            </w:pPr>
          </w:p>
        </w:tc>
        <w:tc>
          <w:tcPr>
            <w:tcW w:w="2160" w:type="dxa"/>
          </w:tcPr>
          <w:p w14:paraId="1714F292" w14:textId="77777777" w:rsidR="004D342C" w:rsidRDefault="00000000">
            <w:pPr>
              <w:spacing w:before="40" w:after="40"/>
              <w:ind w:firstLine="0"/>
            </w:pPr>
            <w:r>
              <w:rPr>
                <w:sz w:val="20"/>
              </w:rPr>
              <w:t>raw mean subtracted</w:t>
            </w:r>
          </w:p>
        </w:tc>
        <w:tc>
          <w:tcPr>
            <w:tcW w:w="1728" w:type="dxa"/>
          </w:tcPr>
          <w:p w14:paraId="19AA7F0B" w14:textId="77777777" w:rsidR="004D342C" w:rsidRDefault="00000000">
            <w:pPr>
              <w:spacing w:before="40" w:after="40"/>
              <w:ind w:firstLine="0"/>
              <w:jc w:val="right"/>
            </w:pPr>
            <w:r>
              <w:rPr>
                <w:sz w:val="20"/>
              </w:rPr>
              <w:t>−0.03354</w:t>
            </w:r>
          </w:p>
        </w:tc>
      </w:tr>
      <w:tr w:rsidR="004D342C" w14:paraId="7C69E437" w14:textId="77777777">
        <w:trPr>
          <w:cantSplit/>
          <w:jc w:val="center"/>
        </w:trPr>
        <w:tc>
          <w:tcPr>
            <w:tcW w:w="3456" w:type="dxa"/>
          </w:tcPr>
          <w:p w14:paraId="58823BBF" w14:textId="77777777" w:rsidR="004D342C" w:rsidRDefault="004D342C">
            <w:pPr>
              <w:keepNext/>
              <w:spacing w:before="40" w:after="40"/>
              <w:ind w:firstLine="0"/>
            </w:pPr>
          </w:p>
        </w:tc>
        <w:tc>
          <w:tcPr>
            <w:tcW w:w="1728" w:type="dxa"/>
          </w:tcPr>
          <w:p w14:paraId="173B059A" w14:textId="77777777" w:rsidR="004D342C" w:rsidRDefault="004D342C">
            <w:pPr>
              <w:keepNext/>
              <w:spacing w:before="40" w:after="40"/>
              <w:ind w:firstLine="0"/>
              <w:jc w:val="right"/>
            </w:pPr>
          </w:p>
        </w:tc>
        <w:tc>
          <w:tcPr>
            <w:tcW w:w="2160" w:type="dxa"/>
          </w:tcPr>
          <w:p w14:paraId="4E52980C" w14:textId="77777777" w:rsidR="004D342C" w:rsidRDefault="00000000">
            <w:pPr>
              <w:keepNext/>
              <w:spacing w:before="40" w:after="40"/>
              <w:ind w:firstLine="0"/>
            </w:pPr>
            <w:r>
              <w:rPr>
                <w:sz w:val="20"/>
              </w:rPr>
              <w:t>raw SD divided</w:t>
            </w:r>
          </w:p>
        </w:tc>
        <w:tc>
          <w:tcPr>
            <w:tcW w:w="1728" w:type="dxa"/>
          </w:tcPr>
          <w:p w14:paraId="519FD98D" w14:textId="77777777" w:rsidR="004D342C" w:rsidRDefault="00000000">
            <w:pPr>
              <w:keepNext/>
              <w:spacing w:before="40" w:after="40"/>
              <w:ind w:firstLine="0"/>
              <w:jc w:val="right"/>
            </w:pPr>
            <w:r>
              <w:rPr>
                <w:sz w:val="20"/>
              </w:rPr>
              <w:t>0.75293</w:t>
            </w:r>
          </w:p>
        </w:tc>
      </w:tr>
    </w:tbl>
    <w:p w14:paraId="056504B3" w14:textId="77777777" w:rsidR="004D342C" w:rsidRDefault="00000000">
      <w:pPr>
        <w:spacing w:before="80" w:after="160"/>
        <w:ind w:firstLine="0"/>
      </w:pPr>
      <w:r>
        <w:rPr>
          <w:b/>
          <w:smallCaps/>
          <w:color w:val="1F4E79"/>
          <w:sz w:val="19"/>
        </w:rPr>
        <w:t xml:space="preserve">Table 7.2. </w:t>
      </w:r>
      <w:r>
        <w:rPr>
          <w:i/>
          <w:color w:val="595959"/>
          <w:sz w:val="19"/>
        </w:rPr>
        <w:t>Frozen parameters, version 2 (6 September 2026). Higher scores mean more support. Version 1 is superseded: it was estimated before the membership-item label correction, and its scoring script is not retained on the dataset.</w:t>
      </w:r>
    </w:p>
    <w:p w14:paraId="0F71FE1A" w14:textId="77777777" w:rsidR="004D342C" w:rsidRDefault="00000000">
      <w:pPr>
        <w:pStyle w:val="Heading2"/>
      </w:pPr>
      <w:r>
        <w:rPr>
          <w:rFonts w:ascii="Times New Roman" w:hAnsi="Times New Roman" w:cs="Times New Roman"/>
        </w:rPr>
        <w:t>7.5  Reliability and validation</w:t>
      </w:r>
    </w:p>
    <w:p w14:paraId="232DF254" w14:textId="77777777" w:rsidR="004D342C" w:rsidRDefault="00000000">
      <w:r>
        <w:t>The four items form a single factor accounting for about 75 per cent of their common variance, with McDonald’s omega of 0.922 and eigenvalues 2.99, 0.52, 0.31 and 0.17. The frozen score correlates 0.999 with a simple unweighted version of itself, so it is not sensitive to the exact weighting. Aggregated by year it reproduces the known history of EU opinion: a 1991 high, a trough in 2013–2014 at the depth of the euro crisis, a low through 2015–2017, and a sharp rebound in 2019.</w:t>
      </w:r>
    </w:p>
    <w:p w14:paraId="34B653E9" w14:textId="77777777" w:rsidR="004D342C" w:rsidRDefault="00000000">
      <w:r>
        <w:t xml:space="preserve">A validation pass in September 2026 re-estimated the same measurement model on the 29 waves carrying all four items (733,056 respondents stacked, 394,025 complete). The re-estimated loadings — membership .836, trust .597, benefit .758, image .745 — sit .08 to .15 below the frozen ones. The cause is almost certainly polychoric correlations in the frozen </w:t>
      </w:r>
      <w:r>
        <w:lastRenderedPageBreak/>
        <w:t>estimation against Pearson correlations in the re-estimation, not anything substantive: the item ordering is identical, and the re-estimated model fits well (SRMR 0.024, coefficient of determination 0.845). Decisively, scoring the same respondents with either loading set produces series correlating at r = .989, so the frozen version 2 parameters stand. A reader who re-runs the factor analysis will get the lower numbers; this is expected.</w:t>
      </w:r>
    </w:p>
    <w:p w14:paraId="51BDF1DA" w14:textId="77777777" w:rsidR="004D342C" w:rsidRDefault="00000000">
      <w:r>
        <w:t>Two robustness results from the same pass: demeaning the items by country before estimating moves no loading by more than .012, so cross-national composition does not distort the measurement model; and splitting the estimation between 1999–2011 and 2019–2026 moves no loading by more than .036, so the model is stable across eras. A structural equation model with a country random intercept did not converge; the fixed-effects route carries the result instead.</w:t>
      </w:r>
    </w:p>
    <w:p w14:paraId="7EF41AB9" w14:textId="77777777" w:rsidR="004D342C" w:rsidRDefault="00000000">
      <w:pPr>
        <w:pStyle w:val="Heading2"/>
      </w:pPr>
      <w:r>
        <w:rPr>
          <w:rFonts w:ascii="Times New Roman" w:hAnsi="Times New Roman" w:cs="Times New Roman"/>
        </w:rPr>
        <w:t>7.6  The membership-item harmonisation routine</w:t>
      </w:r>
    </w:p>
    <w:p w14:paraId="75B225F0" w14:textId="77777777" w:rsidR="004D342C" w:rsidRDefault="00000000">
      <w:r>
        <w:t>The composite depends on the membership item being on one coding with truthful labels, and for years it was not. harmonize_membershipgood.do, called by every wired per-wave do file immediately before build_composite_score.do, reads the item’s value labels, performs the 2-to-3 swap where the raw order is good/neither/bad, and rewrites the labels so that they say what the data mean. It reports what it did, so a wave log will say either that it swapped or that the item was already on 1 good / 2 bad / 3 neither.</w:t>
      </w:r>
    </w:p>
    <w:p w14:paraId="4E665668" w14:textId="77777777" w:rsidR="004D342C" w:rsidRDefault="00000000">
      <w:r>
        <w:t>Two special cases are handled explicitly. EB42’s archive file carries no value labels at all; its do file now defines and attaches a clean label set before the harmonisation call. EB34.0’s archive file leaves the first category of both the membership and benefit items unlabeled, so its do file attaches clean label sets after merging the East German split ballot.</w:t>
      </w:r>
    </w:p>
    <w:p w14:paraId="470DB51D" w14:textId="77777777" w:rsidR="004D342C" w:rsidRDefault="00000000">
      <w:pPr>
        <w:pStyle w:val="Heading2"/>
      </w:pPr>
      <w:r>
        <w:rPr>
          <w:rFonts w:ascii="Times New Roman" w:hAnsi="Times New Roman" w:cs="Times New Roman"/>
        </w:rPr>
        <w:t>7.7  The candidate-country exclusion rule</w:t>
      </w:r>
    </w:p>
    <w:p w14:paraId="73E9F180" w14:textId="77777777" w:rsidR="004D342C" w:rsidRDefault="00000000">
      <w:r>
        <w:rPr>
          <w:b/>
        </w:rPr>
        <w:t xml:space="preserve">The rule. </w:t>
      </w:r>
      <w:r>
        <w:t>membershipgood and eubenefits are the MEMBER-STATE items only. The candidate-country versions of the same questions — labelled "(CC)", "(CANDIDATES)", or filtered with INAP-COUNTRY codes in the archive — are never mapped onto those names and never enter the composite.</w:t>
      </w:r>
    </w:p>
    <w:p w14:paraId="70E29EC7" w14:textId="77777777" w:rsidR="004D342C" w:rsidRDefault="00000000">
      <w:r>
        <w:t>This matters because the archive does contain them. EB63.4 (2005) asks a candidate-country version, which until 6 September 2026 was wrongly mapped to membershipgood; it is now mapped to the separate name membershipgoodCC and takes no part in the composite. EB101.3 (2024) and EB103.3 (2025) also ask candidate-only versions, which remain unmapped. As a second line of defence, build_composite_score.do detects a candidate item at run time and drops it. The names membershipgoodKosovo, membershipgoodTCC, eubenefitsKosovo and eubenefitsTCC are legacy or planned variants of the same kind and appear in no current merge file.</w:t>
      </w:r>
    </w:p>
    <w:p w14:paraId="40F22C0F" w14:textId="77777777" w:rsidR="004D342C" w:rsidRDefault="00000000">
      <w:r>
        <w:t>The reason is that the two questions are not the same question. Asking a Turkish or Serbian respondent whether joining would be a good thing measures a prospective judgement about a hypothetical; asking a Belgian respondent whether membership is a good thing measures a retrospective judgement about a fact. Pooling them would put two different constructs on one variable.</w:t>
      </w:r>
    </w:p>
    <w:p w14:paraId="60000151" w14:textId="77777777" w:rsidR="004D342C" w:rsidRDefault="00000000">
      <w:pPr>
        <w:pStyle w:val="Heading2"/>
      </w:pPr>
      <w:r>
        <w:rPr>
          <w:rFonts w:ascii="Times New Roman" w:hAnsi="Times New Roman" w:cs="Times New Roman"/>
        </w:rPr>
        <w:t>7.8  The identity scores (euidentity, natidentity, relidentity, idtype)</w:t>
      </w:r>
    </w:p>
    <w:p w14:paraId="60000152" w14:textId="77777777" w:rsidR="004D342C" w:rsidRDefault="00000000">
      <w:r>
        <w:t>The ERD has carried two standardized identity scores since 11 September 2026, built on exactly the pattern of eusupport, together with two variables derived from them. euidentity is a European-identity score drawn from six survey items; natidentity is a national-identity score drawn from three. Each is computed for every respondent who answers at least one of its items, in every wave that carries one, and each is standardized to mean 0 and standard deviation 1 in the population over which its constants were frozen: euidentity is present for 1,602,955 respondents in 65 waves, natidentity for 1,330,683 in 54. They exist for the reason the composite exists — no single identity item runs the length of the series — and they are two scores rather than one because the data say so. The European items load on one factor and the attachment-to-place items and national pride on a second; the two scores correlate .16 at the respondent level and .01 across countries. A single identity score would have merged two dimensions.</w:t>
      </w:r>
    </w:p>
    <w:p w14:paraId="60000153" w14:textId="77777777" w:rsidR="004D342C" w:rsidRDefault="00000000">
      <w:r>
        <w:t>The items and their loadings. euidentity takes the Moreno question (identity, kept 1 nationality only through 4 European only, with the spontaneous “none” answer scored below all four as category 0 and refusal and don’t know set to missing), attachment to the European Union (attachmentEurope), attachment to Europe as a continent (attachmentcontinent), feeling a citizen of the EU (identityEUcitizen), European pride (prideEurope, whose spontaneous “does not feel European” answer is the lowest of five categories), and the European sense-of-belonging item of 2008 and 2009 (identityEU). Their loadings are .698, .910, .890, .853, .903 and, provisionally, .910. The first four were estimated together on the eight 2014–2019 waves EB82.3 through EB91.5 that carry all of them, 264,018 respondents, with McDonald’s omega of .906; European pride is not asked in those waves and was linked in through EB54.1, EB60.1 and EB62.0. natidentity takes attachment to the respondent’s own country (attachmentcountry), pride in nationality (pridenation) and the national sense-of-belonging item (identityNAT); the first two have a polychoric correlation of .588 and, with two indicators, loadings that are not separately identified, so both are set to the square root of that correlation, .767, and the belonging item provisionally takes the same value. The two belonging loadings are provisional and cannot matter: those items are asked only in EB69.2 and EB71.3, where no other item of either score is asked, so a loading that is never weighed against another loading never enters a weighted mean. natidentity remains the thinner of the two scales, and in most waves it rests on one item.</w:t>
      </w:r>
    </w:p>
    <w:p w14:paraId="60000154" w14:textId="77777777" w:rsidR="004D342C" w:rsidRDefault="00000000">
      <w:r>
        <w:t>The algorithm is the one set out in §7.3, applied twice. For each respondent: (a) harmonize each available item so that a higher code means a stronger identity, and set every don’t-know, refusal and inapplicable response to missing; (b) replace each category with its frozen normal score from Table 7.3; (c) take the loading-weighted mean over the items the respondent actually answered, so that the denominator uses only answered items; (d) standardize with the frozen constants, euidentity = (id_euraw − (−0.02796)) ÷ 0.85120 and natidentity = (id_natraw − (−0.00206)) ÷ 0.84875. The constants were estimated once and are frozen, so a respondent’s score does not move when the dataset grows. As with the composite, the routine keeps the inputs it scores from — the nine harmonized items, the item counts id_eun, which runs from 0 to 6, and id_natn, from 0 to 3, and the unstandardized means id_euraw and id_natraw — so both scores can be audited and recomputed respondent by respondent.</w:t>
      </w:r>
    </w:p>
    <w:p w14:paraId="7000000C" w14:textId="77777777" w:rsidR="004D342C" w:rsidRDefault="00000000">
      <w:r>
        <w:t>The model was revised once, on the afternoon of 11 September 2026, and what Table 7.3 records is version 2. Three things changed. The Moreno question’s spontaneous “none” answer — 3,734 respondents, until then treated as missing — became the item’s lowest European-identity category, code 0, with a normal score of −2.9253, and the item’s four other normal scores were re-derived from the pooled proportions; none of them moved by as much as 0.03. The European and national sense-of-belonging items of EB69.2 and EB71.3 joined their respective scores, adding 56,706 scored respondents to euidentity and 56,587 to natidentity. And the remaining candidates were settled out: attachment to region and to city stay out of natidentity, which is a national score and not a general attachment-to-place score, and the regional and world belonging items stay out for the same reason. The standardisation constants were deliberately not re-estimated, so a respondent who answered neither the Moreno question nor a belonging item carries exactly the score the first version gave; the price is that the two scores no longer have pooled means of exactly zero, but of +0.0024 and +0.0001.</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3456"/>
        <w:gridCol w:w="1728"/>
        <w:gridCol w:w="2160"/>
        <w:gridCol w:w="1728"/>
      </w:tblGrid>
      <w:tr w:rsidR="004D342C" w14:paraId="600000A7" w14:textId="77777777">
        <w:trPr>
          <w:cantSplit/>
          <w:tblHeader/>
          <w:jc w:val="center"/>
        </w:trPr>
        <w:tc>
          <w:tcPr>
            <w:tcW w:w="3456" w:type="dxa"/>
            <w:tcBorders>
              <w:bottom w:val="single" w:sz="6" w:space="0" w:color="1F4E79"/>
            </w:tcBorders>
            <w:shd w:val="clear" w:color="auto" w:fill="E7EDF3"/>
          </w:tcPr>
          <w:p w14:paraId="600000A8" w14:textId="77777777" w:rsidR="004D342C" w:rsidRDefault="00000000">
            <w:pPr>
              <w:spacing w:before="40" w:after="40"/>
              <w:ind w:firstLine="0"/>
            </w:pPr>
            <w:r>
              <w:rPr>
                <w:b/>
                <w:color w:val="1F4E79"/>
                <w:sz w:val="18"/>
              </w:rPr>
              <w:t>Component</w:t>
            </w:r>
          </w:p>
        </w:tc>
        <w:tc>
          <w:tcPr>
            <w:tcW w:w="1728" w:type="dxa"/>
            <w:tcBorders>
              <w:bottom w:val="single" w:sz="6" w:space="0" w:color="1F4E79"/>
            </w:tcBorders>
            <w:shd w:val="clear" w:color="auto" w:fill="E7EDF3"/>
          </w:tcPr>
          <w:p w14:paraId="600000A9" w14:textId="77777777" w:rsidR="004D342C" w:rsidRDefault="00000000">
            <w:pPr>
              <w:spacing w:before="40" w:after="40"/>
              <w:ind w:firstLine="0"/>
              <w:jc w:val="right"/>
            </w:pPr>
            <w:r>
              <w:rPr>
                <w:b/>
                <w:color w:val="1F4E79"/>
                <w:sz w:val="18"/>
              </w:rPr>
              <w:t>Weight (loading)</w:t>
            </w:r>
          </w:p>
        </w:tc>
        <w:tc>
          <w:tcPr>
            <w:tcW w:w="2160" w:type="dxa"/>
            <w:tcBorders>
              <w:bottom w:val="single" w:sz="6" w:space="0" w:color="1F4E79"/>
            </w:tcBorders>
            <w:shd w:val="clear" w:color="auto" w:fill="E7EDF3"/>
          </w:tcPr>
          <w:p w14:paraId="600000AA" w14:textId="77777777" w:rsidR="004D342C" w:rsidRDefault="00000000">
            <w:pPr>
              <w:spacing w:before="40" w:after="40"/>
              <w:ind w:firstLine="0"/>
            </w:pPr>
            <w:r>
              <w:rPr>
                <w:b/>
                <w:color w:val="1F4E79"/>
                <w:sz w:val="18"/>
              </w:rPr>
              <w:t>Category</w:t>
            </w:r>
          </w:p>
        </w:tc>
        <w:tc>
          <w:tcPr>
            <w:tcW w:w="1728" w:type="dxa"/>
            <w:tcBorders>
              <w:bottom w:val="single" w:sz="6" w:space="0" w:color="1F4E79"/>
            </w:tcBorders>
            <w:shd w:val="clear" w:color="auto" w:fill="E7EDF3"/>
          </w:tcPr>
          <w:p w14:paraId="600000AB" w14:textId="77777777" w:rsidR="004D342C" w:rsidRDefault="00000000">
            <w:pPr>
              <w:spacing w:before="40" w:after="40"/>
              <w:ind w:firstLine="0"/>
              <w:jc w:val="right"/>
            </w:pPr>
            <w:r>
              <w:rPr>
                <w:b/>
                <w:color w:val="1F4E79"/>
                <w:sz w:val="18"/>
              </w:rPr>
              <w:t>Normal score</w:t>
            </w:r>
          </w:p>
        </w:tc>
      </w:tr>
      <w:tr w:rsidR="004D342C" w14:paraId="7000000D" w14:textId="77777777">
        <w:trPr>
          <w:cantSplit/>
          <w:jc w:val="center"/>
        </w:trPr>
        <w:tc>
          <w:tcPr>
            <w:tcW w:w="3456" w:type="dxa"/>
          </w:tcPr>
          <w:p w14:paraId="7000000E" w14:textId="77777777" w:rsidR="004D342C" w:rsidRDefault="00000000">
            <w:pPr>
              <w:spacing w:before="40" w:after="40"/>
              <w:ind w:firstLine="0"/>
            </w:pPr>
            <w:r>
              <w:rPr>
                <w:sz w:val="20"/>
              </w:rPr>
              <w:t>Moreno identity (id_moreno)</w:t>
            </w:r>
          </w:p>
        </w:tc>
        <w:tc>
          <w:tcPr>
            <w:tcW w:w="1728" w:type="dxa"/>
          </w:tcPr>
          <w:p w14:paraId="7000000F" w14:textId="77777777" w:rsidR="004D342C" w:rsidRDefault="00000000">
            <w:pPr>
              <w:spacing w:before="40" w:after="40"/>
              <w:ind w:firstLine="0"/>
              <w:jc w:val="right"/>
            </w:pPr>
            <w:r>
              <w:rPr>
                <w:sz w:val="20"/>
              </w:rPr>
              <w:t>0.698</w:t>
            </w:r>
          </w:p>
        </w:tc>
        <w:tc>
          <w:tcPr>
            <w:tcW w:w="2160" w:type="dxa"/>
          </w:tcPr>
          <w:p w14:paraId="70000010" w14:textId="77777777" w:rsidR="004D342C" w:rsidRDefault="00000000">
            <w:pPr>
              <w:spacing w:before="40" w:after="40"/>
              <w:ind w:firstLine="0"/>
            </w:pPr>
            <w:r>
              <w:rPr>
                <w:sz w:val="20"/>
              </w:rPr>
              <w:t>none (spontaneous)</w:t>
            </w:r>
          </w:p>
        </w:tc>
        <w:tc>
          <w:tcPr>
            <w:tcW w:w="1728" w:type="dxa"/>
          </w:tcPr>
          <w:p w14:paraId="70000011" w14:textId="77777777" w:rsidR="004D342C" w:rsidRDefault="00000000">
            <w:pPr>
              <w:spacing w:before="40" w:after="40"/>
              <w:ind w:firstLine="0"/>
              <w:jc w:val="right"/>
            </w:pPr>
            <w:r>
              <w:rPr>
                <w:sz w:val="20"/>
              </w:rPr>
              <w:t>−2.9253</w:t>
            </w:r>
          </w:p>
        </w:tc>
      </w:tr>
      <w:tr w:rsidR="004D342C" w14:paraId="70000012" w14:textId="77777777">
        <w:trPr>
          <w:cantSplit/>
          <w:jc w:val="center"/>
        </w:trPr>
        <w:tc>
          <w:tcPr>
            <w:tcW w:w="3456" w:type="dxa"/>
          </w:tcPr>
          <w:p w14:paraId="70000013" w14:textId="77777777" w:rsidR="004D342C" w:rsidRDefault="004D342C">
            <w:pPr>
              <w:spacing w:before="40" w:after="40"/>
              <w:ind w:firstLine="0"/>
            </w:pPr>
          </w:p>
        </w:tc>
        <w:tc>
          <w:tcPr>
            <w:tcW w:w="1728" w:type="dxa"/>
          </w:tcPr>
          <w:p w14:paraId="70000014" w14:textId="77777777" w:rsidR="004D342C" w:rsidRDefault="004D342C">
            <w:pPr>
              <w:spacing w:before="40" w:after="40"/>
              <w:ind w:firstLine="0"/>
              <w:jc w:val="right"/>
            </w:pPr>
          </w:p>
        </w:tc>
        <w:tc>
          <w:tcPr>
            <w:tcW w:w="2160" w:type="dxa"/>
          </w:tcPr>
          <w:p w14:paraId="70000015" w14:textId="77777777" w:rsidR="004D342C" w:rsidRDefault="00000000">
            <w:pPr>
              <w:spacing w:before="40" w:after="40"/>
              <w:ind w:firstLine="0"/>
            </w:pPr>
            <w:r>
              <w:rPr>
                <w:sz w:val="20"/>
              </w:rPr>
              <w:t>(NATIONALITY) only</w:t>
            </w:r>
          </w:p>
        </w:tc>
        <w:tc>
          <w:tcPr>
            <w:tcW w:w="1728" w:type="dxa"/>
          </w:tcPr>
          <w:p w14:paraId="70000016" w14:textId="77777777" w:rsidR="004D342C" w:rsidRDefault="00000000">
            <w:pPr>
              <w:spacing w:before="40" w:after="40"/>
              <w:ind w:firstLine="0"/>
              <w:jc w:val="right"/>
            </w:pPr>
            <w:r>
              <w:rPr>
                <w:sz w:val="20"/>
              </w:rPr>
              <w:t>−0.9052</w:t>
            </w:r>
          </w:p>
        </w:tc>
      </w:tr>
      <w:tr w:rsidR="004D342C" w14:paraId="70000017" w14:textId="77777777">
        <w:trPr>
          <w:cantSplit/>
          <w:jc w:val="center"/>
        </w:trPr>
        <w:tc>
          <w:tcPr>
            <w:tcW w:w="3456" w:type="dxa"/>
          </w:tcPr>
          <w:p w14:paraId="70000018" w14:textId="77777777" w:rsidR="004D342C" w:rsidRDefault="004D342C">
            <w:pPr>
              <w:spacing w:before="40" w:after="40"/>
              <w:ind w:firstLine="0"/>
            </w:pPr>
          </w:p>
        </w:tc>
        <w:tc>
          <w:tcPr>
            <w:tcW w:w="1728" w:type="dxa"/>
          </w:tcPr>
          <w:p w14:paraId="70000019" w14:textId="77777777" w:rsidR="004D342C" w:rsidRDefault="004D342C">
            <w:pPr>
              <w:spacing w:before="40" w:after="40"/>
              <w:ind w:firstLine="0"/>
              <w:jc w:val="right"/>
            </w:pPr>
          </w:p>
        </w:tc>
        <w:tc>
          <w:tcPr>
            <w:tcW w:w="2160" w:type="dxa"/>
          </w:tcPr>
          <w:p w14:paraId="7000001A" w14:textId="77777777" w:rsidR="004D342C" w:rsidRDefault="00000000">
            <w:pPr>
              <w:spacing w:before="40" w:after="40"/>
              <w:ind w:firstLine="0"/>
            </w:pPr>
            <w:r>
              <w:rPr>
                <w:sz w:val="20"/>
              </w:rPr>
              <w:t>(NATIONALITY) and European</w:t>
            </w:r>
          </w:p>
        </w:tc>
        <w:tc>
          <w:tcPr>
            <w:tcW w:w="1728" w:type="dxa"/>
          </w:tcPr>
          <w:p w14:paraId="7000001B" w14:textId="77777777" w:rsidR="004D342C" w:rsidRDefault="00000000">
            <w:pPr>
              <w:spacing w:before="40" w:after="40"/>
              <w:ind w:firstLine="0"/>
              <w:jc w:val="right"/>
            </w:pPr>
            <w:r>
              <w:rPr>
                <w:sz w:val="20"/>
              </w:rPr>
              <w:t>+0.4805</w:t>
            </w:r>
          </w:p>
        </w:tc>
      </w:tr>
      <w:tr w:rsidR="004D342C" w14:paraId="7000001C" w14:textId="77777777">
        <w:trPr>
          <w:cantSplit/>
          <w:jc w:val="center"/>
        </w:trPr>
        <w:tc>
          <w:tcPr>
            <w:tcW w:w="3456" w:type="dxa"/>
          </w:tcPr>
          <w:p w14:paraId="7000001D" w14:textId="77777777" w:rsidR="004D342C" w:rsidRDefault="004D342C">
            <w:pPr>
              <w:spacing w:before="40" w:after="40"/>
              <w:ind w:firstLine="0"/>
            </w:pPr>
          </w:p>
        </w:tc>
        <w:tc>
          <w:tcPr>
            <w:tcW w:w="1728" w:type="dxa"/>
          </w:tcPr>
          <w:p w14:paraId="7000001E" w14:textId="77777777" w:rsidR="004D342C" w:rsidRDefault="004D342C">
            <w:pPr>
              <w:spacing w:before="40" w:after="40"/>
              <w:ind w:firstLine="0"/>
              <w:jc w:val="right"/>
            </w:pPr>
          </w:p>
        </w:tc>
        <w:tc>
          <w:tcPr>
            <w:tcW w:w="2160" w:type="dxa"/>
          </w:tcPr>
          <w:p w14:paraId="7000001F" w14:textId="77777777" w:rsidR="004D342C" w:rsidRDefault="00000000">
            <w:pPr>
              <w:spacing w:before="40" w:after="40"/>
              <w:ind w:firstLine="0"/>
            </w:pPr>
            <w:r>
              <w:rPr>
                <w:sz w:val="20"/>
              </w:rPr>
              <w:t>European and (NATIONALITY)</w:t>
            </w:r>
          </w:p>
        </w:tc>
        <w:tc>
          <w:tcPr>
            <w:tcW w:w="1728" w:type="dxa"/>
          </w:tcPr>
          <w:p w14:paraId="70000020" w14:textId="77777777" w:rsidR="004D342C" w:rsidRDefault="00000000">
            <w:pPr>
              <w:spacing w:before="40" w:after="40"/>
              <w:ind w:firstLine="0"/>
              <w:jc w:val="right"/>
            </w:pPr>
            <w:r>
              <w:rPr>
                <w:sz w:val="20"/>
              </w:rPr>
              <w:t>+1.6300</w:t>
            </w:r>
          </w:p>
        </w:tc>
      </w:tr>
      <w:tr w:rsidR="004D342C" w14:paraId="70000021" w14:textId="77777777">
        <w:trPr>
          <w:cantSplit/>
          <w:jc w:val="center"/>
        </w:trPr>
        <w:tc>
          <w:tcPr>
            <w:tcW w:w="3456" w:type="dxa"/>
          </w:tcPr>
          <w:p w14:paraId="70000022" w14:textId="77777777" w:rsidR="004D342C" w:rsidRDefault="004D342C">
            <w:pPr>
              <w:spacing w:before="40" w:after="40"/>
              <w:ind w:firstLine="0"/>
            </w:pPr>
          </w:p>
        </w:tc>
        <w:tc>
          <w:tcPr>
            <w:tcW w:w="1728" w:type="dxa"/>
          </w:tcPr>
          <w:p w14:paraId="70000023" w14:textId="77777777" w:rsidR="004D342C" w:rsidRDefault="004D342C">
            <w:pPr>
              <w:spacing w:before="40" w:after="40"/>
              <w:ind w:firstLine="0"/>
              <w:jc w:val="right"/>
            </w:pPr>
          </w:p>
        </w:tc>
        <w:tc>
          <w:tcPr>
            <w:tcW w:w="2160" w:type="dxa"/>
          </w:tcPr>
          <w:p w14:paraId="70000024" w14:textId="77777777" w:rsidR="004D342C" w:rsidRDefault="00000000">
            <w:pPr>
              <w:spacing w:before="40" w:after="40"/>
              <w:ind w:firstLine="0"/>
            </w:pPr>
            <w:r>
              <w:rPr>
                <w:sz w:val="20"/>
              </w:rPr>
              <w:t>European only</w:t>
            </w:r>
          </w:p>
        </w:tc>
        <w:tc>
          <w:tcPr>
            <w:tcW w:w="1728" w:type="dxa"/>
          </w:tcPr>
          <w:p w14:paraId="70000025" w14:textId="77777777" w:rsidR="004D342C" w:rsidRDefault="00000000">
            <w:pPr>
              <w:spacing w:before="40" w:after="40"/>
              <w:ind w:firstLine="0"/>
              <w:jc w:val="right"/>
            </w:pPr>
            <w:r>
              <w:rPr>
                <w:sz w:val="20"/>
              </w:rPr>
              <w:t>+2.3544</w:t>
            </w:r>
          </w:p>
        </w:tc>
      </w:tr>
      <w:tr w:rsidR="004D342C" w14:paraId="600000C0" w14:textId="77777777">
        <w:trPr>
          <w:cantSplit/>
          <w:jc w:val="center"/>
        </w:trPr>
        <w:tc>
          <w:tcPr>
            <w:tcW w:w="3456" w:type="dxa"/>
          </w:tcPr>
          <w:p w14:paraId="600000C1" w14:textId="77777777" w:rsidR="004D342C" w:rsidRDefault="00000000">
            <w:pPr>
              <w:spacing w:before="40" w:after="40"/>
              <w:ind w:firstLine="0"/>
            </w:pPr>
            <w:r>
              <w:rPr>
                <w:sz w:val="20"/>
              </w:rPr>
              <w:t>Attachment to the EU (id_atteu)</w:t>
            </w:r>
          </w:p>
        </w:tc>
        <w:tc>
          <w:tcPr>
            <w:tcW w:w="1728" w:type="dxa"/>
          </w:tcPr>
          <w:p w14:paraId="600000C2" w14:textId="77777777" w:rsidR="004D342C" w:rsidRDefault="00000000">
            <w:pPr>
              <w:spacing w:before="40" w:after="40"/>
              <w:ind w:firstLine="0"/>
              <w:jc w:val="right"/>
            </w:pPr>
            <w:r>
              <w:rPr>
                <w:sz w:val="20"/>
              </w:rPr>
              <w:t>0.910</w:t>
            </w:r>
          </w:p>
        </w:tc>
        <w:tc>
          <w:tcPr>
            <w:tcW w:w="2160" w:type="dxa"/>
          </w:tcPr>
          <w:p w14:paraId="600000C3" w14:textId="77777777" w:rsidR="004D342C" w:rsidRDefault="00000000">
            <w:pPr>
              <w:spacing w:before="40" w:after="40"/>
              <w:ind w:firstLine="0"/>
            </w:pPr>
            <w:r>
              <w:rPr>
                <w:sz w:val="20"/>
              </w:rPr>
              <w:t>not at all attached</w:t>
            </w:r>
          </w:p>
        </w:tc>
        <w:tc>
          <w:tcPr>
            <w:tcW w:w="1728" w:type="dxa"/>
          </w:tcPr>
          <w:p w14:paraId="600000C4" w14:textId="77777777" w:rsidR="004D342C" w:rsidRDefault="00000000">
            <w:pPr>
              <w:spacing w:before="40" w:after="40"/>
              <w:ind w:firstLine="0"/>
              <w:jc w:val="right"/>
            </w:pPr>
            <w:r>
              <w:rPr>
                <w:sz w:val="20"/>
              </w:rPr>
              <w:t>−1.5626</w:t>
            </w:r>
          </w:p>
        </w:tc>
      </w:tr>
      <w:tr w:rsidR="004D342C" w14:paraId="600000C5" w14:textId="77777777">
        <w:trPr>
          <w:cantSplit/>
          <w:jc w:val="center"/>
        </w:trPr>
        <w:tc>
          <w:tcPr>
            <w:tcW w:w="3456" w:type="dxa"/>
          </w:tcPr>
          <w:p w14:paraId="600000C6" w14:textId="77777777" w:rsidR="004D342C" w:rsidRDefault="004D342C">
            <w:pPr>
              <w:spacing w:before="40" w:after="40"/>
              <w:ind w:firstLine="0"/>
            </w:pPr>
          </w:p>
        </w:tc>
        <w:tc>
          <w:tcPr>
            <w:tcW w:w="1728" w:type="dxa"/>
          </w:tcPr>
          <w:p w14:paraId="600000C7" w14:textId="77777777" w:rsidR="004D342C" w:rsidRDefault="004D342C">
            <w:pPr>
              <w:spacing w:before="40" w:after="40"/>
              <w:ind w:firstLine="0"/>
              <w:jc w:val="right"/>
            </w:pPr>
          </w:p>
        </w:tc>
        <w:tc>
          <w:tcPr>
            <w:tcW w:w="2160" w:type="dxa"/>
          </w:tcPr>
          <w:p w14:paraId="600000C8" w14:textId="77777777" w:rsidR="004D342C" w:rsidRDefault="00000000">
            <w:pPr>
              <w:spacing w:before="40" w:after="40"/>
              <w:ind w:firstLine="0"/>
            </w:pPr>
            <w:r>
              <w:rPr>
                <w:sz w:val="20"/>
              </w:rPr>
              <w:t>not very attached</w:t>
            </w:r>
          </w:p>
        </w:tc>
        <w:tc>
          <w:tcPr>
            <w:tcW w:w="1728" w:type="dxa"/>
          </w:tcPr>
          <w:p w14:paraId="600000C9" w14:textId="77777777" w:rsidR="004D342C" w:rsidRDefault="00000000">
            <w:pPr>
              <w:spacing w:before="40" w:after="40"/>
              <w:ind w:firstLine="0"/>
              <w:jc w:val="right"/>
            </w:pPr>
            <w:r>
              <w:rPr>
                <w:sz w:val="20"/>
              </w:rPr>
              <w:t>−0.5249</w:t>
            </w:r>
          </w:p>
        </w:tc>
      </w:tr>
      <w:tr w:rsidR="004D342C" w14:paraId="600000CA" w14:textId="77777777">
        <w:trPr>
          <w:cantSplit/>
          <w:jc w:val="center"/>
        </w:trPr>
        <w:tc>
          <w:tcPr>
            <w:tcW w:w="3456" w:type="dxa"/>
          </w:tcPr>
          <w:p w14:paraId="600000CB" w14:textId="77777777" w:rsidR="004D342C" w:rsidRDefault="004D342C">
            <w:pPr>
              <w:spacing w:before="40" w:after="40"/>
              <w:ind w:firstLine="0"/>
            </w:pPr>
          </w:p>
        </w:tc>
        <w:tc>
          <w:tcPr>
            <w:tcW w:w="1728" w:type="dxa"/>
          </w:tcPr>
          <w:p w14:paraId="600000CC" w14:textId="77777777" w:rsidR="004D342C" w:rsidRDefault="004D342C">
            <w:pPr>
              <w:spacing w:before="40" w:after="40"/>
              <w:ind w:firstLine="0"/>
              <w:jc w:val="right"/>
            </w:pPr>
          </w:p>
        </w:tc>
        <w:tc>
          <w:tcPr>
            <w:tcW w:w="2160" w:type="dxa"/>
          </w:tcPr>
          <w:p w14:paraId="600000CD" w14:textId="77777777" w:rsidR="004D342C" w:rsidRDefault="00000000">
            <w:pPr>
              <w:spacing w:before="40" w:after="40"/>
              <w:ind w:firstLine="0"/>
            </w:pPr>
            <w:r>
              <w:rPr>
                <w:sz w:val="20"/>
              </w:rPr>
              <w:t>fairly attached</w:t>
            </w:r>
          </w:p>
        </w:tc>
        <w:tc>
          <w:tcPr>
            <w:tcW w:w="1728" w:type="dxa"/>
          </w:tcPr>
          <w:p w14:paraId="600000CE" w14:textId="77777777" w:rsidR="004D342C" w:rsidRDefault="00000000">
            <w:pPr>
              <w:spacing w:before="40" w:after="40"/>
              <w:ind w:firstLine="0"/>
              <w:jc w:val="right"/>
            </w:pPr>
            <w:r>
              <w:rPr>
                <w:sz w:val="20"/>
              </w:rPr>
              <w:t>+0.4319</w:t>
            </w:r>
          </w:p>
        </w:tc>
      </w:tr>
      <w:tr w:rsidR="004D342C" w14:paraId="600000CF" w14:textId="77777777">
        <w:trPr>
          <w:cantSplit/>
          <w:jc w:val="center"/>
        </w:trPr>
        <w:tc>
          <w:tcPr>
            <w:tcW w:w="3456" w:type="dxa"/>
          </w:tcPr>
          <w:p w14:paraId="600000D0" w14:textId="77777777" w:rsidR="004D342C" w:rsidRDefault="004D342C">
            <w:pPr>
              <w:spacing w:before="40" w:after="40"/>
              <w:ind w:firstLine="0"/>
            </w:pPr>
          </w:p>
        </w:tc>
        <w:tc>
          <w:tcPr>
            <w:tcW w:w="1728" w:type="dxa"/>
          </w:tcPr>
          <w:p w14:paraId="600000D1" w14:textId="77777777" w:rsidR="004D342C" w:rsidRDefault="004D342C">
            <w:pPr>
              <w:spacing w:before="40" w:after="40"/>
              <w:ind w:firstLine="0"/>
              <w:jc w:val="right"/>
            </w:pPr>
          </w:p>
        </w:tc>
        <w:tc>
          <w:tcPr>
            <w:tcW w:w="2160" w:type="dxa"/>
          </w:tcPr>
          <w:p w14:paraId="600000D2" w14:textId="77777777" w:rsidR="004D342C" w:rsidRDefault="00000000">
            <w:pPr>
              <w:spacing w:before="40" w:after="40"/>
              <w:ind w:firstLine="0"/>
            </w:pPr>
            <w:r>
              <w:rPr>
                <w:sz w:val="20"/>
              </w:rPr>
              <w:t>very attached</w:t>
            </w:r>
          </w:p>
        </w:tc>
        <w:tc>
          <w:tcPr>
            <w:tcW w:w="1728" w:type="dxa"/>
          </w:tcPr>
          <w:p w14:paraId="600000D3" w14:textId="77777777" w:rsidR="004D342C" w:rsidRDefault="00000000">
            <w:pPr>
              <w:spacing w:before="40" w:after="40"/>
              <w:ind w:firstLine="0"/>
              <w:jc w:val="right"/>
            </w:pPr>
            <w:r>
              <w:rPr>
                <w:sz w:val="20"/>
              </w:rPr>
              <w:t>+1.5651</w:t>
            </w:r>
          </w:p>
        </w:tc>
      </w:tr>
      <w:tr w:rsidR="004D342C" w14:paraId="600000D4" w14:textId="77777777">
        <w:trPr>
          <w:cantSplit/>
          <w:jc w:val="center"/>
        </w:trPr>
        <w:tc>
          <w:tcPr>
            <w:tcW w:w="3456" w:type="dxa"/>
          </w:tcPr>
          <w:p w14:paraId="600000D5" w14:textId="77777777" w:rsidR="004D342C" w:rsidRDefault="00000000">
            <w:pPr>
              <w:spacing w:before="40" w:after="40"/>
              <w:ind w:firstLine="0"/>
            </w:pPr>
            <w:r>
              <w:rPr>
                <w:sz w:val="20"/>
              </w:rPr>
              <w:t>Attachment to Europe (id_attcont)</w:t>
            </w:r>
          </w:p>
        </w:tc>
        <w:tc>
          <w:tcPr>
            <w:tcW w:w="1728" w:type="dxa"/>
          </w:tcPr>
          <w:p w14:paraId="600000D6" w14:textId="77777777" w:rsidR="004D342C" w:rsidRDefault="00000000">
            <w:pPr>
              <w:spacing w:before="40" w:after="40"/>
              <w:ind w:firstLine="0"/>
              <w:jc w:val="right"/>
            </w:pPr>
            <w:r>
              <w:rPr>
                <w:sz w:val="20"/>
              </w:rPr>
              <w:t>0.890</w:t>
            </w:r>
          </w:p>
        </w:tc>
        <w:tc>
          <w:tcPr>
            <w:tcW w:w="2160" w:type="dxa"/>
          </w:tcPr>
          <w:p w14:paraId="600000D7" w14:textId="77777777" w:rsidR="004D342C" w:rsidRDefault="00000000">
            <w:pPr>
              <w:spacing w:before="40" w:after="40"/>
              <w:ind w:firstLine="0"/>
            </w:pPr>
            <w:r>
              <w:rPr>
                <w:sz w:val="20"/>
              </w:rPr>
              <w:t>not at all attached</w:t>
            </w:r>
          </w:p>
        </w:tc>
        <w:tc>
          <w:tcPr>
            <w:tcW w:w="1728" w:type="dxa"/>
          </w:tcPr>
          <w:p w14:paraId="600000D8" w14:textId="77777777" w:rsidR="004D342C" w:rsidRDefault="00000000">
            <w:pPr>
              <w:spacing w:before="40" w:after="40"/>
              <w:ind w:firstLine="0"/>
              <w:jc w:val="right"/>
            </w:pPr>
            <w:r>
              <w:rPr>
                <w:sz w:val="20"/>
              </w:rPr>
              <w:t>−1.6907</w:t>
            </w:r>
          </w:p>
        </w:tc>
      </w:tr>
      <w:tr w:rsidR="004D342C" w14:paraId="600000D9" w14:textId="77777777">
        <w:trPr>
          <w:cantSplit/>
          <w:jc w:val="center"/>
        </w:trPr>
        <w:tc>
          <w:tcPr>
            <w:tcW w:w="3456" w:type="dxa"/>
          </w:tcPr>
          <w:p w14:paraId="600000DA" w14:textId="77777777" w:rsidR="004D342C" w:rsidRDefault="004D342C">
            <w:pPr>
              <w:spacing w:before="40" w:after="40"/>
              <w:ind w:firstLine="0"/>
            </w:pPr>
          </w:p>
        </w:tc>
        <w:tc>
          <w:tcPr>
            <w:tcW w:w="1728" w:type="dxa"/>
          </w:tcPr>
          <w:p w14:paraId="600000DB" w14:textId="77777777" w:rsidR="004D342C" w:rsidRDefault="004D342C">
            <w:pPr>
              <w:spacing w:before="40" w:after="40"/>
              <w:ind w:firstLine="0"/>
              <w:jc w:val="right"/>
            </w:pPr>
          </w:p>
        </w:tc>
        <w:tc>
          <w:tcPr>
            <w:tcW w:w="2160" w:type="dxa"/>
          </w:tcPr>
          <w:p w14:paraId="600000DC" w14:textId="77777777" w:rsidR="004D342C" w:rsidRDefault="00000000">
            <w:pPr>
              <w:spacing w:before="40" w:after="40"/>
              <w:ind w:firstLine="0"/>
            </w:pPr>
            <w:r>
              <w:rPr>
                <w:sz w:val="20"/>
              </w:rPr>
              <w:t>not very attached</w:t>
            </w:r>
          </w:p>
        </w:tc>
        <w:tc>
          <w:tcPr>
            <w:tcW w:w="1728" w:type="dxa"/>
          </w:tcPr>
          <w:p w14:paraId="600000DD" w14:textId="77777777" w:rsidR="004D342C" w:rsidRDefault="00000000">
            <w:pPr>
              <w:spacing w:before="40" w:after="40"/>
              <w:ind w:firstLine="0"/>
              <w:jc w:val="right"/>
            </w:pPr>
            <w:r>
              <w:rPr>
                <w:sz w:val="20"/>
              </w:rPr>
              <w:t>−0.7161</w:t>
            </w:r>
          </w:p>
        </w:tc>
      </w:tr>
      <w:tr w:rsidR="004D342C" w14:paraId="600000DE" w14:textId="77777777">
        <w:trPr>
          <w:cantSplit/>
          <w:jc w:val="center"/>
        </w:trPr>
        <w:tc>
          <w:tcPr>
            <w:tcW w:w="3456" w:type="dxa"/>
          </w:tcPr>
          <w:p w14:paraId="600000DF" w14:textId="77777777" w:rsidR="004D342C" w:rsidRDefault="004D342C">
            <w:pPr>
              <w:spacing w:before="40" w:after="40"/>
              <w:ind w:firstLine="0"/>
            </w:pPr>
          </w:p>
        </w:tc>
        <w:tc>
          <w:tcPr>
            <w:tcW w:w="1728" w:type="dxa"/>
          </w:tcPr>
          <w:p w14:paraId="600000E0" w14:textId="77777777" w:rsidR="004D342C" w:rsidRDefault="004D342C">
            <w:pPr>
              <w:spacing w:before="40" w:after="40"/>
              <w:ind w:firstLine="0"/>
              <w:jc w:val="right"/>
            </w:pPr>
          </w:p>
        </w:tc>
        <w:tc>
          <w:tcPr>
            <w:tcW w:w="2160" w:type="dxa"/>
          </w:tcPr>
          <w:p w14:paraId="600000E1" w14:textId="77777777" w:rsidR="004D342C" w:rsidRDefault="00000000">
            <w:pPr>
              <w:spacing w:before="40" w:after="40"/>
              <w:ind w:firstLine="0"/>
            </w:pPr>
            <w:r>
              <w:rPr>
                <w:sz w:val="20"/>
              </w:rPr>
              <w:t>fairly attached</w:t>
            </w:r>
          </w:p>
        </w:tc>
        <w:tc>
          <w:tcPr>
            <w:tcW w:w="1728" w:type="dxa"/>
          </w:tcPr>
          <w:p w14:paraId="600000E2" w14:textId="77777777" w:rsidR="004D342C" w:rsidRDefault="00000000">
            <w:pPr>
              <w:spacing w:before="40" w:after="40"/>
              <w:ind w:firstLine="0"/>
              <w:jc w:val="right"/>
            </w:pPr>
            <w:r>
              <w:rPr>
                <w:sz w:val="20"/>
              </w:rPr>
              <w:t>+0.2530</w:t>
            </w:r>
          </w:p>
        </w:tc>
      </w:tr>
      <w:tr w:rsidR="004D342C" w14:paraId="600000E3" w14:textId="77777777">
        <w:trPr>
          <w:cantSplit/>
          <w:jc w:val="center"/>
        </w:trPr>
        <w:tc>
          <w:tcPr>
            <w:tcW w:w="3456" w:type="dxa"/>
          </w:tcPr>
          <w:p w14:paraId="600000E4" w14:textId="77777777" w:rsidR="004D342C" w:rsidRDefault="004D342C">
            <w:pPr>
              <w:spacing w:before="40" w:after="40"/>
              <w:ind w:firstLine="0"/>
            </w:pPr>
          </w:p>
        </w:tc>
        <w:tc>
          <w:tcPr>
            <w:tcW w:w="1728" w:type="dxa"/>
          </w:tcPr>
          <w:p w14:paraId="600000E5" w14:textId="77777777" w:rsidR="004D342C" w:rsidRDefault="004D342C">
            <w:pPr>
              <w:spacing w:before="40" w:after="40"/>
              <w:ind w:firstLine="0"/>
              <w:jc w:val="right"/>
            </w:pPr>
          </w:p>
        </w:tc>
        <w:tc>
          <w:tcPr>
            <w:tcW w:w="2160" w:type="dxa"/>
          </w:tcPr>
          <w:p w14:paraId="600000E6" w14:textId="77777777" w:rsidR="004D342C" w:rsidRDefault="00000000">
            <w:pPr>
              <w:spacing w:before="40" w:after="40"/>
              <w:ind w:firstLine="0"/>
            </w:pPr>
            <w:r>
              <w:rPr>
                <w:sz w:val="20"/>
              </w:rPr>
              <w:t>very attached</w:t>
            </w:r>
          </w:p>
        </w:tc>
        <w:tc>
          <w:tcPr>
            <w:tcW w:w="1728" w:type="dxa"/>
          </w:tcPr>
          <w:p w14:paraId="600000E7" w14:textId="77777777" w:rsidR="004D342C" w:rsidRDefault="00000000">
            <w:pPr>
              <w:spacing w:before="40" w:after="40"/>
              <w:ind w:firstLine="0"/>
              <w:jc w:val="right"/>
            </w:pPr>
            <w:r>
              <w:rPr>
                <w:sz w:val="20"/>
              </w:rPr>
              <w:t>+1.4436</w:t>
            </w:r>
          </w:p>
        </w:tc>
      </w:tr>
      <w:tr w:rsidR="004D342C" w14:paraId="600000E8" w14:textId="77777777">
        <w:trPr>
          <w:cantSplit/>
          <w:jc w:val="center"/>
        </w:trPr>
        <w:tc>
          <w:tcPr>
            <w:tcW w:w="3456" w:type="dxa"/>
          </w:tcPr>
          <w:p w14:paraId="600000E9" w14:textId="77777777" w:rsidR="004D342C" w:rsidRDefault="00000000">
            <w:pPr>
              <w:spacing w:before="40" w:after="40"/>
              <w:ind w:firstLine="0"/>
            </w:pPr>
            <w:r>
              <w:rPr>
                <w:sz w:val="20"/>
              </w:rPr>
              <w:t>Feels an EU citizen (id_eucit)</w:t>
            </w:r>
          </w:p>
        </w:tc>
        <w:tc>
          <w:tcPr>
            <w:tcW w:w="1728" w:type="dxa"/>
          </w:tcPr>
          <w:p w14:paraId="600000EA" w14:textId="77777777" w:rsidR="004D342C" w:rsidRDefault="00000000">
            <w:pPr>
              <w:spacing w:before="40" w:after="40"/>
              <w:ind w:firstLine="0"/>
              <w:jc w:val="right"/>
            </w:pPr>
            <w:r>
              <w:rPr>
                <w:sz w:val="20"/>
              </w:rPr>
              <w:t>0.853</w:t>
            </w:r>
          </w:p>
        </w:tc>
        <w:tc>
          <w:tcPr>
            <w:tcW w:w="2160" w:type="dxa"/>
          </w:tcPr>
          <w:p w14:paraId="600000EB" w14:textId="77777777" w:rsidR="004D342C" w:rsidRDefault="00000000">
            <w:pPr>
              <w:spacing w:before="40" w:after="40"/>
              <w:ind w:firstLine="0"/>
            </w:pPr>
            <w:r>
              <w:rPr>
                <w:sz w:val="20"/>
              </w:rPr>
              <w:t>no, definitely not</w:t>
            </w:r>
          </w:p>
        </w:tc>
        <w:tc>
          <w:tcPr>
            <w:tcW w:w="1728" w:type="dxa"/>
          </w:tcPr>
          <w:p w14:paraId="600000EC" w14:textId="77777777" w:rsidR="004D342C" w:rsidRDefault="00000000">
            <w:pPr>
              <w:spacing w:before="40" w:after="40"/>
              <w:ind w:firstLine="0"/>
              <w:jc w:val="right"/>
            </w:pPr>
            <w:r>
              <w:rPr>
                <w:sz w:val="20"/>
              </w:rPr>
              <w:t>−1.8067</w:t>
            </w:r>
          </w:p>
        </w:tc>
      </w:tr>
      <w:tr w:rsidR="004D342C" w14:paraId="600000ED" w14:textId="77777777">
        <w:trPr>
          <w:cantSplit/>
          <w:jc w:val="center"/>
        </w:trPr>
        <w:tc>
          <w:tcPr>
            <w:tcW w:w="3456" w:type="dxa"/>
          </w:tcPr>
          <w:p w14:paraId="600000EE" w14:textId="77777777" w:rsidR="004D342C" w:rsidRDefault="004D342C">
            <w:pPr>
              <w:spacing w:before="40" w:after="40"/>
              <w:ind w:firstLine="0"/>
            </w:pPr>
          </w:p>
        </w:tc>
        <w:tc>
          <w:tcPr>
            <w:tcW w:w="1728" w:type="dxa"/>
          </w:tcPr>
          <w:p w14:paraId="600000EF" w14:textId="77777777" w:rsidR="004D342C" w:rsidRDefault="004D342C">
            <w:pPr>
              <w:spacing w:before="40" w:after="40"/>
              <w:ind w:firstLine="0"/>
              <w:jc w:val="right"/>
            </w:pPr>
          </w:p>
        </w:tc>
        <w:tc>
          <w:tcPr>
            <w:tcW w:w="2160" w:type="dxa"/>
          </w:tcPr>
          <w:p w14:paraId="600000F0" w14:textId="77777777" w:rsidR="004D342C" w:rsidRDefault="00000000">
            <w:pPr>
              <w:spacing w:before="40" w:after="40"/>
              <w:ind w:firstLine="0"/>
            </w:pPr>
            <w:r>
              <w:rPr>
                <w:sz w:val="20"/>
              </w:rPr>
              <w:t>no, not really</w:t>
            </w:r>
          </w:p>
        </w:tc>
        <w:tc>
          <w:tcPr>
            <w:tcW w:w="1728" w:type="dxa"/>
          </w:tcPr>
          <w:p w14:paraId="600000F1" w14:textId="77777777" w:rsidR="004D342C" w:rsidRDefault="00000000">
            <w:pPr>
              <w:spacing w:before="40" w:after="40"/>
              <w:ind w:firstLine="0"/>
              <w:jc w:val="right"/>
            </w:pPr>
            <w:r>
              <w:rPr>
                <w:sz w:val="20"/>
              </w:rPr>
              <w:t>−0.8994</w:t>
            </w:r>
          </w:p>
        </w:tc>
      </w:tr>
      <w:tr w:rsidR="004D342C" w14:paraId="600000F2" w14:textId="77777777">
        <w:trPr>
          <w:cantSplit/>
          <w:jc w:val="center"/>
        </w:trPr>
        <w:tc>
          <w:tcPr>
            <w:tcW w:w="3456" w:type="dxa"/>
          </w:tcPr>
          <w:p w14:paraId="600000F3" w14:textId="77777777" w:rsidR="004D342C" w:rsidRDefault="004D342C">
            <w:pPr>
              <w:spacing w:before="40" w:after="40"/>
              <w:ind w:firstLine="0"/>
            </w:pPr>
          </w:p>
        </w:tc>
        <w:tc>
          <w:tcPr>
            <w:tcW w:w="1728" w:type="dxa"/>
          </w:tcPr>
          <w:p w14:paraId="600000F4" w14:textId="77777777" w:rsidR="004D342C" w:rsidRDefault="004D342C">
            <w:pPr>
              <w:spacing w:before="40" w:after="40"/>
              <w:ind w:firstLine="0"/>
              <w:jc w:val="right"/>
            </w:pPr>
          </w:p>
        </w:tc>
        <w:tc>
          <w:tcPr>
            <w:tcW w:w="2160" w:type="dxa"/>
          </w:tcPr>
          <w:p w14:paraId="600000F5" w14:textId="77777777" w:rsidR="004D342C" w:rsidRDefault="00000000">
            <w:pPr>
              <w:spacing w:before="40" w:after="40"/>
              <w:ind w:firstLine="0"/>
            </w:pPr>
            <w:r>
              <w:rPr>
                <w:sz w:val="20"/>
              </w:rPr>
              <w:t>yes, to some extent</w:t>
            </w:r>
          </w:p>
        </w:tc>
        <w:tc>
          <w:tcPr>
            <w:tcW w:w="1728" w:type="dxa"/>
          </w:tcPr>
          <w:p w14:paraId="600000F6" w14:textId="77777777" w:rsidR="004D342C" w:rsidRDefault="00000000">
            <w:pPr>
              <w:spacing w:before="40" w:after="40"/>
              <w:ind w:firstLine="0"/>
              <w:jc w:val="right"/>
            </w:pPr>
            <w:r>
              <w:rPr>
                <w:sz w:val="20"/>
              </w:rPr>
              <w:t>+0.0119</w:t>
            </w:r>
          </w:p>
        </w:tc>
      </w:tr>
      <w:tr w:rsidR="004D342C" w14:paraId="600000F7" w14:textId="77777777">
        <w:trPr>
          <w:cantSplit/>
          <w:jc w:val="center"/>
        </w:trPr>
        <w:tc>
          <w:tcPr>
            <w:tcW w:w="3456" w:type="dxa"/>
          </w:tcPr>
          <w:p w14:paraId="600000F8" w14:textId="77777777" w:rsidR="004D342C" w:rsidRDefault="004D342C">
            <w:pPr>
              <w:spacing w:before="40" w:after="40"/>
              <w:ind w:firstLine="0"/>
            </w:pPr>
          </w:p>
        </w:tc>
        <w:tc>
          <w:tcPr>
            <w:tcW w:w="1728" w:type="dxa"/>
          </w:tcPr>
          <w:p w14:paraId="600000F9" w14:textId="77777777" w:rsidR="004D342C" w:rsidRDefault="004D342C">
            <w:pPr>
              <w:spacing w:before="40" w:after="40"/>
              <w:ind w:firstLine="0"/>
              <w:jc w:val="right"/>
            </w:pPr>
          </w:p>
        </w:tc>
        <w:tc>
          <w:tcPr>
            <w:tcW w:w="2160" w:type="dxa"/>
          </w:tcPr>
          <w:p w14:paraId="600000FA" w14:textId="77777777" w:rsidR="004D342C" w:rsidRDefault="00000000">
            <w:pPr>
              <w:spacing w:before="40" w:after="40"/>
              <w:ind w:firstLine="0"/>
            </w:pPr>
            <w:r>
              <w:rPr>
                <w:sz w:val="20"/>
              </w:rPr>
              <w:t>yes, definitely</w:t>
            </w:r>
          </w:p>
        </w:tc>
        <w:tc>
          <w:tcPr>
            <w:tcW w:w="1728" w:type="dxa"/>
          </w:tcPr>
          <w:p w14:paraId="600000FB" w14:textId="77777777" w:rsidR="004D342C" w:rsidRDefault="00000000">
            <w:pPr>
              <w:spacing w:before="40" w:after="40"/>
              <w:ind w:firstLine="0"/>
              <w:jc w:val="right"/>
            </w:pPr>
            <w:r>
              <w:rPr>
                <w:sz w:val="20"/>
              </w:rPr>
              <w:t>+1.1986</w:t>
            </w:r>
          </w:p>
        </w:tc>
      </w:tr>
      <w:tr w:rsidR="004D342C" w14:paraId="600000FC" w14:textId="77777777">
        <w:trPr>
          <w:cantSplit/>
          <w:jc w:val="center"/>
        </w:trPr>
        <w:tc>
          <w:tcPr>
            <w:tcW w:w="3456" w:type="dxa"/>
          </w:tcPr>
          <w:p w14:paraId="600000FD" w14:textId="77777777" w:rsidR="004D342C" w:rsidRDefault="00000000">
            <w:pPr>
              <w:spacing w:before="40" w:after="40"/>
              <w:ind w:firstLine="0"/>
            </w:pPr>
            <w:r>
              <w:rPr>
                <w:sz w:val="20"/>
              </w:rPr>
              <w:t>European pride (id_prideu)</w:t>
            </w:r>
          </w:p>
        </w:tc>
        <w:tc>
          <w:tcPr>
            <w:tcW w:w="1728" w:type="dxa"/>
          </w:tcPr>
          <w:p w14:paraId="600000FE" w14:textId="77777777" w:rsidR="004D342C" w:rsidRDefault="00000000">
            <w:pPr>
              <w:spacing w:before="40" w:after="40"/>
              <w:ind w:firstLine="0"/>
              <w:jc w:val="right"/>
            </w:pPr>
            <w:r>
              <w:rPr>
                <w:sz w:val="20"/>
              </w:rPr>
              <w:t>0.903</w:t>
            </w:r>
          </w:p>
        </w:tc>
        <w:tc>
          <w:tcPr>
            <w:tcW w:w="2160" w:type="dxa"/>
          </w:tcPr>
          <w:p w14:paraId="600000FF" w14:textId="77777777" w:rsidR="004D342C" w:rsidRDefault="00000000">
            <w:pPr>
              <w:spacing w:before="40" w:after="40"/>
              <w:ind w:firstLine="0"/>
            </w:pPr>
            <w:r>
              <w:rPr>
                <w:sz w:val="20"/>
              </w:rPr>
              <w:t>does not feel European</w:t>
            </w:r>
          </w:p>
        </w:tc>
        <w:tc>
          <w:tcPr>
            <w:tcW w:w="1728" w:type="dxa"/>
          </w:tcPr>
          <w:p w14:paraId="60000100" w14:textId="77777777" w:rsidR="004D342C" w:rsidRDefault="00000000">
            <w:pPr>
              <w:spacing w:before="40" w:after="40"/>
              <w:ind w:firstLine="0"/>
              <w:jc w:val="right"/>
            </w:pPr>
            <w:r>
              <w:rPr>
                <w:sz w:val="20"/>
              </w:rPr>
              <w:t>−2.1784</w:t>
            </w:r>
          </w:p>
        </w:tc>
      </w:tr>
      <w:tr w:rsidR="004D342C" w14:paraId="60000101" w14:textId="77777777">
        <w:trPr>
          <w:cantSplit/>
          <w:jc w:val="center"/>
        </w:trPr>
        <w:tc>
          <w:tcPr>
            <w:tcW w:w="3456" w:type="dxa"/>
          </w:tcPr>
          <w:p w14:paraId="60000102" w14:textId="77777777" w:rsidR="004D342C" w:rsidRDefault="004D342C">
            <w:pPr>
              <w:spacing w:before="40" w:after="40"/>
              <w:ind w:firstLine="0"/>
            </w:pPr>
          </w:p>
        </w:tc>
        <w:tc>
          <w:tcPr>
            <w:tcW w:w="1728" w:type="dxa"/>
          </w:tcPr>
          <w:p w14:paraId="60000103" w14:textId="77777777" w:rsidR="004D342C" w:rsidRDefault="004D342C">
            <w:pPr>
              <w:spacing w:before="40" w:after="40"/>
              <w:ind w:firstLine="0"/>
              <w:jc w:val="right"/>
            </w:pPr>
          </w:p>
        </w:tc>
        <w:tc>
          <w:tcPr>
            <w:tcW w:w="2160" w:type="dxa"/>
          </w:tcPr>
          <w:p w14:paraId="60000104" w14:textId="77777777" w:rsidR="004D342C" w:rsidRDefault="00000000">
            <w:pPr>
              <w:spacing w:before="40" w:after="40"/>
              <w:ind w:firstLine="0"/>
            </w:pPr>
            <w:r>
              <w:rPr>
                <w:sz w:val="20"/>
              </w:rPr>
              <w:t>not at all proud</w:t>
            </w:r>
          </w:p>
        </w:tc>
        <w:tc>
          <w:tcPr>
            <w:tcW w:w="1728" w:type="dxa"/>
          </w:tcPr>
          <w:p w14:paraId="60000105" w14:textId="77777777" w:rsidR="004D342C" w:rsidRDefault="00000000">
            <w:pPr>
              <w:spacing w:before="40" w:after="40"/>
              <w:ind w:firstLine="0"/>
              <w:jc w:val="right"/>
            </w:pPr>
            <w:r>
              <w:rPr>
                <w:sz w:val="20"/>
              </w:rPr>
              <w:t>−1.4387</w:t>
            </w:r>
          </w:p>
        </w:tc>
      </w:tr>
      <w:tr w:rsidR="004D342C" w14:paraId="60000106" w14:textId="77777777">
        <w:trPr>
          <w:cantSplit/>
          <w:jc w:val="center"/>
        </w:trPr>
        <w:tc>
          <w:tcPr>
            <w:tcW w:w="3456" w:type="dxa"/>
          </w:tcPr>
          <w:p w14:paraId="60000107" w14:textId="77777777" w:rsidR="004D342C" w:rsidRDefault="004D342C">
            <w:pPr>
              <w:spacing w:before="40" w:after="40"/>
              <w:ind w:firstLine="0"/>
            </w:pPr>
          </w:p>
        </w:tc>
        <w:tc>
          <w:tcPr>
            <w:tcW w:w="1728" w:type="dxa"/>
          </w:tcPr>
          <w:p w14:paraId="60000108" w14:textId="77777777" w:rsidR="004D342C" w:rsidRDefault="004D342C">
            <w:pPr>
              <w:spacing w:before="40" w:after="40"/>
              <w:ind w:firstLine="0"/>
              <w:jc w:val="right"/>
            </w:pPr>
          </w:p>
        </w:tc>
        <w:tc>
          <w:tcPr>
            <w:tcW w:w="2160" w:type="dxa"/>
          </w:tcPr>
          <w:p w14:paraId="60000109" w14:textId="77777777" w:rsidR="004D342C" w:rsidRDefault="00000000">
            <w:pPr>
              <w:spacing w:before="40" w:after="40"/>
              <w:ind w:firstLine="0"/>
            </w:pPr>
            <w:r>
              <w:rPr>
                <w:sz w:val="20"/>
              </w:rPr>
              <w:t>not very proud</w:t>
            </w:r>
          </w:p>
        </w:tc>
        <w:tc>
          <w:tcPr>
            <w:tcW w:w="1728" w:type="dxa"/>
          </w:tcPr>
          <w:p w14:paraId="6000010A" w14:textId="77777777" w:rsidR="004D342C" w:rsidRDefault="00000000">
            <w:pPr>
              <w:spacing w:before="40" w:after="40"/>
              <w:ind w:firstLine="0"/>
              <w:jc w:val="right"/>
            </w:pPr>
            <w:r>
              <w:rPr>
                <w:sz w:val="20"/>
              </w:rPr>
              <w:t>−0.8130</w:t>
            </w:r>
          </w:p>
        </w:tc>
      </w:tr>
      <w:tr w:rsidR="004D342C" w14:paraId="6000010B" w14:textId="77777777">
        <w:trPr>
          <w:cantSplit/>
          <w:jc w:val="center"/>
        </w:trPr>
        <w:tc>
          <w:tcPr>
            <w:tcW w:w="3456" w:type="dxa"/>
          </w:tcPr>
          <w:p w14:paraId="6000010C" w14:textId="77777777" w:rsidR="004D342C" w:rsidRDefault="004D342C">
            <w:pPr>
              <w:spacing w:before="40" w:after="40"/>
              <w:ind w:firstLine="0"/>
            </w:pPr>
          </w:p>
        </w:tc>
        <w:tc>
          <w:tcPr>
            <w:tcW w:w="1728" w:type="dxa"/>
          </w:tcPr>
          <w:p w14:paraId="6000010D" w14:textId="77777777" w:rsidR="004D342C" w:rsidRDefault="004D342C">
            <w:pPr>
              <w:spacing w:before="40" w:after="40"/>
              <w:ind w:firstLine="0"/>
              <w:jc w:val="right"/>
            </w:pPr>
          </w:p>
        </w:tc>
        <w:tc>
          <w:tcPr>
            <w:tcW w:w="2160" w:type="dxa"/>
          </w:tcPr>
          <w:p w14:paraId="6000010E" w14:textId="77777777" w:rsidR="004D342C" w:rsidRDefault="00000000">
            <w:pPr>
              <w:spacing w:before="40" w:after="40"/>
              <w:ind w:firstLine="0"/>
            </w:pPr>
            <w:r>
              <w:rPr>
                <w:sz w:val="20"/>
              </w:rPr>
              <w:t>fairly proud</w:t>
            </w:r>
          </w:p>
        </w:tc>
        <w:tc>
          <w:tcPr>
            <w:tcW w:w="1728" w:type="dxa"/>
          </w:tcPr>
          <w:p w14:paraId="6000010F" w14:textId="77777777" w:rsidR="004D342C" w:rsidRDefault="00000000">
            <w:pPr>
              <w:spacing w:before="40" w:after="40"/>
              <w:ind w:firstLine="0"/>
              <w:jc w:val="right"/>
            </w:pPr>
            <w:r>
              <w:rPr>
                <w:sz w:val="20"/>
              </w:rPr>
              <w:t>+0.1847</w:t>
            </w:r>
          </w:p>
        </w:tc>
      </w:tr>
      <w:tr w:rsidR="004D342C" w14:paraId="60000110" w14:textId="77777777">
        <w:trPr>
          <w:cantSplit/>
          <w:jc w:val="center"/>
        </w:trPr>
        <w:tc>
          <w:tcPr>
            <w:tcW w:w="3456" w:type="dxa"/>
          </w:tcPr>
          <w:p w14:paraId="60000111" w14:textId="77777777" w:rsidR="004D342C" w:rsidRDefault="004D342C">
            <w:pPr>
              <w:spacing w:before="40" w:after="40"/>
              <w:ind w:firstLine="0"/>
            </w:pPr>
          </w:p>
        </w:tc>
        <w:tc>
          <w:tcPr>
            <w:tcW w:w="1728" w:type="dxa"/>
          </w:tcPr>
          <w:p w14:paraId="60000112" w14:textId="77777777" w:rsidR="004D342C" w:rsidRDefault="004D342C">
            <w:pPr>
              <w:spacing w:before="40" w:after="40"/>
              <w:ind w:firstLine="0"/>
              <w:jc w:val="right"/>
            </w:pPr>
          </w:p>
        </w:tc>
        <w:tc>
          <w:tcPr>
            <w:tcW w:w="2160" w:type="dxa"/>
          </w:tcPr>
          <w:p w14:paraId="60000113" w14:textId="77777777" w:rsidR="004D342C" w:rsidRDefault="00000000">
            <w:pPr>
              <w:spacing w:before="40" w:after="40"/>
              <w:ind w:firstLine="0"/>
            </w:pPr>
            <w:r>
              <w:rPr>
                <w:sz w:val="20"/>
              </w:rPr>
              <w:t>very proud</w:t>
            </w:r>
          </w:p>
        </w:tc>
        <w:tc>
          <w:tcPr>
            <w:tcW w:w="1728" w:type="dxa"/>
          </w:tcPr>
          <w:p w14:paraId="60000114" w14:textId="77777777" w:rsidR="004D342C" w:rsidRDefault="00000000">
            <w:pPr>
              <w:spacing w:before="40" w:after="40"/>
              <w:ind w:firstLine="0"/>
              <w:jc w:val="right"/>
            </w:pPr>
            <w:r>
              <w:rPr>
                <w:sz w:val="20"/>
              </w:rPr>
              <w:t>+1.4829</w:t>
            </w:r>
          </w:p>
        </w:tc>
      </w:tr>
      <w:tr w:rsidR="004D342C" w14:paraId="70000026" w14:textId="77777777">
        <w:trPr>
          <w:cantSplit/>
          <w:jc w:val="center"/>
        </w:trPr>
        <w:tc>
          <w:tcPr>
            <w:tcW w:w="3456" w:type="dxa"/>
          </w:tcPr>
          <w:p w14:paraId="70000027" w14:textId="77777777" w:rsidR="004D342C" w:rsidRDefault="00000000">
            <w:pPr>
              <w:spacing w:before="40" w:after="40"/>
              <w:ind w:firstLine="0"/>
            </w:pPr>
            <w:r>
              <w:rPr>
                <w:sz w:val="20"/>
              </w:rPr>
              <w:t>European belonging (id_eubelong)</w:t>
            </w:r>
          </w:p>
        </w:tc>
        <w:tc>
          <w:tcPr>
            <w:tcW w:w="1728" w:type="dxa"/>
          </w:tcPr>
          <w:p w14:paraId="70000028" w14:textId="77777777" w:rsidR="004D342C" w:rsidRDefault="00000000">
            <w:pPr>
              <w:spacing w:before="40" w:after="40"/>
              <w:ind w:firstLine="0"/>
              <w:jc w:val="right"/>
            </w:pPr>
            <w:r>
              <w:rPr>
                <w:sz w:val="20"/>
              </w:rPr>
              <w:t>0.910*</w:t>
            </w:r>
          </w:p>
        </w:tc>
        <w:tc>
          <w:tcPr>
            <w:tcW w:w="2160" w:type="dxa"/>
          </w:tcPr>
          <w:p w14:paraId="70000029" w14:textId="77777777" w:rsidR="004D342C" w:rsidRDefault="00000000">
            <w:pPr>
              <w:spacing w:before="40" w:after="40"/>
              <w:ind w:firstLine="0"/>
            </w:pPr>
            <w:r>
              <w:rPr>
                <w:sz w:val="20"/>
              </w:rPr>
              <w:t>not at all</w:t>
            </w:r>
          </w:p>
        </w:tc>
        <w:tc>
          <w:tcPr>
            <w:tcW w:w="1728" w:type="dxa"/>
          </w:tcPr>
          <w:p w14:paraId="7000002A" w14:textId="77777777" w:rsidR="004D342C" w:rsidRDefault="00000000">
            <w:pPr>
              <w:spacing w:before="40" w:after="40"/>
              <w:ind w:firstLine="0"/>
              <w:jc w:val="right"/>
            </w:pPr>
            <w:r>
              <w:rPr>
                <w:sz w:val="20"/>
              </w:rPr>
              <w:t>−1.8107</w:t>
            </w:r>
          </w:p>
        </w:tc>
      </w:tr>
      <w:tr w:rsidR="004D342C" w14:paraId="7000002B" w14:textId="77777777">
        <w:trPr>
          <w:cantSplit/>
          <w:jc w:val="center"/>
        </w:trPr>
        <w:tc>
          <w:tcPr>
            <w:tcW w:w="3456" w:type="dxa"/>
          </w:tcPr>
          <w:p w14:paraId="7000002C" w14:textId="77777777" w:rsidR="004D342C" w:rsidRDefault="004D342C">
            <w:pPr>
              <w:spacing w:before="40" w:after="40"/>
              <w:ind w:firstLine="0"/>
            </w:pPr>
          </w:p>
        </w:tc>
        <w:tc>
          <w:tcPr>
            <w:tcW w:w="1728" w:type="dxa"/>
          </w:tcPr>
          <w:p w14:paraId="7000002D" w14:textId="77777777" w:rsidR="004D342C" w:rsidRDefault="004D342C">
            <w:pPr>
              <w:spacing w:before="40" w:after="40"/>
              <w:ind w:firstLine="0"/>
              <w:jc w:val="right"/>
            </w:pPr>
          </w:p>
        </w:tc>
        <w:tc>
          <w:tcPr>
            <w:tcW w:w="2160" w:type="dxa"/>
          </w:tcPr>
          <w:p w14:paraId="7000002E" w14:textId="77777777" w:rsidR="004D342C" w:rsidRDefault="00000000">
            <w:pPr>
              <w:spacing w:before="40" w:after="40"/>
              <w:ind w:firstLine="0"/>
            </w:pPr>
            <w:r>
              <w:rPr>
                <w:sz w:val="20"/>
              </w:rPr>
              <w:t>not really</w:t>
            </w:r>
          </w:p>
        </w:tc>
        <w:tc>
          <w:tcPr>
            <w:tcW w:w="1728" w:type="dxa"/>
          </w:tcPr>
          <w:p w14:paraId="7000002F" w14:textId="77777777" w:rsidR="004D342C" w:rsidRDefault="00000000">
            <w:pPr>
              <w:spacing w:before="40" w:after="40"/>
              <w:ind w:firstLine="0"/>
              <w:jc w:val="right"/>
            </w:pPr>
            <w:r>
              <w:rPr>
                <w:sz w:val="20"/>
              </w:rPr>
              <w:t>−0.9488</w:t>
            </w:r>
          </w:p>
        </w:tc>
      </w:tr>
      <w:tr w:rsidR="004D342C" w14:paraId="70000030" w14:textId="77777777">
        <w:trPr>
          <w:cantSplit/>
          <w:jc w:val="center"/>
        </w:trPr>
        <w:tc>
          <w:tcPr>
            <w:tcW w:w="3456" w:type="dxa"/>
          </w:tcPr>
          <w:p w14:paraId="70000031" w14:textId="77777777" w:rsidR="004D342C" w:rsidRDefault="004D342C">
            <w:pPr>
              <w:spacing w:before="40" w:after="40"/>
              <w:ind w:firstLine="0"/>
            </w:pPr>
          </w:p>
        </w:tc>
        <w:tc>
          <w:tcPr>
            <w:tcW w:w="1728" w:type="dxa"/>
          </w:tcPr>
          <w:p w14:paraId="70000032" w14:textId="77777777" w:rsidR="004D342C" w:rsidRDefault="004D342C">
            <w:pPr>
              <w:spacing w:before="40" w:after="40"/>
              <w:ind w:firstLine="0"/>
              <w:jc w:val="right"/>
            </w:pPr>
          </w:p>
        </w:tc>
        <w:tc>
          <w:tcPr>
            <w:tcW w:w="2160" w:type="dxa"/>
          </w:tcPr>
          <w:p w14:paraId="70000033" w14:textId="77777777" w:rsidR="004D342C" w:rsidRDefault="00000000">
            <w:pPr>
              <w:spacing w:before="40" w:after="40"/>
              <w:ind w:firstLine="0"/>
            </w:pPr>
            <w:r>
              <w:rPr>
                <w:sz w:val="20"/>
              </w:rPr>
              <w:t>somewhat</w:t>
            </w:r>
          </w:p>
        </w:tc>
        <w:tc>
          <w:tcPr>
            <w:tcW w:w="1728" w:type="dxa"/>
          </w:tcPr>
          <w:p w14:paraId="70000034" w14:textId="77777777" w:rsidR="004D342C" w:rsidRDefault="00000000">
            <w:pPr>
              <w:spacing w:before="40" w:after="40"/>
              <w:ind w:firstLine="0"/>
              <w:jc w:val="right"/>
            </w:pPr>
            <w:r>
              <w:rPr>
                <w:sz w:val="20"/>
              </w:rPr>
              <w:t>−0.0528</w:t>
            </w:r>
          </w:p>
        </w:tc>
      </w:tr>
      <w:tr w:rsidR="004D342C" w14:paraId="70000035" w14:textId="77777777">
        <w:trPr>
          <w:cantSplit/>
          <w:jc w:val="center"/>
        </w:trPr>
        <w:tc>
          <w:tcPr>
            <w:tcW w:w="3456" w:type="dxa"/>
          </w:tcPr>
          <w:p w14:paraId="70000036" w14:textId="77777777" w:rsidR="004D342C" w:rsidRDefault="004D342C">
            <w:pPr>
              <w:spacing w:before="40" w:after="40"/>
              <w:ind w:firstLine="0"/>
            </w:pPr>
          </w:p>
        </w:tc>
        <w:tc>
          <w:tcPr>
            <w:tcW w:w="1728" w:type="dxa"/>
          </w:tcPr>
          <w:p w14:paraId="70000037" w14:textId="77777777" w:rsidR="004D342C" w:rsidRDefault="004D342C">
            <w:pPr>
              <w:spacing w:before="40" w:after="40"/>
              <w:ind w:firstLine="0"/>
              <w:jc w:val="right"/>
            </w:pPr>
          </w:p>
        </w:tc>
        <w:tc>
          <w:tcPr>
            <w:tcW w:w="2160" w:type="dxa"/>
          </w:tcPr>
          <w:p w14:paraId="70000038" w14:textId="77777777" w:rsidR="004D342C" w:rsidRDefault="00000000">
            <w:pPr>
              <w:spacing w:before="40" w:after="40"/>
              <w:ind w:firstLine="0"/>
            </w:pPr>
            <w:r>
              <w:rPr>
                <w:sz w:val="20"/>
              </w:rPr>
              <w:t>to a great extent</w:t>
            </w:r>
          </w:p>
        </w:tc>
        <w:tc>
          <w:tcPr>
            <w:tcW w:w="1728" w:type="dxa"/>
          </w:tcPr>
          <w:p w14:paraId="70000039" w14:textId="77777777" w:rsidR="004D342C" w:rsidRDefault="00000000">
            <w:pPr>
              <w:spacing w:before="40" w:after="40"/>
              <w:ind w:firstLine="0"/>
              <w:jc w:val="right"/>
            </w:pPr>
            <w:r>
              <w:rPr>
                <w:sz w:val="20"/>
              </w:rPr>
              <w:t>+1.1512</w:t>
            </w:r>
          </w:p>
        </w:tc>
      </w:tr>
      <w:tr w:rsidR="004D342C" w14:paraId="60000115" w14:textId="77777777">
        <w:trPr>
          <w:cantSplit/>
          <w:jc w:val="center"/>
        </w:trPr>
        <w:tc>
          <w:tcPr>
            <w:tcW w:w="3456" w:type="dxa"/>
          </w:tcPr>
          <w:p w14:paraId="60000116" w14:textId="77777777" w:rsidR="004D342C" w:rsidRDefault="00000000">
            <w:pPr>
              <w:spacing w:before="40" w:after="40"/>
              <w:ind w:firstLine="0"/>
            </w:pPr>
            <w:r>
              <w:rPr>
                <w:sz w:val="20"/>
              </w:rPr>
              <w:t>Standardisation of euidentity</w:t>
            </w:r>
          </w:p>
        </w:tc>
        <w:tc>
          <w:tcPr>
            <w:tcW w:w="1728" w:type="dxa"/>
          </w:tcPr>
          <w:p w14:paraId="60000117" w14:textId="77777777" w:rsidR="004D342C" w:rsidRDefault="004D342C">
            <w:pPr>
              <w:spacing w:before="40" w:after="40"/>
              <w:ind w:firstLine="0"/>
              <w:jc w:val="right"/>
            </w:pPr>
          </w:p>
        </w:tc>
        <w:tc>
          <w:tcPr>
            <w:tcW w:w="2160" w:type="dxa"/>
          </w:tcPr>
          <w:p w14:paraId="60000118" w14:textId="77777777" w:rsidR="004D342C" w:rsidRDefault="00000000">
            <w:pPr>
              <w:spacing w:before="40" w:after="40"/>
              <w:ind w:firstLine="0"/>
            </w:pPr>
            <w:r>
              <w:rPr>
                <w:sz w:val="20"/>
              </w:rPr>
              <w:t>raw mean subtracted</w:t>
            </w:r>
          </w:p>
        </w:tc>
        <w:tc>
          <w:tcPr>
            <w:tcW w:w="1728" w:type="dxa"/>
          </w:tcPr>
          <w:p w14:paraId="60000119" w14:textId="77777777" w:rsidR="004D342C" w:rsidRDefault="00000000">
            <w:pPr>
              <w:spacing w:before="40" w:after="40"/>
              <w:ind w:firstLine="0"/>
              <w:jc w:val="right"/>
            </w:pPr>
            <w:r>
              <w:rPr>
                <w:sz w:val="20"/>
              </w:rPr>
              <w:t>−0.02796</w:t>
            </w:r>
          </w:p>
        </w:tc>
      </w:tr>
      <w:tr w:rsidR="004D342C" w14:paraId="6000011A" w14:textId="77777777">
        <w:trPr>
          <w:cantSplit/>
          <w:jc w:val="center"/>
        </w:trPr>
        <w:tc>
          <w:tcPr>
            <w:tcW w:w="3456" w:type="dxa"/>
          </w:tcPr>
          <w:p w14:paraId="6000011B" w14:textId="77777777" w:rsidR="004D342C" w:rsidRDefault="004D342C">
            <w:pPr>
              <w:spacing w:before="40" w:after="40"/>
              <w:ind w:firstLine="0"/>
            </w:pPr>
          </w:p>
        </w:tc>
        <w:tc>
          <w:tcPr>
            <w:tcW w:w="1728" w:type="dxa"/>
          </w:tcPr>
          <w:p w14:paraId="6000011C" w14:textId="77777777" w:rsidR="004D342C" w:rsidRDefault="004D342C">
            <w:pPr>
              <w:spacing w:before="40" w:after="40"/>
              <w:ind w:firstLine="0"/>
              <w:jc w:val="right"/>
            </w:pPr>
          </w:p>
        </w:tc>
        <w:tc>
          <w:tcPr>
            <w:tcW w:w="2160" w:type="dxa"/>
          </w:tcPr>
          <w:p w14:paraId="6000011D" w14:textId="77777777" w:rsidR="004D342C" w:rsidRDefault="00000000">
            <w:pPr>
              <w:spacing w:before="40" w:after="40"/>
              <w:ind w:firstLine="0"/>
            </w:pPr>
            <w:r>
              <w:rPr>
                <w:sz w:val="20"/>
              </w:rPr>
              <w:t>raw SD divided</w:t>
            </w:r>
          </w:p>
        </w:tc>
        <w:tc>
          <w:tcPr>
            <w:tcW w:w="1728" w:type="dxa"/>
          </w:tcPr>
          <w:p w14:paraId="6000011E" w14:textId="77777777" w:rsidR="004D342C" w:rsidRDefault="00000000">
            <w:pPr>
              <w:spacing w:before="40" w:after="40"/>
              <w:ind w:firstLine="0"/>
              <w:jc w:val="right"/>
            </w:pPr>
            <w:r>
              <w:rPr>
                <w:sz w:val="20"/>
              </w:rPr>
              <w:t>0.85120</w:t>
            </w:r>
          </w:p>
        </w:tc>
      </w:tr>
      <w:tr w:rsidR="004D342C" w14:paraId="6000011F" w14:textId="77777777">
        <w:trPr>
          <w:cantSplit/>
          <w:jc w:val="center"/>
        </w:trPr>
        <w:tc>
          <w:tcPr>
            <w:tcW w:w="3456" w:type="dxa"/>
          </w:tcPr>
          <w:p w14:paraId="60000120" w14:textId="77777777" w:rsidR="004D342C" w:rsidRDefault="00000000">
            <w:pPr>
              <w:spacing w:before="40" w:after="40"/>
              <w:ind w:firstLine="0"/>
            </w:pPr>
            <w:r>
              <w:rPr>
                <w:sz w:val="20"/>
              </w:rPr>
              <w:t>Attachment to country (id_attnat)</w:t>
            </w:r>
          </w:p>
        </w:tc>
        <w:tc>
          <w:tcPr>
            <w:tcW w:w="1728" w:type="dxa"/>
          </w:tcPr>
          <w:p w14:paraId="60000121" w14:textId="77777777" w:rsidR="004D342C" w:rsidRDefault="00000000">
            <w:pPr>
              <w:spacing w:before="40" w:after="40"/>
              <w:ind w:firstLine="0"/>
              <w:jc w:val="right"/>
            </w:pPr>
            <w:r>
              <w:rPr>
                <w:sz w:val="20"/>
              </w:rPr>
              <w:t>0.767</w:t>
            </w:r>
          </w:p>
        </w:tc>
        <w:tc>
          <w:tcPr>
            <w:tcW w:w="2160" w:type="dxa"/>
          </w:tcPr>
          <w:p w14:paraId="60000122" w14:textId="77777777" w:rsidR="004D342C" w:rsidRDefault="00000000">
            <w:pPr>
              <w:spacing w:before="40" w:after="40"/>
              <w:ind w:firstLine="0"/>
            </w:pPr>
            <w:r>
              <w:rPr>
                <w:sz w:val="20"/>
              </w:rPr>
              <w:t>not at all attached</w:t>
            </w:r>
          </w:p>
        </w:tc>
        <w:tc>
          <w:tcPr>
            <w:tcW w:w="1728" w:type="dxa"/>
          </w:tcPr>
          <w:p w14:paraId="60000123" w14:textId="77777777" w:rsidR="004D342C" w:rsidRDefault="00000000">
            <w:pPr>
              <w:spacing w:before="40" w:after="40"/>
              <w:ind w:firstLine="0"/>
              <w:jc w:val="right"/>
            </w:pPr>
            <w:r>
              <w:rPr>
                <w:sz w:val="20"/>
              </w:rPr>
              <w:t>−2.5234</w:t>
            </w:r>
          </w:p>
        </w:tc>
      </w:tr>
      <w:tr w:rsidR="004D342C" w14:paraId="60000124" w14:textId="77777777">
        <w:trPr>
          <w:cantSplit/>
          <w:jc w:val="center"/>
        </w:trPr>
        <w:tc>
          <w:tcPr>
            <w:tcW w:w="3456" w:type="dxa"/>
          </w:tcPr>
          <w:p w14:paraId="60000125" w14:textId="77777777" w:rsidR="004D342C" w:rsidRDefault="004D342C">
            <w:pPr>
              <w:spacing w:before="40" w:after="40"/>
              <w:ind w:firstLine="0"/>
            </w:pPr>
          </w:p>
        </w:tc>
        <w:tc>
          <w:tcPr>
            <w:tcW w:w="1728" w:type="dxa"/>
          </w:tcPr>
          <w:p w14:paraId="60000126" w14:textId="77777777" w:rsidR="004D342C" w:rsidRDefault="004D342C">
            <w:pPr>
              <w:spacing w:before="40" w:after="40"/>
              <w:ind w:firstLine="0"/>
              <w:jc w:val="right"/>
            </w:pPr>
          </w:p>
        </w:tc>
        <w:tc>
          <w:tcPr>
            <w:tcW w:w="2160" w:type="dxa"/>
          </w:tcPr>
          <w:p w14:paraId="60000127" w14:textId="77777777" w:rsidR="004D342C" w:rsidRDefault="00000000">
            <w:pPr>
              <w:spacing w:before="40" w:after="40"/>
              <w:ind w:firstLine="0"/>
            </w:pPr>
            <w:r>
              <w:rPr>
                <w:sz w:val="20"/>
              </w:rPr>
              <w:t>not very attached</w:t>
            </w:r>
          </w:p>
        </w:tc>
        <w:tc>
          <w:tcPr>
            <w:tcW w:w="1728" w:type="dxa"/>
          </w:tcPr>
          <w:p w14:paraId="60000128" w14:textId="77777777" w:rsidR="004D342C" w:rsidRDefault="00000000">
            <w:pPr>
              <w:spacing w:before="40" w:after="40"/>
              <w:ind w:firstLine="0"/>
              <w:jc w:val="right"/>
            </w:pPr>
            <w:r>
              <w:rPr>
                <w:sz w:val="20"/>
              </w:rPr>
              <w:t>−1.7107</w:t>
            </w:r>
          </w:p>
        </w:tc>
      </w:tr>
      <w:tr w:rsidR="004D342C" w14:paraId="60000129" w14:textId="77777777">
        <w:trPr>
          <w:cantSplit/>
          <w:jc w:val="center"/>
        </w:trPr>
        <w:tc>
          <w:tcPr>
            <w:tcW w:w="3456" w:type="dxa"/>
          </w:tcPr>
          <w:p w14:paraId="6000012A" w14:textId="77777777" w:rsidR="004D342C" w:rsidRDefault="004D342C">
            <w:pPr>
              <w:spacing w:before="40" w:after="40"/>
              <w:ind w:firstLine="0"/>
            </w:pPr>
          </w:p>
        </w:tc>
        <w:tc>
          <w:tcPr>
            <w:tcW w:w="1728" w:type="dxa"/>
          </w:tcPr>
          <w:p w14:paraId="6000012B" w14:textId="77777777" w:rsidR="004D342C" w:rsidRDefault="004D342C">
            <w:pPr>
              <w:spacing w:before="40" w:after="40"/>
              <w:ind w:firstLine="0"/>
              <w:jc w:val="right"/>
            </w:pPr>
          </w:p>
        </w:tc>
        <w:tc>
          <w:tcPr>
            <w:tcW w:w="2160" w:type="dxa"/>
          </w:tcPr>
          <w:p w14:paraId="6000012C" w14:textId="77777777" w:rsidR="004D342C" w:rsidRDefault="00000000">
            <w:pPr>
              <w:spacing w:before="40" w:after="40"/>
              <w:ind w:firstLine="0"/>
            </w:pPr>
            <w:r>
              <w:rPr>
                <w:sz w:val="20"/>
              </w:rPr>
              <w:t>fairly attached</w:t>
            </w:r>
          </w:p>
        </w:tc>
        <w:tc>
          <w:tcPr>
            <w:tcW w:w="1728" w:type="dxa"/>
          </w:tcPr>
          <w:p w14:paraId="6000012D" w14:textId="77777777" w:rsidR="004D342C" w:rsidRDefault="00000000">
            <w:pPr>
              <w:spacing w:before="40" w:after="40"/>
              <w:ind w:firstLine="0"/>
              <w:jc w:val="right"/>
            </w:pPr>
            <w:r>
              <w:rPr>
                <w:sz w:val="20"/>
              </w:rPr>
              <w:t>−0.7337</w:t>
            </w:r>
          </w:p>
        </w:tc>
      </w:tr>
      <w:tr w:rsidR="004D342C" w14:paraId="6000012E" w14:textId="77777777">
        <w:trPr>
          <w:cantSplit/>
          <w:jc w:val="center"/>
        </w:trPr>
        <w:tc>
          <w:tcPr>
            <w:tcW w:w="3456" w:type="dxa"/>
          </w:tcPr>
          <w:p w14:paraId="6000012F" w14:textId="77777777" w:rsidR="004D342C" w:rsidRDefault="004D342C">
            <w:pPr>
              <w:spacing w:before="40" w:after="40"/>
              <w:ind w:firstLine="0"/>
            </w:pPr>
          </w:p>
        </w:tc>
        <w:tc>
          <w:tcPr>
            <w:tcW w:w="1728" w:type="dxa"/>
          </w:tcPr>
          <w:p w14:paraId="60000130" w14:textId="77777777" w:rsidR="004D342C" w:rsidRDefault="004D342C">
            <w:pPr>
              <w:spacing w:before="40" w:after="40"/>
              <w:ind w:firstLine="0"/>
              <w:jc w:val="right"/>
            </w:pPr>
          </w:p>
        </w:tc>
        <w:tc>
          <w:tcPr>
            <w:tcW w:w="2160" w:type="dxa"/>
          </w:tcPr>
          <w:p w14:paraId="60000131" w14:textId="77777777" w:rsidR="004D342C" w:rsidRDefault="00000000">
            <w:pPr>
              <w:spacing w:before="40" w:after="40"/>
              <w:ind w:firstLine="0"/>
            </w:pPr>
            <w:r>
              <w:rPr>
                <w:sz w:val="20"/>
              </w:rPr>
              <w:t>very attached</w:t>
            </w:r>
          </w:p>
        </w:tc>
        <w:tc>
          <w:tcPr>
            <w:tcW w:w="1728" w:type="dxa"/>
          </w:tcPr>
          <w:p w14:paraId="60000132" w14:textId="77777777" w:rsidR="004D342C" w:rsidRDefault="00000000">
            <w:pPr>
              <w:spacing w:before="40" w:after="40"/>
              <w:ind w:firstLine="0"/>
              <w:jc w:val="right"/>
            </w:pPr>
            <w:r>
              <w:rPr>
                <w:sz w:val="20"/>
              </w:rPr>
              <w:t>+0.6556</w:t>
            </w:r>
          </w:p>
        </w:tc>
      </w:tr>
      <w:tr w:rsidR="004D342C" w14:paraId="60000133" w14:textId="77777777">
        <w:trPr>
          <w:cantSplit/>
          <w:jc w:val="center"/>
        </w:trPr>
        <w:tc>
          <w:tcPr>
            <w:tcW w:w="3456" w:type="dxa"/>
          </w:tcPr>
          <w:p w14:paraId="60000134" w14:textId="77777777" w:rsidR="004D342C" w:rsidRDefault="00000000">
            <w:pPr>
              <w:spacing w:before="40" w:after="40"/>
              <w:ind w:firstLine="0"/>
            </w:pPr>
            <w:r>
              <w:rPr>
                <w:sz w:val="20"/>
              </w:rPr>
              <w:t>Pride in nationality (id_pridenat)</w:t>
            </w:r>
          </w:p>
        </w:tc>
        <w:tc>
          <w:tcPr>
            <w:tcW w:w="1728" w:type="dxa"/>
          </w:tcPr>
          <w:p w14:paraId="60000135" w14:textId="77777777" w:rsidR="004D342C" w:rsidRDefault="00000000">
            <w:pPr>
              <w:spacing w:before="40" w:after="40"/>
              <w:ind w:firstLine="0"/>
              <w:jc w:val="right"/>
            </w:pPr>
            <w:r>
              <w:rPr>
                <w:sz w:val="20"/>
              </w:rPr>
              <w:t>0.767</w:t>
            </w:r>
          </w:p>
        </w:tc>
        <w:tc>
          <w:tcPr>
            <w:tcW w:w="2160" w:type="dxa"/>
          </w:tcPr>
          <w:p w14:paraId="60000136" w14:textId="77777777" w:rsidR="004D342C" w:rsidRDefault="00000000">
            <w:pPr>
              <w:spacing w:before="40" w:after="40"/>
              <w:ind w:firstLine="0"/>
            </w:pPr>
            <w:r>
              <w:rPr>
                <w:sz w:val="20"/>
              </w:rPr>
              <w:t>not at all proud</w:t>
            </w:r>
          </w:p>
        </w:tc>
        <w:tc>
          <w:tcPr>
            <w:tcW w:w="1728" w:type="dxa"/>
          </w:tcPr>
          <w:p w14:paraId="60000137" w14:textId="77777777" w:rsidR="004D342C" w:rsidRDefault="00000000">
            <w:pPr>
              <w:spacing w:before="40" w:after="40"/>
              <w:ind w:firstLine="0"/>
              <w:jc w:val="right"/>
            </w:pPr>
            <w:r>
              <w:rPr>
                <w:sz w:val="20"/>
              </w:rPr>
              <w:t>−2.2544</w:t>
            </w:r>
          </w:p>
        </w:tc>
      </w:tr>
      <w:tr w:rsidR="004D342C" w14:paraId="60000138" w14:textId="77777777">
        <w:trPr>
          <w:cantSplit/>
          <w:jc w:val="center"/>
        </w:trPr>
        <w:tc>
          <w:tcPr>
            <w:tcW w:w="3456" w:type="dxa"/>
          </w:tcPr>
          <w:p w14:paraId="60000139" w14:textId="77777777" w:rsidR="004D342C" w:rsidRDefault="004D342C">
            <w:pPr>
              <w:spacing w:before="40" w:after="40"/>
              <w:ind w:firstLine="0"/>
            </w:pPr>
          </w:p>
        </w:tc>
        <w:tc>
          <w:tcPr>
            <w:tcW w:w="1728" w:type="dxa"/>
          </w:tcPr>
          <w:p w14:paraId="6000013A" w14:textId="77777777" w:rsidR="004D342C" w:rsidRDefault="004D342C">
            <w:pPr>
              <w:spacing w:before="40" w:after="40"/>
              <w:ind w:firstLine="0"/>
              <w:jc w:val="right"/>
            </w:pPr>
          </w:p>
        </w:tc>
        <w:tc>
          <w:tcPr>
            <w:tcW w:w="2160" w:type="dxa"/>
          </w:tcPr>
          <w:p w14:paraId="6000013B" w14:textId="77777777" w:rsidR="004D342C" w:rsidRDefault="00000000">
            <w:pPr>
              <w:spacing w:before="40" w:after="40"/>
              <w:ind w:firstLine="0"/>
            </w:pPr>
            <w:r>
              <w:rPr>
                <w:sz w:val="20"/>
              </w:rPr>
              <w:t>not very proud</w:t>
            </w:r>
          </w:p>
        </w:tc>
        <w:tc>
          <w:tcPr>
            <w:tcW w:w="1728" w:type="dxa"/>
          </w:tcPr>
          <w:p w14:paraId="6000013C" w14:textId="77777777" w:rsidR="004D342C" w:rsidRDefault="00000000">
            <w:pPr>
              <w:spacing w:before="40" w:after="40"/>
              <w:ind w:firstLine="0"/>
              <w:jc w:val="right"/>
            </w:pPr>
            <w:r>
              <w:rPr>
                <w:sz w:val="20"/>
              </w:rPr>
              <w:t>−1.4318</w:t>
            </w:r>
          </w:p>
        </w:tc>
      </w:tr>
      <w:tr w:rsidR="004D342C" w14:paraId="6000013D" w14:textId="77777777">
        <w:trPr>
          <w:cantSplit/>
          <w:jc w:val="center"/>
        </w:trPr>
        <w:tc>
          <w:tcPr>
            <w:tcW w:w="3456" w:type="dxa"/>
          </w:tcPr>
          <w:p w14:paraId="6000013E" w14:textId="77777777" w:rsidR="004D342C" w:rsidRDefault="004D342C">
            <w:pPr>
              <w:spacing w:before="40" w:after="40"/>
              <w:ind w:firstLine="0"/>
            </w:pPr>
          </w:p>
        </w:tc>
        <w:tc>
          <w:tcPr>
            <w:tcW w:w="1728" w:type="dxa"/>
          </w:tcPr>
          <w:p w14:paraId="6000013F" w14:textId="77777777" w:rsidR="004D342C" w:rsidRDefault="004D342C">
            <w:pPr>
              <w:spacing w:before="40" w:after="40"/>
              <w:ind w:firstLine="0"/>
              <w:jc w:val="right"/>
            </w:pPr>
          </w:p>
        </w:tc>
        <w:tc>
          <w:tcPr>
            <w:tcW w:w="2160" w:type="dxa"/>
          </w:tcPr>
          <w:p w14:paraId="60000140" w14:textId="77777777" w:rsidR="004D342C" w:rsidRDefault="00000000">
            <w:pPr>
              <w:spacing w:before="40" w:after="40"/>
              <w:ind w:firstLine="0"/>
            </w:pPr>
            <w:r>
              <w:rPr>
                <w:sz w:val="20"/>
              </w:rPr>
              <w:t>fairly proud</w:t>
            </w:r>
          </w:p>
        </w:tc>
        <w:tc>
          <w:tcPr>
            <w:tcW w:w="1728" w:type="dxa"/>
          </w:tcPr>
          <w:p w14:paraId="60000141" w14:textId="77777777" w:rsidR="004D342C" w:rsidRDefault="00000000">
            <w:pPr>
              <w:spacing w:before="40" w:after="40"/>
              <w:ind w:firstLine="0"/>
              <w:jc w:val="right"/>
            </w:pPr>
            <w:r>
              <w:rPr>
                <w:sz w:val="20"/>
              </w:rPr>
              <w:t>−0.4600</w:t>
            </w:r>
          </w:p>
        </w:tc>
      </w:tr>
      <w:tr w:rsidR="004D342C" w14:paraId="60000142" w14:textId="77777777">
        <w:trPr>
          <w:cantSplit/>
          <w:jc w:val="center"/>
        </w:trPr>
        <w:tc>
          <w:tcPr>
            <w:tcW w:w="3456" w:type="dxa"/>
          </w:tcPr>
          <w:p w14:paraId="60000143" w14:textId="77777777" w:rsidR="004D342C" w:rsidRDefault="004D342C">
            <w:pPr>
              <w:spacing w:before="40" w:after="40"/>
              <w:ind w:firstLine="0"/>
            </w:pPr>
          </w:p>
        </w:tc>
        <w:tc>
          <w:tcPr>
            <w:tcW w:w="1728" w:type="dxa"/>
          </w:tcPr>
          <w:p w14:paraId="60000144" w14:textId="77777777" w:rsidR="004D342C" w:rsidRDefault="004D342C">
            <w:pPr>
              <w:spacing w:before="40" w:after="40"/>
              <w:ind w:firstLine="0"/>
              <w:jc w:val="right"/>
            </w:pPr>
          </w:p>
        </w:tc>
        <w:tc>
          <w:tcPr>
            <w:tcW w:w="2160" w:type="dxa"/>
          </w:tcPr>
          <w:p w14:paraId="60000145" w14:textId="77777777" w:rsidR="004D342C" w:rsidRDefault="00000000">
            <w:pPr>
              <w:spacing w:before="40" w:after="40"/>
              <w:ind w:firstLine="0"/>
            </w:pPr>
            <w:r>
              <w:rPr>
                <w:sz w:val="20"/>
              </w:rPr>
              <w:t>very proud</w:t>
            </w:r>
          </w:p>
        </w:tc>
        <w:tc>
          <w:tcPr>
            <w:tcW w:w="1728" w:type="dxa"/>
          </w:tcPr>
          <w:p w14:paraId="60000146" w14:textId="77777777" w:rsidR="004D342C" w:rsidRDefault="00000000">
            <w:pPr>
              <w:spacing w:before="40" w:after="40"/>
              <w:ind w:firstLine="0"/>
              <w:jc w:val="right"/>
            </w:pPr>
            <w:r>
              <w:rPr>
                <w:sz w:val="20"/>
              </w:rPr>
              <w:t>+0.8543</w:t>
            </w:r>
          </w:p>
        </w:tc>
      </w:tr>
      <w:tr w:rsidR="004D342C" w14:paraId="7000003A" w14:textId="77777777">
        <w:trPr>
          <w:cantSplit/>
          <w:jc w:val="center"/>
        </w:trPr>
        <w:tc>
          <w:tcPr>
            <w:tcW w:w="3456" w:type="dxa"/>
          </w:tcPr>
          <w:p w14:paraId="7000003B" w14:textId="77777777" w:rsidR="004D342C" w:rsidRDefault="00000000">
            <w:pPr>
              <w:spacing w:before="40" w:after="40"/>
              <w:ind w:firstLine="0"/>
            </w:pPr>
            <w:r>
              <w:rPr>
                <w:sz w:val="20"/>
              </w:rPr>
              <w:t>National belonging (id_natbelong)</w:t>
            </w:r>
          </w:p>
        </w:tc>
        <w:tc>
          <w:tcPr>
            <w:tcW w:w="1728" w:type="dxa"/>
          </w:tcPr>
          <w:p w14:paraId="7000003C" w14:textId="77777777" w:rsidR="004D342C" w:rsidRDefault="00000000">
            <w:pPr>
              <w:spacing w:before="40" w:after="40"/>
              <w:ind w:firstLine="0"/>
              <w:jc w:val="right"/>
            </w:pPr>
            <w:r>
              <w:rPr>
                <w:sz w:val="20"/>
              </w:rPr>
              <w:t>0.767*</w:t>
            </w:r>
          </w:p>
        </w:tc>
        <w:tc>
          <w:tcPr>
            <w:tcW w:w="2160" w:type="dxa"/>
          </w:tcPr>
          <w:p w14:paraId="7000003D" w14:textId="77777777" w:rsidR="004D342C" w:rsidRDefault="00000000">
            <w:pPr>
              <w:spacing w:before="40" w:after="40"/>
              <w:ind w:firstLine="0"/>
            </w:pPr>
            <w:r>
              <w:rPr>
                <w:sz w:val="20"/>
              </w:rPr>
              <w:t>not at all</w:t>
            </w:r>
          </w:p>
        </w:tc>
        <w:tc>
          <w:tcPr>
            <w:tcW w:w="1728" w:type="dxa"/>
          </w:tcPr>
          <w:p w14:paraId="7000003E" w14:textId="77777777" w:rsidR="004D342C" w:rsidRDefault="00000000">
            <w:pPr>
              <w:spacing w:before="40" w:after="40"/>
              <w:ind w:firstLine="0"/>
              <w:jc w:val="right"/>
            </w:pPr>
            <w:r>
              <w:rPr>
                <w:sz w:val="20"/>
              </w:rPr>
              <w:t>−2.5078</w:t>
            </w:r>
          </w:p>
        </w:tc>
      </w:tr>
      <w:tr w:rsidR="004D342C" w14:paraId="7000003F" w14:textId="77777777">
        <w:trPr>
          <w:cantSplit/>
          <w:jc w:val="center"/>
        </w:trPr>
        <w:tc>
          <w:tcPr>
            <w:tcW w:w="3456" w:type="dxa"/>
          </w:tcPr>
          <w:p w14:paraId="70000040" w14:textId="77777777" w:rsidR="004D342C" w:rsidRDefault="004D342C">
            <w:pPr>
              <w:spacing w:before="40" w:after="40"/>
              <w:ind w:firstLine="0"/>
            </w:pPr>
          </w:p>
        </w:tc>
        <w:tc>
          <w:tcPr>
            <w:tcW w:w="1728" w:type="dxa"/>
          </w:tcPr>
          <w:p w14:paraId="70000041" w14:textId="77777777" w:rsidR="004D342C" w:rsidRDefault="004D342C">
            <w:pPr>
              <w:spacing w:before="40" w:after="40"/>
              <w:ind w:firstLine="0"/>
              <w:jc w:val="right"/>
            </w:pPr>
          </w:p>
        </w:tc>
        <w:tc>
          <w:tcPr>
            <w:tcW w:w="2160" w:type="dxa"/>
          </w:tcPr>
          <w:p w14:paraId="70000042" w14:textId="77777777" w:rsidR="004D342C" w:rsidRDefault="00000000">
            <w:pPr>
              <w:spacing w:before="40" w:after="40"/>
              <w:ind w:firstLine="0"/>
            </w:pPr>
            <w:r>
              <w:rPr>
                <w:sz w:val="20"/>
              </w:rPr>
              <w:t>not really</w:t>
            </w:r>
          </w:p>
        </w:tc>
        <w:tc>
          <w:tcPr>
            <w:tcW w:w="1728" w:type="dxa"/>
          </w:tcPr>
          <w:p w14:paraId="70000043" w14:textId="77777777" w:rsidR="004D342C" w:rsidRDefault="00000000">
            <w:pPr>
              <w:spacing w:before="40" w:after="40"/>
              <w:ind w:firstLine="0"/>
              <w:jc w:val="right"/>
            </w:pPr>
            <w:r>
              <w:rPr>
                <w:sz w:val="20"/>
              </w:rPr>
              <w:t>−1.8744</w:t>
            </w:r>
          </w:p>
        </w:tc>
      </w:tr>
      <w:tr w:rsidR="004D342C" w14:paraId="70000044" w14:textId="77777777">
        <w:trPr>
          <w:cantSplit/>
          <w:jc w:val="center"/>
        </w:trPr>
        <w:tc>
          <w:tcPr>
            <w:tcW w:w="3456" w:type="dxa"/>
          </w:tcPr>
          <w:p w14:paraId="70000045" w14:textId="77777777" w:rsidR="004D342C" w:rsidRDefault="004D342C">
            <w:pPr>
              <w:spacing w:before="40" w:after="40"/>
              <w:ind w:firstLine="0"/>
            </w:pPr>
          </w:p>
        </w:tc>
        <w:tc>
          <w:tcPr>
            <w:tcW w:w="1728" w:type="dxa"/>
          </w:tcPr>
          <w:p w14:paraId="70000046" w14:textId="77777777" w:rsidR="004D342C" w:rsidRDefault="004D342C">
            <w:pPr>
              <w:spacing w:before="40" w:after="40"/>
              <w:ind w:firstLine="0"/>
              <w:jc w:val="right"/>
            </w:pPr>
          </w:p>
        </w:tc>
        <w:tc>
          <w:tcPr>
            <w:tcW w:w="2160" w:type="dxa"/>
          </w:tcPr>
          <w:p w14:paraId="70000047" w14:textId="77777777" w:rsidR="004D342C" w:rsidRDefault="00000000">
            <w:pPr>
              <w:spacing w:before="40" w:after="40"/>
              <w:ind w:firstLine="0"/>
            </w:pPr>
            <w:r>
              <w:rPr>
                <w:sz w:val="20"/>
              </w:rPr>
              <w:t>somewhat</w:t>
            </w:r>
          </w:p>
        </w:tc>
        <w:tc>
          <w:tcPr>
            <w:tcW w:w="1728" w:type="dxa"/>
          </w:tcPr>
          <w:p w14:paraId="70000048" w14:textId="77777777" w:rsidR="004D342C" w:rsidRDefault="00000000">
            <w:pPr>
              <w:spacing w:before="40" w:after="40"/>
              <w:ind w:firstLine="0"/>
              <w:jc w:val="right"/>
            </w:pPr>
            <w:r>
              <w:rPr>
                <w:sz w:val="20"/>
              </w:rPr>
              <w:t>−1.2027</w:t>
            </w:r>
          </w:p>
        </w:tc>
      </w:tr>
      <w:tr w:rsidR="004D342C" w14:paraId="70000049" w14:textId="77777777">
        <w:trPr>
          <w:cantSplit/>
          <w:jc w:val="center"/>
        </w:trPr>
        <w:tc>
          <w:tcPr>
            <w:tcW w:w="3456" w:type="dxa"/>
          </w:tcPr>
          <w:p w14:paraId="7000004A" w14:textId="77777777" w:rsidR="004D342C" w:rsidRDefault="004D342C">
            <w:pPr>
              <w:spacing w:before="40" w:after="40"/>
              <w:ind w:firstLine="0"/>
            </w:pPr>
          </w:p>
        </w:tc>
        <w:tc>
          <w:tcPr>
            <w:tcW w:w="1728" w:type="dxa"/>
          </w:tcPr>
          <w:p w14:paraId="7000004B" w14:textId="77777777" w:rsidR="004D342C" w:rsidRDefault="004D342C">
            <w:pPr>
              <w:spacing w:before="40" w:after="40"/>
              <w:ind w:firstLine="0"/>
              <w:jc w:val="right"/>
            </w:pPr>
          </w:p>
        </w:tc>
        <w:tc>
          <w:tcPr>
            <w:tcW w:w="2160" w:type="dxa"/>
          </w:tcPr>
          <w:p w14:paraId="7000004C" w14:textId="77777777" w:rsidR="004D342C" w:rsidRDefault="00000000">
            <w:pPr>
              <w:spacing w:before="40" w:after="40"/>
              <w:ind w:firstLine="0"/>
            </w:pPr>
            <w:r>
              <w:rPr>
                <w:sz w:val="20"/>
              </w:rPr>
              <w:t>to a great extent</w:t>
            </w:r>
          </w:p>
        </w:tc>
        <w:tc>
          <w:tcPr>
            <w:tcW w:w="1728" w:type="dxa"/>
          </w:tcPr>
          <w:p w14:paraId="7000004D" w14:textId="77777777" w:rsidR="004D342C" w:rsidRDefault="00000000">
            <w:pPr>
              <w:spacing w:before="40" w:after="40"/>
              <w:ind w:firstLine="0"/>
              <w:jc w:val="right"/>
            </w:pPr>
            <w:r>
              <w:rPr>
                <w:sz w:val="20"/>
              </w:rPr>
              <w:t>+0.3395</w:t>
            </w:r>
          </w:p>
        </w:tc>
      </w:tr>
      <w:tr w:rsidR="004D342C" w14:paraId="60000147" w14:textId="77777777">
        <w:trPr>
          <w:cantSplit/>
          <w:jc w:val="center"/>
        </w:trPr>
        <w:tc>
          <w:tcPr>
            <w:tcW w:w="3456" w:type="dxa"/>
          </w:tcPr>
          <w:p w14:paraId="60000148" w14:textId="77777777" w:rsidR="004D342C" w:rsidRDefault="00000000">
            <w:pPr>
              <w:spacing w:before="40" w:after="40"/>
              <w:ind w:firstLine="0"/>
            </w:pPr>
            <w:r>
              <w:rPr>
                <w:sz w:val="20"/>
              </w:rPr>
              <w:t>Standardisation of natidentity</w:t>
            </w:r>
          </w:p>
        </w:tc>
        <w:tc>
          <w:tcPr>
            <w:tcW w:w="1728" w:type="dxa"/>
          </w:tcPr>
          <w:p w14:paraId="60000149" w14:textId="77777777" w:rsidR="004D342C" w:rsidRDefault="004D342C">
            <w:pPr>
              <w:spacing w:before="40" w:after="40"/>
              <w:ind w:firstLine="0"/>
              <w:jc w:val="right"/>
            </w:pPr>
          </w:p>
        </w:tc>
        <w:tc>
          <w:tcPr>
            <w:tcW w:w="2160" w:type="dxa"/>
          </w:tcPr>
          <w:p w14:paraId="6000014A" w14:textId="77777777" w:rsidR="004D342C" w:rsidRDefault="00000000">
            <w:pPr>
              <w:spacing w:before="40" w:after="40"/>
              <w:ind w:firstLine="0"/>
            </w:pPr>
            <w:r>
              <w:rPr>
                <w:sz w:val="20"/>
              </w:rPr>
              <w:t>raw mean subtracted</w:t>
            </w:r>
          </w:p>
        </w:tc>
        <w:tc>
          <w:tcPr>
            <w:tcW w:w="1728" w:type="dxa"/>
          </w:tcPr>
          <w:p w14:paraId="6000014B" w14:textId="77777777" w:rsidR="004D342C" w:rsidRDefault="00000000">
            <w:pPr>
              <w:spacing w:before="40" w:after="40"/>
              <w:ind w:firstLine="0"/>
              <w:jc w:val="right"/>
            </w:pPr>
            <w:r>
              <w:rPr>
                <w:sz w:val="20"/>
              </w:rPr>
              <w:t>−0.00206</w:t>
            </w:r>
          </w:p>
        </w:tc>
      </w:tr>
      <w:tr w:rsidR="004D342C" w14:paraId="6000014C" w14:textId="77777777">
        <w:trPr>
          <w:cantSplit/>
          <w:jc w:val="center"/>
        </w:trPr>
        <w:tc>
          <w:tcPr>
            <w:tcW w:w="3456" w:type="dxa"/>
          </w:tcPr>
          <w:p w14:paraId="6000014D" w14:textId="77777777" w:rsidR="004D342C" w:rsidRDefault="004D342C">
            <w:pPr>
              <w:spacing w:before="40" w:after="40"/>
              <w:ind w:firstLine="0"/>
            </w:pPr>
          </w:p>
        </w:tc>
        <w:tc>
          <w:tcPr>
            <w:tcW w:w="1728" w:type="dxa"/>
          </w:tcPr>
          <w:p w14:paraId="6000014E" w14:textId="77777777" w:rsidR="004D342C" w:rsidRDefault="004D342C">
            <w:pPr>
              <w:spacing w:before="40" w:after="40"/>
              <w:ind w:firstLine="0"/>
              <w:jc w:val="right"/>
            </w:pPr>
          </w:p>
        </w:tc>
        <w:tc>
          <w:tcPr>
            <w:tcW w:w="2160" w:type="dxa"/>
          </w:tcPr>
          <w:p w14:paraId="6000014F" w14:textId="77777777" w:rsidR="004D342C" w:rsidRDefault="00000000">
            <w:pPr>
              <w:spacing w:before="40" w:after="40"/>
              <w:ind w:firstLine="0"/>
            </w:pPr>
            <w:r>
              <w:rPr>
                <w:sz w:val="20"/>
              </w:rPr>
              <w:t>raw SD divided</w:t>
            </w:r>
          </w:p>
        </w:tc>
        <w:tc>
          <w:tcPr>
            <w:tcW w:w="1728" w:type="dxa"/>
          </w:tcPr>
          <w:p w14:paraId="60000150" w14:textId="77777777" w:rsidR="004D342C" w:rsidRDefault="00000000">
            <w:pPr>
              <w:spacing w:before="40" w:after="40"/>
              <w:ind w:firstLine="0"/>
              <w:jc w:val="right"/>
            </w:pPr>
            <w:r>
              <w:rPr>
                <w:sz w:val="20"/>
              </w:rPr>
              <w:t>0.84875</w:t>
            </w:r>
          </w:p>
        </w:tc>
      </w:tr>
    </w:tbl>
    <w:p w14:paraId="60000155" w14:textId="77777777" w:rsidR="004D342C" w:rsidRDefault="00000000">
      <w:pPr>
        <w:spacing w:before="80" w:after="160"/>
        <w:ind w:firstLine="0"/>
      </w:pPr>
      <w:r>
        <w:rPr>
          <w:b/>
          <w:smallCaps/>
          <w:color w:val="1F4E79"/>
          <w:sz w:val="19"/>
        </w:rPr>
        <w:t xml:space="preserve">Table 7.3. </w:t>
      </w:r>
      <w:r>
        <w:rPr>
          <w:i/>
          <w:color w:val="595959"/>
          <w:sz w:val="19"/>
        </w:rPr>
        <w:t>Frozen parameters of the two identity scores, model v2, 11 September 2026. Higher scores mean a stronger identity. The loadings, the per-category normal scores and the two standardisation constants are held in build_identity_score.do and in frozen_identity_v2.json, and are not re-fitted when a wave is added; the standardisation constants are version 1’s, so a respondent who answered neither the Moreno question nor a belonging item keeps the score the first version gave. * Provisional loading, set equal to the corresponding attachment item: the belonging item is the only item of its score in the two waves that carry it, so its loading never enters a weighted mean.</w:t>
      </w:r>
    </w:p>
    <w:p w14:paraId="60000156" w14:textId="77777777" w:rsidR="004D342C" w:rsidRDefault="00000000">
      <w:r>
        <w:t>Two further variables are built from the pair. relidentity is euidentity minus natidentity, so that a higher value means a more European than national identity and a negative value a national identity held without or above a European one. It is not re-standardized, and it is present for the 1,245,580 respondents who carry both scores. idtype classifies the same respondents by the sign of the two scores — 1 exclusive national, 2 neither, 3 European-leaning, 4 dual, under the value label lbl_idtype. Both require both scores and are therefore missing wherever either is. Under version 2, verified on the rebuilt files of 11 September 2026, relidentity has a pooled mean of 0.0095 and a standard deviation of 1.2824, and the four types hold 25.8, 21.7, 19.2 and 33.3 per cent of the 1,245,580 respondents carrying both (version 1: 0.0077 and 1.2837; 24.5, 21.9, 20.0 and 33.6 per cent of 1,189,374).</w:t>
      </w:r>
    </w:p>
    <w:p w14:paraId="60000157" w14:textId="77777777" w:rsidR="004D342C" w:rsidRDefault="00000000">
      <w:r>
        <w:t>How the scores relate to eusupport, and to the two published ERD identity papers. euidentity correlates .46 with eusupport and natidentity .07, and once euidentity is held constant the national score carries −.01. That is not the opposite of the literature on exclusive identity but the result it predicts: what predicts Euroscepticism is national identity held relative to European identity, not the intensity of national attachment on its own. Clark and Rohrschneider (2019, 2021) measure identity relatively — through the Moreno question and through net EU attachment, attachment to the EU minus attachment to the nation — and both of those items sit inside euidentity, the Moreno question with a loading of .698 and attachment to the EU as the score’s strongest item. Reversed in sign, so that it reads as national identity held without European identity, relidentity correlates −.30 with eusupport, about as well as the exclusive-national answer to the Moreno question does (−.33), while being continuous and available in waves where that question was not asked. The type variable makes the same point descriptively: mean eusupport is −0.54 among exclusive nationals and −0.49 among the “neither” group, +0.35 among duals and +0.27 among the European-leaning, so the gap runs along the European axis and not the national one. These correlations and group means were computed on version 1 of the scores and have not been recomputed: version 2 leaves untouched every respondent who answered neither the Moreno question nor a belonging item, and moves the rest by at most 0.03.</w:t>
      </w:r>
    </w:p>
    <w:p w14:paraId="60000158" w14:textId="77777777" w:rsidR="004D342C" w:rsidRDefault="00000000">
      <w:r>
        <w:t>Validation, and the caveat that matters most. build_identity_score.do was run on seven merge files — EB17, EB36.0, EB54.1, EB62.0, EB73.4, EB82.3 and EB105.2 — and reproduced the wave means and counts of the estimation to four decimal places for both scores; version 2 was checked the same way on six — EB54.1, EB62.0, EB69.2, EB71.3, EB82.3 and EB91.5 — before the rebuild and verified again after it. On the first full 113-wave run the routine’s own value-label check earned its keep by catching the variable-name abbreviation described in §4.5, which had scored the EU-citizen item twice in EB75.3 and EB78.1; those two waves were rerun and the files of record rebuilt. The item-basis caveat of §8 applies to these scores exactly as it applies to eusupport, and for the same reason: waves carrying only attachment to the EU read +0.24 to +0.37, waves carrying only the Moreno question read about zero, the one pride-only wave reads −0.24, and the two belonging-only waves of 2008 and 2009 read +0.030 and +0.035 on euidentity and −0.016 and +0.019 on natidentity. Compare levels within an item-basis era and shapes across eras, and check id_eun and id_natn before reading anything into a difference in level.</w:t>
      </w:r>
    </w:p>
    <w:p>
      <w:pPr>
        <w:pStyle w:val="Heading2"/>
        <ck:id v="79-the-harmonised-continuous-series"/>
      </w:pPr>
      <w:bookmarkStart w:id="17" w:name="_79_the_harmonised_continuous_series"/>
      <w:r>
        <w:t>7.9  The harmonised continuous series (H_*)</w:t>
      </w:r>
      <w:bookmarkEnd w:id="17"/>
    </w:p>
    <w:p>
      <w:pPr>
        <w:pStyle w:val="Heading3"/>
        <ck:id v="791-what-they-are"/>
      </w:pPr>
      <w:bookmarkStart w:id="18" w:name="_791_what_they_are"/>
      <w:r>
        <w:t>7.9.1  What they are, and what problem they solve</w:t>
      </w:r>
      <w:bookmarkEnd w:id="18"/>
    </w:p>
    <w:p>
      <w:r>
        <w:t xml:space="preserve">Twelve concepts in the ERD are measured by two or three </w:t>
      </w:r>
      <w:r>
        <w:rPr>
          <w:i/>
        </w:rPr>
        <w:t>different versions</w:t>
      </w:r>
      <w:r>
        <w:t xml:space="preserve"> of the same question, asked in different eras with different numbers of response categories. Social class is a three-point self-placement in one era and a five-point one in another; the image of the European Parliament is a three-point impression before 1987 and a five-point scale after it; desired pace of unification is a three-point item and then a seven-point one. Until 15 September 2026 each version was a separate variable, which meant that any analysis spanning the handover either stopped at it or silently compared a 1–3 scale with a 1–5 scale.</w:t>
      </w:r>
    </w:p>
    <w:p>
      <w:r>
        <w:t xml:space="preserve">The H_ series are one continuous measure per concept, running 0 to 1 within the pooled file, built so that a single variable can be used across the whole span. There are thirty-six variables in twelve families: for each family, the value itself, a </w:t>
      </w:r>
      <w:r>
        <w:rPr>
          <w:rStyle w:val="CkCode"/>
        </w:rPr>
        <w:t>_src</w:t>
      </w:r>
      <w:r>
        <w:t xml:space="preserve"> companion saying which version a respondent's answer came from, and a </w:t>
      </w:r>
      <w:r>
        <w:rPr>
          <w:rStyle w:val="CkCode"/>
        </w:rPr>
        <w:t>_k</w:t>
      </w:r>
      <w:r>
        <w:t xml:space="preserve"> companion giving that version's number of response categories.</w:t>
      </w:r>
    </w:p>
    <w:p>
      <w:r>
        <w:rPr>
          <w:b/>
        </w:rPr>
        <w:t>The companions are not optional.</w:t>
      </w:r>
      <w:r>
        <w:t xml:space="preserve"> A splice is a change in the measuring instrument, and the honest way to use these series is to carry a break dummy built from </w:t>
      </w:r>
      <w:r>
        <w:rPr>
          <w:rStyle w:val="CkCode"/>
        </w:rPr>
        <w:t>_src</w:t>
      </w:r>
      <w:r>
        <w:t xml:space="preserve"> (or from </w:t>
      </w:r>
      <w:r>
        <w:rPr>
          <w:rStyle w:val="CkCode"/>
        </w:rPr>
        <w:t>_k</w:t>
      </w:r>
      <w:r>
        <w:t>, which changes at exactly the same points and is easier to read). A specification that pools across versions with no break term is not defensible on this data, and the two companions exist so that building one costs a single line.</w:t>
      </w:r>
    </w:p>
    <w:p>
      <w:pPr>
        <w:pStyle w:val="Heading3"/>
        <ck:id v="792-the-two-methods"/>
      </w:pPr>
      <w:bookmarkStart w:id="19" w:name="_792_the_two_methods"/>
      <w:r>
        <w:t>7.9.2  The two methods</w:t>
      </w:r>
      <w:bookmarkEnd w:id="19"/>
    </w:p>
    <w:p>
      <w:r>
        <w:t xml:space="preserve">Each family gets one of two maps, and </w:t>
      </w:r>
      <w:r>
        <w:rPr>
          <w:b/>
        </w:rPr>
        <w:t>which one was chosen was decided by measurement, not by preference</w:t>
      </w:r>
      <w:r>
        <w:t>. The test is the residual step: the map is applied, and the series is examined at the handover between versions, across countries present on both sides. A good map leaves a small step; a bad one leaves a visible cliff that a reader would mistake for a real change in European opinion.</w:t>
      </w:r>
    </w:p>
    <w:p>
      <w:r>
        <w:rPr>
          <w:b/>
        </w:rPr>
        <w:t>M1, the linear stretch.</w:t>
      </w:r>
      <w:r>
        <w:t xml:space="preserve"> The version's categories are spread evenly onto 0–1, so the lowest category becomes 0 and the highest becomes 1. This is right when the two versions' </w:t>
      </w:r>
      <w:r>
        <w:rPr>
          <w:i/>
        </w:rPr>
        <w:t>endpoints mean the same thing</w:t>
      </w:r>
      <w:r>
        <w:t xml:space="preserve"> — when both run from the same "most" to the same "least" in the same words, and the extra categories of the longer version are genuine intermediate steps. It is the map a reader can check by eye, and it is preferred whenever it is defensible.</w:t>
      </w:r>
    </w:p>
    <w:p>
      <w:r>
        <w:rPr>
          <w:b/>
        </w:rPr>
        <w:t>M2, the anchor calibration.</w:t>
      </w:r>
      <w:r>
        <w:t xml:space="preserve"> Each response category is placed at the position implied by the mean eusupport of the respondents who chose it, so the map is recovered from behaviour rather than assumed from the labels. This is right when the endpoints do </w:t>
      </w:r>
      <w:r>
        <w:rPr>
          <w:i/>
        </w:rPr>
        <w:t>not</w:t>
      </w:r>
      <w:r>
        <w:t xml:space="preserve"> mean the same thing — when a short version never reaches the extremes of a long one, or when, as with the pace item, the two versions run in opposite directions and nothing in their names or labels says so.</w:t>
      </w:r>
    </w:p>
    <w:p>
      <w:r>
        <w:t>Eight families take the linear map and four take the anchor.</w:t>
      </w:r>
    </w:p>
    <w:tbl>
      <w:tblPr>
        <w:tblStyle w:val="CkTable"/>
        <w:tblW w:w="0" w:type="auto"/>
        <w:tblLayout w:type="autofit"/>
        <w:tblLook w:firstRow="1" w:lastRow="0" w:firstColumn="0" w:lastColumn="0" w:noHBand="0" w:noVBand="1"/>
      </w:tblPr>
      <w:tblGrid>
        <w:gridCol/>
        <w:gridCol/>
        <w:gridCol/>
        <w:gridCol/>
      </w:tblGrid>
      <w:tr>
        <w:trPr>
          <w:tblHeader/>
        </w:trPr>
        <w:tc>
          <w:tcPr>
            <w:shd w:val="clear" w:fill="E7EDF3"/>
          </w:tcPr>
          <w:p>
            <w:r>
              <w:rPr>
                <w:b/>
              </w:rPr>
              <w:t>Family</w:t>
            </w:r>
          </w:p>
        </w:tc>
        <w:tc>
          <w:tcPr>
            <w:shd w:val="clear" w:fill="E7EDF3"/>
          </w:tcPr>
          <w:p>
            <w:r>
              <w:rPr>
                <w:b/>
              </w:rPr>
              <w:t>Concept</w:t>
            </w:r>
          </w:p>
        </w:tc>
        <w:tc>
          <w:tcPr>
            <w:shd w:val="clear" w:fill="E7EDF3"/>
          </w:tcPr>
          <w:p>
            <w:r>
              <w:rPr>
                <w:b/>
              </w:rPr>
              <w:t>Method</w:t>
            </w:r>
          </w:p>
        </w:tc>
        <w:tc>
          <w:tcPr>
            <w:shd w:val="clear" w:fill="E7EDF3"/>
          </w:tcPr>
          <w:p>
            <w:r>
              <w:rPr>
                <w:b/>
              </w:rPr>
              <w:t>Residual step at the handover</w:t>
            </w:r>
          </w:p>
        </w:tc>
      </w:tr>
      <w:tr>
        <w:tc>
          <w:tcPr/>
          <w:p>
            <w:r>
              <w:t>H_epimage</w:t>
            </w:r>
          </w:p>
        </w:tc>
        <w:tc>
          <w:tcPr/>
          <w:p>
            <w:r>
              <w:t>Image of the European Parliament</w:t>
            </w:r>
          </w:p>
        </w:tc>
        <w:tc>
          <w:tcPr/>
          <w:p>
            <w:r>
              <w:t>M2 anchor</w:t>
            </w:r>
          </w:p>
        </w:tc>
        <w:tc>
          <w:tcPr/>
          <w:p>
            <w:r>
              <w:t>+0.126</w:t>
            </w:r>
          </w:p>
        </w:tc>
      </w:tr>
      <w:tr>
        <w:tc>
          <w:tcPr/>
          <w:p>
            <w:r>
              <w:t>H_pacedesired</w:t>
            </w:r>
          </w:p>
        </w:tc>
        <w:tc>
          <w:tcPr/>
          <w:p>
            <w:r>
              <w:t>Desired pace of European unification</w:t>
            </w:r>
          </w:p>
        </w:tc>
        <w:tc>
          <w:tcPr/>
          <w:p>
            <w:r>
              <w:t>M2 anchor (3-point reversed)</w:t>
            </w:r>
          </w:p>
        </w:tc>
        <w:tc>
          <w:tcPr/>
          <w:p>
            <w:r>
              <w:t>−0.019</w:t>
            </w:r>
          </w:p>
        </w:tc>
      </w:tr>
      <w:tr>
        <w:tc>
          <w:tcPr/>
          <w:p>
            <w:r>
              <w:t>H_epinterests</w:t>
            </w:r>
          </w:p>
        </w:tc>
        <w:tc>
          <w:tcPr/>
          <w:p>
            <w:r>
              <w:t>Whether the EP protects citizens' interests</w:t>
            </w:r>
          </w:p>
        </w:tc>
        <w:tc>
          <w:tcPr/>
          <w:p>
            <w:r>
              <w:t>M2 anchor</w:t>
            </w:r>
          </w:p>
        </w:tc>
        <w:tc>
          <w:tcPr/>
          <w:p>
            <w:r>
              <w:t>+0.003, −0.072</w:t>
            </w:r>
          </w:p>
        </w:tc>
      </w:tr>
      <w:tr>
        <w:tc>
          <w:tcPr/>
          <w:p>
            <w:r>
              <w:t>H_importanceep</w:t>
            </w:r>
          </w:p>
        </w:tc>
        <w:tc>
          <w:tcPr/>
          <w:p>
            <w:r>
              <w:t>Importance of the European Parliament</w:t>
            </w:r>
          </w:p>
        </w:tc>
        <w:tc>
          <w:tcPr/>
          <w:p>
            <w:r>
              <w:t xml:space="preserve">M2 anchor — </w:t>
            </w:r>
            <w:r>
              <w:rPr>
                <w:b/>
              </w:rPr>
              <w:t>provisional</w:t>
            </w:r>
          </w:p>
        </w:tc>
        <w:tc>
          <w:tcPr/>
          <w:p>
            <w:r>
              <w:t>−0.051</w:t>
            </w:r>
          </w:p>
        </w:tc>
      </w:tr>
      <w:tr>
        <w:tc>
          <w:tcPr/>
          <w:p>
            <w:r>
              <w:t>H_euknowledge</w:t>
            </w:r>
          </w:p>
        </w:tc>
        <w:tc>
          <w:tcPr/>
          <w:p>
            <w:r>
              <w:t>Self-rated knowledge of the EU</w:t>
            </w:r>
          </w:p>
        </w:tc>
        <w:tc>
          <w:tcPr/>
          <w:p>
            <w:r>
              <w:t>M1 linear</w:t>
            </w:r>
          </w:p>
        </w:tc>
        <w:tc>
          <w:tcPr/>
          <w:p>
            <w:r>
              <w:t>−0.011, +0.044</w:t>
            </w:r>
          </w:p>
        </w:tc>
      </w:tr>
      <w:tr>
        <w:tc>
          <w:tcPr/>
          <w:p>
            <w:r>
              <w:t>H_cogmob</w:t>
            </w:r>
          </w:p>
        </w:tc>
        <w:tc>
          <w:tcPr/>
          <w:p>
            <w:r>
              <w:t>Cognitive mobilization index</w:t>
            </w:r>
          </w:p>
        </w:tc>
        <w:tc>
          <w:tcPr/>
          <w:p>
            <w:r>
              <w:t>M1 linear</w:t>
            </w:r>
          </w:p>
        </w:tc>
        <w:tc>
          <w:tcPr/>
          <w:p>
            <w:r>
              <w:t>−0.054</w:t>
            </w:r>
          </w:p>
        </w:tc>
      </w:tr>
      <w:tr>
        <w:tc>
          <w:tcPr/>
          <w:p>
            <w:r>
              <w:t>H_epvotelikely</w:t>
            </w:r>
          </w:p>
        </w:tc>
        <w:tc>
          <w:tcPr/>
          <w:p>
            <w:r>
              <w:t>Likelihood of voting in an EP election</w:t>
            </w:r>
          </w:p>
        </w:tc>
        <w:tc>
          <w:tcPr/>
          <w:p>
            <w:r>
              <w:t>M1 linear (4-point reversed)</w:t>
            </w:r>
          </w:p>
        </w:tc>
        <w:tc>
          <w:tcPr/>
          <w:p>
            <w:r>
              <w:t>−0.073</w:t>
            </w:r>
          </w:p>
        </w:tc>
      </w:tr>
      <w:tr>
        <w:tc>
          <w:tcPr/>
          <w:p>
            <w:r>
              <w:t>H_globoppor</w:t>
            </w:r>
          </w:p>
        </w:tc>
        <w:tc>
          <w:tcPr/>
          <w:p>
            <w:r>
              <w:t>Globalisation as an opportunity</w:t>
            </w:r>
          </w:p>
        </w:tc>
        <w:tc>
          <w:tcPr/>
          <w:p>
            <w:r>
              <w:t>M1 linear</w:t>
            </w:r>
          </w:p>
        </w:tc>
        <w:tc>
          <w:tcPr/>
          <w:p>
            <w:r>
              <w:t>−0.024</w:t>
            </w:r>
          </w:p>
        </w:tc>
      </w:tr>
      <w:tr>
        <w:tc>
          <w:tcPr/>
          <w:p>
            <w:r>
              <w:t>H_class</w:t>
            </w:r>
          </w:p>
        </w:tc>
        <w:tc>
          <w:tcPr/>
          <w:p>
            <w:r>
              <w:t>Social class, self-assessed</w:t>
            </w:r>
          </w:p>
        </w:tc>
        <w:tc>
          <w:tcPr/>
          <w:p>
            <w:r>
              <w:t>M1 linear</w:t>
            </w:r>
          </w:p>
        </w:tc>
        <w:tc>
          <w:tcPr/>
          <w:p>
            <w:r>
              <w:t>+0.035</w:t>
            </w:r>
          </w:p>
        </w:tc>
      </w:tr>
      <w:tr>
        <w:tc>
          <w:tcPr/>
          <w:p>
            <w:r>
              <w:t>H_mediatv</w:t>
            </w:r>
          </w:p>
        </w:tc>
        <w:tc>
          <w:tcPr/>
          <w:p>
            <w:r>
              <w:t>Television use</w:t>
            </w:r>
          </w:p>
        </w:tc>
        <w:tc>
          <w:tcPr/>
          <w:p>
            <w:r>
              <w:t xml:space="preserve">M1 linear — </w:t>
            </w:r>
            <w:r>
              <w:rPr>
                <w:b/>
              </w:rPr>
              <w:t>provisional</w:t>
            </w:r>
          </w:p>
        </w:tc>
        <w:tc>
          <w:tcPr/>
          <w:p>
            <w:r>
              <w:t>−0.070</w:t>
            </w:r>
          </w:p>
        </w:tc>
      </w:tr>
      <w:tr>
        <w:tc>
          <w:tcPr/>
          <w:p>
            <w:r>
              <w:t>H_mediaradio</w:t>
            </w:r>
          </w:p>
        </w:tc>
        <w:tc>
          <w:tcPr/>
          <w:p>
            <w:r>
              <w:t>Radio use</w:t>
            </w:r>
          </w:p>
        </w:tc>
        <w:tc>
          <w:tcPr/>
          <w:p>
            <w:r>
              <w:t xml:space="preserve">M1 linear — </w:t>
            </w:r>
            <w:r>
              <w:rPr>
                <w:b/>
              </w:rPr>
              <w:t>provisional</w:t>
            </w:r>
          </w:p>
        </w:tc>
        <w:tc>
          <w:tcPr/>
          <w:p>
            <w:r>
              <w:t>−0.118</w:t>
            </w:r>
          </w:p>
        </w:tc>
      </w:tr>
      <w:tr>
        <w:tc>
          <w:tcPr/>
          <w:p>
            <w:r>
              <w:t>H_mediapress</w:t>
            </w:r>
          </w:p>
        </w:tc>
        <w:tc>
          <w:tcPr/>
          <w:p>
            <w:r>
              <w:t>Written-press use</w:t>
            </w:r>
          </w:p>
        </w:tc>
        <w:tc>
          <w:tcPr/>
          <w:p>
            <w:r>
              <w:t xml:space="preserve">M1 linear — </w:t>
            </w:r>
            <w:r>
              <w:rPr>
                <w:b/>
              </w:rPr>
              <w:t>provisional</w:t>
            </w:r>
          </w:p>
        </w:tc>
        <w:tc>
          <w:tcPr/>
          <w:p>
            <w:r>
              <w:t>−0.078</w:t>
            </w:r>
          </w:p>
        </w:tc>
      </w:tr>
    </w:tbl>
    <w:p>
      <w:r>
        <w:t>**Table 7.4. **</w:t>
      </w:r>
      <w:r>
        <w:rPr>
          <w:i/>
        </w:rPr>
        <w:t>The twelve harmonised series. A residual step is what remains at the version handover after the map is applied, in the 0–1 metric, measured across countries present on both sides. Two families have two handovers and therefore two steps.</w:t>
      </w:r>
    </w:p>
    <w:p>
      <w:pPr>
        <w:pStyle w:val="Heading3"/>
        <ck:id v="793-the-four-that-need-care"/>
      </w:pPr>
      <w:bookmarkStart w:id="20" w:name="_793_the_four_that_need_care"/>
      <w:r>
        <w:t>7.9.3  The four that need care</w:t>
      </w:r>
      <w:bookmarkEnd w:id="20"/>
    </w:p>
    <w:p>
      <w:r>
        <w:rPr>
          <w:b/>
        </w:rPr>
        <w:t>The three media series are the weakest in the set and should be treated as provisional.</w:t>
      </w:r>
      <w:r>
        <w:t xml:space="preserve"> H_mediatv, H_mediaradio and H_mediapress each splice a six-category </w:t>
      </w:r>
      <w:r>
        <w:rPr>
          <w:i/>
        </w:rPr>
        <w:t>news-exposure</w:t>
      </w:r>
      <w:r>
        <w:t xml:space="preserve"> scale onto an eight-category </w:t>
      </w:r>
      <w:r>
        <w:rPr>
          <w:i/>
        </w:rPr>
        <w:t>frequency-of-use</w:t>
      </w:r>
      <w:r>
        <w:t xml:space="preserve"> scale. The anchor is useless here and demonstrably so — eusupport varies by only about 0.13 across the older scale, so calibrating on it explodes the map and leaves steps of −0.50 to −0.64 — but the linear map's own residual is large next to the series' range, and the honest reading is that </w:t>
      </w:r>
      <w:r>
        <w:rPr>
          <w:b/>
        </w:rPr>
        <w:t>these two scales are not the same measurement</w:t>
      </w:r>
      <w:r>
        <w:t>: one asks how much political news you see, the other how often you use the medium at all. The series are built so the break can be seen and controlled, not because the splice is sound. Fixing them properly needs the questionnaire wording, not more statistics.</w:t>
      </w:r>
    </w:p>
    <w:p>
      <w:r>
        <w:rPr>
          <w:b/>
        </w:rPr>
        <w:t>H_importanceep is provisional for a different reason.</w:t>
      </w:r>
      <w:r>
        <w:t xml:space="preserve"> The anchor's verdict is strong — it leaves −0.051 against +0.254 for linear, which argues that the two-point and four-point items are two versions of one construct rather than two constructs, a question the earlier variant memo had left open. But the two-point version's third code sits at −0.39 on the anchor, too negative to be a clean don't-know, and only the questionnaire can settle what it is.</w:t>
      </w:r>
    </w:p>
    <w:p>
      <w:r>
        <w:rPr>
          <w:b/>
        </w:rPr>
        <w:t>H_epimage carries a genuine confound.</w:t>
      </w:r>
      <w:r>
        <w:t xml:space="preserve"> A residual step of +0.126 remains after calibration and cannot be separated from a real rise in the European Parliament's standing in the late 1980s. Carry the break dummy and say so.</w:t>
      </w:r>
    </w:p>
    <w:p>
      <w:pPr>
        <w:pStyle w:val="Heading3"/>
        <ck:id v="794-where-the-evidence-is-strongest"/>
      </w:pPr>
      <w:bookmarkStart w:id="21" w:name="_794_where_the_evidence_is_strongest"/>
      <w:r>
        <w:t>7.9.4  Where the evidence is strongest</w:t>
      </w:r>
      <w:bookmarkEnd w:id="21"/>
    </w:p>
    <w:p>
      <w:r>
        <w:t xml:space="preserve">H_euknowledge is the best-validated family in the set, and worth knowing about as a template. Its four-point and ten-point versions </w:t>
      </w:r>
      <w:r>
        <w:rPr>
          <w:b/>
        </w:rPr>
        <w:t>co-occur in 1997</w:t>
      </w:r>
      <w:r>
        <w:t xml:space="preserve"> — a zero-year handover, where any difference is measurement rather than change — and across it the linear map leaves a step of only −0.011. The anchor map leaves +0.050 there and −0.311 at the second handover, because it tries to absorb something real: the anchor position of "not at all well informed" moves from −0.23 in 1992–97 to −0.74 in 2010–21. That is a change in </w:t>
      </w:r>
      <w:r>
        <w:rPr>
          <w:i/>
        </w:rPr>
        <w:t>who gives that answer</w:t>
      </w:r>
      <w:r>
        <w:t>, not a change of scale, and calibrating it away would have erased a finding.</w:t>
      </w:r>
    </w:p>
    <w:p>
      <w:pPr>
        <w:pStyle w:val="Heading3"/>
        <ck:id v="795-how-they-are-built"/>
      </w:pPr>
      <w:bookmarkStart w:id="22" w:name="_795_how_they_are_built"/>
      <w:r>
        <w:t>7.9.5  How they are built</w:t>
      </w:r>
      <w:bookmarkEnd w:id="22"/>
    </w:p>
    <w:p>
      <w:r>
        <w:t xml:space="preserve">build_harmonized_series.do, in the dataset root, called once from inside the mega build immediately before the final aorder and save. It is not a wave-level routine and cannot be one: the anchor needs the mean eusupport of everyone who chose a category, and the step test compares the end of one version against the start of the next, and neither quantity exists inside a single wave. Re-running one wave therefore does not refresh the H_ series; only a mega rebuild does. The per-family evidence — the competing maps, their residual steps, and the reasoning behind each choice — is recorded in the file's own header comments and in </w:t>
      </w:r>
      <w:r>
        <w:rPr>
          <w:i/>
        </w:rPr>
        <w:t>ERD Variant Families — One Continuous Measure Per Concept</w:t>
      </w:r>
      <w:r>
        <w:t xml:space="preserve"> (Appendix B.2).</w:t>
      </w:r>
    </w:p>
    <w:p w14:paraId="2591075B" w14:textId="77777777" w:rsidR="004D342C" w:rsidRDefault="00000000">
      <w:pPr>
        <w:pStyle w:val="Heading1"/>
        <w:pageBreakBefore/>
        <w:pBdr>
          <w:bottom w:val="single" w:sz="6" w:space="3" w:color="1F4E79"/>
        </w:pBdr>
        <w:spacing w:before="320" w:after="100"/>
      </w:pPr>
      <w:r>
        <w:rPr>
          <w:rFonts w:ascii="Times New Roman" w:hAnsi="Times New Roman" w:cs="Times New Roman"/>
          <w:smallCaps/>
          <w:spacing w:val="40"/>
          <w:sz w:val="26"/>
        </w:rPr>
        <w:lastRenderedPageBreak/>
        <w:t>8</w:t>
      </w:r>
      <w:r>
        <w:rPr>
          <w:rFonts w:ascii="Times New Roman" w:hAnsi="Times New Roman" w:cs="Times New Roman"/>
        </w:rPr>
        <w:t>  The item-basis caveat — read this before comparing levels over time</w:t>
      </w:r>
    </w:p>
    <w:p w14:paraId="47D3E19C" w14:textId="77777777" w:rsidR="004D342C" w:rsidRDefault="00000000">
      <w:r>
        <w:t>This is the most important caveat in the dataset. It is not a technicality and it is large enough to generate a false substantive finding. It is written below for the composite EU-support score, but it applies word for word to the two identity scores of §7.8, whose own item bases and level shifts are given there.</w:t>
      </w:r>
    </w:p>
    <w:p w14:paraId="2682F650" w14:textId="77777777" w:rsidR="004D342C" w:rsidRDefault="00000000">
      <w:pPr>
        <w:pStyle w:val="Heading2"/>
      </w:pPr>
      <w:r>
        <w:rPr>
          <w:rFonts w:ascii="Times New Roman" w:hAnsi="Times New Roman" w:cs="Times New Roman"/>
        </w:rPr>
        <w:t>8.1  The problem</w:t>
      </w:r>
    </w:p>
    <w:p w14:paraId="09303056" w14:textId="77777777" w:rsidR="004D342C" w:rsidRDefault="00000000">
      <w:r>
        <w:t>The composite is built from whichever of its four components a wave actually carries. The number of components available changes over time, because the Eurobarometer changed what it asked. A score built from four items and a score built from one item are on the same nominal scale but are not the same measurement, and the difference is systematic: adding items shifts the level.</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2160"/>
        <w:gridCol w:w="7200"/>
      </w:tblGrid>
      <w:tr w:rsidR="004D342C" w14:paraId="52A89FBE" w14:textId="77777777">
        <w:trPr>
          <w:cantSplit/>
          <w:tblHeader/>
          <w:jc w:val="center"/>
        </w:trPr>
        <w:tc>
          <w:tcPr>
            <w:tcW w:w="2160" w:type="dxa"/>
            <w:tcBorders>
              <w:bottom w:val="single" w:sz="6" w:space="0" w:color="1F4E79"/>
            </w:tcBorders>
            <w:shd w:val="clear" w:color="auto" w:fill="E7EDF3"/>
          </w:tcPr>
          <w:p w14:paraId="18BAFB7B" w14:textId="77777777" w:rsidR="004D342C" w:rsidRDefault="00000000">
            <w:pPr>
              <w:spacing w:before="40" w:after="40"/>
              <w:ind w:firstLine="0"/>
            </w:pPr>
            <w:r>
              <w:rPr>
                <w:b/>
                <w:color w:val="1F4E79"/>
                <w:sz w:val="18"/>
              </w:rPr>
              <w:t>Period</w:t>
            </w:r>
          </w:p>
        </w:tc>
        <w:tc>
          <w:tcPr>
            <w:tcW w:w="7200" w:type="dxa"/>
            <w:tcBorders>
              <w:bottom w:val="single" w:sz="6" w:space="0" w:color="1F4E79"/>
            </w:tcBorders>
            <w:shd w:val="clear" w:color="auto" w:fill="E7EDF3"/>
          </w:tcPr>
          <w:p w14:paraId="584E65EA" w14:textId="77777777" w:rsidR="004D342C" w:rsidRDefault="00000000">
            <w:pPr>
              <w:spacing w:before="40" w:after="40"/>
              <w:ind w:firstLine="0"/>
            </w:pPr>
            <w:r>
              <w:rPr>
                <w:b/>
                <w:color w:val="1F4E79"/>
                <w:sz w:val="18"/>
              </w:rPr>
              <w:t>Components available</w:t>
            </w:r>
          </w:p>
        </w:tc>
      </w:tr>
      <w:tr w:rsidR="004D342C" w14:paraId="78951961" w14:textId="77777777">
        <w:trPr>
          <w:cantSplit/>
          <w:jc w:val="center"/>
        </w:trPr>
        <w:tc>
          <w:tcPr>
            <w:tcW w:w="2160" w:type="dxa"/>
          </w:tcPr>
          <w:p w14:paraId="2A051EC8" w14:textId="77777777" w:rsidR="004D342C" w:rsidRDefault="00000000">
            <w:pPr>
              <w:spacing w:before="40" w:after="40"/>
              <w:ind w:firstLine="0"/>
            </w:pPr>
            <w:r>
              <w:rPr>
                <w:sz w:val="20"/>
              </w:rPr>
              <w:t>1974–1982</w:t>
            </w:r>
          </w:p>
        </w:tc>
        <w:tc>
          <w:tcPr>
            <w:tcW w:w="7200" w:type="dxa"/>
          </w:tcPr>
          <w:p w14:paraId="217AA192" w14:textId="77777777" w:rsidR="004D342C" w:rsidRDefault="00000000">
            <w:pPr>
              <w:spacing w:before="40" w:after="40"/>
              <w:ind w:firstLine="0"/>
            </w:pPr>
            <w:r>
              <w:rPr>
                <w:sz w:val="20"/>
              </w:rPr>
              <w:t>membership only</w:t>
            </w:r>
          </w:p>
        </w:tc>
      </w:tr>
      <w:tr w:rsidR="004D342C" w14:paraId="20E17857" w14:textId="77777777">
        <w:trPr>
          <w:cantSplit/>
          <w:jc w:val="center"/>
        </w:trPr>
        <w:tc>
          <w:tcPr>
            <w:tcW w:w="2160" w:type="dxa"/>
          </w:tcPr>
          <w:p w14:paraId="0AFB990D" w14:textId="77777777" w:rsidR="004D342C" w:rsidRDefault="00000000">
            <w:pPr>
              <w:spacing w:before="40" w:after="40"/>
              <w:ind w:firstLine="0"/>
            </w:pPr>
            <w:r>
              <w:rPr>
                <w:sz w:val="20"/>
              </w:rPr>
              <w:t>1983–1998</w:t>
            </w:r>
          </w:p>
        </w:tc>
        <w:tc>
          <w:tcPr>
            <w:tcW w:w="7200" w:type="dxa"/>
          </w:tcPr>
          <w:p w14:paraId="712B301B" w14:textId="77777777" w:rsidR="004D342C" w:rsidRDefault="00000000">
            <w:pPr>
              <w:spacing w:before="40" w:after="40"/>
              <w:ind w:firstLine="0"/>
            </w:pPr>
            <w:r>
              <w:rPr>
                <w:sz w:val="20"/>
              </w:rPr>
              <w:t>membership + benefit</w:t>
            </w:r>
          </w:p>
        </w:tc>
      </w:tr>
      <w:tr w:rsidR="004D342C" w14:paraId="38E17981" w14:textId="77777777">
        <w:trPr>
          <w:cantSplit/>
          <w:jc w:val="center"/>
        </w:trPr>
        <w:tc>
          <w:tcPr>
            <w:tcW w:w="2160" w:type="dxa"/>
          </w:tcPr>
          <w:p w14:paraId="04D27741" w14:textId="77777777" w:rsidR="004D342C" w:rsidRDefault="00000000">
            <w:pPr>
              <w:spacing w:before="40" w:after="40"/>
              <w:ind w:firstLine="0"/>
            </w:pPr>
            <w:r>
              <w:rPr>
                <w:sz w:val="20"/>
              </w:rPr>
              <w:t>1999–2011</w:t>
            </w:r>
          </w:p>
        </w:tc>
        <w:tc>
          <w:tcPr>
            <w:tcW w:w="7200" w:type="dxa"/>
          </w:tcPr>
          <w:p w14:paraId="19359D55" w14:textId="77777777" w:rsidR="004D342C" w:rsidRDefault="00000000">
            <w:pPr>
              <w:spacing w:before="40" w:after="40"/>
              <w:ind w:firstLine="0"/>
            </w:pPr>
            <w:r>
              <w:rPr>
                <w:sz w:val="20"/>
              </w:rPr>
              <w:t>membership + benefit + image + trust index</w:t>
            </w:r>
          </w:p>
        </w:tc>
      </w:tr>
      <w:tr w:rsidR="004D342C" w14:paraId="69FD52C8" w14:textId="77777777">
        <w:trPr>
          <w:cantSplit/>
          <w:jc w:val="center"/>
        </w:trPr>
        <w:tc>
          <w:tcPr>
            <w:tcW w:w="2160" w:type="dxa"/>
          </w:tcPr>
          <w:p w14:paraId="3CFF2979" w14:textId="77777777" w:rsidR="004D342C" w:rsidRDefault="00000000">
            <w:pPr>
              <w:spacing w:before="40" w:after="40"/>
              <w:ind w:firstLine="0"/>
            </w:pPr>
            <w:r>
              <w:rPr>
                <w:sz w:val="20"/>
              </w:rPr>
              <w:t>2012–2018</w:t>
            </w:r>
          </w:p>
        </w:tc>
        <w:tc>
          <w:tcPr>
            <w:tcW w:w="7200" w:type="dxa"/>
          </w:tcPr>
          <w:p w14:paraId="23E6D81B" w14:textId="77777777" w:rsidR="004D342C" w:rsidRDefault="00000000">
            <w:pPr>
              <w:spacing w:before="40" w:after="40"/>
              <w:ind w:firstLine="0"/>
            </w:pPr>
            <w:r>
              <w:rPr>
                <w:sz w:val="20"/>
              </w:rPr>
              <w:t>image + trust index</w:t>
            </w:r>
          </w:p>
        </w:tc>
      </w:tr>
      <w:tr w:rsidR="004D342C" w14:paraId="72E25270" w14:textId="77777777">
        <w:trPr>
          <w:cantSplit/>
          <w:jc w:val="center"/>
        </w:trPr>
        <w:tc>
          <w:tcPr>
            <w:tcW w:w="2160" w:type="dxa"/>
          </w:tcPr>
          <w:p w14:paraId="365DADBB" w14:textId="77777777" w:rsidR="004D342C" w:rsidRDefault="00000000">
            <w:pPr>
              <w:spacing w:before="40" w:after="40"/>
              <w:ind w:firstLine="0"/>
            </w:pPr>
            <w:r>
              <w:rPr>
                <w:sz w:val="20"/>
              </w:rPr>
              <w:t>2019</w:t>
            </w:r>
          </w:p>
        </w:tc>
        <w:tc>
          <w:tcPr>
            <w:tcW w:w="7200" w:type="dxa"/>
          </w:tcPr>
          <w:p w14:paraId="42DEA810" w14:textId="77777777" w:rsidR="004D342C" w:rsidRDefault="00000000">
            <w:pPr>
              <w:spacing w:before="40" w:after="40"/>
              <w:ind w:firstLine="0"/>
            </w:pPr>
            <w:r>
              <w:rPr>
                <w:sz w:val="20"/>
              </w:rPr>
              <w:t>all four (EB91.5); image + trust only (EB92.3)</w:t>
            </w:r>
          </w:p>
        </w:tc>
      </w:tr>
      <w:tr w:rsidR="004D342C" w14:paraId="1A2AF6E1" w14:textId="77777777">
        <w:trPr>
          <w:cantSplit/>
          <w:jc w:val="center"/>
        </w:trPr>
        <w:tc>
          <w:tcPr>
            <w:tcW w:w="2160" w:type="dxa"/>
          </w:tcPr>
          <w:p w14:paraId="6F8190B7" w14:textId="77777777" w:rsidR="004D342C" w:rsidRDefault="00000000">
            <w:pPr>
              <w:spacing w:before="40" w:after="40"/>
              <w:ind w:firstLine="0"/>
            </w:pPr>
            <w:r>
              <w:rPr>
                <w:sz w:val="20"/>
              </w:rPr>
              <w:t>2020–2024</w:t>
            </w:r>
          </w:p>
        </w:tc>
        <w:tc>
          <w:tcPr>
            <w:tcW w:w="7200" w:type="dxa"/>
          </w:tcPr>
          <w:p w14:paraId="5899AA66" w14:textId="77777777" w:rsidR="004D342C" w:rsidRDefault="00000000">
            <w:pPr>
              <w:spacing w:before="40" w:after="40"/>
              <w:ind w:firstLine="0"/>
            </w:pPr>
            <w:r>
              <w:rPr>
                <w:sz w:val="20"/>
              </w:rPr>
              <w:t>image + trust index</w:t>
            </w:r>
          </w:p>
        </w:tc>
      </w:tr>
      <w:tr w:rsidR="004D342C" w14:paraId="5820CCCF" w14:textId="77777777">
        <w:trPr>
          <w:cantSplit/>
          <w:jc w:val="center"/>
        </w:trPr>
        <w:tc>
          <w:tcPr>
            <w:tcW w:w="2160" w:type="dxa"/>
          </w:tcPr>
          <w:p w14:paraId="7D4DD7D2" w14:textId="77777777" w:rsidR="004D342C" w:rsidRDefault="00000000">
            <w:pPr>
              <w:keepNext/>
              <w:spacing w:before="40" w:after="40"/>
              <w:ind w:firstLine="0"/>
            </w:pPr>
            <w:r>
              <w:rPr>
                <w:sz w:val="20"/>
              </w:rPr>
              <w:t>2025–2026</w:t>
            </w:r>
          </w:p>
        </w:tc>
        <w:tc>
          <w:tcPr>
            <w:tcW w:w="7200" w:type="dxa"/>
          </w:tcPr>
          <w:p w14:paraId="2E5D9B6F" w14:textId="77777777" w:rsidR="004D342C" w:rsidRDefault="00000000">
            <w:pPr>
              <w:keepNext/>
              <w:spacing w:before="40" w:after="40"/>
              <w:ind w:firstLine="0"/>
            </w:pPr>
            <w:r>
              <w:rPr>
                <w:sz w:val="20"/>
              </w:rPr>
              <w:t>benefit + image + trust (EB104.1); all four (EB105.2)</w:t>
            </w:r>
          </w:p>
        </w:tc>
      </w:tr>
    </w:tbl>
    <w:p w14:paraId="7D5E1915" w14:textId="77777777" w:rsidR="004D342C" w:rsidRDefault="00000000">
      <w:pPr>
        <w:spacing w:before="80" w:after="160"/>
        <w:ind w:firstLine="0"/>
      </w:pPr>
      <w:r>
        <w:rPr>
          <w:b/>
          <w:smallCaps/>
          <w:color w:val="1F4E79"/>
          <w:sz w:val="19"/>
        </w:rPr>
        <w:t xml:space="preserve">Table 8.1. </w:t>
      </w:r>
      <w:r>
        <w:rPr>
          <w:i/>
          <w:color w:val="595959"/>
          <w:sz w:val="19"/>
        </w:rPr>
        <w:t>The item basis by era, counted from the wave-source map. Several waves inside these eras differ from the era pattern; the wave-by-wave detail is in Table 8.2. Earlier versions of the ERD’s published memos described 2012–2018 and 2020–2024 as resting on three items rather than two — a difference of labelling, not of data, explained in §8.4. All of them were corrected on 8 September 2026.</w:t>
      </w:r>
    </w:p>
    <w:p w14:paraId="1DF52C73" w14:textId="77777777" w:rsidR="004D342C" w:rsidRDefault="00000000">
      <w:pPr>
        <w:pStyle w:val="Heading2"/>
      </w:pPr>
      <w:r>
        <w:rPr>
          <w:rFonts w:ascii="Times New Roman" w:hAnsi="Times New Roman" w:cs="Times New Roman"/>
        </w:rPr>
        <w:t>8.2  How large the effect is</w:t>
      </w:r>
    </w:p>
    <w:p w14:paraId="61B6E7F4" w14:textId="77777777" w:rsidR="004D342C" w:rsidRDefault="00000000">
      <w:r>
        <w:t>Eleven calendar years contain waves fielded on different item bases. Those years give a clean within-year test: the same year, the same countries, the same fieldwork period, different numbers of items in the composite. Across those years, adding items shifts the level by between +0.09 and +0.30 of a standard deviation.</w:t>
      </w:r>
    </w:p>
    <w:p w14:paraId="40ED73FA" w14:textId="77777777" w:rsidR="004D342C" w:rsidRDefault="00000000">
      <w:r>
        <w:t>For scale: the entire decline in EU support from 2011 to 2014 — the euro-crisis collapse, the largest movement in the series — is about 0.17 of a standard deviation in the raw pooled series. The item-basis effect is the same size. A level comparison that crosses an item-basis boundary can therefore manufacture, erase, or reverse a finding of that magnitude.</w:t>
      </w:r>
    </w:p>
    <w:p w14:paraId="70870CB8" w14:textId="77777777" w:rsidR="004D342C" w:rsidRDefault="00000000">
      <w:r>
        <w:t>For further scale: survey weighting moves a yearly figure by about 0.01 on average and never by more than 0.08 (§10). The item basis is an order of magnitude more consequential than the weighting decision that analysts usually agonise over.</w:t>
      </w:r>
    </w:p>
    <w:p w14:paraId="07FFD2F4" w14:textId="77777777" w:rsidR="004D342C" w:rsidRDefault="00000000">
      <w:pPr>
        <w:pStyle w:val="Heading2"/>
      </w:pPr>
      <w:r>
        <w:rPr>
          <w:rFonts w:ascii="Times New Roman" w:hAnsi="Times New Roman" w:cs="Times New Roman"/>
        </w:rPr>
        <w:t>8.3  The rule for users</w:t>
      </w:r>
    </w:p>
    <w:p w14:paraId="7C4C8186" w14:textId="77777777" w:rsidR="004D342C" w:rsidRDefault="00000000">
      <w:pPr>
        <w:ind w:firstLine="0"/>
      </w:pPr>
      <w:r>
        <w:rPr>
          <w:b/>
        </w:rPr>
        <w:t>Compare LEVELS within an item-basis era. Compare SHAPES across eras.</w:t>
      </w:r>
    </w:p>
    <w:p w14:paraId="1E11FC4D" w14:textId="77777777" w:rsidR="004D342C" w:rsidRDefault="00000000">
      <w:r>
        <w:t>Within 1999–2011, or within 2012–2018, a difference in the level of eusupport is a difference in EU support. Between 2011 and 2012 it is partly a difference in what the composite is made of. The shape of the series — the turning points, the direction and relative size of movements within an era — is robust; the level is not.</w:t>
      </w:r>
    </w:p>
    <w:p w14:paraId="3308CAF3" w14:textId="77777777" w:rsidR="004D342C" w:rsidRDefault="00000000">
      <w:r>
        <w:lastRenderedPageBreak/>
        <w:t>Three practical ways to work with this. First, run the analysis within eras and check that the substantive conclusion holds in each. Second, include an item-basis indicator as a control, or wave fixed effects, in any pooled model. Third, if the research question genuinely requires a level comparison across the 2011–2012 boundary, restrict the composite to the components available on both sides — image and trust — and accept the shorter series that results.</w:t>
      </w:r>
    </w:p>
    <w:p w14:paraId="735E8FDC" w14:textId="77777777" w:rsidR="004D342C" w:rsidRDefault="00000000">
      <w:r>
        <w:t>The item basis can be detected from the data. The number of distinct values eusupport takes in a wave proxies the component count: three or fewer values means membership only, five means image only, eleven or fewer means two components, fifty or fewer means three, and more than fifty means four. This heuristic is convenient but approximate; §8.4 explains where it goes wrong.</w:t>
      </w:r>
    </w:p>
    <w:p w14:paraId="0DC1E4FC" w14:textId="77777777" w:rsidR="004D342C" w:rsidRDefault="00000000">
      <w:pPr>
        <w:pStyle w:val="Heading2"/>
      </w:pPr>
      <w:r>
        <w:rPr>
          <w:rFonts w:ascii="Times New Roman" w:hAnsi="Times New Roman" w:cs="Times New Roman"/>
        </w:rPr>
        <w:t>8.4  A discrepancy worth knowing about</w:t>
      </w:r>
    </w:p>
    <w:p w14:paraId="627A46FA" w14:textId="77777777" w:rsidR="004D342C" w:rsidRDefault="00000000">
      <w:r>
        <w:t>The wave-source map and the distinct-values heuristic do not agree about 2012–2018 and 2020–2024. The map shows two components in those years (image and the trust index); the heuristic reads them as three, because image has five categories and the trust index has five levels, giving up to twenty-five distinct composite values — which falls in the heuristic’s "three components" bucket. The era counts were corrected to the map’s in the Design Memo, the Scoring Specification and the Consolidated Memo on 8 September 2026, and in the composition-adjusted memo later the same day; the weighted memo never printed per-era counts.</w:t>
      </w:r>
    </w:p>
    <w:p w14:paraId="0801BDD7" w14:textId="77777777" w:rsidR="004D342C" w:rsidRDefault="00000000">
      <w:r>
        <w:t>Nothing substantive turns on this. The magnitude of the effect was measured empirically from within-year comparisons of actual waves, not derived from the labels, so the +0.09 to +0.30 figure stands whichever way the eras are named. But a user checking the item counts against the wave-source map will find the discrepancy, and should know that the map is the more literal statement of what is in each wave.</w:t>
      </w:r>
    </w:p>
    <w:p w14:paraId="45DC8C7D" w14:textId="77777777" w:rsidR="004D342C" w:rsidRDefault="00000000">
      <w:pPr>
        <w:pStyle w:val="Heading2"/>
      </w:pPr>
      <w:r>
        <w:rPr>
          <w:rFonts w:ascii="Times New Roman" w:hAnsi="Times New Roman" w:cs="Times New Roman"/>
        </w:rPr>
        <w:t>8.5  Item basis wave by wave</w:t>
      </w:r>
    </w:p>
    <w:p w14:paraId="390677C5" w14:textId="77777777" w:rsidR="004D342C" w:rsidRDefault="00000000">
      <w:r>
        <w:t>The table below states, for every wave, which of the four components the wave-source map records: M = membership, B = benefit, I = image, T = trust index.</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792"/>
        <w:gridCol w:w="1368"/>
        <w:gridCol w:w="1008"/>
        <w:gridCol w:w="1728"/>
        <w:gridCol w:w="1440"/>
        <w:gridCol w:w="864"/>
      </w:tblGrid>
      <w:tr w:rsidR="004D342C" w14:paraId="434ACFBF" w14:textId="77777777">
        <w:trPr>
          <w:cantSplit/>
          <w:tblHeader/>
          <w:jc w:val="center"/>
        </w:trPr>
        <w:tc>
          <w:tcPr>
            <w:tcW w:w="792" w:type="dxa"/>
            <w:tcBorders>
              <w:bottom w:val="single" w:sz="6" w:space="0" w:color="1F4E79"/>
            </w:tcBorders>
            <w:shd w:val="clear" w:color="auto" w:fill="E7EDF3"/>
          </w:tcPr>
          <w:p w14:paraId="482D8AAC" w14:textId="77777777" w:rsidR="004D342C" w:rsidRDefault="00000000">
            <w:pPr>
              <w:spacing w:before="40" w:after="40"/>
              <w:ind w:firstLine="0"/>
            </w:pPr>
            <w:r>
              <w:rPr>
                <w:b/>
                <w:color w:val="1F4E79"/>
                <w:sz w:val="18"/>
              </w:rPr>
              <w:t>Year</w:t>
            </w:r>
          </w:p>
        </w:tc>
        <w:tc>
          <w:tcPr>
            <w:tcW w:w="1368" w:type="dxa"/>
            <w:tcBorders>
              <w:bottom w:val="single" w:sz="6" w:space="0" w:color="1F4E79"/>
            </w:tcBorders>
            <w:shd w:val="clear" w:color="auto" w:fill="E7EDF3"/>
          </w:tcPr>
          <w:p w14:paraId="162DB49D" w14:textId="77777777" w:rsidR="004D342C" w:rsidRDefault="00000000">
            <w:pPr>
              <w:spacing w:before="40" w:after="40"/>
              <w:ind w:firstLine="0"/>
            </w:pPr>
            <w:r>
              <w:rPr>
                <w:b/>
                <w:color w:val="1F4E79"/>
                <w:sz w:val="18"/>
              </w:rPr>
              <w:t>Wave</w:t>
            </w:r>
          </w:p>
        </w:tc>
        <w:tc>
          <w:tcPr>
            <w:tcW w:w="1008" w:type="dxa"/>
            <w:tcBorders>
              <w:bottom w:val="single" w:sz="6" w:space="0" w:color="1F4E79"/>
            </w:tcBorders>
            <w:shd w:val="clear" w:color="auto" w:fill="E7EDF3"/>
          </w:tcPr>
          <w:p w14:paraId="7276B37D" w14:textId="77777777" w:rsidR="004D342C" w:rsidRDefault="00000000">
            <w:pPr>
              <w:spacing w:before="40" w:after="40"/>
              <w:ind w:firstLine="0"/>
            </w:pPr>
            <w:r>
              <w:rPr>
                <w:b/>
                <w:color w:val="1F4E79"/>
                <w:sz w:val="18"/>
              </w:rPr>
              <w:t>eb code</w:t>
            </w:r>
          </w:p>
        </w:tc>
        <w:tc>
          <w:tcPr>
            <w:tcW w:w="1728" w:type="dxa"/>
            <w:tcBorders>
              <w:bottom w:val="single" w:sz="6" w:space="0" w:color="1F4E79"/>
            </w:tcBorders>
            <w:shd w:val="clear" w:color="auto" w:fill="E7EDF3"/>
          </w:tcPr>
          <w:p w14:paraId="4ED0B50D" w14:textId="77777777" w:rsidR="004D342C" w:rsidRDefault="00000000">
            <w:pPr>
              <w:spacing w:before="40" w:after="40"/>
              <w:ind w:firstLine="0"/>
              <w:jc w:val="right"/>
            </w:pPr>
            <w:r>
              <w:rPr>
                <w:b/>
                <w:color w:val="1F4E79"/>
                <w:sz w:val="18"/>
              </w:rPr>
              <w:t>Variables mapped</w:t>
            </w:r>
          </w:p>
        </w:tc>
        <w:tc>
          <w:tcPr>
            <w:tcW w:w="1440" w:type="dxa"/>
            <w:tcBorders>
              <w:bottom w:val="single" w:sz="6" w:space="0" w:color="1F4E79"/>
            </w:tcBorders>
            <w:shd w:val="clear" w:color="auto" w:fill="E7EDF3"/>
          </w:tcPr>
          <w:p w14:paraId="37BE8A44" w14:textId="77777777" w:rsidR="004D342C" w:rsidRDefault="00000000">
            <w:pPr>
              <w:spacing w:before="40" w:after="40"/>
              <w:ind w:firstLine="0"/>
            </w:pPr>
            <w:r>
              <w:rPr>
                <w:b/>
                <w:color w:val="1F4E79"/>
                <w:sz w:val="18"/>
              </w:rPr>
              <w:t>Components</w:t>
            </w:r>
          </w:p>
        </w:tc>
        <w:tc>
          <w:tcPr>
            <w:tcW w:w="864" w:type="dxa"/>
            <w:tcBorders>
              <w:bottom w:val="single" w:sz="6" w:space="0" w:color="1F4E79"/>
            </w:tcBorders>
            <w:shd w:val="clear" w:color="auto" w:fill="E7EDF3"/>
          </w:tcPr>
          <w:p w14:paraId="23CB24AD" w14:textId="77777777" w:rsidR="004D342C" w:rsidRDefault="00000000">
            <w:pPr>
              <w:spacing w:before="40" w:after="40"/>
              <w:ind w:firstLine="0"/>
              <w:jc w:val="right"/>
            </w:pPr>
            <w:r>
              <w:rPr>
                <w:b/>
                <w:color w:val="1F4E79"/>
                <w:sz w:val="18"/>
              </w:rPr>
              <w:t>Count</w:t>
            </w:r>
          </w:p>
        </w:tc>
      </w:tr>
      <w:tr w:rsidR="004D342C" w14:paraId="319FCF12" w14:textId="77777777">
        <w:trPr>
          <w:cantSplit/>
          <w:jc w:val="center"/>
        </w:trPr>
        <w:tc>
          <w:tcPr>
            <w:tcW w:w="792" w:type="dxa"/>
          </w:tcPr>
          <w:p w14:paraId="2810B67E" w14:textId="77777777" w:rsidR="004D342C" w:rsidRDefault="00000000">
            <w:pPr>
              <w:spacing w:before="20" w:after="20"/>
              <w:ind w:firstLine="0"/>
            </w:pPr>
            <w:r>
              <w:rPr>
                <w:sz w:val="17"/>
              </w:rPr>
              <w:t>1974</w:t>
            </w:r>
          </w:p>
        </w:tc>
        <w:tc>
          <w:tcPr>
            <w:tcW w:w="1368" w:type="dxa"/>
          </w:tcPr>
          <w:p w14:paraId="2435CD07" w14:textId="77777777" w:rsidR="004D342C" w:rsidRDefault="00000000">
            <w:pPr>
              <w:spacing w:before="20" w:after="20"/>
              <w:ind w:firstLine="0"/>
            </w:pPr>
            <w:r>
              <w:rPr>
                <w:sz w:val="17"/>
              </w:rPr>
              <w:t>EB2</w:t>
            </w:r>
          </w:p>
        </w:tc>
        <w:tc>
          <w:tcPr>
            <w:tcW w:w="1008" w:type="dxa"/>
          </w:tcPr>
          <w:p w14:paraId="3F07436F" w14:textId="77777777" w:rsidR="004D342C" w:rsidRDefault="00000000">
            <w:pPr>
              <w:spacing w:before="20" w:after="20"/>
              <w:ind w:firstLine="0"/>
            </w:pPr>
            <w:r>
              <w:rPr>
                <w:sz w:val="17"/>
              </w:rPr>
              <w:t>020</w:t>
            </w:r>
          </w:p>
        </w:tc>
        <w:tc>
          <w:tcPr>
            <w:tcW w:w="1728" w:type="dxa"/>
          </w:tcPr>
          <w:p w14:paraId="14B2D484" w14:textId="77777777" w:rsidR="004D342C" w:rsidRDefault="00000000">
            <w:pPr>
              <w:spacing w:before="20" w:after="20"/>
              <w:ind w:firstLine="0"/>
              <w:jc w:val="right"/>
            </w:pPr>
            <w:r>
              <w:rPr>
                <w:sz w:val="17"/>
              </w:rPr>
              <w:t>28</w:t>
            </w:r>
          </w:p>
        </w:tc>
        <w:tc>
          <w:tcPr>
            <w:tcW w:w="1440" w:type="dxa"/>
          </w:tcPr>
          <w:p w14:paraId="2B8F819A" w14:textId="77777777" w:rsidR="004D342C" w:rsidRDefault="00000000">
            <w:pPr>
              <w:spacing w:before="20" w:after="20"/>
              <w:ind w:firstLine="0"/>
            </w:pPr>
            <w:r>
              <w:rPr>
                <w:sz w:val="17"/>
              </w:rPr>
              <w:t>M</w:t>
            </w:r>
          </w:p>
        </w:tc>
        <w:tc>
          <w:tcPr>
            <w:tcW w:w="864" w:type="dxa"/>
          </w:tcPr>
          <w:p w14:paraId="3B6BCCE2" w14:textId="77777777" w:rsidR="004D342C" w:rsidRDefault="00000000">
            <w:pPr>
              <w:spacing w:before="20" w:after="20"/>
              <w:ind w:firstLine="0"/>
              <w:jc w:val="right"/>
            </w:pPr>
            <w:r>
              <w:rPr>
                <w:sz w:val="17"/>
              </w:rPr>
              <w:t>1</w:t>
            </w:r>
          </w:p>
        </w:tc>
      </w:tr>
      <w:tr w:rsidR="004D342C" w14:paraId="40F9072D" w14:textId="77777777">
        <w:trPr>
          <w:cantSplit/>
          <w:jc w:val="center"/>
        </w:trPr>
        <w:tc>
          <w:tcPr>
            <w:tcW w:w="792" w:type="dxa"/>
          </w:tcPr>
          <w:p w14:paraId="5AD7BEA1" w14:textId="77777777" w:rsidR="004D342C" w:rsidRDefault="00000000">
            <w:pPr>
              <w:spacing w:before="20" w:after="20"/>
              <w:ind w:firstLine="0"/>
            </w:pPr>
            <w:r>
              <w:rPr>
                <w:sz w:val="17"/>
              </w:rPr>
              <w:t>1975</w:t>
            </w:r>
          </w:p>
        </w:tc>
        <w:tc>
          <w:tcPr>
            <w:tcW w:w="1368" w:type="dxa"/>
          </w:tcPr>
          <w:p w14:paraId="21B8FF35" w14:textId="77777777" w:rsidR="004D342C" w:rsidRDefault="00000000">
            <w:pPr>
              <w:spacing w:before="20" w:after="20"/>
              <w:ind w:firstLine="0"/>
            </w:pPr>
            <w:r>
              <w:rPr>
                <w:sz w:val="17"/>
              </w:rPr>
              <w:t>EB3</w:t>
            </w:r>
          </w:p>
        </w:tc>
        <w:tc>
          <w:tcPr>
            <w:tcW w:w="1008" w:type="dxa"/>
          </w:tcPr>
          <w:p w14:paraId="51234A20" w14:textId="77777777" w:rsidR="004D342C" w:rsidRDefault="00000000">
            <w:pPr>
              <w:spacing w:before="20" w:after="20"/>
              <w:ind w:firstLine="0"/>
            </w:pPr>
            <w:r>
              <w:rPr>
                <w:sz w:val="17"/>
              </w:rPr>
              <w:t>030</w:t>
            </w:r>
          </w:p>
        </w:tc>
        <w:tc>
          <w:tcPr>
            <w:tcW w:w="1728" w:type="dxa"/>
          </w:tcPr>
          <w:p w14:paraId="51DF9E77" w14:textId="77777777" w:rsidR="004D342C" w:rsidRDefault="00000000">
            <w:pPr>
              <w:spacing w:before="20" w:after="20"/>
              <w:ind w:firstLine="0"/>
              <w:jc w:val="right"/>
            </w:pPr>
            <w:r>
              <w:rPr>
                <w:sz w:val="17"/>
              </w:rPr>
              <w:t>45</w:t>
            </w:r>
          </w:p>
        </w:tc>
        <w:tc>
          <w:tcPr>
            <w:tcW w:w="1440" w:type="dxa"/>
          </w:tcPr>
          <w:p w14:paraId="0ACF2A34" w14:textId="77777777" w:rsidR="004D342C" w:rsidRDefault="00000000">
            <w:pPr>
              <w:spacing w:before="20" w:after="20"/>
              <w:ind w:firstLine="0"/>
            </w:pPr>
            <w:r>
              <w:rPr>
                <w:sz w:val="17"/>
              </w:rPr>
              <w:t>M</w:t>
            </w:r>
          </w:p>
        </w:tc>
        <w:tc>
          <w:tcPr>
            <w:tcW w:w="864" w:type="dxa"/>
          </w:tcPr>
          <w:p w14:paraId="4892C0BE" w14:textId="77777777" w:rsidR="004D342C" w:rsidRDefault="00000000">
            <w:pPr>
              <w:spacing w:before="20" w:after="20"/>
              <w:ind w:firstLine="0"/>
              <w:jc w:val="right"/>
            </w:pPr>
            <w:r>
              <w:rPr>
                <w:sz w:val="17"/>
              </w:rPr>
              <w:t>1</w:t>
            </w:r>
          </w:p>
        </w:tc>
      </w:tr>
      <w:tr w:rsidR="004D342C" w14:paraId="21238C88" w14:textId="77777777">
        <w:trPr>
          <w:cantSplit/>
          <w:jc w:val="center"/>
        </w:trPr>
        <w:tc>
          <w:tcPr>
            <w:tcW w:w="792" w:type="dxa"/>
          </w:tcPr>
          <w:p w14:paraId="2C950E22" w14:textId="77777777" w:rsidR="004D342C" w:rsidRDefault="00000000">
            <w:pPr>
              <w:spacing w:before="20" w:after="20"/>
              <w:ind w:firstLine="0"/>
            </w:pPr>
            <w:r>
              <w:rPr>
                <w:sz w:val="17"/>
              </w:rPr>
              <w:t>1975</w:t>
            </w:r>
          </w:p>
        </w:tc>
        <w:tc>
          <w:tcPr>
            <w:tcW w:w="1368" w:type="dxa"/>
          </w:tcPr>
          <w:p w14:paraId="6D4BFE73" w14:textId="77777777" w:rsidR="004D342C" w:rsidRDefault="00000000">
            <w:pPr>
              <w:spacing w:before="20" w:after="20"/>
              <w:ind w:firstLine="0"/>
            </w:pPr>
            <w:r>
              <w:rPr>
                <w:sz w:val="17"/>
              </w:rPr>
              <w:t>EB4</w:t>
            </w:r>
          </w:p>
        </w:tc>
        <w:tc>
          <w:tcPr>
            <w:tcW w:w="1008" w:type="dxa"/>
          </w:tcPr>
          <w:p w14:paraId="176D624A" w14:textId="77777777" w:rsidR="004D342C" w:rsidRDefault="00000000">
            <w:pPr>
              <w:spacing w:before="20" w:after="20"/>
              <w:ind w:firstLine="0"/>
            </w:pPr>
            <w:r>
              <w:rPr>
                <w:sz w:val="17"/>
              </w:rPr>
              <w:t>040</w:t>
            </w:r>
          </w:p>
        </w:tc>
        <w:tc>
          <w:tcPr>
            <w:tcW w:w="1728" w:type="dxa"/>
          </w:tcPr>
          <w:p w14:paraId="5A60628F" w14:textId="77777777" w:rsidR="004D342C" w:rsidRDefault="00000000">
            <w:pPr>
              <w:spacing w:before="20" w:after="20"/>
              <w:ind w:firstLine="0"/>
              <w:jc w:val="right"/>
            </w:pPr>
            <w:r>
              <w:rPr>
                <w:sz w:val="17"/>
              </w:rPr>
              <w:t>46</w:t>
            </w:r>
          </w:p>
        </w:tc>
        <w:tc>
          <w:tcPr>
            <w:tcW w:w="1440" w:type="dxa"/>
          </w:tcPr>
          <w:p w14:paraId="3EB1F233" w14:textId="77777777" w:rsidR="004D342C" w:rsidRDefault="00000000">
            <w:pPr>
              <w:spacing w:before="20" w:after="20"/>
              <w:ind w:firstLine="0"/>
            </w:pPr>
            <w:r>
              <w:rPr>
                <w:sz w:val="17"/>
              </w:rPr>
              <w:t>M</w:t>
            </w:r>
          </w:p>
        </w:tc>
        <w:tc>
          <w:tcPr>
            <w:tcW w:w="864" w:type="dxa"/>
          </w:tcPr>
          <w:p w14:paraId="4BA557BB" w14:textId="77777777" w:rsidR="004D342C" w:rsidRDefault="00000000">
            <w:pPr>
              <w:spacing w:before="20" w:after="20"/>
              <w:ind w:firstLine="0"/>
              <w:jc w:val="right"/>
            </w:pPr>
            <w:r>
              <w:rPr>
                <w:sz w:val="17"/>
              </w:rPr>
              <w:t>1</w:t>
            </w:r>
          </w:p>
        </w:tc>
      </w:tr>
      <w:tr w:rsidR="004D342C" w14:paraId="28811F2A" w14:textId="77777777">
        <w:trPr>
          <w:cantSplit/>
          <w:jc w:val="center"/>
        </w:trPr>
        <w:tc>
          <w:tcPr>
            <w:tcW w:w="792" w:type="dxa"/>
          </w:tcPr>
          <w:p w14:paraId="6BD310F3" w14:textId="77777777" w:rsidR="004D342C" w:rsidRDefault="00000000">
            <w:pPr>
              <w:spacing w:before="20" w:after="20"/>
              <w:ind w:firstLine="0"/>
            </w:pPr>
            <w:r>
              <w:rPr>
                <w:sz w:val="17"/>
              </w:rPr>
              <w:t>1976</w:t>
            </w:r>
          </w:p>
        </w:tc>
        <w:tc>
          <w:tcPr>
            <w:tcW w:w="1368" w:type="dxa"/>
          </w:tcPr>
          <w:p w14:paraId="1B3E286D" w14:textId="77777777" w:rsidR="004D342C" w:rsidRDefault="00000000">
            <w:pPr>
              <w:spacing w:before="20" w:after="20"/>
              <w:ind w:firstLine="0"/>
            </w:pPr>
            <w:r>
              <w:rPr>
                <w:sz w:val="17"/>
              </w:rPr>
              <w:t>EB5</w:t>
            </w:r>
          </w:p>
        </w:tc>
        <w:tc>
          <w:tcPr>
            <w:tcW w:w="1008" w:type="dxa"/>
          </w:tcPr>
          <w:p w14:paraId="3AA191AC" w14:textId="77777777" w:rsidR="004D342C" w:rsidRDefault="00000000">
            <w:pPr>
              <w:spacing w:before="20" w:after="20"/>
              <w:ind w:firstLine="0"/>
            </w:pPr>
            <w:r>
              <w:rPr>
                <w:sz w:val="17"/>
              </w:rPr>
              <w:t>050</w:t>
            </w:r>
          </w:p>
        </w:tc>
        <w:tc>
          <w:tcPr>
            <w:tcW w:w="1728" w:type="dxa"/>
          </w:tcPr>
          <w:p w14:paraId="635E568A" w14:textId="77777777" w:rsidR="004D342C" w:rsidRDefault="00000000">
            <w:pPr>
              <w:spacing w:before="20" w:after="20"/>
              <w:ind w:firstLine="0"/>
              <w:jc w:val="right"/>
            </w:pPr>
            <w:r>
              <w:rPr>
                <w:sz w:val="17"/>
              </w:rPr>
              <w:t>48</w:t>
            </w:r>
          </w:p>
        </w:tc>
        <w:tc>
          <w:tcPr>
            <w:tcW w:w="1440" w:type="dxa"/>
          </w:tcPr>
          <w:p w14:paraId="352ACAEB" w14:textId="77777777" w:rsidR="004D342C" w:rsidRDefault="00000000">
            <w:pPr>
              <w:spacing w:before="20" w:after="20"/>
              <w:ind w:firstLine="0"/>
            </w:pPr>
            <w:r>
              <w:rPr>
                <w:sz w:val="17"/>
              </w:rPr>
              <w:t>M</w:t>
            </w:r>
          </w:p>
        </w:tc>
        <w:tc>
          <w:tcPr>
            <w:tcW w:w="864" w:type="dxa"/>
          </w:tcPr>
          <w:p w14:paraId="45B76A98" w14:textId="77777777" w:rsidR="004D342C" w:rsidRDefault="00000000">
            <w:pPr>
              <w:spacing w:before="20" w:after="20"/>
              <w:ind w:firstLine="0"/>
              <w:jc w:val="right"/>
            </w:pPr>
            <w:r>
              <w:rPr>
                <w:sz w:val="17"/>
              </w:rPr>
              <w:t>1</w:t>
            </w:r>
          </w:p>
        </w:tc>
      </w:tr>
      <w:tr w:rsidR="004D342C" w14:paraId="3C4B6601" w14:textId="77777777">
        <w:trPr>
          <w:cantSplit/>
          <w:jc w:val="center"/>
        </w:trPr>
        <w:tc>
          <w:tcPr>
            <w:tcW w:w="792" w:type="dxa"/>
          </w:tcPr>
          <w:p w14:paraId="7C954ED8" w14:textId="77777777" w:rsidR="004D342C" w:rsidRDefault="00000000">
            <w:pPr>
              <w:spacing w:before="20" w:after="20"/>
              <w:ind w:firstLine="0"/>
            </w:pPr>
            <w:r>
              <w:rPr>
                <w:sz w:val="17"/>
              </w:rPr>
              <w:t>1976</w:t>
            </w:r>
          </w:p>
        </w:tc>
        <w:tc>
          <w:tcPr>
            <w:tcW w:w="1368" w:type="dxa"/>
          </w:tcPr>
          <w:p w14:paraId="06FEA457" w14:textId="77777777" w:rsidR="004D342C" w:rsidRDefault="00000000">
            <w:pPr>
              <w:spacing w:before="20" w:after="20"/>
              <w:ind w:firstLine="0"/>
            </w:pPr>
            <w:r>
              <w:rPr>
                <w:sz w:val="17"/>
              </w:rPr>
              <w:t>EB6</w:t>
            </w:r>
          </w:p>
        </w:tc>
        <w:tc>
          <w:tcPr>
            <w:tcW w:w="1008" w:type="dxa"/>
          </w:tcPr>
          <w:p w14:paraId="71F3586C" w14:textId="77777777" w:rsidR="004D342C" w:rsidRDefault="00000000">
            <w:pPr>
              <w:spacing w:before="20" w:after="20"/>
              <w:ind w:firstLine="0"/>
            </w:pPr>
            <w:r>
              <w:rPr>
                <w:sz w:val="17"/>
              </w:rPr>
              <w:t>060</w:t>
            </w:r>
          </w:p>
        </w:tc>
        <w:tc>
          <w:tcPr>
            <w:tcW w:w="1728" w:type="dxa"/>
          </w:tcPr>
          <w:p w14:paraId="1F9417A1" w14:textId="77777777" w:rsidR="004D342C" w:rsidRDefault="00000000">
            <w:pPr>
              <w:spacing w:before="20" w:after="20"/>
              <w:ind w:firstLine="0"/>
              <w:jc w:val="right"/>
            </w:pPr>
            <w:r>
              <w:rPr>
                <w:sz w:val="17"/>
              </w:rPr>
              <w:t>64</w:t>
            </w:r>
          </w:p>
        </w:tc>
        <w:tc>
          <w:tcPr>
            <w:tcW w:w="1440" w:type="dxa"/>
          </w:tcPr>
          <w:p w14:paraId="0F5B40A7" w14:textId="77777777" w:rsidR="004D342C" w:rsidRDefault="00000000">
            <w:pPr>
              <w:spacing w:before="20" w:after="20"/>
              <w:ind w:firstLine="0"/>
            </w:pPr>
            <w:r>
              <w:rPr>
                <w:sz w:val="17"/>
              </w:rPr>
              <w:t>M</w:t>
            </w:r>
          </w:p>
        </w:tc>
        <w:tc>
          <w:tcPr>
            <w:tcW w:w="864" w:type="dxa"/>
          </w:tcPr>
          <w:p w14:paraId="3ACBECE2" w14:textId="77777777" w:rsidR="004D342C" w:rsidRDefault="00000000">
            <w:pPr>
              <w:spacing w:before="20" w:after="20"/>
              <w:ind w:firstLine="0"/>
              <w:jc w:val="right"/>
            </w:pPr>
            <w:r>
              <w:rPr>
                <w:sz w:val="17"/>
              </w:rPr>
              <w:t>1</w:t>
            </w:r>
          </w:p>
        </w:tc>
      </w:tr>
      <w:tr w:rsidR="004D342C" w14:paraId="11E655B9" w14:textId="77777777">
        <w:trPr>
          <w:cantSplit/>
          <w:jc w:val="center"/>
        </w:trPr>
        <w:tc>
          <w:tcPr>
            <w:tcW w:w="792" w:type="dxa"/>
          </w:tcPr>
          <w:p w14:paraId="33950E47" w14:textId="77777777" w:rsidR="004D342C" w:rsidRDefault="00000000">
            <w:pPr>
              <w:spacing w:before="20" w:after="20"/>
              <w:ind w:firstLine="0"/>
            </w:pPr>
            <w:r>
              <w:rPr>
                <w:sz w:val="17"/>
              </w:rPr>
              <w:t>1977</w:t>
            </w:r>
          </w:p>
        </w:tc>
        <w:tc>
          <w:tcPr>
            <w:tcW w:w="1368" w:type="dxa"/>
          </w:tcPr>
          <w:p w14:paraId="7851926E" w14:textId="77777777" w:rsidR="004D342C" w:rsidRDefault="00000000">
            <w:pPr>
              <w:spacing w:before="20" w:after="20"/>
              <w:ind w:firstLine="0"/>
            </w:pPr>
            <w:r>
              <w:rPr>
                <w:sz w:val="17"/>
              </w:rPr>
              <w:t>EB7</w:t>
            </w:r>
          </w:p>
        </w:tc>
        <w:tc>
          <w:tcPr>
            <w:tcW w:w="1008" w:type="dxa"/>
          </w:tcPr>
          <w:p w14:paraId="6C6B8197" w14:textId="77777777" w:rsidR="004D342C" w:rsidRDefault="00000000">
            <w:pPr>
              <w:spacing w:before="20" w:after="20"/>
              <w:ind w:firstLine="0"/>
            </w:pPr>
            <w:r>
              <w:rPr>
                <w:sz w:val="17"/>
              </w:rPr>
              <w:t>070</w:t>
            </w:r>
          </w:p>
        </w:tc>
        <w:tc>
          <w:tcPr>
            <w:tcW w:w="1728" w:type="dxa"/>
          </w:tcPr>
          <w:p w14:paraId="735772F7" w14:textId="77777777" w:rsidR="004D342C" w:rsidRDefault="00000000">
            <w:pPr>
              <w:spacing w:before="20" w:after="20"/>
              <w:ind w:firstLine="0"/>
              <w:jc w:val="right"/>
            </w:pPr>
            <w:r>
              <w:rPr>
                <w:sz w:val="17"/>
              </w:rPr>
              <w:t>46</w:t>
            </w:r>
          </w:p>
        </w:tc>
        <w:tc>
          <w:tcPr>
            <w:tcW w:w="1440" w:type="dxa"/>
          </w:tcPr>
          <w:p w14:paraId="7CE26A55" w14:textId="77777777" w:rsidR="004D342C" w:rsidRDefault="00000000">
            <w:pPr>
              <w:spacing w:before="20" w:after="20"/>
              <w:ind w:firstLine="0"/>
            </w:pPr>
            <w:r>
              <w:rPr>
                <w:sz w:val="17"/>
              </w:rPr>
              <w:t>M</w:t>
            </w:r>
          </w:p>
        </w:tc>
        <w:tc>
          <w:tcPr>
            <w:tcW w:w="864" w:type="dxa"/>
          </w:tcPr>
          <w:p w14:paraId="151641C8" w14:textId="77777777" w:rsidR="004D342C" w:rsidRDefault="00000000">
            <w:pPr>
              <w:spacing w:before="20" w:after="20"/>
              <w:ind w:firstLine="0"/>
              <w:jc w:val="right"/>
            </w:pPr>
            <w:r>
              <w:rPr>
                <w:sz w:val="17"/>
              </w:rPr>
              <w:t>1</w:t>
            </w:r>
          </w:p>
        </w:tc>
      </w:tr>
      <w:tr w:rsidR="004D342C" w14:paraId="5C7E9148" w14:textId="77777777">
        <w:trPr>
          <w:cantSplit/>
          <w:jc w:val="center"/>
        </w:trPr>
        <w:tc>
          <w:tcPr>
            <w:tcW w:w="792" w:type="dxa"/>
          </w:tcPr>
          <w:p w14:paraId="4C73594C" w14:textId="77777777" w:rsidR="004D342C" w:rsidRDefault="00000000">
            <w:pPr>
              <w:spacing w:before="20" w:after="20"/>
              <w:ind w:firstLine="0"/>
            </w:pPr>
            <w:r>
              <w:rPr>
                <w:sz w:val="17"/>
              </w:rPr>
              <w:t>1977</w:t>
            </w:r>
          </w:p>
        </w:tc>
        <w:tc>
          <w:tcPr>
            <w:tcW w:w="1368" w:type="dxa"/>
          </w:tcPr>
          <w:p w14:paraId="00359034" w14:textId="77777777" w:rsidR="004D342C" w:rsidRDefault="00000000">
            <w:pPr>
              <w:spacing w:before="20" w:after="20"/>
              <w:ind w:firstLine="0"/>
            </w:pPr>
            <w:r>
              <w:rPr>
                <w:sz w:val="17"/>
              </w:rPr>
              <w:t>EB8</w:t>
            </w:r>
          </w:p>
        </w:tc>
        <w:tc>
          <w:tcPr>
            <w:tcW w:w="1008" w:type="dxa"/>
          </w:tcPr>
          <w:p w14:paraId="21E9DB55" w14:textId="77777777" w:rsidR="004D342C" w:rsidRDefault="00000000">
            <w:pPr>
              <w:spacing w:before="20" w:after="20"/>
              <w:ind w:firstLine="0"/>
            </w:pPr>
            <w:r>
              <w:rPr>
                <w:sz w:val="17"/>
              </w:rPr>
              <w:t>080</w:t>
            </w:r>
          </w:p>
        </w:tc>
        <w:tc>
          <w:tcPr>
            <w:tcW w:w="1728" w:type="dxa"/>
          </w:tcPr>
          <w:p w14:paraId="23900773" w14:textId="77777777" w:rsidR="004D342C" w:rsidRDefault="00000000">
            <w:pPr>
              <w:spacing w:before="20" w:after="20"/>
              <w:ind w:firstLine="0"/>
              <w:jc w:val="right"/>
            </w:pPr>
            <w:r>
              <w:rPr>
                <w:sz w:val="17"/>
              </w:rPr>
              <w:t>46</w:t>
            </w:r>
          </w:p>
        </w:tc>
        <w:tc>
          <w:tcPr>
            <w:tcW w:w="1440" w:type="dxa"/>
          </w:tcPr>
          <w:p w14:paraId="677A9826" w14:textId="77777777" w:rsidR="004D342C" w:rsidRDefault="00000000">
            <w:pPr>
              <w:spacing w:before="20" w:after="20"/>
              <w:ind w:firstLine="0"/>
            </w:pPr>
            <w:r>
              <w:rPr>
                <w:sz w:val="17"/>
              </w:rPr>
              <w:t>M</w:t>
            </w:r>
          </w:p>
        </w:tc>
        <w:tc>
          <w:tcPr>
            <w:tcW w:w="864" w:type="dxa"/>
          </w:tcPr>
          <w:p w14:paraId="652BCDAF" w14:textId="77777777" w:rsidR="004D342C" w:rsidRDefault="00000000">
            <w:pPr>
              <w:spacing w:before="20" w:after="20"/>
              <w:ind w:firstLine="0"/>
              <w:jc w:val="right"/>
            </w:pPr>
            <w:r>
              <w:rPr>
                <w:sz w:val="17"/>
              </w:rPr>
              <w:t>1</w:t>
            </w:r>
          </w:p>
        </w:tc>
      </w:tr>
      <w:tr w:rsidR="004D342C" w14:paraId="48E5DEB6" w14:textId="77777777">
        <w:trPr>
          <w:cantSplit/>
          <w:jc w:val="center"/>
        </w:trPr>
        <w:tc>
          <w:tcPr>
            <w:tcW w:w="792" w:type="dxa"/>
          </w:tcPr>
          <w:p w14:paraId="7E9867C5" w14:textId="77777777" w:rsidR="004D342C" w:rsidRDefault="00000000">
            <w:pPr>
              <w:spacing w:before="20" w:after="20"/>
              <w:ind w:firstLine="0"/>
            </w:pPr>
            <w:r>
              <w:rPr>
                <w:sz w:val="17"/>
              </w:rPr>
              <w:t>1978</w:t>
            </w:r>
          </w:p>
        </w:tc>
        <w:tc>
          <w:tcPr>
            <w:tcW w:w="1368" w:type="dxa"/>
          </w:tcPr>
          <w:p w14:paraId="37D1F0FF" w14:textId="77777777" w:rsidR="004D342C" w:rsidRDefault="00000000">
            <w:pPr>
              <w:spacing w:before="20" w:after="20"/>
              <w:ind w:firstLine="0"/>
            </w:pPr>
            <w:r>
              <w:rPr>
                <w:sz w:val="17"/>
              </w:rPr>
              <w:t>EB9</w:t>
            </w:r>
          </w:p>
        </w:tc>
        <w:tc>
          <w:tcPr>
            <w:tcW w:w="1008" w:type="dxa"/>
          </w:tcPr>
          <w:p w14:paraId="0C172701" w14:textId="77777777" w:rsidR="004D342C" w:rsidRDefault="00000000">
            <w:pPr>
              <w:spacing w:before="20" w:after="20"/>
              <w:ind w:firstLine="0"/>
            </w:pPr>
            <w:r>
              <w:rPr>
                <w:sz w:val="17"/>
              </w:rPr>
              <w:t>090</w:t>
            </w:r>
          </w:p>
        </w:tc>
        <w:tc>
          <w:tcPr>
            <w:tcW w:w="1728" w:type="dxa"/>
          </w:tcPr>
          <w:p w14:paraId="6F4005F6" w14:textId="77777777" w:rsidR="004D342C" w:rsidRDefault="00000000">
            <w:pPr>
              <w:spacing w:before="20" w:after="20"/>
              <w:ind w:firstLine="0"/>
              <w:jc w:val="right"/>
            </w:pPr>
            <w:r>
              <w:rPr>
                <w:sz w:val="17"/>
              </w:rPr>
              <w:t>44</w:t>
            </w:r>
          </w:p>
        </w:tc>
        <w:tc>
          <w:tcPr>
            <w:tcW w:w="1440" w:type="dxa"/>
          </w:tcPr>
          <w:p w14:paraId="06319BD7" w14:textId="77777777" w:rsidR="004D342C" w:rsidRDefault="00000000">
            <w:pPr>
              <w:spacing w:before="20" w:after="20"/>
              <w:ind w:firstLine="0"/>
            </w:pPr>
            <w:r>
              <w:rPr>
                <w:sz w:val="17"/>
              </w:rPr>
              <w:t>M</w:t>
            </w:r>
          </w:p>
        </w:tc>
        <w:tc>
          <w:tcPr>
            <w:tcW w:w="864" w:type="dxa"/>
          </w:tcPr>
          <w:p w14:paraId="3834491E" w14:textId="77777777" w:rsidR="004D342C" w:rsidRDefault="00000000">
            <w:pPr>
              <w:spacing w:before="20" w:after="20"/>
              <w:ind w:firstLine="0"/>
              <w:jc w:val="right"/>
            </w:pPr>
            <w:r>
              <w:rPr>
                <w:sz w:val="17"/>
              </w:rPr>
              <w:t>1</w:t>
            </w:r>
          </w:p>
        </w:tc>
      </w:tr>
      <w:tr w:rsidR="004D342C" w14:paraId="56BE6710" w14:textId="77777777">
        <w:trPr>
          <w:cantSplit/>
          <w:jc w:val="center"/>
        </w:trPr>
        <w:tc>
          <w:tcPr>
            <w:tcW w:w="792" w:type="dxa"/>
          </w:tcPr>
          <w:p w14:paraId="359DCBA7" w14:textId="77777777" w:rsidR="004D342C" w:rsidRDefault="00000000">
            <w:pPr>
              <w:spacing w:before="20" w:after="20"/>
              <w:ind w:firstLine="0"/>
            </w:pPr>
            <w:r>
              <w:rPr>
                <w:sz w:val="17"/>
              </w:rPr>
              <w:t>1978</w:t>
            </w:r>
          </w:p>
        </w:tc>
        <w:tc>
          <w:tcPr>
            <w:tcW w:w="1368" w:type="dxa"/>
          </w:tcPr>
          <w:p w14:paraId="019A8FDA" w14:textId="77777777" w:rsidR="004D342C" w:rsidRDefault="00000000">
            <w:pPr>
              <w:spacing w:before="20" w:after="20"/>
              <w:ind w:firstLine="0"/>
            </w:pPr>
            <w:r>
              <w:rPr>
                <w:sz w:val="17"/>
              </w:rPr>
              <w:t>EB10</w:t>
            </w:r>
          </w:p>
        </w:tc>
        <w:tc>
          <w:tcPr>
            <w:tcW w:w="1008" w:type="dxa"/>
          </w:tcPr>
          <w:p w14:paraId="218D4AEE" w14:textId="77777777" w:rsidR="004D342C" w:rsidRDefault="00000000">
            <w:pPr>
              <w:spacing w:before="20" w:after="20"/>
              <w:ind w:firstLine="0"/>
            </w:pPr>
            <w:r>
              <w:rPr>
                <w:sz w:val="17"/>
              </w:rPr>
              <w:t>100</w:t>
            </w:r>
          </w:p>
        </w:tc>
        <w:tc>
          <w:tcPr>
            <w:tcW w:w="1728" w:type="dxa"/>
          </w:tcPr>
          <w:p w14:paraId="448050CC" w14:textId="77777777" w:rsidR="004D342C" w:rsidRDefault="00000000">
            <w:pPr>
              <w:spacing w:before="20" w:after="20"/>
              <w:ind w:firstLine="0"/>
              <w:jc w:val="right"/>
            </w:pPr>
            <w:r>
              <w:rPr>
                <w:sz w:val="17"/>
              </w:rPr>
              <w:t>77</w:t>
            </w:r>
          </w:p>
        </w:tc>
        <w:tc>
          <w:tcPr>
            <w:tcW w:w="1440" w:type="dxa"/>
          </w:tcPr>
          <w:p w14:paraId="09A87A44" w14:textId="77777777" w:rsidR="004D342C" w:rsidRDefault="00000000">
            <w:pPr>
              <w:spacing w:before="20" w:after="20"/>
              <w:ind w:firstLine="0"/>
            </w:pPr>
            <w:r>
              <w:rPr>
                <w:sz w:val="17"/>
              </w:rPr>
              <w:t>M</w:t>
            </w:r>
          </w:p>
        </w:tc>
        <w:tc>
          <w:tcPr>
            <w:tcW w:w="864" w:type="dxa"/>
          </w:tcPr>
          <w:p w14:paraId="1F673DE6" w14:textId="77777777" w:rsidR="004D342C" w:rsidRDefault="00000000">
            <w:pPr>
              <w:spacing w:before="20" w:after="20"/>
              <w:ind w:firstLine="0"/>
              <w:jc w:val="right"/>
            </w:pPr>
            <w:r>
              <w:rPr>
                <w:sz w:val="17"/>
              </w:rPr>
              <w:t>1</w:t>
            </w:r>
          </w:p>
        </w:tc>
      </w:tr>
      <w:tr w:rsidR="004D342C" w14:paraId="79091C9A" w14:textId="77777777">
        <w:trPr>
          <w:cantSplit/>
          <w:jc w:val="center"/>
        </w:trPr>
        <w:tc>
          <w:tcPr>
            <w:tcW w:w="792" w:type="dxa"/>
          </w:tcPr>
          <w:p w14:paraId="6184A7BA" w14:textId="77777777" w:rsidR="004D342C" w:rsidRDefault="00000000">
            <w:pPr>
              <w:spacing w:before="20" w:after="20"/>
              <w:ind w:firstLine="0"/>
            </w:pPr>
            <w:r>
              <w:rPr>
                <w:sz w:val="17"/>
              </w:rPr>
              <w:t>1979</w:t>
            </w:r>
          </w:p>
        </w:tc>
        <w:tc>
          <w:tcPr>
            <w:tcW w:w="1368" w:type="dxa"/>
          </w:tcPr>
          <w:p w14:paraId="39237F62" w14:textId="77777777" w:rsidR="004D342C" w:rsidRDefault="00000000">
            <w:pPr>
              <w:spacing w:before="20" w:after="20"/>
              <w:ind w:firstLine="0"/>
            </w:pPr>
            <w:r>
              <w:rPr>
                <w:sz w:val="17"/>
              </w:rPr>
              <w:t>EB11</w:t>
            </w:r>
          </w:p>
        </w:tc>
        <w:tc>
          <w:tcPr>
            <w:tcW w:w="1008" w:type="dxa"/>
          </w:tcPr>
          <w:p w14:paraId="21DAB343" w14:textId="77777777" w:rsidR="004D342C" w:rsidRDefault="00000000">
            <w:pPr>
              <w:spacing w:before="20" w:after="20"/>
              <w:ind w:firstLine="0"/>
            </w:pPr>
            <w:r>
              <w:rPr>
                <w:sz w:val="17"/>
              </w:rPr>
              <w:t>110</w:t>
            </w:r>
          </w:p>
        </w:tc>
        <w:tc>
          <w:tcPr>
            <w:tcW w:w="1728" w:type="dxa"/>
          </w:tcPr>
          <w:p w14:paraId="5E1BD0F4" w14:textId="77777777" w:rsidR="004D342C" w:rsidRDefault="00000000">
            <w:pPr>
              <w:spacing w:before="20" w:after="20"/>
              <w:ind w:firstLine="0"/>
              <w:jc w:val="right"/>
            </w:pPr>
            <w:r>
              <w:rPr>
                <w:sz w:val="17"/>
              </w:rPr>
              <w:t>50</w:t>
            </w:r>
          </w:p>
        </w:tc>
        <w:tc>
          <w:tcPr>
            <w:tcW w:w="1440" w:type="dxa"/>
          </w:tcPr>
          <w:p w14:paraId="6C2C02A5" w14:textId="77777777" w:rsidR="004D342C" w:rsidRDefault="00000000">
            <w:pPr>
              <w:spacing w:before="20" w:after="20"/>
              <w:ind w:firstLine="0"/>
            </w:pPr>
            <w:r>
              <w:rPr>
                <w:sz w:val="17"/>
              </w:rPr>
              <w:t>M</w:t>
            </w:r>
          </w:p>
        </w:tc>
        <w:tc>
          <w:tcPr>
            <w:tcW w:w="864" w:type="dxa"/>
          </w:tcPr>
          <w:p w14:paraId="6F6E6442" w14:textId="77777777" w:rsidR="004D342C" w:rsidRDefault="00000000">
            <w:pPr>
              <w:spacing w:before="20" w:after="20"/>
              <w:ind w:firstLine="0"/>
              <w:jc w:val="right"/>
            </w:pPr>
            <w:r>
              <w:rPr>
                <w:sz w:val="17"/>
              </w:rPr>
              <w:t>1</w:t>
            </w:r>
          </w:p>
        </w:tc>
      </w:tr>
      <w:tr w:rsidR="004D342C" w14:paraId="7BED51EC" w14:textId="77777777">
        <w:trPr>
          <w:cantSplit/>
          <w:jc w:val="center"/>
        </w:trPr>
        <w:tc>
          <w:tcPr>
            <w:tcW w:w="792" w:type="dxa"/>
          </w:tcPr>
          <w:p w14:paraId="6D9B3E0C" w14:textId="77777777" w:rsidR="004D342C" w:rsidRDefault="00000000">
            <w:pPr>
              <w:spacing w:before="20" w:after="20"/>
              <w:ind w:firstLine="0"/>
            </w:pPr>
            <w:r>
              <w:rPr>
                <w:sz w:val="17"/>
              </w:rPr>
              <w:t>1979</w:t>
            </w:r>
          </w:p>
        </w:tc>
        <w:tc>
          <w:tcPr>
            <w:tcW w:w="1368" w:type="dxa"/>
          </w:tcPr>
          <w:p w14:paraId="77A8472B" w14:textId="77777777" w:rsidR="004D342C" w:rsidRDefault="00000000">
            <w:pPr>
              <w:spacing w:before="20" w:after="20"/>
              <w:ind w:firstLine="0"/>
            </w:pPr>
            <w:r>
              <w:rPr>
                <w:sz w:val="17"/>
              </w:rPr>
              <w:t>EB12</w:t>
            </w:r>
          </w:p>
        </w:tc>
        <w:tc>
          <w:tcPr>
            <w:tcW w:w="1008" w:type="dxa"/>
          </w:tcPr>
          <w:p w14:paraId="0DBF43B8" w14:textId="77777777" w:rsidR="004D342C" w:rsidRDefault="00000000">
            <w:pPr>
              <w:spacing w:before="20" w:after="20"/>
              <w:ind w:firstLine="0"/>
            </w:pPr>
            <w:r>
              <w:rPr>
                <w:sz w:val="17"/>
              </w:rPr>
              <w:t>120</w:t>
            </w:r>
          </w:p>
        </w:tc>
        <w:tc>
          <w:tcPr>
            <w:tcW w:w="1728" w:type="dxa"/>
          </w:tcPr>
          <w:p w14:paraId="7D95B07F" w14:textId="77777777" w:rsidR="004D342C" w:rsidRDefault="00000000">
            <w:pPr>
              <w:spacing w:before="20" w:after="20"/>
              <w:ind w:firstLine="0"/>
              <w:jc w:val="right"/>
            </w:pPr>
            <w:r>
              <w:rPr>
                <w:sz w:val="17"/>
              </w:rPr>
              <w:t>41</w:t>
            </w:r>
          </w:p>
        </w:tc>
        <w:tc>
          <w:tcPr>
            <w:tcW w:w="1440" w:type="dxa"/>
          </w:tcPr>
          <w:p w14:paraId="72A1035A" w14:textId="77777777" w:rsidR="004D342C" w:rsidRDefault="00000000">
            <w:pPr>
              <w:spacing w:before="20" w:after="20"/>
              <w:ind w:firstLine="0"/>
            </w:pPr>
            <w:r>
              <w:rPr>
                <w:sz w:val="17"/>
              </w:rPr>
              <w:t>M</w:t>
            </w:r>
          </w:p>
        </w:tc>
        <w:tc>
          <w:tcPr>
            <w:tcW w:w="864" w:type="dxa"/>
          </w:tcPr>
          <w:p w14:paraId="260A806B" w14:textId="77777777" w:rsidR="004D342C" w:rsidRDefault="00000000">
            <w:pPr>
              <w:spacing w:before="20" w:after="20"/>
              <w:ind w:firstLine="0"/>
              <w:jc w:val="right"/>
            </w:pPr>
            <w:r>
              <w:rPr>
                <w:sz w:val="17"/>
              </w:rPr>
              <w:t>1</w:t>
            </w:r>
          </w:p>
        </w:tc>
      </w:tr>
      <w:tr w:rsidR="004D342C" w14:paraId="29F4A760" w14:textId="77777777">
        <w:trPr>
          <w:cantSplit/>
          <w:jc w:val="center"/>
        </w:trPr>
        <w:tc>
          <w:tcPr>
            <w:tcW w:w="792" w:type="dxa"/>
          </w:tcPr>
          <w:p w14:paraId="5A6CCEC2" w14:textId="77777777" w:rsidR="004D342C" w:rsidRDefault="00000000">
            <w:pPr>
              <w:spacing w:before="20" w:after="20"/>
              <w:ind w:firstLine="0"/>
            </w:pPr>
            <w:r>
              <w:rPr>
                <w:sz w:val="17"/>
              </w:rPr>
              <w:t>1980</w:t>
            </w:r>
          </w:p>
        </w:tc>
        <w:tc>
          <w:tcPr>
            <w:tcW w:w="1368" w:type="dxa"/>
          </w:tcPr>
          <w:p w14:paraId="1B44C46B" w14:textId="77777777" w:rsidR="004D342C" w:rsidRDefault="00000000">
            <w:pPr>
              <w:spacing w:before="20" w:after="20"/>
              <w:ind w:firstLine="0"/>
            </w:pPr>
            <w:r>
              <w:rPr>
                <w:sz w:val="17"/>
              </w:rPr>
              <w:t>EB13</w:t>
            </w:r>
          </w:p>
        </w:tc>
        <w:tc>
          <w:tcPr>
            <w:tcW w:w="1008" w:type="dxa"/>
          </w:tcPr>
          <w:p w14:paraId="382FEB7A" w14:textId="77777777" w:rsidR="004D342C" w:rsidRDefault="00000000">
            <w:pPr>
              <w:spacing w:before="20" w:after="20"/>
              <w:ind w:firstLine="0"/>
            </w:pPr>
            <w:r>
              <w:rPr>
                <w:sz w:val="17"/>
              </w:rPr>
              <w:t>130</w:t>
            </w:r>
          </w:p>
        </w:tc>
        <w:tc>
          <w:tcPr>
            <w:tcW w:w="1728" w:type="dxa"/>
          </w:tcPr>
          <w:p w14:paraId="2169806A" w14:textId="77777777" w:rsidR="004D342C" w:rsidRDefault="00000000">
            <w:pPr>
              <w:spacing w:before="20" w:after="20"/>
              <w:ind w:firstLine="0"/>
              <w:jc w:val="right"/>
            </w:pPr>
            <w:r>
              <w:rPr>
                <w:sz w:val="17"/>
              </w:rPr>
              <w:t>41</w:t>
            </w:r>
          </w:p>
        </w:tc>
        <w:tc>
          <w:tcPr>
            <w:tcW w:w="1440" w:type="dxa"/>
          </w:tcPr>
          <w:p w14:paraId="677014DC" w14:textId="77777777" w:rsidR="004D342C" w:rsidRDefault="00000000">
            <w:pPr>
              <w:spacing w:before="20" w:after="20"/>
              <w:ind w:firstLine="0"/>
            </w:pPr>
            <w:r>
              <w:rPr>
                <w:sz w:val="17"/>
              </w:rPr>
              <w:t>M</w:t>
            </w:r>
          </w:p>
        </w:tc>
        <w:tc>
          <w:tcPr>
            <w:tcW w:w="864" w:type="dxa"/>
          </w:tcPr>
          <w:p w14:paraId="51DD1828" w14:textId="77777777" w:rsidR="004D342C" w:rsidRDefault="00000000">
            <w:pPr>
              <w:spacing w:before="20" w:after="20"/>
              <w:ind w:firstLine="0"/>
              <w:jc w:val="right"/>
            </w:pPr>
            <w:r>
              <w:rPr>
                <w:sz w:val="17"/>
              </w:rPr>
              <w:t>1</w:t>
            </w:r>
          </w:p>
        </w:tc>
      </w:tr>
      <w:tr w:rsidR="004D342C" w14:paraId="2DD9B598" w14:textId="77777777">
        <w:trPr>
          <w:cantSplit/>
          <w:jc w:val="center"/>
        </w:trPr>
        <w:tc>
          <w:tcPr>
            <w:tcW w:w="792" w:type="dxa"/>
          </w:tcPr>
          <w:p w14:paraId="29C5D67B" w14:textId="77777777" w:rsidR="004D342C" w:rsidRDefault="00000000">
            <w:pPr>
              <w:spacing w:before="20" w:after="20"/>
              <w:ind w:firstLine="0"/>
            </w:pPr>
            <w:r>
              <w:rPr>
                <w:sz w:val="17"/>
              </w:rPr>
              <w:t>1980</w:t>
            </w:r>
          </w:p>
        </w:tc>
        <w:tc>
          <w:tcPr>
            <w:tcW w:w="1368" w:type="dxa"/>
          </w:tcPr>
          <w:p w14:paraId="25C206E6" w14:textId="77777777" w:rsidR="004D342C" w:rsidRDefault="00000000">
            <w:pPr>
              <w:spacing w:before="20" w:after="20"/>
              <w:ind w:firstLine="0"/>
            </w:pPr>
            <w:r>
              <w:rPr>
                <w:sz w:val="17"/>
              </w:rPr>
              <w:t>EB14</w:t>
            </w:r>
          </w:p>
        </w:tc>
        <w:tc>
          <w:tcPr>
            <w:tcW w:w="1008" w:type="dxa"/>
          </w:tcPr>
          <w:p w14:paraId="1F8F73B5" w14:textId="77777777" w:rsidR="004D342C" w:rsidRDefault="00000000">
            <w:pPr>
              <w:spacing w:before="20" w:after="20"/>
              <w:ind w:firstLine="0"/>
            </w:pPr>
            <w:r>
              <w:rPr>
                <w:sz w:val="17"/>
              </w:rPr>
              <w:t>140</w:t>
            </w:r>
          </w:p>
        </w:tc>
        <w:tc>
          <w:tcPr>
            <w:tcW w:w="1728" w:type="dxa"/>
          </w:tcPr>
          <w:p w14:paraId="5D56AB89" w14:textId="77777777" w:rsidR="004D342C" w:rsidRDefault="00000000">
            <w:pPr>
              <w:spacing w:before="20" w:after="20"/>
              <w:ind w:firstLine="0"/>
              <w:jc w:val="right"/>
            </w:pPr>
            <w:r>
              <w:rPr>
                <w:sz w:val="17"/>
              </w:rPr>
              <w:t>37</w:t>
            </w:r>
          </w:p>
        </w:tc>
        <w:tc>
          <w:tcPr>
            <w:tcW w:w="1440" w:type="dxa"/>
          </w:tcPr>
          <w:p w14:paraId="60FF9D3B" w14:textId="77777777" w:rsidR="004D342C" w:rsidRDefault="00000000">
            <w:pPr>
              <w:spacing w:before="20" w:after="20"/>
              <w:ind w:firstLine="0"/>
            </w:pPr>
            <w:r>
              <w:rPr>
                <w:sz w:val="17"/>
              </w:rPr>
              <w:t>M</w:t>
            </w:r>
          </w:p>
        </w:tc>
        <w:tc>
          <w:tcPr>
            <w:tcW w:w="864" w:type="dxa"/>
          </w:tcPr>
          <w:p w14:paraId="493FC0F1" w14:textId="77777777" w:rsidR="004D342C" w:rsidRDefault="00000000">
            <w:pPr>
              <w:spacing w:before="20" w:after="20"/>
              <w:ind w:firstLine="0"/>
              <w:jc w:val="right"/>
            </w:pPr>
            <w:r>
              <w:rPr>
                <w:sz w:val="17"/>
              </w:rPr>
              <w:t>1</w:t>
            </w:r>
          </w:p>
        </w:tc>
      </w:tr>
      <w:tr w:rsidR="004D342C" w14:paraId="375CDAE4" w14:textId="77777777">
        <w:trPr>
          <w:cantSplit/>
          <w:jc w:val="center"/>
        </w:trPr>
        <w:tc>
          <w:tcPr>
            <w:tcW w:w="792" w:type="dxa"/>
          </w:tcPr>
          <w:p w14:paraId="14184C1B" w14:textId="77777777" w:rsidR="004D342C" w:rsidRDefault="00000000">
            <w:pPr>
              <w:spacing w:before="20" w:after="20"/>
              <w:ind w:firstLine="0"/>
            </w:pPr>
            <w:r>
              <w:rPr>
                <w:sz w:val="17"/>
              </w:rPr>
              <w:t>1981</w:t>
            </w:r>
          </w:p>
        </w:tc>
        <w:tc>
          <w:tcPr>
            <w:tcW w:w="1368" w:type="dxa"/>
          </w:tcPr>
          <w:p w14:paraId="032C7104" w14:textId="77777777" w:rsidR="004D342C" w:rsidRDefault="00000000">
            <w:pPr>
              <w:spacing w:before="20" w:after="20"/>
              <w:ind w:firstLine="0"/>
            </w:pPr>
            <w:r>
              <w:rPr>
                <w:sz w:val="17"/>
              </w:rPr>
              <w:t>EB15</w:t>
            </w:r>
          </w:p>
        </w:tc>
        <w:tc>
          <w:tcPr>
            <w:tcW w:w="1008" w:type="dxa"/>
          </w:tcPr>
          <w:p w14:paraId="5AF86BB0" w14:textId="77777777" w:rsidR="004D342C" w:rsidRDefault="00000000">
            <w:pPr>
              <w:spacing w:before="20" w:after="20"/>
              <w:ind w:firstLine="0"/>
            </w:pPr>
            <w:r>
              <w:rPr>
                <w:sz w:val="17"/>
              </w:rPr>
              <w:t>150</w:t>
            </w:r>
          </w:p>
        </w:tc>
        <w:tc>
          <w:tcPr>
            <w:tcW w:w="1728" w:type="dxa"/>
          </w:tcPr>
          <w:p w14:paraId="0748127D" w14:textId="77777777" w:rsidR="004D342C" w:rsidRDefault="00000000">
            <w:pPr>
              <w:spacing w:before="20" w:after="20"/>
              <w:ind w:firstLine="0"/>
              <w:jc w:val="right"/>
            </w:pPr>
            <w:r>
              <w:rPr>
                <w:sz w:val="17"/>
              </w:rPr>
              <w:t>36</w:t>
            </w:r>
          </w:p>
        </w:tc>
        <w:tc>
          <w:tcPr>
            <w:tcW w:w="1440" w:type="dxa"/>
          </w:tcPr>
          <w:p w14:paraId="72F9FDD4" w14:textId="77777777" w:rsidR="004D342C" w:rsidRDefault="00000000">
            <w:pPr>
              <w:spacing w:before="20" w:after="20"/>
              <w:ind w:firstLine="0"/>
            </w:pPr>
            <w:r>
              <w:rPr>
                <w:sz w:val="17"/>
              </w:rPr>
              <w:t>M</w:t>
            </w:r>
          </w:p>
        </w:tc>
        <w:tc>
          <w:tcPr>
            <w:tcW w:w="864" w:type="dxa"/>
          </w:tcPr>
          <w:p w14:paraId="7B8BA599" w14:textId="77777777" w:rsidR="004D342C" w:rsidRDefault="00000000">
            <w:pPr>
              <w:spacing w:before="20" w:after="20"/>
              <w:ind w:firstLine="0"/>
              <w:jc w:val="right"/>
            </w:pPr>
            <w:r>
              <w:rPr>
                <w:sz w:val="17"/>
              </w:rPr>
              <w:t>1</w:t>
            </w:r>
          </w:p>
        </w:tc>
      </w:tr>
      <w:tr w:rsidR="004D342C" w14:paraId="57F321D9" w14:textId="77777777">
        <w:trPr>
          <w:cantSplit/>
          <w:jc w:val="center"/>
        </w:trPr>
        <w:tc>
          <w:tcPr>
            <w:tcW w:w="792" w:type="dxa"/>
          </w:tcPr>
          <w:p w14:paraId="00461D7F" w14:textId="77777777" w:rsidR="004D342C" w:rsidRDefault="00000000">
            <w:pPr>
              <w:spacing w:before="20" w:after="20"/>
              <w:ind w:firstLine="0"/>
            </w:pPr>
            <w:r>
              <w:rPr>
                <w:sz w:val="17"/>
              </w:rPr>
              <w:t>1981</w:t>
            </w:r>
          </w:p>
        </w:tc>
        <w:tc>
          <w:tcPr>
            <w:tcW w:w="1368" w:type="dxa"/>
          </w:tcPr>
          <w:p w14:paraId="1CE63B40" w14:textId="77777777" w:rsidR="004D342C" w:rsidRDefault="00000000">
            <w:pPr>
              <w:spacing w:before="20" w:after="20"/>
              <w:ind w:firstLine="0"/>
            </w:pPr>
            <w:r>
              <w:rPr>
                <w:sz w:val="17"/>
              </w:rPr>
              <w:t>EB16</w:t>
            </w:r>
          </w:p>
        </w:tc>
        <w:tc>
          <w:tcPr>
            <w:tcW w:w="1008" w:type="dxa"/>
          </w:tcPr>
          <w:p w14:paraId="477BBCE0" w14:textId="77777777" w:rsidR="004D342C" w:rsidRDefault="00000000">
            <w:pPr>
              <w:spacing w:before="20" w:after="20"/>
              <w:ind w:firstLine="0"/>
            </w:pPr>
            <w:r>
              <w:rPr>
                <w:sz w:val="17"/>
              </w:rPr>
              <w:t>160</w:t>
            </w:r>
          </w:p>
        </w:tc>
        <w:tc>
          <w:tcPr>
            <w:tcW w:w="1728" w:type="dxa"/>
          </w:tcPr>
          <w:p w14:paraId="7109AF32" w14:textId="77777777" w:rsidR="004D342C" w:rsidRDefault="00000000">
            <w:pPr>
              <w:spacing w:before="20" w:after="20"/>
              <w:ind w:firstLine="0"/>
              <w:jc w:val="right"/>
            </w:pPr>
            <w:r>
              <w:rPr>
                <w:sz w:val="17"/>
              </w:rPr>
              <w:t>43</w:t>
            </w:r>
          </w:p>
        </w:tc>
        <w:tc>
          <w:tcPr>
            <w:tcW w:w="1440" w:type="dxa"/>
          </w:tcPr>
          <w:p w14:paraId="1B92F87E" w14:textId="77777777" w:rsidR="004D342C" w:rsidRDefault="00000000">
            <w:pPr>
              <w:spacing w:before="20" w:after="20"/>
              <w:ind w:firstLine="0"/>
            </w:pPr>
            <w:r>
              <w:rPr>
                <w:sz w:val="17"/>
              </w:rPr>
              <w:t>M</w:t>
            </w:r>
          </w:p>
        </w:tc>
        <w:tc>
          <w:tcPr>
            <w:tcW w:w="864" w:type="dxa"/>
          </w:tcPr>
          <w:p w14:paraId="7053BFD4" w14:textId="77777777" w:rsidR="004D342C" w:rsidRDefault="00000000">
            <w:pPr>
              <w:spacing w:before="20" w:after="20"/>
              <w:ind w:firstLine="0"/>
              <w:jc w:val="right"/>
            </w:pPr>
            <w:r>
              <w:rPr>
                <w:sz w:val="17"/>
              </w:rPr>
              <w:t>1</w:t>
            </w:r>
          </w:p>
        </w:tc>
      </w:tr>
      <w:tr w:rsidR="004D342C" w14:paraId="3843B7CB" w14:textId="77777777">
        <w:trPr>
          <w:cantSplit/>
          <w:jc w:val="center"/>
        </w:trPr>
        <w:tc>
          <w:tcPr>
            <w:tcW w:w="792" w:type="dxa"/>
          </w:tcPr>
          <w:p w14:paraId="25666929" w14:textId="77777777" w:rsidR="004D342C" w:rsidRDefault="00000000">
            <w:pPr>
              <w:spacing w:before="20" w:after="20"/>
              <w:ind w:firstLine="0"/>
            </w:pPr>
            <w:r>
              <w:rPr>
                <w:sz w:val="17"/>
              </w:rPr>
              <w:t>1982</w:t>
            </w:r>
          </w:p>
        </w:tc>
        <w:tc>
          <w:tcPr>
            <w:tcW w:w="1368" w:type="dxa"/>
          </w:tcPr>
          <w:p w14:paraId="64DD0FE0" w14:textId="77777777" w:rsidR="004D342C" w:rsidRDefault="00000000">
            <w:pPr>
              <w:spacing w:before="20" w:after="20"/>
              <w:ind w:firstLine="0"/>
            </w:pPr>
            <w:r>
              <w:rPr>
                <w:sz w:val="17"/>
              </w:rPr>
              <w:t>EB17</w:t>
            </w:r>
          </w:p>
        </w:tc>
        <w:tc>
          <w:tcPr>
            <w:tcW w:w="1008" w:type="dxa"/>
          </w:tcPr>
          <w:p w14:paraId="0FB6F73E" w14:textId="77777777" w:rsidR="004D342C" w:rsidRDefault="00000000">
            <w:pPr>
              <w:spacing w:before="20" w:after="20"/>
              <w:ind w:firstLine="0"/>
            </w:pPr>
            <w:r>
              <w:rPr>
                <w:sz w:val="17"/>
              </w:rPr>
              <w:t>170</w:t>
            </w:r>
          </w:p>
        </w:tc>
        <w:tc>
          <w:tcPr>
            <w:tcW w:w="1728" w:type="dxa"/>
          </w:tcPr>
          <w:p w14:paraId="7937CA74" w14:textId="77777777" w:rsidR="004D342C" w:rsidRDefault="00000000">
            <w:pPr>
              <w:spacing w:before="20" w:after="20"/>
              <w:ind w:firstLine="0"/>
              <w:jc w:val="right"/>
            </w:pPr>
            <w:r>
              <w:rPr>
                <w:sz w:val="17"/>
              </w:rPr>
              <w:t>40</w:t>
            </w:r>
          </w:p>
        </w:tc>
        <w:tc>
          <w:tcPr>
            <w:tcW w:w="1440" w:type="dxa"/>
          </w:tcPr>
          <w:p w14:paraId="6C5EC889" w14:textId="77777777" w:rsidR="004D342C" w:rsidRDefault="00000000">
            <w:pPr>
              <w:spacing w:before="20" w:after="20"/>
              <w:ind w:firstLine="0"/>
            </w:pPr>
            <w:r>
              <w:rPr>
                <w:sz w:val="17"/>
              </w:rPr>
              <w:t>M</w:t>
            </w:r>
          </w:p>
        </w:tc>
        <w:tc>
          <w:tcPr>
            <w:tcW w:w="864" w:type="dxa"/>
          </w:tcPr>
          <w:p w14:paraId="0B402E7A" w14:textId="77777777" w:rsidR="004D342C" w:rsidRDefault="00000000">
            <w:pPr>
              <w:spacing w:before="20" w:after="20"/>
              <w:ind w:firstLine="0"/>
              <w:jc w:val="right"/>
            </w:pPr>
            <w:r>
              <w:rPr>
                <w:sz w:val="17"/>
              </w:rPr>
              <w:t>1</w:t>
            </w:r>
          </w:p>
        </w:tc>
      </w:tr>
      <w:tr w:rsidR="004D342C" w14:paraId="50882B07" w14:textId="77777777">
        <w:trPr>
          <w:cantSplit/>
          <w:jc w:val="center"/>
        </w:trPr>
        <w:tc>
          <w:tcPr>
            <w:tcW w:w="792" w:type="dxa"/>
          </w:tcPr>
          <w:p w14:paraId="18EEA670" w14:textId="77777777" w:rsidR="004D342C" w:rsidRDefault="00000000">
            <w:pPr>
              <w:spacing w:before="20" w:after="20"/>
              <w:ind w:firstLine="0"/>
            </w:pPr>
            <w:r>
              <w:rPr>
                <w:sz w:val="17"/>
              </w:rPr>
              <w:t>1982</w:t>
            </w:r>
          </w:p>
        </w:tc>
        <w:tc>
          <w:tcPr>
            <w:tcW w:w="1368" w:type="dxa"/>
          </w:tcPr>
          <w:p w14:paraId="1673D94D" w14:textId="77777777" w:rsidR="004D342C" w:rsidRDefault="00000000">
            <w:pPr>
              <w:spacing w:before="20" w:after="20"/>
              <w:ind w:firstLine="0"/>
            </w:pPr>
            <w:r>
              <w:rPr>
                <w:sz w:val="17"/>
              </w:rPr>
              <w:t>EB18</w:t>
            </w:r>
          </w:p>
        </w:tc>
        <w:tc>
          <w:tcPr>
            <w:tcW w:w="1008" w:type="dxa"/>
          </w:tcPr>
          <w:p w14:paraId="756424CE" w14:textId="77777777" w:rsidR="004D342C" w:rsidRDefault="00000000">
            <w:pPr>
              <w:spacing w:before="20" w:after="20"/>
              <w:ind w:firstLine="0"/>
            </w:pPr>
            <w:r>
              <w:rPr>
                <w:sz w:val="17"/>
              </w:rPr>
              <w:t>180</w:t>
            </w:r>
          </w:p>
        </w:tc>
        <w:tc>
          <w:tcPr>
            <w:tcW w:w="1728" w:type="dxa"/>
          </w:tcPr>
          <w:p w14:paraId="1DE4D7C4" w14:textId="77777777" w:rsidR="004D342C" w:rsidRDefault="00000000">
            <w:pPr>
              <w:spacing w:before="20" w:after="20"/>
              <w:ind w:firstLine="0"/>
              <w:jc w:val="right"/>
            </w:pPr>
            <w:r>
              <w:rPr>
                <w:sz w:val="17"/>
              </w:rPr>
              <w:t>47</w:t>
            </w:r>
          </w:p>
        </w:tc>
        <w:tc>
          <w:tcPr>
            <w:tcW w:w="1440" w:type="dxa"/>
          </w:tcPr>
          <w:p w14:paraId="6F364774" w14:textId="77777777" w:rsidR="004D342C" w:rsidRDefault="00000000">
            <w:pPr>
              <w:spacing w:before="20" w:after="20"/>
              <w:ind w:firstLine="0"/>
            </w:pPr>
            <w:r>
              <w:rPr>
                <w:sz w:val="17"/>
              </w:rPr>
              <w:t>M</w:t>
            </w:r>
          </w:p>
        </w:tc>
        <w:tc>
          <w:tcPr>
            <w:tcW w:w="864" w:type="dxa"/>
          </w:tcPr>
          <w:p w14:paraId="10601166" w14:textId="77777777" w:rsidR="004D342C" w:rsidRDefault="00000000">
            <w:pPr>
              <w:spacing w:before="20" w:after="20"/>
              <w:ind w:firstLine="0"/>
              <w:jc w:val="right"/>
            </w:pPr>
            <w:r>
              <w:rPr>
                <w:sz w:val="17"/>
              </w:rPr>
              <w:t>1</w:t>
            </w:r>
          </w:p>
        </w:tc>
      </w:tr>
      <w:tr w:rsidR="004D342C" w14:paraId="63261006" w14:textId="77777777">
        <w:trPr>
          <w:cantSplit/>
          <w:jc w:val="center"/>
        </w:trPr>
        <w:tc>
          <w:tcPr>
            <w:tcW w:w="792" w:type="dxa"/>
          </w:tcPr>
          <w:p w14:paraId="12E7957F" w14:textId="77777777" w:rsidR="004D342C" w:rsidRDefault="00000000">
            <w:pPr>
              <w:spacing w:before="20" w:after="20"/>
              <w:ind w:firstLine="0"/>
            </w:pPr>
            <w:r>
              <w:rPr>
                <w:sz w:val="17"/>
              </w:rPr>
              <w:lastRenderedPageBreak/>
              <w:t>1983</w:t>
            </w:r>
          </w:p>
        </w:tc>
        <w:tc>
          <w:tcPr>
            <w:tcW w:w="1368" w:type="dxa"/>
          </w:tcPr>
          <w:p w14:paraId="595ED678" w14:textId="77777777" w:rsidR="004D342C" w:rsidRDefault="00000000">
            <w:pPr>
              <w:spacing w:before="20" w:after="20"/>
              <w:ind w:firstLine="0"/>
            </w:pPr>
            <w:r>
              <w:rPr>
                <w:sz w:val="17"/>
              </w:rPr>
              <w:t>EB19</w:t>
            </w:r>
          </w:p>
        </w:tc>
        <w:tc>
          <w:tcPr>
            <w:tcW w:w="1008" w:type="dxa"/>
          </w:tcPr>
          <w:p w14:paraId="26568F50" w14:textId="77777777" w:rsidR="004D342C" w:rsidRDefault="00000000">
            <w:pPr>
              <w:spacing w:before="20" w:after="20"/>
              <w:ind w:firstLine="0"/>
            </w:pPr>
            <w:r>
              <w:rPr>
                <w:sz w:val="17"/>
              </w:rPr>
              <w:t>190</w:t>
            </w:r>
          </w:p>
        </w:tc>
        <w:tc>
          <w:tcPr>
            <w:tcW w:w="1728" w:type="dxa"/>
          </w:tcPr>
          <w:p w14:paraId="61C4C21B" w14:textId="77777777" w:rsidR="004D342C" w:rsidRDefault="00000000">
            <w:pPr>
              <w:spacing w:before="20" w:after="20"/>
              <w:ind w:firstLine="0"/>
              <w:jc w:val="right"/>
            </w:pPr>
            <w:r>
              <w:rPr>
                <w:sz w:val="17"/>
              </w:rPr>
              <w:t>66</w:t>
            </w:r>
          </w:p>
        </w:tc>
        <w:tc>
          <w:tcPr>
            <w:tcW w:w="1440" w:type="dxa"/>
          </w:tcPr>
          <w:p w14:paraId="5457820A" w14:textId="77777777" w:rsidR="004D342C" w:rsidRDefault="00000000">
            <w:pPr>
              <w:spacing w:before="20" w:after="20"/>
              <w:ind w:firstLine="0"/>
            </w:pPr>
            <w:r>
              <w:rPr>
                <w:sz w:val="17"/>
              </w:rPr>
              <w:t>MB</w:t>
            </w:r>
          </w:p>
        </w:tc>
        <w:tc>
          <w:tcPr>
            <w:tcW w:w="864" w:type="dxa"/>
          </w:tcPr>
          <w:p w14:paraId="3C24999E" w14:textId="77777777" w:rsidR="004D342C" w:rsidRDefault="00000000">
            <w:pPr>
              <w:spacing w:before="20" w:after="20"/>
              <w:ind w:firstLine="0"/>
              <w:jc w:val="right"/>
            </w:pPr>
            <w:r>
              <w:rPr>
                <w:sz w:val="17"/>
              </w:rPr>
              <w:t>2</w:t>
            </w:r>
          </w:p>
        </w:tc>
      </w:tr>
      <w:tr w:rsidR="004D342C" w14:paraId="574C36F1" w14:textId="77777777">
        <w:trPr>
          <w:cantSplit/>
          <w:jc w:val="center"/>
        </w:trPr>
        <w:tc>
          <w:tcPr>
            <w:tcW w:w="792" w:type="dxa"/>
          </w:tcPr>
          <w:p w14:paraId="464196E9" w14:textId="77777777" w:rsidR="004D342C" w:rsidRDefault="00000000">
            <w:pPr>
              <w:spacing w:before="20" w:after="20"/>
              <w:ind w:firstLine="0"/>
            </w:pPr>
            <w:r>
              <w:rPr>
                <w:sz w:val="17"/>
              </w:rPr>
              <w:t>1983</w:t>
            </w:r>
          </w:p>
        </w:tc>
        <w:tc>
          <w:tcPr>
            <w:tcW w:w="1368" w:type="dxa"/>
          </w:tcPr>
          <w:p w14:paraId="5D475597" w14:textId="77777777" w:rsidR="004D342C" w:rsidRDefault="00000000">
            <w:pPr>
              <w:spacing w:before="20" w:after="20"/>
              <w:ind w:firstLine="0"/>
            </w:pPr>
            <w:r>
              <w:rPr>
                <w:sz w:val="17"/>
              </w:rPr>
              <w:t>EB20</w:t>
            </w:r>
          </w:p>
        </w:tc>
        <w:tc>
          <w:tcPr>
            <w:tcW w:w="1008" w:type="dxa"/>
          </w:tcPr>
          <w:p w14:paraId="14AB5FBE" w14:textId="77777777" w:rsidR="004D342C" w:rsidRDefault="00000000">
            <w:pPr>
              <w:spacing w:before="20" w:after="20"/>
              <w:ind w:firstLine="0"/>
            </w:pPr>
            <w:r>
              <w:rPr>
                <w:sz w:val="17"/>
              </w:rPr>
              <w:t>200</w:t>
            </w:r>
          </w:p>
        </w:tc>
        <w:tc>
          <w:tcPr>
            <w:tcW w:w="1728" w:type="dxa"/>
          </w:tcPr>
          <w:p w14:paraId="0D84C65B" w14:textId="77777777" w:rsidR="004D342C" w:rsidRDefault="00000000">
            <w:pPr>
              <w:spacing w:before="20" w:after="20"/>
              <w:ind w:firstLine="0"/>
              <w:jc w:val="right"/>
            </w:pPr>
            <w:r>
              <w:rPr>
                <w:sz w:val="17"/>
              </w:rPr>
              <w:t>56</w:t>
            </w:r>
          </w:p>
        </w:tc>
        <w:tc>
          <w:tcPr>
            <w:tcW w:w="1440" w:type="dxa"/>
          </w:tcPr>
          <w:p w14:paraId="39BA4BBA" w14:textId="77777777" w:rsidR="004D342C" w:rsidRDefault="00000000">
            <w:pPr>
              <w:spacing w:before="20" w:after="20"/>
              <w:ind w:firstLine="0"/>
            </w:pPr>
            <w:r>
              <w:rPr>
                <w:sz w:val="17"/>
              </w:rPr>
              <w:t>M</w:t>
            </w:r>
          </w:p>
        </w:tc>
        <w:tc>
          <w:tcPr>
            <w:tcW w:w="864" w:type="dxa"/>
          </w:tcPr>
          <w:p w14:paraId="3AF80107" w14:textId="77777777" w:rsidR="004D342C" w:rsidRDefault="00000000">
            <w:pPr>
              <w:spacing w:before="20" w:after="20"/>
              <w:ind w:firstLine="0"/>
              <w:jc w:val="right"/>
            </w:pPr>
            <w:r>
              <w:rPr>
                <w:sz w:val="17"/>
              </w:rPr>
              <w:t>1</w:t>
            </w:r>
          </w:p>
        </w:tc>
      </w:tr>
      <w:tr w:rsidR="004D342C" w14:paraId="42D2D149" w14:textId="77777777">
        <w:trPr>
          <w:cantSplit/>
          <w:jc w:val="center"/>
        </w:trPr>
        <w:tc>
          <w:tcPr>
            <w:tcW w:w="792" w:type="dxa"/>
          </w:tcPr>
          <w:p w14:paraId="21E4ADBE" w14:textId="77777777" w:rsidR="004D342C" w:rsidRDefault="00000000">
            <w:pPr>
              <w:spacing w:before="20" w:after="20"/>
              <w:ind w:firstLine="0"/>
            </w:pPr>
            <w:r>
              <w:rPr>
                <w:sz w:val="17"/>
              </w:rPr>
              <w:t>1984</w:t>
            </w:r>
          </w:p>
        </w:tc>
        <w:tc>
          <w:tcPr>
            <w:tcW w:w="1368" w:type="dxa"/>
          </w:tcPr>
          <w:p w14:paraId="5CEA24F8" w14:textId="77777777" w:rsidR="004D342C" w:rsidRDefault="00000000">
            <w:pPr>
              <w:spacing w:before="20" w:after="20"/>
              <w:ind w:firstLine="0"/>
            </w:pPr>
            <w:r>
              <w:rPr>
                <w:sz w:val="17"/>
              </w:rPr>
              <w:t>EB21</w:t>
            </w:r>
          </w:p>
        </w:tc>
        <w:tc>
          <w:tcPr>
            <w:tcW w:w="1008" w:type="dxa"/>
          </w:tcPr>
          <w:p w14:paraId="1D991ADB" w14:textId="77777777" w:rsidR="004D342C" w:rsidRDefault="00000000">
            <w:pPr>
              <w:spacing w:before="20" w:after="20"/>
              <w:ind w:firstLine="0"/>
            </w:pPr>
            <w:r>
              <w:rPr>
                <w:sz w:val="17"/>
              </w:rPr>
              <w:t>210</w:t>
            </w:r>
          </w:p>
        </w:tc>
        <w:tc>
          <w:tcPr>
            <w:tcW w:w="1728" w:type="dxa"/>
          </w:tcPr>
          <w:p w14:paraId="15A81875" w14:textId="77777777" w:rsidR="004D342C" w:rsidRDefault="00000000">
            <w:pPr>
              <w:spacing w:before="20" w:after="20"/>
              <w:ind w:firstLine="0"/>
              <w:jc w:val="right"/>
            </w:pPr>
            <w:r>
              <w:rPr>
                <w:sz w:val="17"/>
              </w:rPr>
              <w:t>54</w:t>
            </w:r>
          </w:p>
        </w:tc>
        <w:tc>
          <w:tcPr>
            <w:tcW w:w="1440" w:type="dxa"/>
          </w:tcPr>
          <w:p w14:paraId="6CBEEC42" w14:textId="77777777" w:rsidR="004D342C" w:rsidRDefault="00000000">
            <w:pPr>
              <w:spacing w:before="20" w:after="20"/>
              <w:ind w:firstLine="0"/>
            </w:pPr>
            <w:r>
              <w:rPr>
                <w:sz w:val="17"/>
              </w:rPr>
              <w:t>MB</w:t>
            </w:r>
          </w:p>
        </w:tc>
        <w:tc>
          <w:tcPr>
            <w:tcW w:w="864" w:type="dxa"/>
          </w:tcPr>
          <w:p w14:paraId="737AA32C" w14:textId="77777777" w:rsidR="004D342C" w:rsidRDefault="00000000">
            <w:pPr>
              <w:spacing w:before="20" w:after="20"/>
              <w:ind w:firstLine="0"/>
              <w:jc w:val="right"/>
            </w:pPr>
            <w:r>
              <w:rPr>
                <w:sz w:val="17"/>
              </w:rPr>
              <w:t>2</w:t>
            </w:r>
          </w:p>
        </w:tc>
      </w:tr>
      <w:tr w:rsidR="004D342C" w14:paraId="5BF6A67E" w14:textId="77777777">
        <w:trPr>
          <w:cantSplit/>
          <w:jc w:val="center"/>
        </w:trPr>
        <w:tc>
          <w:tcPr>
            <w:tcW w:w="792" w:type="dxa"/>
          </w:tcPr>
          <w:p w14:paraId="2CB3B291" w14:textId="77777777" w:rsidR="004D342C" w:rsidRDefault="00000000">
            <w:pPr>
              <w:spacing w:before="20" w:after="20"/>
              <w:ind w:firstLine="0"/>
            </w:pPr>
            <w:r>
              <w:rPr>
                <w:sz w:val="17"/>
              </w:rPr>
              <w:t>1984</w:t>
            </w:r>
          </w:p>
        </w:tc>
        <w:tc>
          <w:tcPr>
            <w:tcW w:w="1368" w:type="dxa"/>
          </w:tcPr>
          <w:p w14:paraId="04D61E60" w14:textId="77777777" w:rsidR="004D342C" w:rsidRDefault="00000000">
            <w:pPr>
              <w:spacing w:before="20" w:after="20"/>
              <w:ind w:firstLine="0"/>
            </w:pPr>
            <w:r>
              <w:rPr>
                <w:sz w:val="17"/>
              </w:rPr>
              <w:t>EB22</w:t>
            </w:r>
          </w:p>
        </w:tc>
        <w:tc>
          <w:tcPr>
            <w:tcW w:w="1008" w:type="dxa"/>
          </w:tcPr>
          <w:p w14:paraId="2557F71C" w14:textId="77777777" w:rsidR="004D342C" w:rsidRDefault="00000000">
            <w:pPr>
              <w:spacing w:before="20" w:after="20"/>
              <w:ind w:firstLine="0"/>
            </w:pPr>
            <w:r>
              <w:rPr>
                <w:sz w:val="17"/>
              </w:rPr>
              <w:t>220</w:t>
            </w:r>
          </w:p>
        </w:tc>
        <w:tc>
          <w:tcPr>
            <w:tcW w:w="1728" w:type="dxa"/>
          </w:tcPr>
          <w:p w14:paraId="3AAFA36C" w14:textId="77777777" w:rsidR="004D342C" w:rsidRDefault="00000000">
            <w:pPr>
              <w:spacing w:before="20" w:after="20"/>
              <w:ind w:firstLine="0"/>
              <w:jc w:val="right"/>
            </w:pPr>
            <w:r>
              <w:rPr>
                <w:sz w:val="17"/>
              </w:rPr>
              <w:t>59</w:t>
            </w:r>
          </w:p>
        </w:tc>
        <w:tc>
          <w:tcPr>
            <w:tcW w:w="1440" w:type="dxa"/>
          </w:tcPr>
          <w:p w14:paraId="7F1D2D30" w14:textId="77777777" w:rsidR="004D342C" w:rsidRDefault="00000000">
            <w:pPr>
              <w:spacing w:before="20" w:after="20"/>
              <w:ind w:firstLine="0"/>
            </w:pPr>
            <w:r>
              <w:rPr>
                <w:sz w:val="17"/>
              </w:rPr>
              <w:t>MB</w:t>
            </w:r>
          </w:p>
        </w:tc>
        <w:tc>
          <w:tcPr>
            <w:tcW w:w="864" w:type="dxa"/>
          </w:tcPr>
          <w:p w14:paraId="1D5B8B2B" w14:textId="77777777" w:rsidR="004D342C" w:rsidRDefault="00000000">
            <w:pPr>
              <w:spacing w:before="20" w:after="20"/>
              <w:ind w:firstLine="0"/>
              <w:jc w:val="right"/>
            </w:pPr>
            <w:r>
              <w:rPr>
                <w:sz w:val="17"/>
              </w:rPr>
              <w:t>2</w:t>
            </w:r>
          </w:p>
        </w:tc>
      </w:tr>
      <w:tr w:rsidR="004D342C" w14:paraId="7144F7FE" w14:textId="77777777">
        <w:trPr>
          <w:cantSplit/>
          <w:jc w:val="center"/>
        </w:trPr>
        <w:tc>
          <w:tcPr>
            <w:tcW w:w="792" w:type="dxa"/>
          </w:tcPr>
          <w:p w14:paraId="205E209E" w14:textId="77777777" w:rsidR="004D342C" w:rsidRDefault="00000000">
            <w:pPr>
              <w:spacing w:before="20" w:after="20"/>
              <w:ind w:firstLine="0"/>
            </w:pPr>
            <w:r>
              <w:rPr>
                <w:sz w:val="17"/>
              </w:rPr>
              <w:t>1985</w:t>
            </w:r>
          </w:p>
        </w:tc>
        <w:tc>
          <w:tcPr>
            <w:tcW w:w="1368" w:type="dxa"/>
          </w:tcPr>
          <w:p w14:paraId="56161601" w14:textId="77777777" w:rsidR="004D342C" w:rsidRDefault="00000000">
            <w:pPr>
              <w:spacing w:before="20" w:after="20"/>
              <w:ind w:firstLine="0"/>
            </w:pPr>
            <w:r>
              <w:rPr>
                <w:sz w:val="17"/>
              </w:rPr>
              <w:t>EB23</w:t>
            </w:r>
          </w:p>
        </w:tc>
        <w:tc>
          <w:tcPr>
            <w:tcW w:w="1008" w:type="dxa"/>
          </w:tcPr>
          <w:p w14:paraId="2856FE94" w14:textId="77777777" w:rsidR="004D342C" w:rsidRDefault="00000000">
            <w:pPr>
              <w:spacing w:before="20" w:after="20"/>
              <w:ind w:firstLine="0"/>
            </w:pPr>
            <w:r>
              <w:rPr>
                <w:sz w:val="17"/>
              </w:rPr>
              <w:t>230</w:t>
            </w:r>
          </w:p>
        </w:tc>
        <w:tc>
          <w:tcPr>
            <w:tcW w:w="1728" w:type="dxa"/>
          </w:tcPr>
          <w:p w14:paraId="2C7141EB" w14:textId="77777777" w:rsidR="004D342C" w:rsidRDefault="00000000">
            <w:pPr>
              <w:spacing w:before="20" w:after="20"/>
              <w:ind w:firstLine="0"/>
              <w:jc w:val="right"/>
            </w:pPr>
            <w:r>
              <w:rPr>
                <w:sz w:val="17"/>
              </w:rPr>
              <w:t>42</w:t>
            </w:r>
          </w:p>
        </w:tc>
        <w:tc>
          <w:tcPr>
            <w:tcW w:w="1440" w:type="dxa"/>
          </w:tcPr>
          <w:p w14:paraId="0FFA9929" w14:textId="77777777" w:rsidR="004D342C" w:rsidRDefault="00000000">
            <w:pPr>
              <w:spacing w:before="20" w:after="20"/>
              <w:ind w:firstLine="0"/>
            </w:pPr>
            <w:r>
              <w:rPr>
                <w:sz w:val="17"/>
              </w:rPr>
              <w:t>MB</w:t>
            </w:r>
          </w:p>
        </w:tc>
        <w:tc>
          <w:tcPr>
            <w:tcW w:w="864" w:type="dxa"/>
          </w:tcPr>
          <w:p w14:paraId="1BD263A2" w14:textId="77777777" w:rsidR="004D342C" w:rsidRDefault="00000000">
            <w:pPr>
              <w:spacing w:before="20" w:after="20"/>
              <w:ind w:firstLine="0"/>
              <w:jc w:val="right"/>
            </w:pPr>
            <w:r>
              <w:rPr>
                <w:sz w:val="17"/>
              </w:rPr>
              <w:t>2</w:t>
            </w:r>
          </w:p>
        </w:tc>
      </w:tr>
      <w:tr w:rsidR="004D342C" w14:paraId="708B1DBA" w14:textId="77777777">
        <w:trPr>
          <w:cantSplit/>
          <w:jc w:val="center"/>
        </w:trPr>
        <w:tc>
          <w:tcPr>
            <w:tcW w:w="792" w:type="dxa"/>
          </w:tcPr>
          <w:p w14:paraId="7DEAC9AD" w14:textId="77777777" w:rsidR="004D342C" w:rsidRDefault="00000000">
            <w:pPr>
              <w:spacing w:before="20" w:after="20"/>
              <w:ind w:firstLine="0"/>
            </w:pPr>
            <w:r>
              <w:rPr>
                <w:sz w:val="17"/>
              </w:rPr>
              <w:t>1985</w:t>
            </w:r>
          </w:p>
        </w:tc>
        <w:tc>
          <w:tcPr>
            <w:tcW w:w="1368" w:type="dxa"/>
          </w:tcPr>
          <w:p w14:paraId="3347DC2C" w14:textId="77777777" w:rsidR="004D342C" w:rsidRDefault="00000000">
            <w:pPr>
              <w:spacing w:before="20" w:after="20"/>
              <w:ind w:firstLine="0"/>
            </w:pPr>
            <w:r>
              <w:rPr>
                <w:sz w:val="17"/>
              </w:rPr>
              <w:t>EB24</w:t>
            </w:r>
          </w:p>
        </w:tc>
        <w:tc>
          <w:tcPr>
            <w:tcW w:w="1008" w:type="dxa"/>
          </w:tcPr>
          <w:p w14:paraId="66D6543B" w14:textId="77777777" w:rsidR="004D342C" w:rsidRDefault="00000000">
            <w:pPr>
              <w:spacing w:before="20" w:after="20"/>
              <w:ind w:firstLine="0"/>
            </w:pPr>
            <w:r>
              <w:rPr>
                <w:sz w:val="17"/>
              </w:rPr>
              <w:t>240</w:t>
            </w:r>
          </w:p>
        </w:tc>
        <w:tc>
          <w:tcPr>
            <w:tcW w:w="1728" w:type="dxa"/>
          </w:tcPr>
          <w:p w14:paraId="476A49E1" w14:textId="77777777" w:rsidR="004D342C" w:rsidRDefault="00000000">
            <w:pPr>
              <w:spacing w:before="20" w:after="20"/>
              <w:ind w:firstLine="0"/>
              <w:jc w:val="right"/>
            </w:pPr>
            <w:r>
              <w:rPr>
                <w:sz w:val="17"/>
              </w:rPr>
              <w:t>58</w:t>
            </w:r>
          </w:p>
        </w:tc>
        <w:tc>
          <w:tcPr>
            <w:tcW w:w="1440" w:type="dxa"/>
          </w:tcPr>
          <w:p w14:paraId="53A10C89" w14:textId="77777777" w:rsidR="004D342C" w:rsidRDefault="00000000">
            <w:pPr>
              <w:spacing w:before="20" w:after="20"/>
              <w:ind w:firstLine="0"/>
            </w:pPr>
            <w:r>
              <w:rPr>
                <w:sz w:val="17"/>
              </w:rPr>
              <w:t>MB</w:t>
            </w:r>
          </w:p>
        </w:tc>
        <w:tc>
          <w:tcPr>
            <w:tcW w:w="864" w:type="dxa"/>
          </w:tcPr>
          <w:p w14:paraId="646ACEC4" w14:textId="77777777" w:rsidR="004D342C" w:rsidRDefault="00000000">
            <w:pPr>
              <w:spacing w:before="20" w:after="20"/>
              <w:ind w:firstLine="0"/>
              <w:jc w:val="right"/>
            </w:pPr>
            <w:r>
              <w:rPr>
                <w:sz w:val="17"/>
              </w:rPr>
              <w:t>2</w:t>
            </w:r>
          </w:p>
        </w:tc>
      </w:tr>
      <w:tr w:rsidR="004D342C" w14:paraId="5049B90C" w14:textId="77777777">
        <w:trPr>
          <w:cantSplit/>
          <w:jc w:val="center"/>
        </w:trPr>
        <w:tc>
          <w:tcPr>
            <w:tcW w:w="792" w:type="dxa"/>
          </w:tcPr>
          <w:p w14:paraId="24005152" w14:textId="77777777" w:rsidR="004D342C" w:rsidRDefault="00000000">
            <w:pPr>
              <w:spacing w:before="20" w:after="20"/>
              <w:ind w:firstLine="0"/>
            </w:pPr>
            <w:r>
              <w:rPr>
                <w:sz w:val="17"/>
              </w:rPr>
              <w:t>1986</w:t>
            </w:r>
          </w:p>
        </w:tc>
        <w:tc>
          <w:tcPr>
            <w:tcW w:w="1368" w:type="dxa"/>
          </w:tcPr>
          <w:p w14:paraId="3B3C8E3B" w14:textId="77777777" w:rsidR="004D342C" w:rsidRDefault="00000000">
            <w:pPr>
              <w:spacing w:before="20" w:after="20"/>
              <w:ind w:firstLine="0"/>
            </w:pPr>
            <w:r>
              <w:rPr>
                <w:sz w:val="17"/>
              </w:rPr>
              <w:t>EB25</w:t>
            </w:r>
          </w:p>
        </w:tc>
        <w:tc>
          <w:tcPr>
            <w:tcW w:w="1008" w:type="dxa"/>
          </w:tcPr>
          <w:p w14:paraId="1D29464D" w14:textId="77777777" w:rsidR="004D342C" w:rsidRDefault="00000000">
            <w:pPr>
              <w:spacing w:before="20" w:after="20"/>
              <w:ind w:firstLine="0"/>
            </w:pPr>
            <w:r>
              <w:rPr>
                <w:sz w:val="17"/>
              </w:rPr>
              <w:t>250</w:t>
            </w:r>
          </w:p>
        </w:tc>
        <w:tc>
          <w:tcPr>
            <w:tcW w:w="1728" w:type="dxa"/>
          </w:tcPr>
          <w:p w14:paraId="537ABBC8" w14:textId="77777777" w:rsidR="004D342C" w:rsidRDefault="00000000">
            <w:pPr>
              <w:spacing w:before="20" w:after="20"/>
              <w:ind w:firstLine="0"/>
              <w:jc w:val="right"/>
            </w:pPr>
            <w:r>
              <w:rPr>
                <w:sz w:val="17"/>
              </w:rPr>
              <w:t>45</w:t>
            </w:r>
          </w:p>
        </w:tc>
        <w:tc>
          <w:tcPr>
            <w:tcW w:w="1440" w:type="dxa"/>
          </w:tcPr>
          <w:p w14:paraId="2682D042" w14:textId="77777777" w:rsidR="004D342C" w:rsidRDefault="00000000">
            <w:pPr>
              <w:spacing w:before="20" w:after="20"/>
              <w:ind w:firstLine="0"/>
            </w:pPr>
            <w:r>
              <w:rPr>
                <w:sz w:val="17"/>
              </w:rPr>
              <w:t>MB</w:t>
            </w:r>
          </w:p>
        </w:tc>
        <w:tc>
          <w:tcPr>
            <w:tcW w:w="864" w:type="dxa"/>
          </w:tcPr>
          <w:p w14:paraId="037C3D56" w14:textId="77777777" w:rsidR="004D342C" w:rsidRDefault="00000000">
            <w:pPr>
              <w:spacing w:before="20" w:after="20"/>
              <w:ind w:firstLine="0"/>
              <w:jc w:val="right"/>
            </w:pPr>
            <w:r>
              <w:rPr>
                <w:sz w:val="17"/>
              </w:rPr>
              <w:t>2</w:t>
            </w:r>
          </w:p>
        </w:tc>
      </w:tr>
      <w:tr w:rsidR="004D342C" w14:paraId="6DB39157" w14:textId="77777777">
        <w:trPr>
          <w:cantSplit/>
          <w:jc w:val="center"/>
        </w:trPr>
        <w:tc>
          <w:tcPr>
            <w:tcW w:w="792" w:type="dxa"/>
          </w:tcPr>
          <w:p w14:paraId="374CF307" w14:textId="77777777" w:rsidR="004D342C" w:rsidRDefault="00000000">
            <w:pPr>
              <w:spacing w:before="20" w:after="20"/>
              <w:ind w:firstLine="0"/>
            </w:pPr>
            <w:r>
              <w:rPr>
                <w:sz w:val="17"/>
              </w:rPr>
              <w:t>1986</w:t>
            </w:r>
          </w:p>
        </w:tc>
        <w:tc>
          <w:tcPr>
            <w:tcW w:w="1368" w:type="dxa"/>
          </w:tcPr>
          <w:p w14:paraId="1E141C13" w14:textId="77777777" w:rsidR="004D342C" w:rsidRDefault="00000000">
            <w:pPr>
              <w:spacing w:before="20" w:after="20"/>
              <w:ind w:firstLine="0"/>
            </w:pPr>
            <w:r>
              <w:rPr>
                <w:sz w:val="17"/>
              </w:rPr>
              <w:t>EB26</w:t>
            </w:r>
          </w:p>
        </w:tc>
        <w:tc>
          <w:tcPr>
            <w:tcW w:w="1008" w:type="dxa"/>
          </w:tcPr>
          <w:p w14:paraId="0485D827" w14:textId="77777777" w:rsidR="004D342C" w:rsidRDefault="00000000">
            <w:pPr>
              <w:spacing w:before="20" w:after="20"/>
              <w:ind w:firstLine="0"/>
            </w:pPr>
            <w:r>
              <w:rPr>
                <w:sz w:val="17"/>
              </w:rPr>
              <w:t>260</w:t>
            </w:r>
          </w:p>
        </w:tc>
        <w:tc>
          <w:tcPr>
            <w:tcW w:w="1728" w:type="dxa"/>
          </w:tcPr>
          <w:p w14:paraId="1DC1FC14" w14:textId="77777777" w:rsidR="004D342C" w:rsidRDefault="00000000">
            <w:pPr>
              <w:spacing w:before="20" w:after="20"/>
              <w:ind w:firstLine="0"/>
              <w:jc w:val="right"/>
            </w:pPr>
            <w:r>
              <w:rPr>
                <w:sz w:val="17"/>
              </w:rPr>
              <w:t>56</w:t>
            </w:r>
          </w:p>
        </w:tc>
        <w:tc>
          <w:tcPr>
            <w:tcW w:w="1440" w:type="dxa"/>
          </w:tcPr>
          <w:p w14:paraId="35F04FAD" w14:textId="77777777" w:rsidR="004D342C" w:rsidRDefault="00000000">
            <w:pPr>
              <w:spacing w:before="20" w:after="20"/>
              <w:ind w:firstLine="0"/>
            </w:pPr>
            <w:r>
              <w:rPr>
                <w:sz w:val="17"/>
              </w:rPr>
              <w:t>MB</w:t>
            </w:r>
          </w:p>
        </w:tc>
        <w:tc>
          <w:tcPr>
            <w:tcW w:w="864" w:type="dxa"/>
          </w:tcPr>
          <w:p w14:paraId="5F2D7377" w14:textId="77777777" w:rsidR="004D342C" w:rsidRDefault="00000000">
            <w:pPr>
              <w:spacing w:before="20" w:after="20"/>
              <w:ind w:firstLine="0"/>
              <w:jc w:val="right"/>
            </w:pPr>
            <w:r>
              <w:rPr>
                <w:sz w:val="17"/>
              </w:rPr>
              <w:t>2</w:t>
            </w:r>
          </w:p>
        </w:tc>
      </w:tr>
      <w:tr w:rsidR="004D342C" w14:paraId="712ED0B4" w14:textId="77777777">
        <w:trPr>
          <w:cantSplit/>
          <w:jc w:val="center"/>
        </w:trPr>
        <w:tc>
          <w:tcPr>
            <w:tcW w:w="792" w:type="dxa"/>
          </w:tcPr>
          <w:p w14:paraId="1CDBB324" w14:textId="77777777" w:rsidR="004D342C" w:rsidRDefault="00000000">
            <w:pPr>
              <w:spacing w:before="20" w:after="20"/>
              <w:ind w:firstLine="0"/>
            </w:pPr>
            <w:r>
              <w:rPr>
                <w:sz w:val="17"/>
              </w:rPr>
              <w:t>1987</w:t>
            </w:r>
          </w:p>
        </w:tc>
        <w:tc>
          <w:tcPr>
            <w:tcW w:w="1368" w:type="dxa"/>
          </w:tcPr>
          <w:p w14:paraId="33741B5C" w14:textId="77777777" w:rsidR="004D342C" w:rsidRDefault="00000000">
            <w:pPr>
              <w:spacing w:before="20" w:after="20"/>
              <w:ind w:firstLine="0"/>
            </w:pPr>
            <w:r>
              <w:rPr>
                <w:sz w:val="17"/>
              </w:rPr>
              <w:t>EB27</w:t>
            </w:r>
          </w:p>
        </w:tc>
        <w:tc>
          <w:tcPr>
            <w:tcW w:w="1008" w:type="dxa"/>
          </w:tcPr>
          <w:p w14:paraId="084A6381" w14:textId="77777777" w:rsidR="004D342C" w:rsidRDefault="00000000">
            <w:pPr>
              <w:spacing w:before="20" w:after="20"/>
              <w:ind w:firstLine="0"/>
            </w:pPr>
            <w:r>
              <w:rPr>
                <w:sz w:val="17"/>
              </w:rPr>
              <w:t>270</w:t>
            </w:r>
          </w:p>
        </w:tc>
        <w:tc>
          <w:tcPr>
            <w:tcW w:w="1728" w:type="dxa"/>
          </w:tcPr>
          <w:p w14:paraId="28D7FF7E" w14:textId="77777777" w:rsidR="004D342C" w:rsidRDefault="00000000">
            <w:pPr>
              <w:spacing w:before="20" w:after="20"/>
              <w:ind w:firstLine="0"/>
              <w:jc w:val="right"/>
            </w:pPr>
            <w:r>
              <w:rPr>
                <w:sz w:val="17"/>
              </w:rPr>
              <w:t>21</w:t>
            </w:r>
          </w:p>
        </w:tc>
        <w:tc>
          <w:tcPr>
            <w:tcW w:w="1440" w:type="dxa"/>
          </w:tcPr>
          <w:p w14:paraId="01713E06" w14:textId="77777777" w:rsidR="004D342C" w:rsidRDefault="00000000">
            <w:pPr>
              <w:spacing w:before="20" w:after="20"/>
              <w:ind w:firstLine="0"/>
            </w:pPr>
            <w:r>
              <w:rPr>
                <w:sz w:val="17"/>
              </w:rPr>
              <w:t>MB</w:t>
            </w:r>
          </w:p>
        </w:tc>
        <w:tc>
          <w:tcPr>
            <w:tcW w:w="864" w:type="dxa"/>
          </w:tcPr>
          <w:p w14:paraId="706516F6" w14:textId="77777777" w:rsidR="004D342C" w:rsidRDefault="00000000">
            <w:pPr>
              <w:spacing w:before="20" w:after="20"/>
              <w:ind w:firstLine="0"/>
              <w:jc w:val="right"/>
            </w:pPr>
            <w:r>
              <w:rPr>
                <w:sz w:val="17"/>
              </w:rPr>
              <w:t>2</w:t>
            </w:r>
          </w:p>
        </w:tc>
      </w:tr>
      <w:tr w:rsidR="004D342C" w14:paraId="00D470FE" w14:textId="77777777">
        <w:trPr>
          <w:cantSplit/>
          <w:jc w:val="center"/>
        </w:trPr>
        <w:tc>
          <w:tcPr>
            <w:tcW w:w="792" w:type="dxa"/>
          </w:tcPr>
          <w:p w14:paraId="2C098001" w14:textId="77777777" w:rsidR="004D342C" w:rsidRDefault="00000000">
            <w:pPr>
              <w:spacing w:before="20" w:after="20"/>
              <w:ind w:firstLine="0"/>
            </w:pPr>
            <w:r>
              <w:rPr>
                <w:sz w:val="17"/>
              </w:rPr>
              <w:t>1987</w:t>
            </w:r>
          </w:p>
        </w:tc>
        <w:tc>
          <w:tcPr>
            <w:tcW w:w="1368" w:type="dxa"/>
          </w:tcPr>
          <w:p w14:paraId="03806E86" w14:textId="77777777" w:rsidR="004D342C" w:rsidRDefault="00000000">
            <w:pPr>
              <w:spacing w:before="20" w:after="20"/>
              <w:ind w:firstLine="0"/>
            </w:pPr>
            <w:r>
              <w:rPr>
                <w:sz w:val="17"/>
              </w:rPr>
              <w:t>EB28</w:t>
            </w:r>
          </w:p>
        </w:tc>
        <w:tc>
          <w:tcPr>
            <w:tcW w:w="1008" w:type="dxa"/>
          </w:tcPr>
          <w:p w14:paraId="711CBB15" w14:textId="77777777" w:rsidR="004D342C" w:rsidRDefault="00000000">
            <w:pPr>
              <w:spacing w:before="20" w:after="20"/>
              <w:ind w:firstLine="0"/>
            </w:pPr>
            <w:r>
              <w:rPr>
                <w:sz w:val="17"/>
              </w:rPr>
              <w:t>280</w:t>
            </w:r>
          </w:p>
        </w:tc>
        <w:tc>
          <w:tcPr>
            <w:tcW w:w="1728" w:type="dxa"/>
          </w:tcPr>
          <w:p w14:paraId="7641FB81" w14:textId="77777777" w:rsidR="004D342C" w:rsidRDefault="00000000">
            <w:pPr>
              <w:spacing w:before="20" w:after="20"/>
              <w:ind w:firstLine="0"/>
              <w:jc w:val="right"/>
            </w:pPr>
            <w:r>
              <w:rPr>
                <w:sz w:val="17"/>
              </w:rPr>
              <w:t>35</w:t>
            </w:r>
          </w:p>
        </w:tc>
        <w:tc>
          <w:tcPr>
            <w:tcW w:w="1440" w:type="dxa"/>
          </w:tcPr>
          <w:p w14:paraId="5C5A6CD6" w14:textId="77777777" w:rsidR="004D342C" w:rsidRDefault="00000000">
            <w:pPr>
              <w:spacing w:before="20" w:after="20"/>
              <w:ind w:firstLine="0"/>
            </w:pPr>
            <w:r>
              <w:rPr>
                <w:sz w:val="17"/>
              </w:rPr>
              <w:t>MB</w:t>
            </w:r>
          </w:p>
        </w:tc>
        <w:tc>
          <w:tcPr>
            <w:tcW w:w="864" w:type="dxa"/>
          </w:tcPr>
          <w:p w14:paraId="140E3A04" w14:textId="77777777" w:rsidR="004D342C" w:rsidRDefault="00000000">
            <w:pPr>
              <w:spacing w:before="20" w:after="20"/>
              <w:ind w:firstLine="0"/>
              <w:jc w:val="right"/>
            </w:pPr>
            <w:r>
              <w:rPr>
                <w:sz w:val="17"/>
              </w:rPr>
              <w:t>2</w:t>
            </w:r>
          </w:p>
        </w:tc>
      </w:tr>
      <w:tr w:rsidR="004D342C" w14:paraId="302AC239" w14:textId="77777777">
        <w:trPr>
          <w:cantSplit/>
          <w:jc w:val="center"/>
        </w:trPr>
        <w:tc>
          <w:tcPr>
            <w:tcW w:w="792" w:type="dxa"/>
          </w:tcPr>
          <w:p w14:paraId="70FF62F6" w14:textId="77777777" w:rsidR="004D342C" w:rsidRDefault="00000000">
            <w:pPr>
              <w:spacing w:before="20" w:after="20"/>
              <w:ind w:firstLine="0"/>
            </w:pPr>
            <w:r>
              <w:rPr>
                <w:sz w:val="17"/>
              </w:rPr>
              <w:t>1988</w:t>
            </w:r>
          </w:p>
        </w:tc>
        <w:tc>
          <w:tcPr>
            <w:tcW w:w="1368" w:type="dxa"/>
          </w:tcPr>
          <w:p w14:paraId="10847B65" w14:textId="77777777" w:rsidR="004D342C" w:rsidRDefault="00000000">
            <w:pPr>
              <w:spacing w:before="20" w:after="20"/>
              <w:ind w:firstLine="0"/>
            </w:pPr>
            <w:r>
              <w:rPr>
                <w:sz w:val="17"/>
              </w:rPr>
              <w:t>EB29</w:t>
            </w:r>
          </w:p>
        </w:tc>
        <w:tc>
          <w:tcPr>
            <w:tcW w:w="1008" w:type="dxa"/>
          </w:tcPr>
          <w:p w14:paraId="457E92A7" w14:textId="77777777" w:rsidR="004D342C" w:rsidRDefault="00000000">
            <w:pPr>
              <w:spacing w:before="20" w:after="20"/>
              <w:ind w:firstLine="0"/>
            </w:pPr>
            <w:r>
              <w:rPr>
                <w:sz w:val="17"/>
              </w:rPr>
              <w:t>290</w:t>
            </w:r>
          </w:p>
        </w:tc>
        <w:tc>
          <w:tcPr>
            <w:tcW w:w="1728" w:type="dxa"/>
          </w:tcPr>
          <w:p w14:paraId="23CCFD04" w14:textId="77777777" w:rsidR="004D342C" w:rsidRDefault="00000000">
            <w:pPr>
              <w:spacing w:before="20" w:after="20"/>
              <w:ind w:firstLine="0"/>
              <w:jc w:val="right"/>
            </w:pPr>
            <w:r>
              <w:rPr>
                <w:sz w:val="17"/>
              </w:rPr>
              <w:t>22</w:t>
            </w:r>
          </w:p>
        </w:tc>
        <w:tc>
          <w:tcPr>
            <w:tcW w:w="1440" w:type="dxa"/>
          </w:tcPr>
          <w:p w14:paraId="0A134EF5" w14:textId="77777777" w:rsidR="004D342C" w:rsidRDefault="00000000">
            <w:pPr>
              <w:spacing w:before="20" w:after="20"/>
              <w:ind w:firstLine="0"/>
            </w:pPr>
            <w:r>
              <w:rPr>
                <w:sz w:val="17"/>
              </w:rPr>
              <w:t>MB</w:t>
            </w:r>
          </w:p>
        </w:tc>
        <w:tc>
          <w:tcPr>
            <w:tcW w:w="864" w:type="dxa"/>
          </w:tcPr>
          <w:p w14:paraId="21C8D1F1" w14:textId="77777777" w:rsidR="004D342C" w:rsidRDefault="00000000">
            <w:pPr>
              <w:spacing w:before="20" w:after="20"/>
              <w:ind w:firstLine="0"/>
              <w:jc w:val="right"/>
            </w:pPr>
            <w:r>
              <w:rPr>
                <w:sz w:val="17"/>
              </w:rPr>
              <w:t>2</w:t>
            </w:r>
          </w:p>
        </w:tc>
      </w:tr>
      <w:tr w:rsidR="004D342C" w14:paraId="12A4980C" w14:textId="77777777">
        <w:trPr>
          <w:cantSplit/>
          <w:jc w:val="center"/>
        </w:trPr>
        <w:tc>
          <w:tcPr>
            <w:tcW w:w="792" w:type="dxa"/>
          </w:tcPr>
          <w:p w14:paraId="7369DCF8" w14:textId="77777777" w:rsidR="004D342C" w:rsidRDefault="00000000">
            <w:pPr>
              <w:spacing w:before="20" w:after="20"/>
              <w:ind w:firstLine="0"/>
            </w:pPr>
            <w:r>
              <w:rPr>
                <w:sz w:val="17"/>
              </w:rPr>
              <w:t>1988</w:t>
            </w:r>
          </w:p>
        </w:tc>
        <w:tc>
          <w:tcPr>
            <w:tcW w:w="1368" w:type="dxa"/>
          </w:tcPr>
          <w:p w14:paraId="3F4F153F" w14:textId="77777777" w:rsidR="004D342C" w:rsidRDefault="00000000">
            <w:pPr>
              <w:spacing w:before="20" w:after="20"/>
              <w:ind w:firstLine="0"/>
            </w:pPr>
            <w:r>
              <w:rPr>
                <w:sz w:val="17"/>
              </w:rPr>
              <w:t>EB30</w:t>
            </w:r>
          </w:p>
        </w:tc>
        <w:tc>
          <w:tcPr>
            <w:tcW w:w="1008" w:type="dxa"/>
          </w:tcPr>
          <w:p w14:paraId="57EEF52A" w14:textId="77777777" w:rsidR="004D342C" w:rsidRDefault="00000000">
            <w:pPr>
              <w:spacing w:before="20" w:after="20"/>
              <w:ind w:firstLine="0"/>
            </w:pPr>
            <w:r>
              <w:rPr>
                <w:sz w:val="17"/>
              </w:rPr>
              <w:t>300</w:t>
            </w:r>
          </w:p>
        </w:tc>
        <w:tc>
          <w:tcPr>
            <w:tcW w:w="1728" w:type="dxa"/>
          </w:tcPr>
          <w:p w14:paraId="05403FF3" w14:textId="77777777" w:rsidR="004D342C" w:rsidRDefault="00000000">
            <w:pPr>
              <w:spacing w:before="20" w:after="20"/>
              <w:ind w:firstLine="0"/>
              <w:jc w:val="right"/>
            </w:pPr>
            <w:r>
              <w:rPr>
                <w:sz w:val="17"/>
              </w:rPr>
              <w:t>24</w:t>
            </w:r>
          </w:p>
        </w:tc>
        <w:tc>
          <w:tcPr>
            <w:tcW w:w="1440" w:type="dxa"/>
          </w:tcPr>
          <w:p w14:paraId="0CE21224" w14:textId="77777777" w:rsidR="004D342C" w:rsidRDefault="00000000">
            <w:pPr>
              <w:spacing w:before="20" w:after="20"/>
              <w:ind w:firstLine="0"/>
            </w:pPr>
            <w:r>
              <w:rPr>
                <w:sz w:val="17"/>
              </w:rPr>
              <w:t>MB</w:t>
            </w:r>
          </w:p>
        </w:tc>
        <w:tc>
          <w:tcPr>
            <w:tcW w:w="864" w:type="dxa"/>
          </w:tcPr>
          <w:p w14:paraId="57DE9FC8" w14:textId="77777777" w:rsidR="004D342C" w:rsidRDefault="00000000">
            <w:pPr>
              <w:spacing w:before="20" w:after="20"/>
              <w:ind w:firstLine="0"/>
              <w:jc w:val="right"/>
            </w:pPr>
            <w:r>
              <w:rPr>
                <w:sz w:val="17"/>
              </w:rPr>
              <w:t>2</w:t>
            </w:r>
          </w:p>
        </w:tc>
      </w:tr>
      <w:tr w:rsidR="004D342C" w14:paraId="3A279949" w14:textId="77777777">
        <w:trPr>
          <w:cantSplit/>
          <w:jc w:val="center"/>
        </w:trPr>
        <w:tc>
          <w:tcPr>
            <w:tcW w:w="792" w:type="dxa"/>
          </w:tcPr>
          <w:p w14:paraId="4F69B669" w14:textId="77777777" w:rsidR="004D342C" w:rsidRDefault="00000000">
            <w:pPr>
              <w:spacing w:before="20" w:after="20"/>
              <w:ind w:firstLine="0"/>
            </w:pPr>
            <w:r>
              <w:rPr>
                <w:sz w:val="17"/>
              </w:rPr>
              <w:t>1989</w:t>
            </w:r>
          </w:p>
        </w:tc>
        <w:tc>
          <w:tcPr>
            <w:tcW w:w="1368" w:type="dxa"/>
          </w:tcPr>
          <w:p w14:paraId="2587C0E0" w14:textId="77777777" w:rsidR="004D342C" w:rsidRDefault="00000000">
            <w:pPr>
              <w:spacing w:before="20" w:after="20"/>
              <w:ind w:firstLine="0"/>
            </w:pPr>
            <w:r>
              <w:rPr>
                <w:sz w:val="17"/>
              </w:rPr>
              <w:t>EB31</w:t>
            </w:r>
          </w:p>
        </w:tc>
        <w:tc>
          <w:tcPr>
            <w:tcW w:w="1008" w:type="dxa"/>
          </w:tcPr>
          <w:p w14:paraId="63FF05F9" w14:textId="77777777" w:rsidR="004D342C" w:rsidRDefault="00000000">
            <w:pPr>
              <w:spacing w:before="20" w:after="20"/>
              <w:ind w:firstLine="0"/>
            </w:pPr>
            <w:r>
              <w:rPr>
                <w:sz w:val="17"/>
              </w:rPr>
              <w:t>310</w:t>
            </w:r>
          </w:p>
        </w:tc>
        <w:tc>
          <w:tcPr>
            <w:tcW w:w="1728" w:type="dxa"/>
          </w:tcPr>
          <w:p w14:paraId="49950EED" w14:textId="77777777" w:rsidR="004D342C" w:rsidRDefault="00000000">
            <w:pPr>
              <w:spacing w:before="20" w:after="20"/>
              <w:ind w:firstLine="0"/>
              <w:jc w:val="right"/>
            </w:pPr>
            <w:r>
              <w:rPr>
                <w:sz w:val="17"/>
              </w:rPr>
              <w:t>23</w:t>
            </w:r>
          </w:p>
        </w:tc>
        <w:tc>
          <w:tcPr>
            <w:tcW w:w="1440" w:type="dxa"/>
          </w:tcPr>
          <w:p w14:paraId="766A8265" w14:textId="77777777" w:rsidR="004D342C" w:rsidRDefault="00000000">
            <w:pPr>
              <w:spacing w:before="20" w:after="20"/>
              <w:ind w:firstLine="0"/>
            </w:pPr>
            <w:r>
              <w:rPr>
                <w:sz w:val="17"/>
              </w:rPr>
              <w:t>MB</w:t>
            </w:r>
          </w:p>
        </w:tc>
        <w:tc>
          <w:tcPr>
            <w:tcW w:w="864" w:type="dxa"/>
          </w:tcPr>
          <w:p w14:paraId="6F1956E6" w14:textId="77777777" w:rsidR="004D342C" w:rsidRDefault="00000000">
            <w:pPr>
              <w:spacing w:before="20" w:after="20"/>
              <w:ind w:firstLine="0"/>
              <w:jc w:val="right"/>
            </w:pPr>
            <w:r>
              <w:rPr>
                <w:sz w:val="17"/>
              </w:rPr>
              <w:t>2</w:t>
            </w:r>
          </w:p>
        </w:tc>
      </w:tr>
      <w:tr w:rsidR="004D342C" w14:paraId="631905B1" w14:textId="77777777">
        <w:trPr>
          <w:cantSplit/>
          <w:jc w:val="center"/>
        </w:trPr>
        <w:tc>
          <w:tcPr>
            <w:tcW w:w="792" w:type="dxa"/>
          </w:tcPr>
          <w:p w14:paraId="1C30565F" w14:textId="77777777" w:rsidR="004D342C" w:rsidRDefault="00000000">
            <w:pPr>
              <w:spacing w:before="20" w:after="20"/>
              <w:ind w:firstLine="0"/>
            </w:pPr>
            <w:r>
              <w:rPr>
                <w:sz w:val="17"/>
              </w:rPr>
              <w:t>1989</w:t>
            </w:r>
          </w:p>
        </w:tc>
        <w:tc>
          <w:tcPr>
            <w:tcW w:w="1368" w:type="dxa"/>
          </w:tcPr>
          <w:p w14:paraId="056E2D9E" w14:textId="77777777" w:rsidR="004D342C" w:rsidRDefault="00000000">
            <w:pPr>
              <w:spacing w:before="20" w:after="20"/>
              <w:ind w:firstLine="0"/>
            </w:pPr>
            <w:r>
              <w:rPr>
                <w:sz w:val="17"/>
              </w:rPr>
              <w:t>EB32</w:t>
            </w:r>
          </w:p>
        </w:tc>
        <w:tc>
          <w:tcPr>
            <w:tcW w:w="1008" w:type="dxa"/>
          </w:tcPr>
          <w:p w14:paraId="6ED8B53A" w14:textId="77777777" w:rsidR="004D342C" w:rsidRDefault="00000000">
            <w:pPr>
              <w:spacing w:before="20" w:after="20"/>
              <w:ind w:firstLine="0"/>
            </w:pPr>
            <w:r>
              <w:rPr>
                <w:sz w:val="17"/>
              </w:rPr>
              <w:t>320</w:t>
            </w:r>
          </w:p>
        </w:tc>
        <w:tc>
          <w:tcPr>
            <w:tcW w:w="1728" w:type="dxa"/>
          </w:tcPr>
          <w:p w14:paraId="0AAD6012" w14:textId="77777777" w:rsidR="004D342C" w:rsidRDefault="00000000">
            <w:pPr>
              <w:spacing w:before="20" w:after="20"/>
              <w:ind w:firstLine="0"/>
              <w:jc w:val="right"/>
            </w:pPr>
            <w:r>
              <w:rPr>
                <w:sz w:val="17"/>
              </w:rPr>
              <w:t>36</w:t>
            </w:r>
          </w:p>
        </w:tc>
        <w:tc>
          <w:tcPr>
            <w:tcW w:w="1440" w:type="dxa"/>
          </w:tcPr>
          <w:p w14:paraId="384B3887" w14:textId="77777777" w:rsidR="004D342C" w:rsidRDefault="00000000">
            <w:pPr>
              <w:spacing w:before="20" w:after="20"/>
              <w:ind w:firstLine="0"/>
            </w:pPr>
            <w:r>
              <w:rPr>
                <w:sz w:val="17"/>
              </w:rPr>
              <w:t>MB</w:t>
            </w:r>
          </w:p>
        </w:tc>
        <w:tc>
          <w:tcPr>
            <w:tcW w:w="864" w:type="dxa"/>
          </w:tcPr>
          <w:p w14:paraId="38C47068" w14:textId="77777777" w:rsidR="004D342C" w:rsidRDefault="00000000">
            <w:pPr>
              <w:spacing w:before="20" w:after="20"/>
              <w:ind w:firstLine="0"/>
              <w:jc w:val="right"/>
            </w:pPr>
            <w:r>
              <w:rPr>
                <w:sz w:val="17"/>
              </w:rPr>
              <w:t>2</w:t>
            </w:r>
          </w:p>
        </w:tc>
      </w:tr>
      <w:tr w:rsidR="004D342C" w14:paraId="7D5888F1" w14:textId="77777777">
        <w:trPr>
          <w:cantSplit/>
          <w:jc w:val="center"/>
        </w:trPr>
        <w:tc>
          <w:tcPr>
            <w:tcW w:w="792" w:type="dxa"/>
          </w:tcPr>
          <w:p w14:paraId="51FC552E" w14:textId="77777777" w:rsidR="004D342C" w:rsidRDefault="00000000">
            <w:pPr>
              <w:spacing w:before="20" w:after="20"/>
              <w:ind w:firstLine="0"/>
            </w:pPr>
            <w:r>
              <w:rPr>
                <w:sz w:val="17"/>
              </w:rPr>
              <w:t>1990</w:t>
            </w:r>
          </w:p>
        </w:tc>
        <w:tc>
          <w:tcPr>
            <w:tcW w:w="1368" w:type="dxa"/>
          </w:tcPr>
          <w:p w14:paraId="585CA58B" w14:textId="77777777" w:rsidR="004D342C" w:rsidRDefault="00000000">
            <w:pPr>
              <w:spacing w:before="20" w:after="20"/>
              <w:ind w:firstLine="0"/>
            </w:pPr>
            <w:r>
              <w:rPr>
                <w:sz w:val="17"/>
              </w:rPr>
              <w:t>EB33</w:t>
            </w:r>
          </w:p>
        </w:tc>
        <w:tc>
          <w:tcPr>
            <w:tcW w:w="1008" w:type="dxa"/>
          </w:tcPr>
          <w:p w14:paraId="7547AB8C" w14:textId="77777777" w:rsidR="004D342C" w:rsidRDefault="00000000">
            <w:pPr>
              <w:spacing w:before="20" w:after="20"/>
              <w:ind w:firstLine="0"/>
            </w:pPr>
            <w:r>
              <w:rPr>
                <w:sz w:val="17"/>
              </w:rPr>
              <w:t>330</w:t>
            </w:r>
          </w:p>
        </w:tc>
        <w:tc>
          <w:tcPr>
            <w:tcW w:w="1728" w:type="dxa"/>
          </w:tcPr>
          <w:p w14:paraId="598D02D5" w14:textId="77777777" w:rsidR="004D342C" w:rsidRDefault="00000000">
            <w:pPr>
              <w:spacing w:before="20" w:after="20"/>
              <w:ind w:firstLine="0"/>
              <w:jc w:val="right"/>
            </w:pPr>
            <w:r>
              <w:rPr>
                <w:sz w:val="17"/>
              </w:rPr>
              <w:t>42</w:t>
            </w:r>
          </w:p>
        </w:tc>
        <w:tc>
          <w:tcPr>
            <w:tcW w:w="1440" w:type="dxa"/>
          </w:tcPr>
          <w:p w14:paraId="11B291A7" w14:textId="77777777" w:rsidR="004D342C" w:rsidRDefault="00000000">
            <w:pPr>
              <w:spacing w:before="20" w:after="20"/>
              <w:ind w:firstLine="0"/>
            </w:pPr>
            <w:r>
              <w:rPr>
                <w:sz w:val="17"/>
              </w:rPr>
              <w:t>MB</w:t>
            </w:r>
          </w:p>
        </w:tc>
        <w:tc>
          <w:tcPr>
            <w:tcW w:w="864" w:type="dxa"/>
          </w:tcPr>
          <w:p w14:paraId="0A8A7934" w14:textId="77777777" w:rsidR="004D342C" w:rsidRDefault="00000000">
            <w:pPr>
              <w:spacing w:before="20" w:after="20"/>
              <w:ind w:firstLine="0"/>
              <w:jc w:val="right"/>
            </w:pPr>
            <w:r>
              <w:rPr>
                <w:sz w:val="17"/>
              </w:rPr>
              <w:t>2</w:t>
            </w:r>
          </w:p>
        </w:tc>
      </w:tr>
      <w:tr w:rsidR="004D342C" w14:paraId="2D3AB5C9" w14:textId="77777777">
        <w:trPr>
          <w:cantSplit/>
          <w:jc w:val="center"/>
        </w:trPr>
        <w:tc>
          <w:tcPr>
            <w:tcW w:w="792" w:type="dxa"/>
          </w:tcPr>
          <w:p w14:paraId="488A8993" w14:textId="77777777" w:rsidR="004D342C" w:rsidRDefault="00000000">
            <w:pPr>
              <w:spacing w:before="20" w:after="20"/>
              <w:ind w:firstLine="0"/>
            </w:pPr>
            <w:r>
              <w:rPr>
                <w:sz w:val="17"/>
              </w:rPr>
              <w:t>1990</w:t>
            </w:r>
          </w:p>
        </w:tc>
        <w:tc>
          <w:tcPr>
            <w:tcW w:w="1368" w:type="dxa"/>
          </w:tcPr>
          <w:p w14:paraId="05CCA858" w14:textId="77777777" w:rsidR="004D342C" w:rsidRDefault="00000000">
            <w:pPr>
              <w:spacing w:before="20" w:after="20"/>
              <w:ind w:firstLine="0"/>
            </w:pPr>
            <w:r>
              <w:rPr>
                <w:sz w:val="17"/>
              </w:rPr>
              <w:t>EB34.0</w:t>
            </w:r>
          </w:p>
        </w:tc>
        <w:tc>
          <w:tcPr>
            <w:tcW w:w="1008" w:type="dxa"/>
          </w:tcPr>
          <w:p w14:paraId="1762E694" w14:textId="77777777" w:rsidR="004D342C" w:rsidRDefault="00000000">
            <w:pPr>
              <w:spacing w:before="20" w:after="20"/>
              <w:ind w:firstLine="0"/>
            </w:pPr>
            <w:r>
              <w:rPr>
                <w:sz w:val="17"/>
              </w:rPr>
              <w:t>340</w:t>
            </w:r>
          </w:p>
        </w:tc>
        <w:tc>
          <w:tcPr>
            <w:tcW w:w="1728" w:type="dxa"/>
          </w:tcPr>
          <w:p w14:paraId="48346E7E" w14:textId="77777777" w:rsidR="004D342C" w:rsidRDefault="00000000">
            <w:pPr>
              <w:spacing w:before="20" w:after="20"/>
              <w:ind w:firstLine="0"/>
              <w:jc w:val="right"/>
            </w:pPr>
            <w:r>
              <w:rPr>
                <w:sz w:val="17"/>
              </w:rPr>
              <w:t>62</w:t>
            </w:r>
          </w:p>
        </w:tc>
        <w:tc>
          <w:tcPr>
            <w:tcW w:w="1440" w:type="dxa"/>
          </w:tcPr>
          <w:p w14:paraId="1E7FB07E" w14:textId="77777777" w:rsidR="004D342C" w:rsidRDefault="00000000">
            <w:pPr>
              <w:spacing w:before="20" w:after="20"/>
              <w:ind w:firstLine="0"/>
            </w:pPr>
            <w:r>
              <w:rPr>
                <w:sz w:val="17"/>
              </w:rPr>
              <w:t>MB</w:t>
            </w:r>
          </w:p>
        </w:tc>
        <w:tc>
          <w:tcPr>
            <w:tcW w:w="864" w:type="dxa"/>
          </w:tcPr>
          <w:p w14:paraId="23A287A6" w14:textId="77777777" w:rsidR="004D342C" w:rsidRDefault="00000000">
            <w:pPr>
              <w:spacing w:before="20" w:after="20"/>
              <w:ind w:firstLine="0"/>
              <w:jc w:val="right"/>
            </w:pPr>
            <w:r>
              <w:rPr>
                <w:sz w:val="17"/>
              </w:rPr>
              <w:t>2</w:t>
            </w:r>
          </w:p>
        </w:tc>
      </w:tr>
      <w:tr w:rsidR="004D342C" w14:paraId="168B4B35" w14:textId="77777777">
        <w:trPr>
          <w:cantSplit/>
          <w:jc w:val="center"/>
        </w:trPr>
        <w:tc>
          <w:tcPr>
            <w:tcW w:w="792" w:type="dxa"/>
          </w:tcPr>
          <w:p w14:paraId="405CA8A0" w14:textId="77777777" w:rsidR="004D342C" w:rsidRDefault="00000000">
            <w:pPr>
              <w:spacing w:before="20" w:after="20"/>
              <w:ind w:firstLine="0"/>
            </w:pPr>
            <w:r>
              <w:rPr>
                <w:sz w:val="17"/>
              </w:rPr>
              <w:t>1991</w:t>
            </w:r>
          </w:p>
        </w:tc>
        <w:tc>
          <w:tcPr>
            <w:tcW w:w="1368" w:type="dxa"/>
          </w:tcPr>
          <w:p w14:paraId="3DBDDC57" w14:textId="77777777" w:rsidR="004D342C" w:rsidRDefault="00000000">
            <w:pPr>
              <w:spacing w:before="20" w:after="20"/>
              <w:ind w:firstLine="0"/>
            </w:pPr>
            <w:r>
              <w:rPr>
                <w:sz w:val="17"/>
              </w:rPr>
              <w:t>EB35</w:t>
            </w:r>
          </w:p>
        </w:tc>
        <w:tc>
          <w:tcPr>
            <w:tcW w:w="1008" w:type="dxa"/>
          </w:tcPr>
          <w:p w14:paraId="37BAC3C2" w14:textId="77777777" w:rsidR="004D342C" w:rsidRDefault="00000000">
            <w:pPr>
              <w:spacing w:before="20" w:after="20"/>
              <w:ind w:firstLine="0"/>
            </w:pPr>
            <w:r>
              <w:rPr>
                <w:sz w:val="17"/>
              </w:rPr>
              <w:t>350</w:t>
            </w:r>
          </w:p>
        </w:tc>
        <w:tc>
          <w:tcPr>
            <w:tcW w:w="1728" w:type="dxa"/>
          </w:tcPr>
          <w:p w14:paraId="12F4AE44" w14:textId="77777777" w:rsidR="004D342C" w:rsidRDefault="00000000">
            <w:pPr>
              <w:spacing w:before="20" w:after="20"/>
              <w:ind w:firstLine="0"/>
              <w:jc w:val="right"/>
            </w:pPr>
            <w:r>
              <w:rPr>
                <w:sz w:val="17"/>
              </w:rPr>
              <w:t>52</w:t>
            </w:r>
          </w:p>
        </w:tc>
        <w:tc>
          <w:tcPr>
            <w:tcW w:w="1440" w:type="dxa"/>
          </w:tcPr>
          <w:p w14:paraId="4FCE1070" w14:textId="77777777" w:rsidR="004D342C" w:rsidRDefault="00000000">
            <w:pPr>
              <w:spacing w:before="20" w:after="20"/>
              <w:ind w:firstLine="0"/>
            </w:pPr>
            <w:r>
              <w:rPr>
                <w:sz w:val="17"/>
              </w:rPr>
              <w:t>MB</w:t>
            </w:r>
          </w:p>
        </w:tc>
        <w:tc>
          <w:tcPr>
            <w:tcW w:w="864" w:type="dxa"/>
          </w:tcPr>
          <w:p w14:paraId="2F597932" w14:textId="77777777" w:rsidR="004D342C" w:rsidRDefault="00000000">
            <w:pPr>
              <w:spacing w:before="20" w:after="20"/>
              <w:ind w:firstLine="0"/>
              <w:jc w:val="right"/>
            </w:pPr>
            <w:r>
              <w:rPr>
                <w:sz w:val="17"/>
              </w:rPr>
              <w:t>2</w:t>
            </w:r>
          </w:p>
        </w:tc>
      </w:tr>
      <w:tr w:rsidR="004D342C" w14:paraId="153A6B24" w14:textId="77777777">
        <w:trPr>
          <w:cantSplit/>
          <w:jc w:val="center"/>
        </w:trPr>
        <w:tc>
          <w:tcPr>
            <w:tcW w:w="792" w:type="dxa"/>
          </w:tcPr>
          <w:p w14:paraId="78D0F423" w14:textId="77777777" w:rsidR="004D342C" w:rsidRDefault="00000000">
            <w:pPr>
              <w:spacing w:before="20" w:after="20"/>
              <w:ind w:firstLine="0"/>
            </w:pPr>
            <w:r>
              <w:rPr>
                <w:sz w:val="17"/>
              </w:rPr>
              <w:t>1991</w:t>
            </w:r>
          </w:p>
        </w:tc>
        <w:tc>
          <w:tcPr>
            <w:tcW w:w="1368" w:type="dxa"/>
          </w:tcPr>
          <w:p w14:paraId="0332D24A" w14:textId="77777777" w:rsidR="004D342C" w:rsidRDefault="00000000">
            <w:pPr>
              <w:spacing w:before="20" w:after="20"/>
              <w:ind w:firstLine="0"/>
            </w:pPr>
            <w:r>
              <w:rPr>
                <w:sz w:val="17"/>
              </w:rPr>
              <w:t>EB36</w:t>
            </w:r>
          </w:p>
        </w:tc>
        <w:tc>
          <w:tcPr>
            <w:tcW w:w="1008" w:type="dxa"/>
          </w:tcPr>
          <w:p w14:paraId="4FB9FFD4" w14:textId="77777777" w:rsidR="004D342C" w:rsidRDefault="00000000">
            <w:pPr>
              <w:spacing w:before="20" w:after="20"/>
              <w:ind w:firstLine="0"/>
            </w:pPr>
            <w:r>
              <w:rPr>
                <w:sz w:val="17"/>
              </w:rPr>
              <w:t>360</w:t>
            </w:r>
          </w:p>
        </w:tc>
        <w:tc>
          <w:tcPr>
            <w:tcW w:w="1728" w:type="dxa"/>
          </w:tcPr>
          <w:p w14:paraId="2D984288" w14:textId="77777777" w:rsidR="004D342C" w:rsidRDefault="00000000">
            <w:pPr>
              <w:spacing w:before="20" w:after="20"/>
              <w:ind w:firstLine="0"/>
              <w:jc w:val="right"/>
            </w:pPr>
            <w:r>
              <w:rPr>
                <w:sz w:val="17"/>
              </w:rPr>
              <w:t>60</w:t>
            </w:r>
          </w:p>
        </w:tc>
        <w:tc>
          <w:tcPr>
            <w:tcW w:w="1440" w:type="dxa"/>
          </w:tcPr>
          <w:p w14:paraId="453D3612" w14:textId="77777777" w:rsidR="004D342C" w:rsidRDefault="00000000">
            <w:pPr>
              <w:spacing w:before="20" w:after="20"/>
              <w:ind w:firstLine="0"/>
            </w:pPr>
            <w:r>
              <w:rPr>
                <w:sz w:val="17"/>
              </w:rPr>
              <w:t>MB</w:t>
            </w:r>
          </w:p>
        </w:tc>
        <w:tc>
          <w:tcPr>
            <w:tcW w:w="864" w:type="dxa"/>
          </w:tcPr>
          <w:p w14:paraId="58502223" w14:textId="77777777" w:rsidR="004D342C" w:rsidRDefault="00000000">
            <w:pPr>
              <w:spacing w:before="20" w:after="20"/>
              <w:ind w:firstLine="0"/>
              <w:jc w:val="right"/>
            </w:pPr>
            <w:r>
              <w:rPr>
                <w:sz w:val="17"/>
              </w:rPr>
              <w:t>2</w:t>
            </w:r>
          </w:p>
        </w:tc>
      </w:tr>
      <w:tr w:rsidR="004D342C" w14:paraId="2C473468" w14:textId="77777777">
        <w:trPr>
          <w:cantSplit/>
          <w:jc w:val="center"/>
        </w:trPr>
        <w:tc>
          <w:tcPr>
            <w:tcW w:w="792" w:type="dxa"/>
          </w:tcPr>
          <w:p w14:paraId="7D2CF00F" w14:textId="77777777" w:rsidR="004D342C" w:rsidRDefault="00000000">
            <w:pPr>
              <w:spacing w:before="20" w:after="20"/>
              <w:ind w:firstLine="0"/>
            </w:pPr>
            <w:r>
              <w:rPr>
                <w:sz w:val="17"/>
              </w:rPr>
              <w:t>1992</w:t>
            </w:r>
          </w:p>
        </w:tc>
        <w:tc>
          <w:tcPr>
            <w:tcW w:w="1368" w:type="dxa"/>
          </w:tcPr>
          <w:p w14:paraId="40026131" w14:textId="77777777" w:rsidR="004D342C" w:rsidRDefault="00000000">
            <w:pPr>
              <w:spacing w:before="20" w:after="20"/>
              <w:ind w:firstLine="0"/>
            </w:pPr>
            <w:r>
              <w:rPr>
                <w:sz w:val="17"/>
              </w:rPr>
              <w:t>EB37</w:t>
            </w:r>
          </w:p>
        </w:tc>
        <w:tc>
          <w:tcPr>
            <w:tcW w:w="1008" w:type="dxa"/>
          </w:tcPr>
          <w:p w14:paraId="36576473" w14:textId="77777777" w:rsidR="004D342C" w:rsidRDefault="00000000">
            <w:pPr>
              <w:spacing w:before="20" w:after="20"/>
              <w:ind w:firstLine="0"/>
            </w:pPr>
            <w:r>
              <w:rPr>
                <w:sz w:val="17"/>
              </w:rPr>
              <w:t>370</w:t>
            </w:r>
          </w:p>
        </w:tc>
        <w:tc>
          <w:tcPr>
            <w:tcW w:w="1728" w:type="dxa"/>
          </w:tcPr>
          <w:p w14:paraId="51B56CD6" w14:textId="77777777" w:rsidR="004D342C" w:rsidRDefault="00000000">
            <w:pPr>
              <w:spacing w:before="20" w:after="20"/>
              <w:ind w:firstLine="0"/>
              <w:jc w:val="right"/>
            </w:pPr>
            <w:r>
              <w:rPr>
                <w:sz w:val="17"/>
              </w:rPr>
              <w:t>61</w:t>
            </w:r>
          </w:p>
        </w:tc>
        <w:tc>
          <w:tcPr>
            <w:tcW w:w="1440" w:type="dxa"/>
          </w:tcPr>
          <w:p w14:paraId="381D3E83" w14:textId="77777777" w:rsidR="004D342C" w:rsidRDefault="00000000">
            <w:pPr>
              <w:spacing w:before="20" w:after="20"/>
              <w:ind w:firstLine="0"/>
            </w:pPr>
            <w:r>
              <w:rPr>
                <w:sz w:val="17"/>
              </w:rPr>
              <w:t>MB</w:t>
            </w:r>
          </w:p>
        </w:tc>
        <w:tc>
          <w:tcPr>
            <w:tcW w:w="864" w:type="dxa"/>
          </w:tcPr>
          <w:p w14:paraId="54F3E93A" w14:textId="77777777" w:rsidR="004D342C" w:rsidRDefault="00000000">
            <w:pPr>
              <w:spacing w:before="20" w:after="20"/>
              <w:ind w:firstLine="0"/>
              <w:jc w:val="right"/>
            </w:pPr>
            <w:r>
              <w:rPr>
                <w:sz w:val="17"/>
              </w:rPr>
              <w:t>2</w:t>
            </w:r>
          </w:p>
        </w:tc>
      </w:tr>
      <w:tr w:rsidR="004D342C" w14:paraId="3F02F3CC" w14:textId="77777777">
        <w:trPr>
          <w:cantSplit/>
          <w:jc w:val="center"/>
        </w:trPr>
        <w:tc>
          <w:tcPr>
            <w:tcW w:w="792" w:type="dxa"/>
          </w:tcPr>
          <w:p w14:paraId="42B2478F" w14:textId="77777777" w:rsidR="004D342C" w:rsidRDefault="00000000">
            <w:pPr>
              <w:spacing w:before="20" w:after="20"/>
              <w:ind w:firstLine="0"/>
            </w:pPr>
            <w:r>
              <w:rPr>
                <w:sz w:val="17"/>
              </w:rPr>
              <w:t>1992</w:t>
            </w:r>
          </w:p>
        </w:tc>
        <w:tc>
          <w:tcPr>
            <w:tcW w:w="1368" w:type="dxa"/>
          </w:tcPr>
          <w:p w14:paraId="4C700141" w14:textId="77777777" w:rsidR="004D342C" w:rsidRDefault="00000000">
            <w:pPr>
              <w:spacing w:before="20" w:after="20"/>
              <w:ind w:firstLine="0"/>
            </w:pPr>
            <w:r>
              <w:rPr>
                <w:sz w:val="17"/>
              </w:rPr>
              <w:t>EB38.0</w:t>
            </w:r>
          </w:p>
        </w:tc>
        <w:tc>
          <w:tcPr>
            <w:tcW w:w="1008" w:type="dxa"/>
          </w:tcPr>
          <w:p w14:paraId="7FECFF50" w14:textId="77777777" w:rsidR="004D342C" w:rsidRDefault="00000000">
            <w:pPr>
              <w:spacing w:before="20" w:after="20"/>
              <w:ind w:firstLine="0"/>
            </w:pPr>
            <w:r>
              <w:rPr>
                <w:sz w:val="17"/>
              </w:rPr>
              <w:t>380</w:t>
            </w:r>
          </w:p>
        </w:tc>
        <w:tc>
          <w:tcPr>
            <w:tcW w:w="1728" w:type="dxa"/>
          </w:tcPr>
          <w:p w14:paraId="420BA50F" w14:textId="77777777" w:rsidR="004D342C" w:rsidRDefault="00000000">
            <w:pPr>
              <w:spacing w:before="20" w:after="20"/>
              <w:ind w:firstLine="0"/>
              <w:jc w:val="right"/>
            </w:pPr>
            <w:r>
              <w:rPr>
                <w:sz w:val="17"/>
              </w:rPr>
              <w:t>86</w:t>
            </w:r>
          </w:p>
        </w:tc>
        <w:tc>
          <w:tcPr>
            <w:tcW w:w="1440" w:type="dxa"/>
          </w:tcPr>
          <w:p w14:paraId="53C81A2C" w14:textId="77777777" w:rsidR="004D342C" w:rsidRDefault="00000000">
            <w:pPr>
              <w:spacing w:before="20" w:after="20"/>
              <w:ind w:firstLine="0"/>
            </w:pPr>
            <w:r>
              <w:rPr>
                <w:sz w:val="17"/>
              </w:rPr>
              <w:t>MB</w:t>
            </w:r>
          </w:p>
        </w:tc>
        <w:tc>
          <w:tcPr>
            <w:tcW w:w="864" w:type="dxa"/>
          </w:tcPr>
          <w:p w14:paraId="3EA0EF23" w14:textId="77777777" w:rsidR="004D342C" w:rsidRDefault="00000000">
            <w:pPr>
              <w:spacing w:before="20" w:after="20"/>
              <w:ind w:firstLine="0"/>
              <w:jc w:val="right"/>
            </w:pPr>
            <w:r>
              <w:rPr>
                <w:sz w:val="17"/>
              </w:rPr>
              <w:t>2</w:t>
            </w:r>
          </w:p>
        </w:tc>
      </w:tr>
      <w:tr w:rsidR="004D342C" w14:paraId="383B76F7" w14:textId="77777777">
        <w:trPr>
          <w:cantSplit/>
          <w:jc w:val="center"/>
        </w:trPr>
        <w:tc>
          <w:tcPr>
            <w:tcW w:w="792" w:type="dxa"/>
          </w:tcPr>
          <w:p w14:paraId="6F4FAA08" w14:textId="77777777" w:rsidR="004D342C" w:rsidRDefault="00000000">
            <w:pPr>
              <w:spacing w:before="20" w:after="20"/>
              <w:ind w:firstLine="0"/>
            </w:pPr>
            <w:r>
              <w:rPr>
                <w:sz w:val="17"/>
              </w:rPr>
              <w:t>1992</w:t>
            </w:r>
          </w:p>
        </w:tc>
        <w:tc>
          <w:tcPr>
            <w:tcW w:w="1368" w:type="dxa"/>
          </w:tcPr>
          <w:p w14:paraId="5E3AD556" w14:textId="77777777" w:rsidR="004D342C" w:rsidRDefault="00000000">
            <w:pPr>
              <w:spacing w:before="20" w:after="20"/>
              <w:ind w:firstLine="0"/>
            </w:pPr>
            <w:r>
              <w:rPr>
                <w:sz w:val="17"/>
              </w:rPr>
              <w:t>EB38.1</w:t>
            </w:r>
          </w:p>
        </w:tc>
        <w:tc>
          <w:tcPr>
            <w:tcW w:w="1008" w:type="dxa"/>
          </w:tcPr>
          <w:p w14:paraId="12173BC2" w14:textId="77777777" w:rsidR="004D342C" w:rsidRDefault="00000000">
            <w:pPr>
              <w:spacing w:before="20" w:after="20"/>
              <w:ind w:firstLine="0"/>
            </w:pPr>
            <w:r>
              <w:rPr>
                <w:sz w:val="17"/>
              </w:rPr>
              <w:t>381</w:t>
            </w:r>
          </w:p>
        </w:tc>
        <w:tc>
          <w:tcPr>
            <w:tcW w:w="1728" w:type="dxa"/>
          </w:tcPr>
          <w:p w14:paraId="205C2A17" w14:textId="77777777" w:rsidR="004D342C" w:rsidRDefault="00000000">
            <w:pPr>
              <w:spacing w:before="20" w:after="20"/>
              <w:ind w:firstLine="0"/>
              <w:jc w:val="right"/>
            </w:pPr>
            <w:r>
              <w:rPr>
                <w:sz w:val="17"/>
              </w:rPr>
              <w:t>39</w:t>
            </w:r>
          </w:p>
        </w:tc>
        <w:tc>
          <w:tcPr>
            <w:tcW w:w="1440" w:type="dxa"/>
          </w:tcPr>
          <w:p w14:paraId="0AC77911" w14:textId="77777777" w:rsidR="004D342C" w:rsidRDefault="00000000">
            <w:pPr>
              <w:spacing w:before="20" w:after="20"/>
              <w:ind w:firstLine="0"/>
            </w:pPr>
            <w:r>
              <w:rPr>
                <w:sz w:val="17"/>
              </w:rPr>
              <w:t>MB</w:t>
            </w:r>
          </w:p>
        </w:tc>
        <w:tc>
          <w:tcPr>
            <w:tcW w:w="864" w:type="dxa"/>
          </w:tcPr>
          <w:p w14:paraId="217C4A4F" w14:textId="77777777" w:rsidR="004D342C" w:rsidRDefault="00000000">
            <w:pPr>
              <w:spacing w:before="20" w:after="20"/>
              <w:ind w:firstLine="0"/>
              <w:jc w:val="right"/>
            </w:pPr>
            <w:r>
              <w:rPr>
                <w:sz w:val="17"/>
              </w:rPr>
              <w:t>2</w:t>
            </w:r>
          </w:p>
        </w:tc>
      </w:tr>
      <w:tr w:rsidR="004D342C" w14:paraId="3FCC7EC9" w14:textId="77777777">
        <w:trPr>
          <w:cantSplit/>
          <w:jc w:val="center"/>
        </w:trPr>
        <w:tc>
          <w:tcPr>
            <w:tcW w:w="792" w:type="dxa"/>
          </w:tcPr>
          <w:p w14:paraId="5C4FB965" w14:textId="77777777" w:rsidR="004D342C" w:rsidRDefault="00000000">
            <w:pPr>
              <w:spacing w:before="20" w:after="20"/>
              <w:ind w:firstLine="0"/>
            </w:pPr>
            <w:r>
              <w:rPr>
                <w:sz w:val="17"/>
              </w:rPr>
              <w:t>1992</w:t>
            </w:r>
          </w:p>
        </w:tc>
        <w:tc>
          <w:tcPr>
            <w:tcW w:w="1368" w:type="dxa"/>
          </w:tcPr>
          <w:p w14:paraId="79884575" w14:textId="77777777" w:rsidR="004D342C" w:rsidRDefault="00000000">
            <w:pPr>
              <w:spacing w:before="20" w:after="20"/>
              <w:ind w:firstLine="0"/>
            </w:pPr>
            <w:r>
              <w:rPr>
                <w:sz w:val="17"/>
              </w:rPr>
              <w:t>EB39</w:t>
            </w:r>
          </w:p>
        </w:tc>
        <w:tc>
          <w:tcPr>
            <w:tcW w:w="1008" w:type="dxa"/>
          </w:tcPr>
          <w:p w14:paraId="7BDD9DAD" w14:textId="77777777" w:rsidR="004D342C" w:rsidRDefault="00000000">
            <w:pPr>
              <w:spacing w:before="20" w:after="20"/>
              <w:ind w:firstLine="0"/>
            </w:pPr>
            <w:r>
              <w:rPr>
                <w:sz w:val="17"/>
              </w:rPr>
              <w:t>390</w:t>
            </w:r>
          </w:p>
        </w:tc>
        <w:tc>
          <w:tcPr>
            <w:tcW w:w="1728" w:type="dxa"/>
          </w:tcPr>
          <w:p w14:paraId="7FF6DF91" w14:textId="77777777" w:rsidR="004D342C" w:rsidRDefault="00000000">
            <w:pPr>
              <w:spacing w:before="20" w:after="20"/>
              <w:ind w:firstLine="0"/>
              <w:jc w:val="right"/>
            </w:pPr>
            <w:r>
              <w:rPr>
                <w:sz w:val="17"/>
              </w:rPr>
              <w:t>83</w:t>
            </w:r>
          </w:p>
        </w:tc>
        <w:tc>
          <w:tcPr>
            <w:tcW w:w="1440" w:type="dxa"/>
          </w:tcPr>
          <w:p w14:paraId="3CEBC945" w14:textId="77777777" w:rsidR="004D342C" w:rsidRDefault="00000000">
            <w:pPr>
              <w:spacing w:before="20" w:after="20"/>
              <w:ind w:firstLine="0"/>
            </w:pPr>
            <w:r>
              <w:rPr>
                <w:sz w:val="17"/>
              </w:rPr>
              <w:t>MBT</w:t>
            </w:r>
          </w:p>
        </w:tc>
        <w:tc>
          <w:tcPr>
            <w:tcW w:w="864" w:type="dxa"/>
          </w:tcPr>
          <w:p w14:paraId="3C951ED4" w14:textId="77777777" w:rsidR="004D342C" w:rsidRDefault="00000000">
            <w:pPr>
              <w:spacing w:before="20" w:after="20"/>
              <w:ind w:firstLine="0"/>
              <w:jc w:val="right"/>
            </w:pPr>
            <w:r>
              <w:rPr>
                <w:sz w:val="17"/>
              </w:rPr>
              <w:t>3</w:t>
            </w:r>
          </w:p>
        </w:tc>
      </w:tr>
      <w:tr w:rsidR="004D342C" w14:paraId="7693018A" w14:textId="77777777">
        <w:trPr>
          <w:cantSplit/>
          <w:jc w:val="center"/>
        </w:trPr>
        <w:tc>
          <w:tcPr>
            <w:tcW w:w="792" w:type="dxa"/>
          </w:tcPr>
          <w:p w14:paraId="2328C1B5" w14:textId="77777777" w:rsidR="004D342C" w:rsidRDefault="00000000">
            <w:pPr>
              <w:spacing w:before="20" w:after="20"/>
              <w:ind w:firstLine="0"/>
            </w:pPr>
            <w:r>
              <w:rPr>
                <w:sz w:val="17"/>
              </w:rPr>
              <w:t>1993</w:t>
            </w:r>
          </w:p>
        </w:tc>
        <w:tc>
          <w:tcPr>
            <w:tcW w:w="1368" w:type="dxa"/>
          </w:tcPr>
          <w:p w14:paraId="6D9C0AAD" w14:textId="77777777" w:rsidR="004D342C" w:rsidRDefault="00000000">
            <w:pPr>
              <w:spacing w:before="20" w:after="20"/>
              <w:ind w:firstLine="0"/>
            </w:pPr>
            <w:r>
              <w:rPr>
                <w:sz w:val="17"/>
              </w:rPr>
              <w:t>EB40</w:t>
            </w:r>
          </w:p>
        </w:tc>
        <w:tc>
          <w:tcPr>
            <w:tcW w:w="1008" w:type="dxa"/>
          </w:tcPr>
          <w:p w14:paraId="16528B75" w14:textId="77777777" w:rsidR="004D342C" w:rsidRDefault="00000000">
            <w:pPr>
              <w:spacing w:before="20" w:after="20"/>
              <w:ind w:firstLine="0"/>
            </w:pPr>
            <w:r>
              <w:rPr>
                <w:sz w:val="17"/>
              </w:rPr>
              <w:t>400</w:t>
            </w:r>
          </w:p>
        </w:tc>
        <w:tc>
          <w:tcPr>
            <w:tcW w:w="1728" w:type="dxa"/>
          </w:tcPr>
          <w:p w14:paraId="77BCBDAD" w14:textId="77777777" w:rsidR="004D342C" w:rsidRDefault="00000000">
            <w:pPr>
              <w:spacing w:before="20" w:after="20"/>
              <w:ind w:firstLine="0"/>
              <w:jc w:val="right"/>
            </w:pPr>
            <w:r>
              <w:rPr>
                <w:sz w:val="17"/>
              </w:rPr>
              <w:t>71</w:t>
            </w:r>
          </w:p>
        </w:tc>
        <w:tc>
          <w:tcPr>
            <w:tcW w:w="1440" w:type="dxa"/>
          </w:tcPr>
          <w:p w14:paraId="1EC57C34" w14:textId="77777777" w:rsidR="004D342C" w:rsidRDefault="00000000">
            <w:pPr>
              <w:spacing w:before="20" w:after="20"/>
              <w:ind w:firstLine="0"/>
            </w:pPr>
            <w:r>
              <w:rPr>
                <w:sz w:val="17"/>
              </w:rPr>
              <w:t>MB</w:t>
            </w:r>
          </w:p>
        </w:tc>
        <w:tc>
          <w:tcPr>
            <w:tcW w:w="864" w:type="dxa"/>
          </w:tcPr>
          <w:p w14:paraId="193A8F2A" w14:textId="77777777" w:rsidR="004D342C" w:rsidRDefault="00000000">
            <w:pPr>
              <w:spacing w:before="20" w:after="20"/>
              <w:ind w:firstLine="0"/>
              <w:jc w:val="right"/>
            </w:pPr>
            <w:r>
              <w:rPr>
                <w:sz w:val="17"/>
              </w:rPr>
              <w:t>2</w:t>
            </w:r>
          </w:p>
        </w:tc>
      </w:tr>
      <w:tr w:rsidR="004D342C" w14:paraId="0584BE89" w14:textId="77777777">
        <w:trPr>
          <w:cantSplit/>
          <w:jc w:val="center"/>
        </w:trPr>
        <w:tc>
          <w:tcPr>
            <w:tcW w:w="792" w:type="dxa"/>
          </w:tcPr>
          <w:p w14:paraId="00AF0FAF" w14:textId="77777777" w:rsidR="004D342C" w:rsidRDefault="00000000">
            <w:pPr>
              <w:spacing w:before="20" w:after="20"/>
              <w:ind w:firstLine="0"/>
            </w:pPr>
            <w:r>
              <w:rPr>
                <w:sz w:val="17"/>
              </w:rPr>
              <w:t>1994</w:t>
            </w:r>
          </w:p>
        </w:tc>
        <w:tc>
          <w:tcPr>
            <w:tcW w:w="1368" w:type="dxa"/>
          </w:tcPr>
          <w:p w14:paraId="56F96C7D" w14:textId="77777777" w:rsidR="004D342C" w:rsidRDefault="00000000">
            <w:pPr>
              <w:spacing w:before="20" w:after="20"/>
              <w:ind w:firstLine="0"/>
            </w:pPr>
            <w:r>
              <w:rPr>
                <w:sz w:val="17"/>
              </w:rPr>
              <w:t>EB41.0</w:t>
            </w:r>
          </w:p>
        </w:tc>
        <w:tc>
          <w:tcPr>
            <w:tcW w:w="1008" w:type="dxa"/>
          </w:tcPr>
          <w:p w14:paraId="39C3CEEE" w14:textId="77777777" w:rsidR="004D342C" w:rsidRDefault="00000000">
            <w:pPr>
              <w:spacing w:before="20" w:after="20"/>
              <w:ind w:firstLine="0"/>
            </w:pPr>
            <w:r>
              <w:rPr>
                <w:sz w:val="17"/>
              </w:rPr>
              <w:t>410</w:t>
            </w:r>
          </w:p>
        </w:tc>
        <w:tc>
          <w:tcPr>
            <w:tcW w:w="1728" w:type="dxa"/>
          </w:tcPr>
          <w:p w14:paraId="27E64566" w14:textId="77777777" w:rsidR="004D342C" w:rsidRDefault="00000000">
            <w:pPr>
              <w:spacing w:before="20" w:after="20"/>
              <w:ind w:firstLine="0"/>
              <w:jc w:val="right"/>
            </w:pPr>
            <w:r>
              <w:rPr>
                <w:sz w:val="17"/>
              </w:rPr>
              <w:t>57</w:t>
            </w:r>
          </w:p>
        </w:tc>
        <w:tc>
          <w:tcPr>
            <w:tcW w:w="1440" w:type="dxa"/>
          </w:tcPr>
          <w:p w14:paraId="480111BA" w14:textId="77777777" w:rsidR="004D342C" w:rsidRDefault="00000000">
            <w:pPr>
              <w:spacing w:before="20" w:after="20"/>
              <w:ind w:firstLine="0"/>
            </w:pPr>
            <w:r>
              <w:rPr>
                <w:sz w:val="17"/>
              </w:rPr>
              <w:t>MB</w:t>
            </w:r>
          </w:p>
        </w:tc>
        <w:tc>
          <w:tcPr>
            <w:tcW w:w="864" w:type="dxa"/>
          </w:tcPr>
          <w:p w14:paraId="6C11E4D5" w14:textId="77777777" w:rsidR="004D342C" w:rsidRDefault="00000000">
            <w:pPr>
              <w:spacing w:before="20" w:after="20"/>
              <w:ind w:firstLine="0"/>
              <w:jc w:val="right"/>
            </w:pPr>
            <w:r>
              <w:rPr>
                <w:sz w:val="17"/>
              </w:rPr>
              <w:t>2</w:t>
            </w:r>
          </w:p>
        </w:tc>
      </w:tr>
      <w:tr w:rsidR="004D342C" w14:paraId="4FF87B10" w14:textId="77777777">
        <w:trPr>
          <w:cantSplit/>
          <w:jc w:val="center"/>
        </w:trPr>
        <w:tc>
          <w:tcPr>
            <w:tcW w:w="792" w:type="dxa"/>
          </w:tcPr>
          <w:p w14:paraId="508E4AB0" w14:textId="77777777" w:rsidR="004D342C" w:rsidRDefault="00000000">
            <w:pPr>
              <w:spacing w:before="20" w:after="20"/>
              <w:ind w:firstLine="0"/>
            </w:pPr>
            <w:r>
              <w:rPr>
                <w:sz w:val="17"/>
              </w:rPr>
              <w:t>1994</w:t>
            </w:r>
          </w:p>
        </w:tc>
        <w:tc>
          <w:tcPr>
            <w:tcW w:w="1368" w:type="dxa"/>
          </w:tcPr>
          <w:p w14:paraId="7DD40F43" w14:textId="77777777" w:rsidR="004D342C" w:rsidRDefault="00000000">
            <w:pPr>
              <w:spacing w:before="20" w:after="20"/>
              <w:ind w:firstLine="0"/>
            </w:pPr>
            <w:r>
              <w:rPr>
                <w:sz w:val="17"/>
              </w:rPr>
              <w:t>EB41.1</w:t>
            </w:r>
          </w:p>
        </w:tc>
        <w:tc>
          <w:tcPr>
            <w:tcW w:w="1008" w:type="dxa"/>
          </w:tcPr>
          <w:p w14:paraId="4B5A6890" w14:textId="77777777" w:rsidR="004D342C" w:rsidRDefault="00000000">
            <w:pPr>
              <w:spacing w:before="20" w:after="20"/>
              <w:ind w:firstLine="0"/>
            </w:pPr>
            <w:r>
              <w:rPr>
                <w:sz w:val="17"/>
              </w:rPr>
              <w:t>411</w:t>
            </w:r>
          </w:p>
        </w:tc>
        <w:tc>
          <w:tcPr>
            <w:tcW w:w="1728" w:type="dxa"/>
          </w:tcPr>
          <w:p w14:paraId="666A3374" w14:textId="77777777" w:rsidR="004D342C" w:rsidRDefault="00000000">
            <w:pPr>
              <w:spacing w:before="20" w:after="20"/>
              <w:ind w:firstLine="0"/>
              <w:jc w:val="right"/>
            </w:pPr>
            <w:r>
              <w:rPr>
                <w:sz w:val="17"/>
              </w:rPr>
              <w:t>37</w:t>
            </w:r>
          </w:p>
        </w:tc>
        <w:tc>
          <w:tcPr>
            <w:tcW w:w="1440" w:type="dxa"/>
          </w:tcPr>
          <w:p w14:paraId="1344CC80" w14:textId="77777777" w:rsidR="004D342C" w:rsidRDefault="00000000">
            <w:pPr>
              <w:spacing w:before="20" w:after="20"/>
              <w:ind w:firstLine="0"/>
            </w:pPr>
            <w:r>
              <w:rPr>
                <w:sz w:val="17"/>
              </w:rPr>
              <w:t>MB</w:t>
            </w:r>
          </w:p>
        </w:tc>
        <w:tc>
          <w:tcPr>
            <w:tcW w:w="864" w:type="dxa"/>
          </w:tcPr>
          <w:p w14:paraId="5165F86E" w14:textId="77777777" w:rsidR="004D342C" w:rsidRDefault="00000000">
            <w:pPr>
              <w:spacing w:before="20" w:after="20"/>
              <w:ind w:firstLine="0"/>
              <w:jc w:val="right"/>
            </w:pPr>
            <w:r>
              <w:rPr>
                <w:sz w:val="17"/>
              </w:rPr>
              <w:t>2</w:t>
            </w:r>
          </w:p>
        </w:tc>
      </w:tr>
      <w:tr w:rsidR="004D342C" w14:paraId="348A019D" w14:textId="77777777">
        <w:trPr>
          <w:cantSplit/>
          <w:jc w:val="center"/>
        </w:trPr>
        <w:tc>
          <w:tcPr>
            <w:tcW w:w="792" w:type="dxa"/>
          </w:tcPr>
          <w:p w14:paraId="0A95EC42" w14:textId="77777777" w:rsidR="004D342C" w:rsidRDefault="00000000">
            <w:pPr>
              <w:spacing w:before="20" w:after="20"/>
              <w:ind w:firstLine="0"/>
            </w:pPr>
            <w:r>
              <w:rPr>
                <w:sz w:val="17"/>
              </w:rPr>
              <w:t>1994</w:t>
            </w:r>
          </w:p>
        </w:tc>
        <w:tc>
          <w:tcPr>
            <w:tcW w:w="1368" w:type="dxa"/>
          </w:tcPr>
          <w:p w14:paraId="3495527B" w14:textId="77777777" w:rsidR="004D342C" w:rsidRDefault="00000000">
            <w:pPr>
              <w:spacing w:before="20" w:after="20"/>
              <w:ind w:firstLine="0"/>
            </w:pPr>
            <w:r>
              <w:rPr>
                <w:sz w:val="17"/>
              </w:rPr>
              <w:t>EB42</w:t>
            </w:r>
          </w:p>
        </w:tc>
        <w:tc>
          <w:tcPr>
            <w:tcW w:w="1008" w:type="dxa"/>
          </w:tcPr>
          <w:p w14:paraId="5F89FC7E" w14:textId="77777777" w:rsidR="004D342C" w:rsidRDefault="00000000">
            <w:pPr>
              <w:spacing w:before="20" w:after="20"/>
              <w:ind w:firstLine="0"/>
            </w:pPr>
            <w:r>
              <w:rPr>
                <w:sz w:val="17"/>
              </w:rPr>
              <w:t>420</w:t>
            </w:r>
          </w:p>
        </w:tc>
        <w:tc>
          <w:tcPr>
            <w:tcW w:w="1728" w:type="dxa"/>
          </w:tcPr>
          <w:p w14:paraId="4BA8565F" w14:textId="77777777" w:rsidR="004D342C" w:rsidRDefault="00000000">
            <w:pPr>
              <w:spacing w:before="20" w:after="20"/>
              <w:ind w:firstLine="0"/>
              <w:jc w:val="right"/>
            </w:pPr>
            <w:r>
              <w:rPr>
                <w:sz w:val="17"/>
              </w:rPr>
              <w:t>118</w:t>
            </w:r>
          </w:p>
        </w:tc>
        <w:tc>
          <w:tcPr>
            <w:tcW w:w="1440" w:type="dxa"/>
          </w:tcPr>
          <w:p w14:paraId="14066A3C" w14:textId="77777777" w:rsidR="004D342C" w:rsidRDefault="00000000">
            <w:pPr>
              <w:spacing w:before="20" w:after="20"/>
              <w:ind w:firstLine="0"/>
            </w:pPr>
            <w:r>
              <w:rPr>
                <w:sz w:val="17"/>
              </w:rPr>
              <w:t>MB</w:t>
            </w:r>
          </w:p>
        </w:tc>
        <w:tc>
          <w:tcPr>
            <w:tcW w:w="864" w:type="dxa"/>
          </w:tcPr>
          <w:p w14:paraId="55262C9A" w14:textId="77777777" w:rsidR="004D342C" w:rsidRDefault="00000000">
            <w:pPr>
              <w:spacing w:before="20" w:after="20"/>
              <w:ind w:firstLine="0"/>
              <w:jc w:val="right"/>
            </w:pPr>
            <w:r>
              <w:rPr>
                <w:sz w:val="17"/>
              </w:rPr>
              <w:t>2</w:t>
            </w:r>
          </w:p>
        </w:tc>
      </w:tr>
      <w:tr w:rsidR="004D342C" w14:paraId="0B5E2F72" w14:textId="77777777">
        <w:trPr>
          <w:cantSplit/>
          <w:jc w:val="center"/>
        </w:trPr>
        <w:tc>
          <w:tcPr>
            <w:tcW w:w="792" w:type="dxa"/>
          </w:tcPr>
          <w:p w14:paraId="2D6CAC91" w14:textId="77777777" w:rsidR="004D342C" w:rsidRDefault="00000000">
            <w:pPr>
              <w:spacing w:before="20" w:after="20"/>
              <w:ind w:firstLine="0"/>
            </w:pPr>
            <w:r>
              <w:rPr>
                <w:sz w:val="17"/>
              </w:rPr>
              <w:t>1995</w:t>
            </w:r>
          </w:p>
        </w:tc>
        <w:tc>
          <w:tcPr>
            <w:tcW w:w="1368" w:type="dxa"/>
          </w:tcPr>
          <w:p w14:paraId="3D2509EC" w14:textId="77777777" w:rsidR="004D342C" w:rsidRDefault="00000000">
            <w:pPr>
              <w:spacing w:before="20" w:after="20"/>
              <w:ind w:firstLine="0"/>
            </w:pPr>
            <w:r>
              <w:rPr>
                <w:sz w:val="17"/>
              </w:rPr>
              <w:t>EB43.1bis</w:t>
            </w:r>
          </w:p>
        </w:tc>
        <w:tc>
          <w:tcPr>
            <w:tcW w:w="1008" w:type="dxa"/>
          </w:tcPr>
          <w:p w14:paraId="50FA7501" w14:textId="77777777" w:rsidR="004D342C" w:rsidRDefault="00000000">
            <w:pPr>
              <w:spacing w:before="20" w:after="20"/>
              <w:ind w:firstLine="0"/>
            </w:pPr>
            <w:r>
              <w:rPr>
                <w:sz w:val="17"/>
              </w:rPr>
              <w:t>431</w:t>
            </w:r>
          </w:p>
        </w:tc>
        <w:tc>
          <w:tcPr>
            <w:tcW w:w="1728" w:type="dxa"/>
          </w:tcPr>
          <w:p w14:paraId="33679223" w14:textId="77777777" w:rsidR="004D342C" w:rsidRDefault="00000000">
            <w:pPr>
              <w:spacing w:before="20" w:after="20"/>
              <w:ind w:firstLine="0"/>
              <w:jc w:val="right"/>
            </w:pPr>
            <w:r>
              <w:rPr>
                <w:sz w:val="17"/>
              </w:rPr>
              <w:t>90</w:t>
            </w:r>
          </w:p>
        </w:tc>
        <w:tc>
          <w:tcPr>
            <w:tcW w:w="1440" w:type="dxa"/>
          </w:tcPr>
          <w:p w14:paraId="275E1C56" w14:textId="77777777" w:rsidR="004D342C" w:rsidRDefault="00000000">
            <w:pPr>
              <w:spacing w:before="20" w:after="20"/>
              <w:ind w:firstLine="0"/>
            </w:pPr>
            <w:r>
              <w:rPr>
                <w:sz w:val="17"/>
              </w:rPr>
              <w:t>MB</w:t>
            </w:r>
          </w:p>
        </w:tc>
        <w:tc>
          <w:tcPr>
            <w:tcW w:w="864" w:type="dxa"/>
          </w:tcPr>
          <w:p w14:paraId="6071DDFD" w14:textId="77777777" w:rsidR="004D342C" w:rsidRDefault="00000000">
            <w:pPr>
              <w:spacing w:before="20" w:after="20"/>
              <w:ind w:firstLine="0"/>
              <w:jc w:val="right"/>
            </w:pPr>
            <w:r>
              <w:rPr>
                <w:sz w:val="17"/>
              </w:rPr>
              <w:t>2</w:t>
            </w:r>
          </w:p>
        </w:tc>
      </w:tr>
      <w:tr w:rsidR="004D342C" w14:paraId="3362B0DA" w14:textId="77777777">
        <w:trPr>
          <w:cantSplit/>
          <w:jc w:val="center"/>
        </w:trPr>
        <w:tc>
          <w:tcPr>
            <w:tcW w:w="792" w:type="dxa"/>
          </w:tcPr>
          <w:p w14:paraId="374ED78B" w14:textId="77777777" w:rsidR="004D342C" w:rsidRDefault="00000000">
            <w:pPr>
              <w:spacing w:before="20" w:after="20"/>
              <w:ind w:firstLine="0"/>
            </w:pPr>
            <w:r>
              <w:rPr>
                <w:sz w:val="17"/>
              </w:rPr>
              <w:t>1995</w:t>
            </w:r>
          </w:p>
        </w:tc>
        <w:tc>
          <w:tcPr>
            <w:tcW w:w="1368" w:type="dxa"/>
          </w:tcPr>
          <w:p w14:paraId="66AFD300" w14:textId="77777777" w:rsidR="004D342C" w:rsidRDefault="00000000">
            <w:pPr>
              <w:spacing w:before="20" w:after="20"/>
              <w:ind w:firstLine="0"/>
            </w:pPr>
            <w:r>
              <w:rPr>
                <w:sz w:val="17"/>
              </w:rPr>
              <w:t>EB44.1</w:t>
            </w:r>
          </w:p>
        </w:tc>
        <w:tc>
          <w:tcPr>
            <w:tcW w:w="1008" w:type="dxa"/>
          </w:tcPr>
          <w:p w14:paraId="023E893C" w14:textId="77777777" w:rsidR="004D342C" w:rsidRDefault="00000000">
            <w:pPr>
              <w:spacing w:before="20" w:after="20"/>
              <w:ind w:firstLine="0"/>
            </w:pPr>
            <w:r>
              <w:rPr>
                <w:sz w:val="17"/>
              </w:rPr>
              <w:t>441</w:t>
            </w:r>
          </w:p>
        </w:tc>
        <w:tc>
          <w:tcPr>
            <w:tcW w:w="1728" w:type="dxa"/>
          </w:tcPr>
          <w:p w14:paraId="34237B4B" w14:textId="77777777" w:rsidR="004D342C" w:rsidRDefault="00000000">
            <w:pPr>
              <w:spacing w:before="20" w:after="20"/>
              <w:ind w:firstLine="0"/>
              <w:jc w:val="right"/>
            </w:pPr>
            <w:r>
              <w:rPr>
                <w:sz w:val="17"/>
              </w:rPr>
              <w:t>89</w:t>
            </w:r>
          </w:p>
        </w:tc>
        <w:tc>
          <w:tcPr>
            <w:tcW w:w="1440" w:type="dxa"/>
          </w:tcPr>
          <w:p w14:paraId="503DC470" w14:textId="77777777" w:rsidR="004D342C" w:rsidRDefault="00000000">
            <w:pPr>
              <w:spacing w:before="20" w:after="20"/>
              <w:ind w:firstLine="0"/>
            </w:pPr>
            <w:r>
              <w:rPr>
                <w:sz w:val="17"/>
              </w:rPr>
              <w:t>MB</w:t>
            </w:r>
          </w:p>
        </w:tc>
        <w:tc>
          <w:tcPr>
            <w:tcW w:w="864" w:type="dxa"/>
          </w:tcPr>
          <w:p w14:paraId="6CA5E583" w14:textId="77777777" w:rsidR="004D342C" w:rsidRDefault="00000000">
            <w:pPr>
              <w:spacing w:before="20" w:after="20"/>
              <w:ind w:firstLine="0"/>
              <w:jc w:val="right"/>
            </w:pPr>
            <w:r>
              <w:rPr>
                <w:sz w:val="17"/>
              </w:rPr>
              <w:t>2</w:t>
            </w:r>
          </w:p>
        </w:tc>
      </w:tr>
      <w:tr w:rsidR="004D342C" w14:paraId="29464DF1" w14:textId="77777777">
        <w:trPr>
          <w:cantSplit/>
          <w:jc w:val="center"/>
        </w:trPr>
        <w:tc>
          <w:tcPr>
            <w:tcW w:w="792" w:type="dxa"/>
          </w:tcPr>
          <w:p w14:paraId="6C276226" w14:textId="77777777" w:rsidR="004D342C" w:rsidRDefault="00000000">
            <w:pPr>
              <w:spacing w:before="20" w:after="20"/>
              <w:ind w:firstLine="0"/>
            </w:pPr>
            <w:r>
              <w:rPr>
                <w:sz w:val="17"/>
              </w:rPr>
              <w:t>1996</w:t>
            </w:r>
          </w:p>
        </w:tc>
        <w:tc>
          <w:tcPr>
            <w:tcW w:w="1368" w:type="dxa"/>
          </w:tcPr>
          <w:p w14:paraId="3DED4C88" w14:textId="77777777" w:rsidR="004D342C" w:rsidRDefault="00000000">
            <w:pPr>
              <w:spacing w:before="20" w:after="20"/>
              <w:ind w:firstLine="0"/>
            </w:pPr>
            <w:r>
              <w:rPr>
                <w:sz w:val="17"/>
              </w:rPr>
              <w:t>EB44.2bis</w:t>
            </w:r>
          </w:p>
        </w:tc>
        <w:tc>
          <w:tcPr>
            <w:tcW w:w="1008" w:type="dxa"/>
          </w:tcPr>
          <w:p w14:paraId="539DD9A4" w14:textId="77777777" w:rsidR="004D342C" w:rsidRDefault="00000000">
            <w:pPr>
              <w:spacing w:before="20" w:after="20"/>
              <w:ind w:firstLine="0"/>
            </w:pPr>
            <w:r>
              <w:rPr>
                <w:sz w:val="17"/>
              </w:rPr>
              <w:t>442b</w:t>
            </w:r>
          </w:p>
        </w:tc>
        <w:tc>
          <w:tcPr>
            <w:tcW w:w="1728" w:type="dxa"/>
          </w:tcPr>
          <w:p w14:paraId="69B3596B" w14:textId="77777777" w:rsidR="004D342C" w:rsidRDefault="00000000">
            <w:pPr>
              <w:spacing w:before="20" w:after="20"/>
              <w:ind w:firstLine="0"/>
              <w:jc w:val="right"/>
            </w:pPr>
            <w:r>
              <w:rPr>
                <w:sz w:val="17"/>
              </w:rPr>
              <w:t>120</w:t>
            </w:r>
          </w:p>
        </w:tc>
        <w:tc>
          <w:tcPr>
            <w:tcW w:w="1440" w:type="dxa"/>
          </w:tcPr>
          <w:p w14:paraId="207A4CD8" w14:textId="77777777" w:rsidR="004D342C" w:rsidRDefault="00000000">
            <w:pPr>
              <w:spacing w:before="20" w:after="20"/>
              <w:ind w:firstLine="0"/>
            </w:pPr>
            <w:r>
              <w:rPr>
                <w:sz w:val="17"/>
              </w:rPr>
              <w:t>MB</w:t>
            </w:r>
          </w:p>
        </w:tc>
        <w:tc>
          <w:tcPr>
            <w:tcW w:w="864" w:type="dxa"/>
          </w:tcPr>
          <w:p w14:paraId="0EE2AE53" w14:textId="77777777" w:rsidR="004D342C" w:rsidRDefault="00000000">
            <w:pPr>
              <w:spacing w:before="20" w:after="20"/>
              <w:ind w:firstLine="0"/>
              <w:jc w:val="right"/>
            </w:pPr>
            <w:r>
              <w:rPr>
                <w:sz w:val="17"/>
              </w:rPr>
              <w:t>2</w:t>
            </w:r>
          </w:p>
        </w:tc>
      </w:tr>
      <w:tr w:rsidR="004D342C" w14:paraId="4E50D6AF" w14:textId="77777777">
        <w:trPr>
          <w:cantSplit/>
          <w:jc w:val="center"/>
        </w:trPr>
        <w:tc>
          <w:tcPr>
            <w:tcW w:w="792" w:type="dxa"/>
          </w:tcPr>
          <w:p w14:paraId="0928DB57" w14:textId="77777777" w:rsidR="004D342C" w:rsidRDefault="00000000">
            <w:pPr>
              <w:spacing w:before="20" w:after="20"/>
              <w:ind w:firstLine="0"/>
            </w:pPr>
            <w:r>
              <w:rPr>
                <w:sz w:val="17"/>
              </w:rPr>
              <w:t>1996</w:t>
            </w:r>
          </w:p>
        </w:tc>
        <w:tc>
          <w:tcPr>
            <w:tcW w:w="1368" w:type="dxa"/>
          </w:tcPr>
          <w:p w14:paraId="7F734256" w14:textId="77777777" w:rsidR="004D342C" w:rsidRDefault="00000000">
            <w:pPr>
              <w:spacing w:before="20" w:after="20"/>
              <w:ind w:firstLine="0"/>
            </w:pPr>
            <w:r>
              <w:rPr>
                <w:sz w:val="17"/>
              </w:rPr>
              <w:t>EB45.1</w:t>
            </w:r>
          </w:p>
        </w:tc>
        <w:tc>
          <w:tcPr>
            <w:tcW w:w="1008" w:type="dxa"/>
          </w:tcPr>
          <w:p w14:paraId="03C4E41E" w14:textId="77777777" w:rsidR="004D342C" w:rsidRDefault="00000000">
            <w:pPr>
              <w:spacing w:before="20" w:after="20"/>
              <w:ind w:firstLine="0"/>
            </w:pPr>
            <w:r>
              <w:rPr>
                <w:sz w:val="17"/>
              </w:rPr>
              <w:t>451</w:t>
            </w:r>
          </w:p>
        </w:tc>
        <w:tc>
          <w:tcPr>
            <w:tcW w:w="1728" w:type="dxa"/>
          </w:tcPr>
          <w:p w14:paraId="33700494" w14:textId="77777777" w:rsidR="004D342C" w:rsidRDefault="00000000">
            <w:pPr>
              <w:spacing w:before="20" w:after="20"/>
              <w:ind w:firstLine="0"/>
              <w:jc w:val="right"/>
            </w:pPr>
            <w:r>
              <w:rPr>
                <w:sz w:val="17"/>
              </w:rPr>
              <w:t>25</w:t>
            </w:r>
          </w:p>
        </w:tc>
        <w:tc>
          <w:tcPr>
            <w:tcW w:w="1440" w:type="dxa"/>
          </w:tcPr>
          <w:p w14:paraId="6B6C65A6" w14:textId="77777777" w:rsidR="004D342C" w:rsidRDefault="00000000">
            <w:pPr>
              <w:spacing w:before="20" w:after="20"/>
              <w:ind w:firstLine="0"/>
            </w:pPr>
            <w:r>
              <w:rPr>
                <w:sz w:val="17"/>
              </w:rPr>
              <w:t>MB</w:t>
            </w:r>
          </w:p>
        </w:tc>
        <w:tc>
          <w:tcPr>
            <w:tcW w:w="864" w:type="dxa"/>
          </w:tcPr>
          <w:p w14:paraId="388480E0" w14:textId="77777777" w:rsidR="004D342C" w:rsidRDefault="00000000">
            <w:pPr>
              <w:spacing w:before="20" w:after="20"/>
              <w:ind w:firstLine="0"/>
              <w:jc w:val="right"/>
            </w:pPr>
            <w:r>
              <w:rPr>
                <w:sz w:val="17"/>
              </w:rPr>
              <w:t>2</w:t>
            </w:r>
          </w:p>
        </w:tc>
      </w:tr>
      <w:tr w:rsidR="004D342C" w14:paraId="550A4428" w14:textId="77777777">
        <w:trPr>
          <w:cantSplit/>
          <w:jc w:val="center"/>
        </w:trPr>
        <w:tc>
          <w:tcPr>
            <w:tcW w:w="792" w:type="dxa"/>
          </w:tcPr>
          <w:p w14:paraId="0E48D217" w14:textId="77777777" w:rsidR="004D342C" w:rsidRDefault="00000000">
            <w:pPr>
              <w:spacing w:before="20" w:after="20"/>
              <w:ind w:firstLine="0"/>
            </w:pPr>
            <w:r>
              <w:rPr>
                <w:sz w:val="17"/>
              </w:rPr>
              <w:t>1996</w:t>
            </w:r>
          </w:p>
        </w:tc>
        <w:tc>
          <w:tcPr>
            <w:tcW w:w="1368" w:type="dxa"/>
          </w:tcPr>
          <w:p w14:paraId="1AB08005" w14:textId="77777777" w:rsidR="004D342C" w:rsidRDefault="00000000">
            <w:pPr>
              <w:spacing w:before="20" w:after="20"/>
              <w:ind w:firstLine="0"/>
            </w:pPr>
            <w:r>
              <w:rPr>
                <w:sz w:val="17"/>
              </w:rPr>
              <w:t>EB46</w:t>
            </w:r>
          </w:p>
        </w:tc>
        <w:tc>
          <w:tcPr>
            <w:tcW w:w="1008" w:type="dxa"/>
          </w:tcPr>
          <w:p w14:paraId="002BF41F" w14:textId="77777777" w:rsidR="004D342C" w:rsidRDefault="00000000">
            <w:pPr>
              <w:spacing w:before="20" w:after="20"/>
              <w:ind w:firstLine="0"/>
            </w:pPr>
            <w:r>
              <w:rPr>
                <w:sz w:val="17"/>
              </w:rPr>
              <w:t>460</w:t>
            </w:r>
          </w:p>
        </w:tc>
        <w:tc>
          <w:tcPr>
            <w:tcW w:w="1728" w:type="dxa"/>
          </w:tcPr>
          <w:p w14:paraId="3140F47F" w14:textId="77777777" w:rsidR="004D342C" w:rsidRDefault="00000000">
            <w:pPr>
              <w:spacing w:before="20" w:after="20"/>
              <w:ind w:firstLine="0"/>
              <w:jc w:val="right"/>
            </w:pPr>
            <w:r>
              <w:rPr>
                <w:sz w:val="17"/>
              </w:rPr>
              <w:t>66</w:t>
            </w:r>
          </w:p>
        </w:tc>
        <w:tc>
          <w:tcPr>
            <w:tcW w:w="1440" w:type="dxa"/>
          </w:tcPr>
          <w:p w14:paraId="23F07E90" w14:textId="77777777" w:rsidR="004D342C" w:rsidRDefault="00000000">
            <w:pPr>
              <w:spacing w:before="20" w:after="20"/>
              <w:ind w:firstLine="0"/>
            </w:pPr>
            <w:r>
              <w:rPr>
                <w:sz w:val="17"/>
              </w:rPr>
              <w:t>MB</w:t>
            </w:r>
          </w:p>
        </w:tc>
        <w:tc>
          <w:tcPr>
            <w:tcW w:w="864" w:type="dxa"/>
          </w:tcPr>
          <w:p w14:paraId="5C3414AE" w14:textId="77777777" w:rsidR="004D342C" w:rsidRDefault="00000000">
            <w:pPr>
              <w:spacing w:before="20" w:after="20"/>
              <w:ind w:firstLine="0"/>
              <w:jc w:val="right"/>
            </w:pPr>
            <w:r>
              <w:rPr>
                <w:sz w:val="17"/>
              </w:rPr>
              <w:t>2</w:t>
            </w:r>
          </w:p>
        </w:tc>
      </w:tr>
      <w:tr w:rsidR="004D342C" w14:paraId="590675DD" w14:textId="77777777">
        <w:trPr>
          <w:cantSplit/>
          <w:jc w:val="center"/>
        </w:trPr>
        <w:tc>
          <w:tcPr>
            <w:tcW w:w="792" w:type="dxa"/>
          </w:tcPr>
          <w:p w14:paraId="05E5906C" w14:textId="77777777" w:rsidR="004D342C" w:rsidRDefault="00000000">
            <w:pPr>
              <w:spacing w:before="20" w:after="20"/>
              <w:ind w:firstLine="0"/>
            </w:pPr>
            <w:r>
              <w:rPr>
                <w:sz w:val="17"/>
              </w:rPr>
              <w:t>1997</w:t>
            </w:r>
          </w:p>
        </w:tc>
        <w:tc>
          <w:tcPr>
            <w:tcW w:w="1368" w:type="dxa"/>
          </w:tcPr>
          <w:p w14:paraId="52E22333" w14:textId="77777777" w:rsidR="004D342C" w:rsidRDefault="00000000">
            <w:pPr>
              <w:spacing w:before="20" w:after="20"/>
              <w:ind w:firstLine="0"/>
            </w:pPr>
            <w:r>
              <w:rPr>
                <w:sz w:val="17"/>
              </w:rPr>
              <w:t>EB47.1</w:t>
            </w:r>
          </w:p>
        </w:tc>
        <w:tc>
          <w:tcPr>
            <w:tcW w:w="1008" w:type="dxa"/>
          </w:tcPr>
          <w:p w14:paraId="486D3C8F" w14:textId="77777777" w:rsidR="004D342C" w:rsidRDefault="00000000">
            <w:pPr>
              <w:spacing w:before="20" w:after="20"/>
              <w:ind w:firstLine="0"/>
            </w:pPr>
            <w:r>
              <w:rPr>
                <w:sz w:val="17"/>
              </w:rPr>
              <w:t>471</w:t>
            </w:r>
          </w:p>
        </w:tc>
        <w:tc>
          <w:tcPr>
            <w:tcW w:w="1728" w:type="dxa"/>
          </w:tcPr>
          <w:p w14:paraId="21B91C68" w14:textId="77777777" w:rsidR="004D342C" w:rsidRDefault="00000000">
            <w:pPr>
              <w:spacing w:before="20" w:after="20"/>
              <w:ind w:firstLine="0"/>
              <w:jc w:val="right"/>
            </w:pPr>
            <w:r>
              <w:rPr>
                <w:sz w:val="17"/>
              </w:rPr>
              <w:t>71</w:t>
            </w:r>
          </w:p>
        </w:tc>
        <w:tc>
          <w:tcPr>
            <w:tcW w:w="1440" w:type="dxa"/>
          </w:tcPr>
          <w:p w14:paraId="55838F2E" w14:textId="77777777" w:rsidR="004D342C" w:rsidRDefault="00000000">
            <w:pPr>
              <w:spacing w:before="20" w:after="20"/>
              <w:ind w:firstLine="0"/>
            </w:pPr>
            <w:r>
              <w:rPr>
                <w:sz w:val="17"/>
              </w:rPr>
              <w:t>MB</w:t>
            </w:r>
          </w:p>
        </w:tc>
        <w:tc>
          <w:tcPr>
            <w:tcW w:w="864" w:type="dxa"/>
          </w:tcPr>
          <w:p w14:paraId="3318C9E7" w14:textId="77777777" w:rsidR="004D342C" w:rsidRDefault="00000000">
            <w:pPr>
              <w:spacing w:before="20" w:after="20"/>
              <w:ind w:firstLine="0"/>
              <w:jc w:val="right"/>
            </w:pPr>
            <w:r>
              <w:rPr>
                <w:sz w:val="17"/>
              </w:rPr>
              <w:t>2</w:t>
            </w:r>
          </w:p>
        </w:tc>
      </w:tr>
      <w:tr w:rsidR="004D342C" w14:paraId="21562266" w14:textId="77777777">
        <w:trPr>
          <w:cantSplit/>
          <w:jc w:val="center"/>
        </w:trPr>
        <w:tc>
          <w:tcPr>
            <w:tcW w:w="792" w:type="dxa"/>
          </w:tcPr>
          <w:p w14:paraId="67E47C0B" w14:textId="77777777" w:rsidR="004D342C" w:rsidRDefault="00000000">
            <w:pPr>
              <w:spacing w:before="20" w:after="20"/>
              <w:ind w:firstLine="0"/>
            </w:pPr>
            <w:r>
              <w:rPr>
                <w:sz w:val="17"/>
              </w:rPr>
              <w:t>1997</w:t>
            </w:r>
          </w:p>
        </w:tc>
        <w:tc>
          <w:tcPr>
            <w:tcW w:w="1368" w:type="dxa"/>
          </w:tcPr>
          <w:p w14:paraId="4377AD41" w14:textId="77777777" w:rsidR="004D342C" w:rsidRDefault="00000000">
            <w:pPr>
              <w:spacing w:before="20" w:after="20"/>
              <w:ind w:firstLine="0"/>
            </w:pPr>
            <w:r>
              <w:rPr>
                <w:sz w:val="17"/>
              </w:rPr>
              <w:t>EB47.2</w:t>
            </w:r>
          </w:p>
        </w:tc>
        <w:tc>
          <w:tcPr>
            <w:tcW w:w="1008" w:type="dxa"/>
          </w:tcPr>
          <w:p w14:paraId="613E68BC" w14:textId="77777777" w:rsidR="004D342C" w:rsidRDefault="00000000">
            <w:pPr>
              <w:spacing w:before="20" w:after="20"/>
              <w:ind w:firstLine="0"/>
            </w:pPr>
            <w:r>
              <w:rPr>
                <w:sz w:val="17"/>
              </w:rPr>
              <w:t>472</w:t>
            </w:r>
          </w:p>
        </w:tc>
        <w:tc>
          <w:tcPr>
            <w:tcW w:w="1728" w:type="dxa"/>
          </w:tcPr>
          <w:p w14:paraId="3244D122" w14:textId="77777777" w:rsidR="004D342C" w:rsidRDefault="00000000">
            <w:pPr>
              <w:spacing w:before="20" w:after="20"/>
              <w:ind w:firstLine="0"/>
              <w:jc w:val="right"/>
            </w:pPr>
            <w:r>
              <w:rPr>
                <w:sz w:val="17"/>
              </w:rPr>
              <w:t>86</w:t>
            </w:r>
          </w:p>
        </w:tc>
        <w:tc>
          <w:tcPr>
            <w:tcW w:w="1440" w:type="dxa"/>
          </w:tcPr>
          <w:p w14:paraId="1517E137" w14:textId="77777777" w:rsidR="004D342C" w:rsidRDefault="00000000">
            <w:pPr>
              <w:spacing w:before="20" w:after="20"/>
              <w:ind w:firstLine="0"/>
            </w:pPr>
            <w:r>
              <w:rPr>
                <w:sz w:val="17"/>
              </w:rPr>
              <w:t>MB</w:t>
            </w:r>
          </w:p>
        </w:tc>
        <w:tc>
          <w:tcPr>
            <w:tcW w:w="864" w:type="dxa"/>
          </w:tcPr>
          <w:p w14:paraId="5027C8FB" w14:textId="77777777" w:rsidR="004D342C" w:rsidRDefault="00000000">
            <w:pPr>
              <w:spacing w:before="20" w:after="20"/>
              <w:ind w:firstLine="0"/>
              <w:jc w:val="right"/>
            </w:pPr>
            <w:r>
              <w:rPr>
                <w:sz w:val="17"/>
              </w:rPr>
              <w:t>2</w:t>
            </w:r>
          </w:p>
        </w:tc>
      </w:tr>
      <w:tr w:rsidR="004D342C" w14:paraId="4CF0E776" w14:textId="77777777">
        <w:trPr>
          <w:cantSplit/>
          <w:jc w:val="center"/>
        </w:trPr>
        <w:tc>
          <w:tcPr>
            <w:tcW w:w="792" w:type="dxa"/>
          </w:tcPr>
          <w:p w14:paraId="00725509" w14:textId="77777777" w:rsidR="004D342C" w:rsidRDefault="00000000">
            <w:pPr>
              <w:spacing w:before="20" w:after="20"/>
              <w:ind w:firstLine="0"/>
            </w:pPr>
            <w:r>
              <w:rPr>
                <w:sz w:val="17"/>
              </w:rPr>
              <w:t>1997</w:t>
            </w:r>
          </w:p>
        </w:tc>
        <w:tc>
          <w:tcPr>
            <w:tcW w:w="1368" w:type="dxa"/>
          </w:tcPr>
          <w:p w14:paraId="3D34F3AA" w14:textId="77777777" w:rsidR="004D342C" w:rsidRDefault="00000000">
            <w:pPr>
              <w:spacing w:before="20" w:after="20"/>
              <w:ind w:firstLine="0"/>
            </w:pPr>
            <w:r>
              <w:rPr>
                <w:sz w:val="17"/>
              </w:rPr>
              <w:t>EB48</w:t>
            </w:r>
          </w:p>
        </w:tc>
        <w:tc>
          <w:tcPr>
            <w:tcW w:w="1008" w:type="dxa"/>
          </w:tcPr>
          <w:p w14:paraId="33749FD8" w14:textId="77777777" w:rsidR="004D342C" w:rsidRDefault="00000000">
            <w:pPr>
              <w:spacing w:before="20" w:after="20"/>
              <w:ind w:firstLine="0"/>
            </w:pPr>
            <w:r>
              <w:rPr>
                <w:sz w:val="17"/>
              </w:rPr>
              <w:t>480</w:t>
            </w:r>
          </w:p>
        </w:tc>
        <w:tc>
          <w:tcPr>
            <w:tcW w:w="1728" w:type="dxa"/>
          </w:tcPr>
          <w:p w14:paraId="1C24F3AB" w14:textId="77777777" w:rsidR="004D342C" w:rsidRDefault="00000000">
            <w:pPr>
              <w:spacing w:before="20" w:after="20"/>
              <w:ind w:firstLine="0"/>
              <w:jc w:val="right"/>
            </w:pPr>
            <w:r>
              <w:rPr>
                <w:sz w:val="17"/>
              </w:rPr>
              <w:t>104</w:t>
            </w:r>
          </w:p>
        </w:tc>
        <w:tc>
          <w:tcPr>
            <w:tcW w:w="1440" w:type="dxa"/>
          </w:tcPr>
          <w:p w14:paraId="50A4A490" w14:textId="77777777" w:rsidR="004D342C" w:rsidRDefault="00000000">
            <w:pPr>
              <w:spacing w:before="20" w:after="20"/>
              <w:ind w:firstLine="0"/>
            </w:pPr>
            <w:r>
              <w:rPr>
                <w:sz w:val="17"/>
              </w:rPr>
              <w:t>MB</w:t>
            </w:r>
          </w:p>
        </w:tc>
        <w:tc>
          <w:tcPr>
            <w:tcW w:w="864" w:type="dxa"/>
          </w:tcPr>
          <w:p w14:paraId="574A000D" w14:textId="77777777" w:rsidR="004D342C" w:rsidRDefault="00000000">
            <w:pPr>
              <w:spacing w:before="20" w:after="20"/>
              <w:ind w:firstLine="0"/>
              <w:jc w:val="right"/>
            </w:pPr>
            <w:r>
              <w:rPr>
                <w:sz w:val="17"/>
              </w:rPr>
              <w:t>2</w:t>
            </w:r>
          </w:p>
        </w:tc>
      </w:tr>
      <w:tr w:rsidR="004D342C" w14:paraId="705C9843" w14:textId="77777777">
        <w:trPr>
          <w:cantSplit/>
          <w:jc w:val="center"/>
        </w:trPr>
        <w:tc>
          <w:tcPr>
            <w:tcW w:w="792" w:type="dxa"/>
          </w:tcPr>
          <w:p w14:paraId="50EC738E" w14:textId="77777777" w:rsidR="004D342C" w:rsidRDefault="00000000">
            <w:pPr>
              <w:spacing w:before="20" w:after="20"/>
              <w:ind w:firstLine="0"/>
            </w:pPr>
            <w:r>
              <w:rPr>
                <w:sz w:val="17"/>
              </w:rPr>
              <w:t>1998</w:t>
            </w:r>
          </w:p>
        </w:tc>
        <w:tc>
          <w:tcPr>
            <w:tcW w:w="1368" w:type="dxa"/>
          </w:tcPr>
          <w:p w14:paraId="1A19F8B0" w14:textId="77777777" w:rsidR="004D342C" w:rsidRDefault="00000000">
            <w:pPr>
              <w:spacing w:before="20" w:after="20"/>
              <w:ind w:firstLine="0"/>
            </w:pPr>
            <w:r>
              <w:rPr>
                <w:sz w:val="17"/>
              </w:rPr>
              <w:t>EB49</w:t>
            </w:r>
          </w:p>
        </w:tc>
        <w:tc>
          <w:tcPr>
            <w:tcW w:w="1008" w:type="dxa"/>
          </w:tcPr>
          <w:p w14:paraId="71663334" w14:textId="77777777" w:rsidR="004D342C" w:rsidRDefault="00000000">
            <w:pPr>
              <w:spacing w:before="20" w:after="20"/>
              <w:ind w:firstLine="0"/>
            </w:pPr>
            <w:r>
              <w:rPr>
                <w:sz w:val="17"/>
              </w:rPr>
              <w:t>490</w:t>
            </w:r>
          </w:p>
        </w:tc>
        <w:tc>
          <w:tcPr>
            <w:tcW w:w="1728" w:type="dxa"/>
          </w:tcPr>
          <w:p w14:paraId="78C745BA" w14:textId="77777777" w:rsidR="004D342C" w:rsidRDefault="00000000">
            <w:pPr>
              <w:spacing w:before="20" w:after="20"/>
              <w:ind w:firstLine="0"/>
              <w:jc w:val="right"/>
            </w:pPr>
            <w:r>
              <w:rPr>
                <w:sz w:val="17"/>
              </w:rPr>
              <w:t>76</w:t>
            </w:r>
          </w:p>
        </w:tc>
        <w:tc>
          <w:tcPr>
            <w:tcW w:w="1440" w:type="dxa"/>
          </w:tcPr>
          <w:p w14:paraId="0FCAE9E2" w14:textId="77777777" w:rsidR="004D342C" w:rsidRDefault="00000000">
            <w:pPr>
              <w:spacing w:before="20" w:after="20"/>
              <w:ind w:firstLine="0"/>
            </w:pPr>
            <w:r>
              <w:rPr>
                <w:sz w:val="17"/>
              </w:rPr>
              <w:t>MB</w:t>
            </w:r>
          </w:p>
        </w:tc>
        <w:tc>
          <w:tcPr>
            <w:tcW w:w="864" w:type="dxa"/>
          </w:tcPr>
          <w:p w14:paraId="767B3992" w14:textId="77777777" w:rsidR="004D342C" w:rsidRDefault="00000000">
            <w:pPr>
              <w:spacing w:before="20" w:after="20"/>
              <w:ind w:firstLine="0"/>
              <w:jc w:val="right"/>
            </w:pPr>
            <w:r>
              <w:rPr>
                <w:sz w:val="17"/>
              </w:rPr>
              <w:t>2</w:t>
            </w:r>
          </w:p>
        </w:tc>
      </w:tr>
      <w:tr w:rsidR="004D342C" w14:paraId="5A1CA2B4" w14:textId="77777777">
        <w:trPr>
          <w:cantSplit/>
          <w:jc w:val="center"/>
        </w:trPr>
        <w:tc>
          <w:tcPr>
            <w:tcW w:w="792" w:type="dxa"/>
          </w:tcPr>
          <w:p w14:paraId="2B4A36DB" w14:textId="77777777" w:rsidR="004D342C" w:rsidRDefault="00000000">
            <w:pPr>
              <w:spacing w:before="20" w:after="20"/>
              <w:ind w:firstLine="0"/>
            </w:pPr>
            <w:r>
              <w:rPr>
                <w:sz w:val="17"/>
              </w:rPr>
              <w:t>1998</w:t>
            </w:r>
          </w:p>
        </w:tc>
        <w:tc>
          <w:tcPr>
            <w:tcW w:w="1368" w:type="dxa"/>
          </w:tcPr>
          <w:p w14:paraId="5927346B" w14:textId="77777777" w:rsidR="004D342C" w:rsidRDefault="00000000">
            <w:pPr>
              <w:spacing w:before="20" w:after="20"/>
              <w:ind w:firstLine="0"/>
            </w:pPr>
            <w:r>
              <w:rPr>
                <w:sz w:val="17"/>
              </w:rPr>
              <w:t>EB50</w:t>
            </w:r>
          </w:p>
        </w:tc>
        <w:tc>
          <w:tcPr>
            <w:tcW w:w="1008" w:type="dxa"/>
          </w:tcPr>
          <w:p w14:paraId="5012C3F0" w14:textId="77777777" w:rsidR="004D342C" w:rsidRDefault="00000000">
            <w:pPr>
              <w:spacing w:before="20" w:after="20"/>
              <w:ind w:firstLine="0"/>
            </w:pPr>
            <w:r>
              <w:rPr>
                <w:sz w:val="17"/>
              </w:rPr>
              <w:t>500</w:t>
            </w:r>
          </w:p>
        </w:tc>
        <w:tc>
          <w:tcPr>
            <w:tcW w:w="1728" w:type="dxa"/>
          </w:tcPr>
          <w:p w14:paraId="7AF3AA92" w14:textId="77777777" w:rsidR="004D342C" w:rsidRDefault="00000000">
            <w:pPr>
              <w:spacing w:before="20" w:after="20"/>
              <w:ind w:firstLine="0"/>
              <w:jc w:val="right"/>
            </w:pPr>
            <w:r>
              <w:rPr>
                <w:sz w:val="17"/>
              </w:rPr>
              <w:t>94</w:t>
            </w:r>
          </w:p>
        </w:tc>
        <w:tc>
          <w:tcPr>
            <w:tcW w:w="1440" w:type="dxa"/>
          </w:tcPr>
          <w:p w14:paraId="70E3A1D1" w14:textId="77777777" w:rsidR="004D342C" w:rsidRDefault="00000000">
            <w:pPr>
              <w:spacing w:before="20" w:after="20"/>
              <w:ind w:firstLine="0"/>
            </w:pPr>
            <w:r>
              <w:rPr>
                <w:sz w:val="17"/>
              </w:rPr>
              <w:t>MB</w:t>
            </w:r>
          </w:p>
        </w:tc>
        <w:tc>
          <w:tcPr>
            <w:tcW w:w="864" w:type="dxa"/>
          </w:tcPr>
          <w:p w14:paraId="67C3B5A6" w14:textId="77777777" w:rsidR="004D342C" w:rsidRDefault="00000000">
            <w:pPr>
              <w:spacing w:before="20" w:after="20"/>
              <w:ind w:firstLine="0"/>
              <w:jc w:val="right"/>
            </w:pPr>
            <w:r>
              <w:rPr>
                <w:sz w:val="17"/>
              </w:rPr>
              <w:t>2</w:t>
            </w:r>
          </w:p>
        </w:tc>
      </w:tr>
      <w:tr w:rsidR="004D342C" w14:paraId="581B59D7" w14:textId="77777777">
        <w:trPr>
          <w:cantSplit/>
          <w:jc w:val="center"/>
        </w:trPr>
        <w:tc>
          <w:tcPr>
            <w:tcW w:w="792" w:type="dxa"/>
          </w:tcPr>
          <w:p w14:paraId="179AC7D5" w14:textId="77777777" w:rsidR="004D342C" w:rsidRDefault="00000000">
            <w:pPr>
              <w:spacing w:before="20" w:after="20"/>
              <w:ind w:firstLine="0"/>
            </w:pPr>
            <w:r>
              <w:rPr>
                <w:sz w:val="17"/>
              </w:rPr>
              <w:t>1999</w:t>
            </w:r>
          </w:p>
        </w:tc>
        <w:tc>
          <w:tcPr>
            <w:tcW w:w="1368" w:type="dxa"/>
          </w:tcPr>
          <w:p w14:paraId="27F0F432" w14:textId="77777777" w:rsidR="004D342C" w:rsidRDefault="00000000">
            <w:pPr>
              <w:spacing w:before="20" w:after="20"/>
              <w:ind w:firstLine="0"/>
            </w:pPr>
            <w:r>
              <w:rPr>
                <w:sz w:val="17"/>
              </w:rPr>
              <w:t>EB51</w:t>
            </w:r>
          </w:p>
        </w:tc>
        <w:tc>
          <w:tcPr>
            <w:tcW w:w="1008" w:type="dxa"/>
          </w:tcPr>
          <w:p w14:paraId="61D4F662" w14:textId="77777777" w:rsidR="004D342C" w:rsidRDefault="00000000">
            <w:pPr>
              <w:spacing w:before="20" w:after="20"/>
              <w:ind w:firstLine="0"/>
            </w:pPr>
            <w:r>
              <w:rPr>
                <w:sz w:val="17"/>
              </w:rPr>
              <w:t>510</w:t>
            </w:r>
          </w:p>
        </w:tc>
        <w:tc>
          <w:tcPr>
            <w:tcW w:w="1728" w:type="dxa"/>
          </w:tcPr>
          <w:p w14:paraId="41FCEDBC" w14:textId="77777777" w:rsidR="004D342C" w:rsidRDefault="00000000">
            <w:pPr>
              <w:spacing w:before="20" w:after="20"/>
              <w:ind w:firstLine="0"/>
              <w:jc w:val="right"/>
            </w:pPr>
            <w:r>
              <w:rPr>
                <w:sz w:val="17"/>
              </w:rPr>
              <w:t>123</w:t>
            </w:r>
          </w:p>
        </w:tc>
        <w:tc>
          <w:tcPr>
            <w:tcW w:w="1440" w:type="dxa"/>
          </w:tcPr>
          <w:p w14:paraId="1F3920DD" w14:textId="77777777" w:rsidR="004D342C" w:rsidRDefault="00000000">
            <w:pPr>
              <w:spacing w:before="20" w:after="20"/>
              <w:ind w:firstLine="0"/>
            </w:pPr>
            <w:r>
              <w:rPr>
                <w:sz w:val="17"/>
              </w:rPr>
              <w:t>MBT</w:t>
            </w:r>
          </w:p>
        </w:tc>
        <w:tc>
          <w:tcPr>
            <w:tcW w:w="864" w:type="dxa"/>
          </w:tcPr>
          <w:p w14:paraId="6DAE7069" w14:textId="77777777" w:rsidR="004D342C" w:rsidRDefault="00000000">
            <w:pPr>
              <w:spacing w:before="20" w:after="20"/>
              <w:ind w:firstLine="0"/>
              <w:jc w:val="right"/>
            </w:pPr>
            <w:r>
              <w:rPr>
                <w:sz w:val="17"/>
              </w:rPr>
              <w:t>3</w:t>
            </w:r>
          </w:p>
        </w:tc>
      </w:tr>
      <w:tr w:rsidR="004D342C" w14:paraId="0F4BFFFB" w14:textId="77777777">
        <w:trPr>
          <w:cantSplit/>
          <w:jc w:val="center"/>
        </w:trPr>
        <w:tc>
          <w:tcPr>
            <w:tcW w:w="792" w:type="dxa"/>
          </w:tcPr>
          <w:p w14:paraId="2C5263F3" w14:textId="77777777" w:rsidR="004D342C" w:rsidRDefault="00000000">
            <w:pPr>
              <w:spacing w:before="20" w:after="20"/>
              <w:ind w:firstLine="0"/>
            </w:pPr>
            <w:r>
              <w:rPr>
                <w:sz w:val="17"/>
              </w:rPr>
              <w:t>1999</w:t>
            </w:r>
          </w:p>
        </w:tc>
        <w:tc>
          <w:tcPr>
            <w:tcW w:w="1368" w:type="dxa"/>
          </w:tcPr>
          <w:p w14:paraId="6FD128C2" w14:textId="77777777" w:rsidR="004D342C" w:rsidRDefault="00000000">
            <w:pPr>
              <w:spacing w:before="20" w:after="20"/>
              <w:ind w:firstLine="0"/>
            </w:pPr>
            <w:r>
              <w:rPr>
                <w:sz w:val="17"/>
              </w:rPr>
              <w:t>EB52</w:t>
            </w:r>
          </w:p>
        </w:tc>
        <w:tc>
          <w:tcPr>
            <w:tcW w:w="1008" w:type="dxa"/>
          </w:tcPr>
          <w:p w14:paraId="46157F41" w14:textId="77777777" w:rsidR="004D342C" w:rsidRDefault="00000000">
            <w:pPr>
              <w:spacing w:before="20" w:after="20"/>
              <w:ind w:firstLine="0"/>
            </w:pPr>
            <w:r>
              <w:rPr>
                <w:sz w:val="17"/>
              </w:rPr>
              <w:t>520</w:t>
            </w:r>
          </w:p>
        </w:tc>
        <w:tc>
          <w:tcPr>
            <w:tcW w:w="1728" w:type="dxa"/>
          </w:tcPr>
          <w:p w14:paraId="41BFC64B" w14:textId="77777777" w:rsidR="004D342C" w:rsidRDefault="00000000">
            <w:pPr>
              <w:spacing w:before="20" w:after="20"/>
              <w:ind w:firstLine="0"/>
              <w:jc w:val="right"/>
            </w:pPr>
            <w:r>
              <w:rPr>
                <w:sz w:val="17"/>
              </w:rPr>
              <w:t>113</w:t>
            </w:r>
          </w:p>
        </w:tc>
        <w:tc>
          <w:tcPr>
            <w:tcW w:w="1440" w:type="dxa"/>
          </w:tcPr>
          <w:p w14:paraId="7526F160" w14:textId="77777777" w:rsidR="004D342C" w:rsidRDefault="00000000">
            <w:pPr>
              <w:spacing w:before="20" w:after="20"/>
              <w:ind w:firstLine="0"/>
            </w:pPr>
            <w:r>
              <w:rPr>
                <w:sz w:val="17"/>
              </w:rPr>
              <w:t>MBT</w:t>
            </w:r>
          </w:p>
        </w:tc>
        <w:tc>
          <w:tcPr>
            <w:tcW w:w="864" w:type="dxa"/>
          </w:tcPr>
          <w:p w14:paraId="7206F0AD" w14:textId="77777777" w:rsidR="004D342C" w:rsidRDefault="00000000">
            <w:pPr>
              <w:spacing w:before="20" w:after="20"/>
              <w:ind w:firstLine="0"/>
              <w:jc w:val="right"/>
            </w:pPr>
            <w:r>
              <w:rPr>
                <w:sz w:val="17"/>
              </w:rPr>
              <w:t>3</w:t>
            </w:r>
          </w:p>
        </w:tc>
      </w:tr>
      <w:tr w:rsidR="004D342C" w14:paraId="7839EB33" w14:textId="77777777">
        <w:trPr>
          <w:cantSplit/>
          <w:jc w:val="center"/>
        </w:trPr>
        <w:tc>
          <w:tcPr>
            <w:tcW w:w="792" w:type="dxa"/>
          </w:tcPr>
          <w:p w14:paraId="71A7FFA5" w14:textId="77777777" w:rsidR="004D342C" w:rsidRDefault="00000000">
            <w:pPr>
              <w:spacing w:before="20" w:after="20"/>
              <w:ind w:firstLine="0"/>
            </w:pPr>
            <w:r>
              <w:rPr>
                <w:sz w:val="17"/>
              </w:rPr>
              <w:t>2000</w:t>
            </w:r>
          </w:p>
        </w:tc>
        <w:tc>
          <w:tcPr>
            <w:tcW w:w="1368" w:type="dxa"/>
          </w:tcPr>
          <w:p w14:paraId="55075760" w14:textId="77777777" w:rsidR="004D342C" w:rsidRDefault="00000000">
            <w:pPr>
              <w:spacing w:before="20" w:after="20"/>
              <w:ind w:firstLine="0"/>
            </w:pPr>
            <w:r>
              <w:rPr>
                <w:sz w:val="17"/>
              </w:rPr>
              <w:t>EB53</w:t>
            </w:r>
          </w:p>
        </w:tc>
        <w:tc>
          <w:tcPr>
            <w:tcW w:w="1008" w:type="dxa"/>
          </w:tcPr>
          <w:p w14:paraId="15AFD039" w14:textId="77777777" w:rsidR="004D342C" w:rsidRDefault="00000000">
            <w:pPr>
              <w:spacing w:before="20" w:after="20"/>
              <w:ind w:firstLine="0"/>
            </w:pPr>
            <w:r>
              <w:rPr>
                <w:sz w:val="17"/>
              </w:rPr>
              <w:t>530</w:t>
            </w:r>
          </w:p>
        </w:tc>
        <w:tc>
          <w:tcPr>
            <w:tcW w:w="1728" w:type="dxa"/>
          </w:tcPr>
          <w:p w14:paraId="14D3E616" w14:textId="77777777" w:rsidR="004D342C" w:rsidRDefault="00000000">
            <w:pPr>
              <w:spacing w:before="20" w:after="20"/>
              <w:ind w:firstLine="0"/>
              <w:jc w:val="right"/>
            </w:pPr>
            <w:r>
              <w:rPr>
                <w:sz w:val="17"/>
              </w:rPr>
              <w:t>123</w:t>
            </w:r>
          </w:p>
        </w:tc>
        <w:tc>
          <w:tcPr>
            <w:tcW w:w="1440" w:type="dxa"/>
          </w:tcPr>
          <w:p w14:paraId="202EA97E" w14:textId="77777777" w:rsidR="004D342C" w:rsidRDefault="00000000">
            <w:pPr>
              <w:spacing w:before="20" w:after="20"/>
              <w:ind w:firstLine="0"/>
            </w:pPr>
            <w:r>
              <w:rPr>
                <w:sz w:val="17"/>
              </w:rPr>
              <w:t>MBIT</w:t>
            </w:r>
          </w:p>
        </w:tc>
        <w:tc>
          <w:tcPr>
            <w:tcW w:w="864" w:type="dxa"/>
          </w:tcPr>
          <w:p w14:paraId="392915E6" w14:textId="77777777" w:rsidR="004D342C" w:rsidRDefault="00000000">
            <w:pPr>
              <w:spacing w:before="20" w:after="20"/>
              <w:ind w:firstLine="0"/>
              <w:jc w:val="right"/>
            </w:pPr>
            <w:r>
              <w:rPr>
                <w:sz w:val="17"/>
              </w:rPr>
              <w:t>4</w:t>
            </w:r>
          </w:p>
        </w:tc>
      </w:tr>
      <w:tr w:rsidR="004D342C" w14:paraId="6988481B" w14:textId="77777777">
        <w:trPr>
          <w:cantSplit/>
          <w:jc w:val="center"/>
        </w:trPr>
        <w:tc>
          <w:tcPr>
            <w:tcW w:w="792" w:type="dxa"/>
          </w:tcPr>
          <w:p w14:paraId="6100EAC7" w14:textId="77777777" w:rsidR="004D342C" w:rsidRDefault="00000000">
            <w:pPr>
              <w:spacing w:before="20" w:after="20"/>
              <w:ind w:firstLine="0"/>
            </w:pPr>
            <w:r>
              <w:rPr>
                <w:sz w:val="17"/>
              </w:rPr>
              <w:t>2000</w:t>
            </w:r>
          </w:p>
        </w:tc>
        <w:tc>
          <w:tcPr>
            <w:tcW w:w="1368" w:type="dxa"/>
          </w:tcPr>
          <w:p w14:paraId="7B3BB9D1" w14:textId="77777777" w:rsidR="004D342C" w:rsidRDefault="00000000">
            <w:pPr>
              <w:spacing w:before="20" w:after="20"/>
              <w:ind w:firstLine="0"/>
            </w:pPr>
            <w:r>
              <w:rPr>
                <w:sz w:val="17"/>
              </w:rPr>
              <w:t>EB54.1</w:t>
            </w:r>
          </w:p>
        </w:tc>
        <w:tc>
          <w:tcPr>
            <w:tcW w:w="1008" w:type="dxa"/>
          </w:tcPr>
          <w:p w14:paraId="3D548BD9" w14:textId="77777777" w:rsidR="004D342C" w:rsidRDefault="00000000">
            <w:pPr>
              <w:spacing w:before="20" w:after="20"/>
              <w:ind w:firstLine="0"/>
            </w:pPr>
            <w:r>
              <w:rPr>
                <w:sz w:val="17"/>
              </w:rPr>
              <w:t>541</w:t>
            </w:r>
          </w:p>
        </w:tc>
        <w:tc>
          <w:tcPr>
            <w:tcW w:w="1728" w:type="dxa"/>
          </w:tcPr>
          <w:p w14:paraId="6F85E6A9" w14:textId="77777777" w:rsidR="004D342C" w:rsidRDefault="00000000">
            <w:pPr>
              <w:spacing w:before="20" w:after="20"/>
              <w:ind w:firstLine="0"/>
              <w:jc w:val="right"/>
            </w:pPr>
            <w:r>
              <w:rPr>
                <w:sz w:val="17"/>
              </w:rPr>
              <w:t>153</w:t>
            </w:r>
          </w:p>
        </w:tc>
        <w:tc>
          <w:tcPr>
            <w:tcW w:w="1440" w:type="dxa"/>
          </w:tcPr>
          <w:p w14:paraId="7EEED1A2" w14:textId="77777777" w:rsidR="004D342C" w:rsidRDefault="00000000">
            <w:pPr>
              <w:spacing w:before="20" w:after="20"/>
              <w:ind w:firstLine="0"/>
            </w:pPr>
            <w:r>
              <w:rPr>
                <w:sz w:val="17"/>
              </w:rPr>
              <w:t>MBT</w:t>
            </w:r>
          </w:p>
        </w:tc>
        <w:tc>
          <w:tcPr>
            <w:tcW w:w="864" w:type="dxa"/>
          </w:tcPr>
          <w:p w14:paraId="2AED37F4" w14:textId="77777777" w:rsidR="004D342C" w:rsidRDefault="00000000">
            <w:pPr>
              <w:spacing w:before="20" w:after="20"/>
              <w:ind w:firstLine="0"/>
              <w:jc w:val="right"/>
            </w:pPr>
            <w:r>
              <w:rPr>
                <w:sz w:val="17"/>
              </w:rPr>
              <w:t>3</w:t>
            </w:r>
          </w:p>
        </w:tc>
      </w:tr>
      <w:tr w:rsidR="004D342C" w14:paraId="19F66B62" w14:textId="77777777">
        <w:trPr>
          <w:cantSplit/>
          <w:jc w:val="center"/>
        </w:trPr>
        <w:tc>
          <w:tcPr>
            <w:tcW w:w="792" w:type="dxa"/>
          </w:tcPr>
          <w:p w14:paraId="2C43240D" w14:textId="77777777" w:rsidR="004D342C" w:rsidRDefault="00000000">
            <w:pPr>
              <w:spacing w:before="20" w:after="20"/>
              <w:ind w:firstLine="0"/>
            </w:pPr>
            <w:r>
              <w:rPr>
                <w:sz w:val="17"/>
              </w:rPr>
              <w:t>2001</w:t>
            </w:r>
          </w:p>
        </w:tc>
        <w:tc>
          <w:tcPr>
            <w:tcW w:w="1368" w:type="dxa"/>
          </w:tcPr>
          <w:p w14:paraId="26CAE44F" w14:textId="77777777" w:rsidR="004D342C" w:rsidRDefault="00000000">
            <w:pPr>
              <w:spacing w:before="20" w:after="20"/>
              <w:ind w:firstLine="0"/>
            </w:pPr>
            <w:r>
              <w:rPr>
                <w:sz w:val="17"/>
              </w:rPr>
              <w:t>EB55.0</w:t>
            </w:r>
          </w:p>
        </w:tc>
        <w:tc>
          <w:tcPr>
            <w:tcW w:w="1008" w:type="dxa"/>
          </w:tcPr>
          <w:p w14:paraId="50A57F84" w14:textId="77777777" w:rsidR="004D342C" w:rsidRDefault="00000000">
            <w:pPr>
              <w:spacing w:before="20" w:after="20"/>
              <w:ind w:firstLine="0"/>
            </w:pPr>
            <w:r>
              <w:rPr>
                <w:sz w:val="17"/>
              </w:rPr>
              <w:t>550</w:t>
            </w:r>
          </w:p>
        </w:tc>
        <w:tc>
          <w:tcPr>
            <w:tcW w:w="1728" w:type="dxa"/>
          </w:tcPr>
          <w:p w14:paraId="7819DC77" w14:textId="77777777" w:rsidR="004D342C" w:rsidRDefault="00000000">
            <w:pPr>
              <w:spacing w:before="20" w:after="20"/>
              <w:ind w:firstLine="0"/>
              <w:jc w:val="right"/>
            </w:pPr>
            <w:r>
              <w:rPr>
                <w:sz w:val="17"/>
              </w:rPr>
              <w:t>44</w:t>
            </w:r>
          </w:p>
        </w:tc>
        <w:tc>
          <w:tcPr>
            <w:tcW w:w="1440" w:type="dxa"/>
          </w:tcPr>
          <w:p w14:paraId="132BC88E" w14:textId="77777777" w:rsidR="004D342C" w:rsidRDefault="00000000">
            <w:pPr>
              <w:spacing w:before="20" w:after="20"/>
              <w:ind w:firstLine="0"/>
            </w:pPr>
            <w:r>
              <w:rPr>
                <w:sz w:val="17"/>
              </w:rPr>
              <w:t>—</w:t>
            </w:r>
          </w:p>
        </w:tc>
        <w:tc>
          <w:tcPr>
            <w:tcW w:w="864" w:type="dxa"/>
          </w:tcPr>
          <w:p w14:paraId="11B9A4DD" w14:textId="77777777" w:rsidR="004D342C" w:rsidRDefault="00000000">
            <w:pPr>
              <w:spacing w:before="20" w:after="20"/>
              <w:ind w:firstLine="0"/>
              <w:jc w:val="right"/>
            </w:pPr>
            <w:r>
              <w:rPr>
                <w:sz w:val="17"/>
              </w:rPr>
              <w:t>0</w:t>
            </w:r>
          </w:p>
        </w:tc>
      </w:tr>
      <w:tr w:rsidR="004D342C" w14:paraId="1EA55CA3" w14:textId="77777777">
        <w:trPr>
          <w:cantSplit/>
          <w:jc w:val="center"/>
        </w:trPr>
        <w:tc>
          <w:tcPr>
            <w:tcW w:w="792" w:type="dxa"/>
          </w:tcPr>
          <w:p w14:paraId="1D8251D1" w14:textId="77777777" w:rsidR="004D342C" w:rsidRDefault="00000000">
            <w:pPr>
              <w:spacing w:before="20" w:after="20"/>
              <w:ind w:firstLine="0"/>
            </w:pPr>
            <w:r>
              <w:rPr>
                <w:sz w:val="17"/>
              </w:rPr>
              <w:lastRenderedPageBreak/>
              <w:t>2001</w:t>
            </w:r>
          </w:p>
        </w:tc>
        <w:tc>
          <w:tcPr>
            <w:tcW w:w="1368" w:type="dxa"/>
          </w:tcPr>
          <w:p w14:paraId="2B896FC8" w14:textId="77777777" w:rsidR="004D342C" w:rsidRDefault="00000000">
            <w:pPr>
              <w:spacing w:before="20" w:after="20"/>
              <w:ind w:firstLine="0"/>
            </w:pPr>
            <w:r>
              <w:rPr>
                <w:sz w:val="17"/>
              </w:rPr>
              <w:t>EB55.1</w:t>
            </w:r>
          </w:p>
        </w:tc>
        <w:tc>
          <w:tcPr>
            <w:tcW w:w="1008" w:type="dxa"/>
          </w:tcPr>
          <w:p w14:paraId="52920F9E" w14:textId="77777777" w:rsidR="004D342C" w:rsidRDefault="00000000">
            <w:pPr>
              <w:spacing w:before="20" w:after="20"/>
              <w:ind w:firstLine="0"/>
            </w:pPr>
            <w:r>
              <w:rPr>
                <w:sz w:val="17"/>
              </w:rPr>
              <w:t>551</w:t>
            </w:r>
          </w:p>
        </w:tc>
        <w:tc>
          <w:tcPr>
            <w:tcW w:w="1728" w:type="dxa"/>
          </w:tcPr>
          <w:p w14:paraId="486DF092" w14:textId="77777777" w:rsidR="004D342C" w:rsidRDefault="00000000">
            <w:pPr>
              <w:spacing w:before="20" w:after="20"/>
              <w:ind w:firstLine="0"/>
              <w:jc w:val="right"/>
            </w:pPr>
            <w:r>
              <w:rPr>
                <w:sz w:val="17"/>
              </w:rPr>
              <w:t>66</w:t>
            </w:r>
          </w:p>
        </w:tc>
        <w:tc>
          <w:tcPr>
            <w:tcW w:w="1440" w:type="dxa"/>
          </w:tcPr>
          <w:p w14:paraId="3CB2F884" w14:textId="77777777" w:rsidR="004D342C" w:rsidRDefault="00000000">
            <w:pPr>
              <w:spacing w:before="20" w:after="20"/>
              <w:ind w:firstLine="0"/>
            </w:pPr>
            <w:r>
              <w:rPr>
                <w:sz w:val="17"/>
              </w:rPr>
              <w:t>MBIT</w:t>
            </w:r>
          </w:p>
        </w:tc>
        <w:tc>
          <w:tcPr>
            <w:tcW w:w="864" w:type="dxa"/>
          </w:tcPr>
          <w:p w14:paraId="38F4B3E0" w14:textId="77777777" w:rsidR="004D342C" w:rsidRDefault="00000000">
            <w:pPr>
              <w:spacing w:before="20" w:after="20"/>
              <w:ind w:firstLine="0"/>
              <w:jc w:val="right"/>
            </w:pPr>
            <w:r>
              <w:rPr>
                <w:sz w:val="17"/>
              </w:rPr>
              <w:t>4</w:t>
            </w:r>
          </w:p>
        </w:tc>
      </w:tr>
      <w:tr w:rsidR="004D342C" w14:paraId="649EFB10" w14:textId="77777777">
        <w:trPr>
          <w:cantSplit/>
          <w:jc w:val="center"/>
        </w:trPr>
        <w:tc>
          <w:tcPr>
            <w:tcW w:w="792" w:type="dxa"/>
          </w:tcPr>
          <w:p w14:paraId="48DF9EE6" w14:textId="77777777" w:rsidR="004D342C" w:rsidRDefault="00000000">
            <w:pPr>
              <w:spacing w:before="20" w:after="20"/>
              <w:ind w:firstLine="0"/>
            </w:pPr>
            <w:r>
              <w:rPr>
                <w:sz w:val="17"/>
              </w:rPr>
              <w:t>2001</w:t>
            </w:r>
          </w:p>
        </w:tc>
        <w:tc>
          <w:tcPr>
            <w:tcW w:w="1368" w:type="dxa"/>
          </w:tcPr>
          <w:p w14:paraId="45DFB48C" w14:textId="77777777" w:rsidR="004D342C" w:rsidRDefault="00000000">
            <w:pPr>
              <w:spacing w:before="20" w:after="20"/>
              <w:ind w:firstLine="0"/>
            </w:pPr>
            <w:r>
              <w:rPr>
                <w:sz w:val="17"/>
              </w:rPr>
              <w:t>EB56.2</w:t>
            </w:r>
          </w:p>
        </w:tc>
        <w:tc>
          <w:tcPr>
            <w:tcW w:w="1008" w:type="dxa"/>
          </w:tcPr>
          <w:p w14:paraId="321E3447" w14:textId="77777777" w:rsidR="004D342C" w:rsidRDefault="00000000">
            <w:pPr>
              <w:spacing w:before="20" w:after="20"/>
              <w:ind w:firstLine="0"/>
            </w:pPr>
            <w:r>
              <w:rPr>
                <w:sz w:val="17"/>
              </w:rPr>
              <w:t>562</w:t>
            </w:r>
          </w:p>
        </w:tc>
        <w:tc>
          <w:tcPr>
            <w:tcW w:w="1728" w:type="dxa"/>
          </w:tcPr>
          <w:p w14:paraId="4BC86454" w14:textId="77777777" w:rsidR="004D342C" w:rsidRDefault="00000000">
            <w:pPr>
              <w:spacing w:before="20" w:after="20"/>
              <w:ind w:firstLine="0"/>
              <w:jc w:val="right"/>
            </w:pPr>
            <w:r>
              <w:rPr>
                <w:sz w:val="17"/>
              </w:rPr>
              <w:t>124</w:t>
            </w:r>
          </w:p>
        </w:tc>
        <w:tc>
          <w:tcPr>
            <w:tcW w:w="1440" w:type="dxa"/>
          </w:tcPr>
          <w:p w14:paraId="61BDD0DE" w14:textId="77777777" w:rsidR="004D342C" w:rsidRDefault="00000000">
            <w:pPr>
              <w:spacing w:before="20" w:after="20"/>
              <w:ind w:firstLine="0"/>
            </w:pPr>
            <w:r>
              <w:rPr>
                <w:sz w:val="17"/>
              </w:rPr>
              <w:t>MBT</w:t>
            </w:r>
          </w:p>
        </w:tc>
        <w:tc>
          <w:tcPr>
            <w:tcW w:w="864" w:type="dxa"/>
          </w:tcPr>
          <w:p w14:paraId="4A02B322" w14:textId="77777777" w:rsidR="004D342C" w:rsidRDefault="00000000">
            <w:pPr>
              <w:spacing w:before="20" w:after="20"/>
              <w:ind w:firstLine="0"/>
              <w:jc w:val="right"/>
            </w:pPr>
            <w:r>
              <w:rPr>
                <w:sz w:val="17"/>
              </w:rPr>
              <w:t>3</w:t>
            </w:r>
          </w:p>
        </w:tc>
      </w:tr>
      <w:tr w:rsidR="004D342C" w14:paraId="735B18CC" w14:textId="77777777">
        <w:trPr>
          <w:cantSplit/>
          <w:jc w:val="center"/>
        </w:trPr>
        <w:tc>
          <w:tcPr>
            <w:tcW w:w="792" w:type="dxa"/>
          </w:tcPr>
          <w:p w14:paraId="42127B3D" w14:textId="77777777" w:rsidR="004D342C" w:rsidRDefault="00000000">
            <w:pPr>
              <w:spacing w:before="20" w:after="20"/>
              <w:ind w:firstLine="0"/>
            </w:pPr>
            <w:r>
              <w:rPr>
                <w:sz w:val="17"/>
              </w:rPr>
              <w:t>2001</w:t>
            </w:r>
          </w:p>
        </w:tc>
        <w:tc>
          <w:tcPr>
            <w:tcW w:w="1368" w:type="dxa"/>
          </w:tcPr>
          <w:p w14:paraId="5A0EB89D" w14:textId="77777777" w:rsidR="004D342C" w:rsidRDefault="00000000">
            <w:pPr>
              <w:spacing w:before="20" w:after="20"/>
              <w:ind w:firstLine="0"/>
            </w:pPr>
            <w:r>
              <w:rPr>
                <w:sz w:val="17"/>
              </w:rPr>
              <w:t>EB56.3</w:t>
            </w:r>
          </w:p>
        </w:tc>
        <w:tc>
          <w:tcPr>
            <w:tcW w:w="1008" w:type="dxa"/>
          </w:tcPr>
          <w:p w14:paraId="01CD36A1" w14:textId="77777777" w:rsidR="004D342C" w:rsidRDefault="00000000">
            <w:pPr>
              <w:spacing w:before="20" w:after="20"/>
              <w:ind w:firstLine="0"/>
            </w:pPr>
            <w:r>
              <w:rPr>
                <w:sz w:val="17"/>
              </w:rPr>
              <w:t>563</w:t>
            </w:r>
          </w:p>
        </w:tc>
        <w:tc>
          <w:tcPr>
            <w:tcW w:w="1728" w:type="dxa"/>
          </w:tcPr>
          <w:p w14:paraId="38B57EED" w14:textId="77777777" w:rsidR="004D342C" w:rsidRDefault="00000000">
            <w:pPr>
              <w:spacing w:before="20" w:after="20"/>
              <w:ind w:firstLine="0"/>
              <w:jc w:val="right"/>
            </w:pPr>
            <w:r>
              <w:rPr>
                <w:sz w:val="17"/>
              </w:rPr>
              <w:t>50</w:t>
            </w:r>
          </w:p>
        </w:tc>
        <w:tc>
          <w:tcPr>
            <w:tcW w:w="1440" w:type="dxa"/>
          </w:tcPr>
          <w:p w14:paraId="25D32C08" w14:textId="77777777" w:rsidR="004D342C" w:rsidRDefault="00000000">
            <w:pPr>
              <w:spacing w:before="20" w:after="20"/>
              <w:ind w:firstLine="0"/>
            </w:pPr>
            <w:r>
              <w:rPr>
                <w:sz w:val="17"/>
              </w:rPr>
              <w:t>—</w:t>
            </w:r>
          </w:p>
        </w:tc>
        <w:tc>
          <w:tcPr>
            <w:tcW w:w="864" w:type="dxa"/>
          </w:tcPr>
          <w:p w14:paraId="314D08E5" w14:textId="77777777" w:rsidR="004D342C" w:rsidRDefault="00000000">
            <w:pPr>
              <w:spacing w:before="20" w:after="20"/>
              <w:ind w:firstLine="0"/>
              <w:jc w:val="right"/>
            </w:pPr>
            <w:r>
              <w:rPr>
                <w:sz w:val="17"/>
              </w:rPr>
              <w:t>0</w:t>
            </w:r>
          </w:p>
        </w:tc>
      </w:tr>
      <w:tr w:rsidR="004D342C" w14:paraId="13657B0D" w14:textId="77777777">
        <w:trPr>
          <w:cantSplit/>
          <w:jc w:val="center"/>
        </w:trPr>
        <w:tc>
          <w:tcPr>
            <w:tcW w:w="792" w:type="dxa"/>
          </w:tcPr>
          <w:p w14:paraId="08D341A0" w14:textId="77777777" w:rsidR="004D342C" w:rsidRDefault="00000000">
            <w:pPr>
              <w:spacing w:before="20" w:after="20"/>
              <w:ind w:firstLine="0"/>
            </w:pPr>
            <w:r>
              <w:rPr>
                <w:sz w:val="17"/>
              </w:rPr>
              <w:t>2002</w:t>
            </w:r>
          </w:p>
        </w:tc>
        <w:tc>
          <w:tcPr>
            <w:tcW w:w="1368" w:type="dxa"/>
          </w:tcPr>
          <w:p w14:paraId="2B893FD0" w14:textId="77777777" w:rsidR="004D342C" w:rsidRDefault="00000000">
            <w:pPr>
              <w:spacing w:before="20" w:after="20"/>
              <w:ind w:firstLine="0"/>
            </w:pPr>
            <w:r>
              <w:rPr>
                <w:sz w:val="17"/>
              </w:rPr>
              <w:t>EB57.1</w:t>
            </w:r>
          </w:p>
        </w:tc>
        <w:tc>
          <w:tcPr>
            <w:tcW w:w="1008" w:type="dxa"/>
          </w:tcPr>
          <w:p w14:paraId="4B61DA3D" w14:textId="77777777" w:rsidR="004D342C" w:rsidRDefault="00000000">
            <w:pPr>
              <w:spacing w:before="20" w:after="20"/>
              <w:ind w:firstLine="0"/>
            </w:pPr>
            <w:r>
              <w:rPr>
                <w:sz w:val="17"/>
              </w:rPr>
              <w:t>571</w:t>
            </w:r>
          </w:p>
        </w:tc>
        <w:tc>
          <w:tcPr>
            <w:tcW w:w="1728" w:type="dxa"/>
          </w:tcPr>
          <w:p w14:paraId="03FE4189" w14:textId="77777777" w:rsidR="004D342C" w:rsidRDefault="00000000">
            <w:pPr>
              <w:spacing w:before="20" w:after="20"/>
              <w:ind w:firstLine="0"/>
              <w:jc w:val="right"/>
            </w:pPr>
            <w:r>
              <w:rPr>
                <w:sz w:val="17"/>
              </w:rPr>
              <w:t>150</w:t>
            </w:r>
          </w:p>
        </w:tc>
        <w:tc>
          <w:tcPr>
            <w:tcW w:w="1440" w:type="dxa"/>
          </w:tcPr>
          <w:p w14:paraId="4C24E369" w14:textId="77777777" w:rsidR="004D342C" w:rsidRDefault="00000000">
            <w:pPr>
              <w:spacing w:before="20" w:after="20"/>
              <w:ind w:firstLine="0"/>
            </w:pPr>
            <w:r>
              <w:rPr>
                <w:sz w:val="17"/>
              </w:rPr>
              <w:t>MBIT</w:t>
            </w:r>
          </w:p>
        </w:tc>
        <w:tc>
          <w:tcPr>
            <w:tcW w:w="864" w:type="dxa"/>
          </w:tcPr>
          <w:p w14:paraId="3E35074A" w14:textId="77777777" w:rsidR="004D342C" w:rsidRDefault="00000000">
            <w:pPr>
              <w:spacing w:before="20" w:after="20"/>
              <w:ind w:firstLine="0"/>
              <w:jc w:val="right"/>
            </w:pPr>
            <w:r>
              <w:rPr>
                <w:sz w:val="17"/>
              </w:rPr>
              <w:t>4</w:t>
            </w:r>
          </w:p>
        </w:tc>
      </w:tr>
      <w:tr w:rsidR="004D342C" w14:paraId="1C645647" w14:textId="77777777">
        <w:trPr>
          <w:cantSplit/>
          <w:jc w:val="center"/>
        </w:trPr>
        <w:tc>
          <w:tcPr>
            <w:tcW w:w="792" w:type="dxa"/>
          </w:tcPr>
          <w:p w14:paraId="372E5B0B" w14:textId="77777777" w:rsidR="004D342C" w:rsidRDefault="00000000">
            <w:pPr>
              <w:spacing w:before="20" w:after="20"/>
              <w:ind w:firstLine="0"/>
            </w:pPr>
            <w:r>
              <w:rPr>
                <w:sz w:val="17"/>
              </w:rPr>
              <w:t>2002</w:t>
            </w:r>
          </w:p>
        </w:tc>
        <w:tc>
          <w:tcPr>
            <w:tcW w:w="1368" w:type="dxa"/>
          </w:tcPr>
          <w:p w14:paraId="08678D1E" w14:textId="77777777" w:rsidR="004D342C" w:rsidRDefault="00000000">
            <w:pPr>
              <w:spacing w:before="20" w:after="20"/>
              <w:ind w:firstLine="0"/>
            </w:pPr>
            <w:r>
              <w:rPr>
                <w:sz w:val="17"/>
              </w:rPr>
              <w:t>EB58.1</w:t>
            </w:r>
          </w:p>
        </w:tc>
        <w:tc>
          <w:tcPr>
            <w:tcW w:w="1008" w:type="dxa"/>
          </w:tcPr>
          <w:p w14:paraId="079D5C64" w14:textId="77777777" w:rsidR="004D342C" w:rsidRDefault="00000000">
            <w:pPr>
              <w:spacing w:before="20" w:after="20"/>
              <w:ind w:firstLine="0"/>
            </w:pPr>
            <w:r>
              <w:rPr>
                <w:sz w:val="17"/>
              </w:rPr>
              <w:t>581</w:t>
            </w:r>
          </w:p>
        </w:tc>
        <w:tc>
          <w:tcPr>
            <w:tcW w:w="1728" w:type="dxa"/>
          </w:tcPr>
          <w:p w14:paraId="3AEE2D6A" w14:textId="77777777" w:rsidR="004D342C" w:rsidRDefault="00000000">
            <w:pPr>
              <w:spacing w:before="20" w:after="20"/>
              <w:ind w:firstLine="0"/>
              <w:jc w:val="right"/>
            </w:pPr>
            <w:r>
              <w:rPr>
                <w:sz w:val="17"/>
              </w:rPr>
              <w:t>131</w:t>
            </w:r>
          </w:p>
        </w:tc>
        <w:tc>
          <w:tcPr>
            <w:tcW w:w="1440" w:type="dxa"/>
          </w:tcPr>
          <w:p w14:paraId="5E51011D" w14:textId="77777777" w:rsidR="004D342C" w:rsidRDefault="00000000">
            <w:pPr>
              <w:spacing w:before="20" w:after="20"/>
              <w:ind w:firstLine="0"/>
            </w:pPr>
            <w:r>
              <w:rPr>
                <w:sz w:val="17"/>
              </w:rPr>
              <w:t>MBIT</w:t>
            </w:r>
          </w:p>
        </w:tc>
        <w:tc>
          <w:tcPr>
            <w:tcW w:w="864" w:type="dxa"/>
          </w:tcPr>
          <w:p w14:paraId="64A4ABEC" w14:textId="77777777" w:rsidR="004D342C" w:rsidRDefault="00000000">
            <w:pPr>
              <w:spacing w:before="20" w:after="20"/>
              <w:ind w:firstLine="0"/>
              <w:jc w:val="right"/>
            </w:pPr>
            <w:r>
              <w:rPr>
                <w:sz w:val="17"/>
              </w:rPr>
              <w:t>4</w:t>
            </w:r>
          </w:p>
        </w:tc>
      </w:tr>
      <w:tr w:rsidR="004D342C" w14:paraId="3B6D3A89" w14:textId="77777777">
        <w:trPr>
          <w:cantSplit/>
          <w:jc w:val="center"/>
        </w:trPr>
        <w:tc>
          <w:tcPr>
            <w:tcW w:w="792" w:type="dxa"/>
          </w:tcPr>
          <w:p w14:paraId="504E9797" w14:textId="77777777" w:rsidR="004D342C" w:rsidRDefault="00000000">
            <w:pPr>
              <w:spacing w:before="20" w:after="20"/>
              <w:ind w:firstLine="0"/>
            </w:pPr>
            <w:r>
              <w:rPr>
                <w:sz w:val="17"/>
              </w:rPr>
              <w:t>2003</w:t>
            </w:r>
          </w:p>
        </w:tc>
        <w:tc>
          <w:tcPr>
            <w:tcW w:w="1368" w:type="dxa"/>
          </w:tcPr>
          <w:p w14:paraId="721A65BA" w14:textId="77777777" w:rsidR="004D342C" w:rsidRDefault="00000000">
            <w:pPr>
              <w:spacing w:before="20" w:after="20"/>
              <w:ind w:firstLine="0"/>
            </w:pPr>
            <w:r>
              <w:rPr>
                <w:sz w:val="17"/>
              </w:rPr>
              <w:t>EB59.1</w:t>
            </w:r>
          </w:p>
        </w:tc>
        <w:tc>
          <w:tcPr>
            <w:tcW w:w="1008" w:type="dxa"/>
          </w:tcPr>
          <w:p w14:paraId="79BD83A8" w14:textId="77777777" w:rsidR="004D342C" w:rsidRDefault="00000000">
            <w:pPr>
              <w:spacing w:before="20" w:after="20"/>
              <w:ind w:firstLine="0"/>
            </w:pPr>
            <w:r>
              <w:rPr>
                <w:sz w:val="17"/>
              </w:rPr>
              <w:t>591</w:t>
            </w:r>
          </w:p>
        </w:tc>
        <w:tc>
          <w:tcPr>
            <w:tcW w:w="1728" w:type="dxa"/>
          </w:tcPr>
          <w:p w14:paraId="7670C43B" w14:textId="77777777" w:rsidR="004D342C" w:rsidRDefault="00000000">
            <w:pPr>
              <w:spacing w:before="20" w:after="20"/>
              <w:ind w:firstLine="0"/>
              <w:jc w:val="right"/>
            </w:pPr>
            <w:r>
              <w:rPr>
                <w:sz w:val="17"/>
              </w:rPr>
              <w:t>154</w:t>
            </w:r>
          </w:p>
        </w:tc>
        <w:tc>
          <w:tcPr>
            <w:tcW w:w="1440" w:type="dxa"/>
          </w:tcPr>
          <w:p w14:paraId="5F25038B" w14:textId="77777777" w:rsidR="004D342C" w:rsidRDefault="00000000">
            <w:pPr>
              <w:spacing w:before="20" w:after="20"/>
              <w:ind w:firstLine="0"/>
            </w:pPr>
            <w:r>
              <w:rPr>
                <w:sz w:val="17"/>
              </w:rPr>
              <w:t>MBIT</w:t>
            </w:r>
          </w:p>
        </w:tc>
        <w:tc>
          <w:tcPr>
            <w:tcW w:w="864" w:type="dxa"/>
          </w:tcPr>
          <w:p w14:paraId="2A05CBEE" w14:textId="77777777" w:rsidR="004D342C" w:rsidRDefault="00000000">
            <w:pPr>
              <w:spacing w:before="20" w:after="20"/>
              <w:ind w:firstLine="0"/>
              <w:jc w:val="right"/>
            </w:pPr>
            <w:r>
              <w:rPr>
                <w:sz w:val="17"/>
              </w:rPr>
              <w:t>4</w:t>
            </w:r>
          </w:p>
        </w:tc>
      </w:tr>
      <w:tr w:rsidR="004D342C" w14:paraId="109427D1" w14:textId="77777777">
        <w:trPr>
          <w:cantSplit/>
          <w:jc w:val="center"/>
        </w:trPr>
        <w:tc>
          <w:tcPr>
            <w:tcW w:w="792" w:type="dxa"/>
          </w:tcPr>
          <w:p w14:paraId="686B61C6" w14:textId="77777777" w:rsidR="004D342C" w:rsidRDefault="00000000">
            <w:pPr>
              <w:spacing w:before="20" w:after="20"/>
              <w:ind w:firstLine="0"/>
            </w:pPr>
            <w:r>
              <w:rPr>
                <w:sz w:val="17"/>
              </w:rPr>
              <w:t>2003</w:t>
            </w:r>
          </w:p>
        </w:tc>
        <w:tc>
          <w:tcPr>
            <w:tcW w:w="1368" w:type="dxa"/>
          </w:tcPr>
          <w:p w14:paraId="7A92D81F" w14:textId="77777777" w:rsidR="004D342C" w:rsidRDefault="00000000">
            <w:pPr>
              <w:spacing w:before="20" w:after="20"/>
              <w:ind w:firstLine="0"/>
            </w:pPr>
            <w:r>
              <w:rPr>
                <w:sz w:val="17"/>
              </w:rPr>
              <w:t>EB60.1</w:t>
            </w:r>
          </w:p>
        </w:tc>
        <w:tc>
          <w:tcPr>
            <w:tcW w:w="1008" w:type="dxa"/>
          </w:tcPr>
          <w:p w14:paraId="6E7A0C61" w14:textId="77777777" w:rsidR="004D342C" w:rsidRDefault="00000000">
            <w:pPr>
              <w:spacing w:before="20" w:after="20"/>
              <w:ind w:firstLine="0"/>
            </w:pPr>
            <w:r>
              <w:rPr>
                <w:sz w:val="17"/>
              </w:rPr>
              <w:t>601</w:t>
            </w:r>
          </w:p>
        </w:tc>
        <w:tc>
          <w:tcPr>
            <w:tcW w:w="1728" w:type="dxa"/>
          </w:tcPr>
          <w:p w14:paraId="5B39CD76" w14:textId="77777777" w:rsidR="004D342C" w:rsidRDefault="00000000">
            <w:pPr>
              <w:spacing w:before="20" w:after="20"/>
              <w:ind w:firstLine="0"/>
              <w:jc w:val="right"/>
            </w:pPr>
            <w:r>
              <w:rPr>
                <w:sz w:val="17"/>
              </w:rPr>
              <w:t>168</w:t>
            </w:r>
          </w:p>
        </w:tc>
        <w:tc>
          <w:tcPr>
            <w:tcW w:w="1440" w:type="dxa"/>
          </w:tcPr>
          <w:p w14:paraId="538C1B2E" w14:textId="77777777" w:rsidR="004D342C" w:rsidRDefault="00000000">
            <w:pPr>
              <w:spacing w:before="20" w:after="20"/>
              <w:ind w:firstLine="0"/>
            </w:pPr>
            <w:r>
              <w:rPr>
                <w:sz w:val="17"/>
              </w:rPr>
              <w:t>MBIT</w:t>
            </w:r>
          </w:p>
        </w:tc>
        <w:tc>
          <w:tcPr>
            <w:tcW w:w="864" w:type="dxa"/>
          </w:tcPr>
          <w:p w14:paraId="40FBA275" w14:textId="77777777" w:rsidR="004D342C" w:rsidRDefault="00000000">
            <w:pPr>
              <w:spacing w:before="20" w:after="20"/>
              <w:ind w:firstLine="0"/>
              <w:jc w:val="right"/>
            </w:pPr>
            <w:r>
              <w:rPr>
                <w:sz w:val="17"/>
              </w:rPr>
              <w:t>4</w:t>
            </w:r>
          </w:p>
        </w:tc>
      </w:tr>
      <w:tr w:rsidR="004D342C" w14:paraId="4A067CF7" w14:textId="77777777">
        <w:trPr>
          <w:cantSplit/>
          <w:jc w:val="center"/>
        </w:trPr>
        <w:tc>
          <w:tcPr>
            <w:tcW w:w="792" w:type="dxa"/>
          </w:tcPr>
          <w:p w14:paraId="1EC83114" w14:textId="77777777" w:rsidR="004D342C" w:rsidRDefault="00000000">
            <w:pPr>
              <w:spacing w:before="20" w:after="20"/>
              <w:ind w:firstLine="0"/>
            </w:pPr>
            <w:r>
              <w:rPr>
                <w:sz w:val="17"/>
              </w:rPr>
              <w:t>2004</w:t>
            </w:r>
          </w:p>
        </w:tc>
        <w:tc>
          <w:tcPr>
            <w:tcW w:w="1368" w:type="dxa"/>
          </w:tcPr>
          <w:p w14:paraId="010F8FEE" w14:textId="77777777" w:rsidR="004D342C" w:rsidRDefault="00000000">
            <w:pPr>
              <w:spacing w:before="20" w:after="20"/>
              <w:ind w:firstLine="0"/>
            </w:pPr>
            <w:r>
              <w:rPr>
                <w:sz w:val="17"/>
              </w:rPr>
              <w:t>EB61</w:t>
            </w:r>
          </w:p>
        </w:tc>
        <w:tc>
          <w:tcPr>
            <w:tcW w:w="1008" w:type="dxa"/>
          </w:tcPr>
          <w:p w14:paraId="4D1151C3" w14:textId="77777777" w:rsidR="004D342C" w:rsidRDefault="00000000">
            <w:pPr>
              <w:spacing w:before="20" w:after="20"/>
              <w:ind w:firstLine="0"/>
            </w:pPr>
            <w:r>
              <w:rPr>
                <w:sz w:val="17"/>
              </w:rPr>
              <w:t>610</w:t>
            </w:r>
          </w:p>
        </w:tc>
        <w:tc>
          <w:tcPr>
            <w:tcW w:w="1728" w:type="dxa"/>
          </w:tcPr>
          <w:p w14:paraId="2C7A7770" w14:textId="77777777" w:rsidR="004D342C" w:rsidRDefault="00000000">
            <w:pPr>
              <w:spacing w:before="20" w:after="20"/>
              <w:ind w:firstLine="0"/>
              <w:jc w:val="right"/>
            </w:pPr>
            <w:r>
              <w:rPr>
                <w:sz w:val="17"/>
              </w:rPr>
              <w:t>139</w:t>
            </w:r>
          </w:p>
        </w:tc>
        <w:tc>
          <w:tcPr>
            <w:tcW w:w="1440" w:type="dxa"/>
          </w:tcPr>
          <w:p w14:paraId="7144E192" w14:textId="77777777" w:rsidR="004D342C" w:rsidRDefault="00000000">
            <w:pPr>
              <w:spacing w:before="20" w:after="20"/>
              <w:ind w:firstLine="0"/>
            </w:pPr>
            <w:r>
              <w:rPr>
                <w:sz w:val="17"/>
              </w:rPr>
              <w:t>MBIT</w:t>
            </w:r>
          </w:p>
        </w:tc>
        <w:tc>
          <w:tcPr>
            <w:tcW w:w="864" w:type="dxa"/>
          </w:tcPr>
          <w:p w14:paraId="7A8E8EBA" w14:textId="77777777" w:rsidR="004D342C" w:rsidRDefault="00000000">
            <w:pPr>
              <w:spacing w:before="20" w:after="20"/>
              <w:ind w:firstLine="0"/>
              <w:jc w:val="right"/>
            </w:pPr>
            <w:r>
              <w:rPr>
                <w:sz w:val="17"/>
              </w:rPr>
              <w:t>4</w:t>
            </w:r>
          </w:p>
        </w:tc>
      </w:tr>
      <w:tr w:rsidR="004D342C" w14:paraId="32073829" w14:textId="77777777">
        <w:trPr>
          <w:cantSplit/>
          <w:jc w:val="center"/>
        </w:trPr>
        <w:tc>
          <w:tcPr>
            <w:tcW w:w="792" w:type="dxa"/>
          </w:tcPr>
          <w:p w14:paraId="75F4F242" w14:textId="77777777" w:rsidR="004D342C" w:rsidRDefault="00000000">
            <w:pPr>
              <w:spacing w:before="20" w:after="20"/>
              <w:ind w:firstLine="0"/>
            </w:pPr>
            <w:r>
              <w:rPr>
                <w:sz w:val="17"/>
              </w:rPr>
              <w:t>2004</w:t>
            </w:r>
          </w:p>
        </w:tc>
        <w:tc>
          <w:tcPr>
            <w:tcW w:w="1368" w:type="dxa"/>
          </w:tcPr>
          <w:p w14:paraId="50FEC8B5" w14:textId="77777777" w:rsidR="004D342C" w:rsidRDefault="00000000">
            <w:pPr>
              <w:spacing w:before="20" w:after="20"/>
              <w:ind w:firstLine="0"/>
            </w:pPr>
            <w:r>
              <w:rPr>
                <w:sz w:val="17"/>
              </w:rPr>
              <w:t>EB62.0</w:t>
            </w:r>
          </w:p>
        </w:tc>
        <w:tc>
          <w:tcPr>
            <w:tcW w:w="1008" w:type="dxa"/>
          </w:tcPr>
          <w:p w14:paraId="5966B5F9" w14:textId="77777777" w:rsidR="004D342C" w:rsidRDefault="00000000">
            <w:pPr>
              <w:spacing w:before="20" w:after="20"/>
              <w:ind w:firstLine="0"/>
            </w:pPr>
            <w:r>
              <w:rPr>
                <w:sz w:val="17"/>
              </w:rPr>
              <w:t>620</w:t>
            </w:r>
          </w:p>
        </w:tc>
        <w:tc>
          <w:tcPr>
            <w:tcW w:w="1728" w:type="dxa"/>
          </w:tcPr>
          <w:p w14:paraId="545FF2B7" w14:textId="77777777" w:rsidR="004D342C" w:rsidRDefault="00000000">
            <w:pPr>
              <w:spacing w:before="20" w:after="20"/>
              <w:ind w:firstLine="0"/>
              <w:jc w:val="right"/>
            </w:pPr>
            <w:r>
              <w:rPr>
                <w:sz w:val="17"/>
              </w:rPr>
              <w:t>190</w:t>
            </w:r>
          </w:p>
        </w:tc>
        <w:tc>
          <w:tcPr>
            <w:tcW w:w="1440" w:type="dxa"/>
          </w:tcPr>
          <w:p w14:paraId="7FEF2779" w14:textId="77777777" w:rsidR="004D342C" w:rsidRDefault="00000000">
            <w:pPr>
              <w:spacing w:before="20" w:after="20"/>
              <w:ind w:firstLine="0"/>
            </w:pPr>
            <w:r>
              <w:rPr>
                <w:sz w:val="17"/>
              </w:rPr>
              <w:t>MBIT</w:t>
            </w:r>
          </w:p>
        </w:tc>
        <w:tc>
          <w:tcPr>
            <w:tcW w:w="864" w:type="dxa"/>
          </w:tcPr>
          <w:p w14:paraId="14CA5AB9" w14:textId="77777777" w:rsidR="004D342C" w:rsidRDefault="00000000">
            <w:pPr>
              <w:spacing w:before="20" w:after="20"/>
              <w:ind w:firstLine="0"/>
              <w:jc w:val="right"/>
            </w:pPr>
            <w:r>
              <w:rPr>
                <w:sz w:val="17"/>
              </w:rPr>
              <w:t>4</w:t>
            </w:r>
          </w:p>
        </w:tc>
      </w:tr>
      <w:tr w:rsidR="004D342C" w14:paraId="364F5C9E" w14:textId="77777777">
        <w:trPr>
          <w:cantSplit/>
          <w:jc w:val="center"/>
        </w:trPr>
        <w:tc>
          <w:tcPr>
            <w:tcW w:w="792" w:type="dxa"/>
          </w:tcPr>
          <w:p w14:paraId="5A024546" w14:textId="77777777" w:rsidR="004D342C" w:rsidRDefault="00000000">
            <w:pPr>
              <w:spacing w:before="20" w:after="20"/>
              <w:ind w:firstLine="0"/>
            </w:pPr>
            <w:r>
              <w:rPr>
                <w:sz w:val="17"/>
              </w:rPr>
              <w:t>2005</w:t>
            </w:r>
          </w:p>
        </w:tc>
        <w:tc>
          <w:tcPr>
            <w:tcW w:w="1368" w:type="dxa"/>
          </w:tcPr>
          <w:p w14:paraId="24287A1B" w14:textId="77777777" w:rsidR="004D342C" w:rsidRDefault="00000000">
            <w:pPr>
              <w:spacing w:before="20" w:after="20"/>
              <w:ind w:firstLine="0"/>
            </w:pPr>
            <w:r>
              <w:rPr>
                <w:sz w:val="17"/>
              </w:rPr>
              <w:t>EB63.4</w:t>
            </w:r>
          </w:p>
        </w:tc>
        <w:tc>
          <w:tcPr>
            <w:tcW w:w="1008" w:type="dxa"/>
          </w:tcPr>
          <w:p w14:paraId="3FE111F6" w14:textId="77777777" w:rsidR="004D342C" w:rsidRDefault="00000000">
            <w:pPr>
              <w:spacing w:before="20" w:after="20"/>
              <w:ind w:firstLine="0"/>
            </w:pPr>
            <w:r>
              <w:rPr>
                <w:sz w:val="17"/>
              </w:rPr>
              <w:t>634</w:t>
            </w:r>
          </w:p>
        </w:tc>
        <w:tc>
          <w:tcPr>
            <w:tcW w:w="1728" w:type="dxa"/>
          </w:tcPr>
          <w:p w14:paraId="387ACE07" w14:textId="77777777" w:rsidR="004D342C" w:rsidRDefault="00000000">
            <w:pPr>
              <w:spacing w:before="20" w:after="20"/>
              <w:ind w:firstLine="0"/>
              <w:jc w:val="right"/>
            </w:pPr>
            <w:r>
              <w:rPr>
                <w:sz w:val="17"/>
              </w:rPr>
              <w:t>143</w:t>
            </w:r>
          </w:p>
        </w:tc>
        <w:tc>
          <w:tcPr>
            <w:tcW w:w="1440" w:type="dxa"/>
          </w:tcPr>
          <w:p w14:paraId="5A3EBD34" w14:textId="77777777" w:rsidR="004D342C" w:rsidRDefault="00000000">
            <w:pPr>
              <w:spacing w:before="20" w:after="20"/>
              <w:ind w:firstLine="0"/>
            </w:pPr>
            <w:r>
              <w:rPr>
                <w:sz w:val="17"/>
              </w:rPr>
              <w:t>BIT</w:t>
            </w:r>
          </w:p>
        </w:tc>
        <w:tc>
          <w:tcPr>
            <w:tcW w:w="864" w:type="dxa"/>
          </w:tcPr>
          <w:p w14:paraId="33ED6BDA" w14:textId="77777777" w:rsidR="004D342C" w:rsidRDefault="00000000">
            <w:pPr>
              <w:spacing w:before="20" w:after="20"/>
              <w:ind w:firstLine="0"/>
              <w:jc w:val="right"/>
            </w:pPr>
            <w:r>
              <w:rPr>
                <w:sz w:val="17"/>
              </w:rPr>
              <w:t>3</w:t>
            </w:r>
          </w:p>
        </w:tc>
      </w:tr>
      <w:tr w:rsidR="004D342C" w14:paraId="3CC249C2" w14:textId="77777777">
        <w:trPr>
          <w:cantSplit/>
          <w:jc w:val="center"/>
        </w:trPr>
        <w:tc>
          <w:tcPr>
            <w:tcW w:w="792" w:type="dxa"/>
          </w:tcPr>
          <w:p w14:paraId="1DA0EBBF" w14:textId="77777777" w:rsidR="004D342C" w:rsidRDefault="00000000">
            <w:pPr>
              <w:spacing w:before="20" w:after="20"/>
              <w:ind w:firstLine="0"/>
            </w:pPr>
            <w:r>
              <w:rPr>
                <w:sz w:val="17"/>
              </w:rPr>
              <w:t>2005</w:t>
            </w:r>
          </w:p>
        </w:tc>
        <w:tc>
          <w:tcPr>
            <w:tcW w:w="1368" w:type="dxa"/>
          </w:tcPr>
          <w:p w14:paraId="4180C9C4" w14:textId="77777777" w:rsidR="004D342C" w:rsidRDefault="00000000">
            <w:pPr>
              <w:spacing w:before="20" w:after="20"/>
              <w:ind w:firstLine="0"/>
            </w:pPr>
            <w:r>
              <w:rPr>
                <w:sz w:val="17"/>
              </w:rPr>
              <w:t>EB64.2</w:t>
            </w:r>
          </w:p>
        </w:tc>
        <w:tc>
          <w:tcPr>
            <w:tcW w:w="1008" w:type="dxa"/>
          </w:tcPr>
          <w:p w14:paraId="04C933B5" w14:textId="77777777" w:rsidR="004D342C" w:rsidRDefault="00000000">
            <w:pPr>
              <w:spacing w:before="20" w:after="20"/>
              <w:ind w:firstLine="0"/>
            </w:pPr>
            <w:r>
              <w:rPr>
                <w:sz w:val="17"/>
              </w:rPr>
              <w:t>642</w:t>
            </w:r>
          </w:p>
        </w:tc>
        <w:tc>
          <w:tcPr>
            <w:tcW w:w="1728" w:type="dxa"/>
          </w:tcPr>
          <w:p w14:paraId="35D14F84" w14:textId="77777777" w:rsidR="004D342C" w:rsidRDefault="00000000">
            <w:pPr>
              <w:spacing w:before="20" w:after="20"/>
              <w:ind w:firstLine="0"/>
              <w:jc w:val="right"/>
            </w:pPr>
            <w:r>
              <w:rPr>
                <w:sz w:val="17"/>
              </w:rPr>
              <w:t>173</w:t>
            </w:r>
          </w:p>
        </w:tc>
        <w:tc>
          <w:tcPr>
            <w:tcW w:w="1440" w:type="dxa"/>
          </w:tcPr>
          <w:p w14:paraId="39E44D9A" w14:textId="77777777" w:rsidR="004D342C" w:rsidRDefault="00000000">
            <w:pPr>
              <w:spacing w:before="20" w:after="20"/>
              <w:ind w:firstLine="0"/>
            </w:pPr>
            <w:r>
              <w:rPr>
                <w:sz w:val="17"/>
              </w:rPr>
              <w:t>MBIT</w:t>
            </w:r>
          </w:p>
        </w:tc>
        <w:tc>
          <w:tcPr>
            <w:tcW w:w="864" w:type="dxa"/>
          </w:tcPr>
          <w:p w14:paraId="0681CDD6" w14:textId="77777777" w:rsidR="004D342C" w:rsidRDefault="00000000">
            <w:pPr>
              <w:spacing w:before="20" w:after="20"/>
              <w:ind w:firstLine="0"/>
              <w:jc w:val="right"/>
            </w:pPr>
            <w:r>
              <w:rPr>
                <w:sz w:val="17"/>
              </w:rPr>
              <w:t>4</w:t>
            </w:r>
          </w:p>
        </w:tc>
      </w:tr>
      <w:tr w:rsidR="004D342C" w14:paraId="0280AD2A" w14:textId="77777777">
        <w:trPr>
          <w:cantSplit/>
          <w:jc w:val="center"/>
        </w:trPr>
        <w:tc>
          <w:tcPr>
            <w:tcW w:w="792" w:type="dxa"/>
          </w:tcPr>
          <w:p w14:paraId="0494681A" w14:textId="77777777" w:rsidR="004D342C" w:rsidRDefault="00000000">
            <w:pPr>
              <w:spacing w:before="20" w:after="20"/>
              <w:ind w:firstLine="0"/>
            </w:pPr>
            <w:r>
              <w:rPr>
                <w:sz w:val="17"/>
              </w:rPr>
              <w:t>2006</w:t>
            </w:r>
          </w:p>
        </w:tc>
        <w:tc>
          <w:tcPr>
            <w:tcW w:w="1368" w:type="dxa"/>
          </w:tcPr>
          <w:p w14:paraId="4C6A7201" w14:textId="77777777" w:rsidR="004D342C" w:rsidRDefault="00000000">
            <w:pPr>
              <w:spacing w:before="20" w:after="20"/>
              <w:ind w:firstLine="0"/>
            </w:pPr>
            <w:r>
              <w:rPr>
                <w:sz w:val="17"/>
              </w:rPr>
              <w:t>EB65.2</w:t>
            </w:r>
          </w:p>
        </w:tc>
        <w:tc>
          <w:tcPr>
            <w:tcW w:w="1008" w:type="dxa"/>
          </w:tcPr>
          <w:p w14:paraId="2AA471EC" w14:textId="77777777" w:rsidR="004D342C" w:rsidRDefault="00000000">
            <w:pPr>
              <w:spacing w:before="20" w:after="20"/>
              <w:ind w:firstLine="0"/>
            </w:pPr>
            <w:r>
              <w:rPr>
                <w:sz w:val="17"/>
              </w:rPr>
              <w:t>652</w:t>
            </w:r>
          </w:p>
        </w:tc>
        <w:tc>
          <w:tcPr>
            <w:tcW w:w="1728" w:type="dxa"/>
          </w:tcPr>
          <w:p w14:paraId="01B3313F" w14:textId="77777777" w:rsidR="004D342C" w:rsidRDefault="00000000">
            <w:pPr>
              <w:spacing w:before="20" w:after="20"/>
              <w:ind w:firstLine="0"/>
              <w:jc w:val="right"/>
            </w:pPr>
            <w:r>
              <w:rPr>
                <w:sz w:val="17"/>
              </w:rPr>
              <w:t>142</w:t>
            </w:r>
          </w:p>
        </w:tc>
        <w:tc>
          <w:tcPr>
            <w:tcW w:w="1440" w:type="dxa"/>
          </w:tcPr>
          <w:p w14:paraId="5274EE71" w14:textId="77777777" w:rsidR="004D342C" w:rsidRDefault="00000000">
            <w:pPr>
              <w:spacing w:before="20" w:after="20"/>
              <w:ind w:firstLine="0"/>
            </w:pPr>
            <w:r>
              <w:rPr>
                <w:sz w:val="17"/>
              </w:rPr>
              <w:t>MBIT</w:t>
            </w:r>
          </w:p>
        </w:tc>
        <w:tc>
          <w:tcPr>
            <w:tcW w:w="864" w:type="dxa"/>
          </w:tcPr>
          <w:p w14:paraId="6AEC3380" w14:textId="77777777" w:rsidR="004D342C" w:rsidRDefault="00000000">
            <w:pPr>
              <w:spacing w:before="20" w:after="20"/>
              <w:ind w:firstLine="0"/>
              <w:jc w:val="right"/>
            </w:pPr>
            <w:r>
              <w:rPr>
                <w:sz w:val="17"/>
              </w:rPr>
              <w:t>4</w:t>
            </w:r>
          </w:p>
        </w:tc>
      </w:tr>
      <w:tr w:rsidR="004D342C" w14:paraId="758DA672" w14:textId="77777777">
        <w:trPr>
          <w:cantSplit/>
          <w:jc w:val="center"/>
        </w:trPr>
        <w:tc>
          <w:tcPr>
            <w:tcW w:w="792" w:type="dxa"/>
          </w:tcPr>
          <w:p w14:paraId="1D7FDAE2" w14:textId="77777777" w:rsidR="004D342C" w:rsidRDefault="00000000">
            <w:pPr>
              <w:spacing w:before="20" w:after="20"/>
              <w:ind w:firstLine="0"/>
            </w:pPr>
            <w:r>
              <w:rPr>
                <w:sz w:val="17"/>
              </w:rPr>
              <w:t>2006</w:t>
            </w:r>
          </w:p>
        </w:tc>
        <w:tc>
          <w:tcPr>
            <w:tcW w:w="1368" w:type="dxa"/>
          </w:tcPr>
          <w:p w14:paraId="4CFCD38A" w14:textId="77777777" w:rsidR="004D342C" w:rsidRDefault="00000000">
            <w:pPr>
              <w:spacing w:before="20" w:after="20"/>
              <w:ind w:firstLine="0"/>
            </w:pPr>
            <w:r>
              <w:rPr>
                <w:sz w:val="17"/>
              </w:rPr>
              <w:t>EB66.1</w:t>
            </w:r>
          </w:p>
        </w:tc>
        <w:tc>
          <w:tcPr>
            <w:tcW w:w="1008" w:type="dxa"/>
          </w:tcPr>
          <w:p w14:paraId="1A4C31E6" w14:textId="77777777" w:rsidR="004D342C" w:rsidRDefault="00000000">
            <w:pPr>
              <w:spacing w:before="20" w:after="20"/>
              <w:ind w:firstLine="0"/>
            </w:pPr>
            <w:r>
              <w:rPr>
                <w:sz w:val="17"/>
              </w:rPr>
              <w:t>661</w:t>
            </w:r>
          </w:p>
        </w:tc>
        <w:tc>
          <w:tcPr>
            <w:tcW w:w="1728" w:type="dxa"/>
          </w:tcPr>
          <w:p w14:paraId="7822F315" w14:textId="77777777" w:rsidR="004D342C" w:rsidRDefault="00000000">
            <w:pPr>
              <w:spacing w:before="20" w:after="20"/>
              <w:ind w:firstLine="0"/>
              <w:jc w:val="right"/>
            </w:pPr>
            <w:r>
              <w:rPr>
                <w:sz w:val="17"/>
              </w:rPr>
              <w:t>132</w:t>
            </w:r>
          </w:p>
        </w:tc>
        <w:tc>
          <w:tcPr>
            <w:tcW w:w="1440" w:type="dxa"/>
          </w:tcPr>
          <w:p w14:paraId="6FD4651C" w14:textId="77777777" w:rsidR="004D342C" w:rsidRDefault="00000000">
            <w:pPr>
              <w:spacing w:before="20" w:after="20"/>
              <w:ind w:firstLine="0"/>
            </w:pPr>
            <w:r>
              <w:rPr>
                <w:sz w:val="17"/>
              </w:rPr>
              <w:t>MBIT</w:t>
            </w:r>
          </w:p>
        </w:tc>
        <w:tc>
          <w:tcPr>
            <w:tcW w:w="864" w:type="dxa"/>
          </w:tcPr>
          <w:p w14:paraId="4237E65F" w14:textId="77777777" w:rsidR="004D342C" w:rsidRDefault="00000000">
            <w:pPr>
              <w:spacing w:before="20" w:after="20"/>
              <w:ind w:firstLine="0"/>
              <w:jc w:val="right"/>
            </w:pPr>
            <w:r>
              <w:rPr>
                <w:sz w:val="17"/>
              </w:rPr>
              <w:t>4</w:t>
            </w:r>
          </w:p>
        </w:tc>
      </w:tr>
      <w:tr w:rsidR="004D342C" w14:paraId="11C9DE74" w14:textId="77777777">
        <w:trPr>
          <w:cantSplit/>
          <w:jc w:val="center"/>
        </w:trPr>
        <w:tc>
          <w:tcPr>
            <w:tcW w:w="792" w:type="dxa"/>
          </w:tcPr>
          <w:p w14:paraId="56375EBF" w14:textId="77777777" w:rsidR="004D342C" w:rsidRDefault="00000000">
            <w:pPr>
              <w:spacing w:before="20" w:after="20"/>
              <w:ind w:firstLine="0"/>
            </w:pPr>
            <w:r>
              <w:rPr>
                <w:sz w:val="17"/>
              </w:rPr>
              <w:t>2007</w:t>
            </w:r>
          </w:p>
        </w:tc>
        <w:tc>
          <w:tcPr>
            <w:tcW w:w="1368" w:type="dxa"/>
          </w:tcPr>
          <w:p w14:paraId="253A9EA1" w14:textId="77777777" w:rsidR="004D342C" w:rsidRDefault="00000000">
            <w:pPr>
              <w:spacing w:before="20" w:after="20"/>
              <w:ind w:firstLine="0"/>
            </w:pPr>
            <w:r>
              <w:rPr>
                <w:sz w:val="17"/>
              </w:rPr>
              <w:t>EB67.2</w:t>
            </w:r>
          </w:p>
        </w:tc>
        <w:tc>
          <w:tcPr>
            <w:tcW w:w="1008" w:type="dxa"/>
          </w:tcPr>
          <w:p w14:paraId="54E446C7" w14:textId="77777777" w:rsidR="004D342C" w:rsidRDefault="00000000">
            <w:pPr>
              <w:spacing w:before="20" w:after="20"/>
              <w:ind w:firstLine="0"/>
            </w:pPr>
            <w:r>
              <w:rPr>
                <w:sz w:val="17"/>
              </w:rPr>
              <w:t>672</w:t>
            </w:r>
          </w:p>
        </w:tc>
        <w:tc>
          <w:tcPr>
            <w:tcW w:w="1728" w:type="dxa"/>
          </w:tcPr>
          <w:p w14:paraId="547C1449" w14:textId="77777777" w:rsidR="004D342C" w:rsidRDefault="00000000">
            <w:pPr>
              <w:spacing w:before="20" w:after="20"/>
              <w:ind w:firstLine="0"/>
              <w:jc w:val="right"/>
            </w:pPr>
            <w:r>
              <w:rPr>
                <w:sz w:val="17"/>
              </w:rPr>
              <w:t>142</w:t>
            </w:r>
          </w:p>
        </w:tc>
        <w:tc>
          <w:tcPr>
            <w:tcW w:w="1440" w:type="dxa"/>
          </w:tcPr>
          <w:p w14:paraId="3723261D" w14:textId="77777777" w:rsidR="004D342C" w:rsidRDefault="00000000">
            <w:pPr>
              <w:spacing w:before="20" w:after="20"/>
              <w:ind w:firstLine="0"/>
            </w:pPr>
            <w:r>
              <w:rPr>
                <w:sz w:val="17"/>
              </w:rPr>
              <w:t>MBIT</w:t>
            </w:r>
          </w:p>
        </w:tc>
        <w:tc>
          <w:tcPr>
            <w:tcW w:w="864" w:type="dxa"/>
          </w:tcPr>
          <w:p w14:paraId="5A79E819" w14:textId="77777777" w:rsidR="004D342C" w:rsidRDefault="00000000">
            <w:pPr>
              <w:spacing w:before="20" w:after="20"/>
              <w:ind w:firstLine="0"/>
              <w:jc w:val="right"/>
            </w:pPr>
            <w:r>
              <w:rPr>
                <w:sz w:val="17"/>
              </w:rPr>
              <w:t>4</w:t>
            </w:r>
          </w:p>
        </w:tc>
      </w:tr>
      <w:tr w:rsidR="004D342C" w14:paraId="0D6FFE16" w14:textId="77777777">
        <w:trPr>
          <w:cantSplit/>
          <w:jc w:val="center"/>
        </w:trPr>
        <w:tc>
          <w:tcPr>
            <w:tcW w:w="792" w:type="dxa"/>
          </w:tcPr>
          <w:p w14:paraId="0867B3AD" w14:textId="77777777" w:rsidR="004D342C" w:rsidRDefault="00000000">
            <w:pPr>
              <w:spacing w:before="20" w:after="20"/>
              <w:ind w:firstLine="0"/>
            </w:pPr>
            <w:r>
              <w:rPr>
                <w:sz w:val="17"/>
              </w:rPr>
              <w:t>2007</w:t>
            </w:r>
          </w:p>
        </w:tc>
        <w:tc>
          <w:tcPr>
            <w:tcW w:w="1368" w:type="dxa"/>
          </w:tcPr>
          <w:p w14:paraId="0D64BBC8" w14:textId="77777777" w:rsidR="004D342C" w:rsidRDefault="00000000">
            <w:pPr>
              <w:spacing w:before="20" w:after="20"/>
              <w:ind w:firstLine="0"/>
            </w:pPr>
            <w:r>
              <w:rPr>
                <w:sz w:val="17"/>
              </w:rPr>
              <w:t>EB68.1</w:t>
            </w:r>
          </w:p>
        </w:tc>
        <w:tc>
          <w:tcPr>
            <w:tcW w:w="1008" w:type="dxa"/>
          </w:tcPr>
          <w:p w14:paraId="6C84A984" w14:textId="77777777" w:rsidR="004D342C" w:rsidRDefault="00000000">
            <w:pPr>
              <w:spacing w:before="20" w:after="20"/>
              <w:ind w:firstLine="0"/>
            </w:pPr>
            <w:r>
              <w:rPr>
                <w:sz w:val="17"/>
              </w:rPr>
              <w:t>681</w:t>
            </w:r>
          </w:p>
        </w:tc>
        <w:tc>
          <w:tcPr>
            <w:tcW w:w="1728" w:type="dxa"/>
          </w:tcPr>
          <w:p w14:paraId="38682032" w14:textId="77777777" w:rsidR="004D342C" w:rsidRDefault="00000000">
            <w:pPr>
              <w:spacing w:before="20" w:after="20"/>
              <w:ind w:firstLine="0"/>
              <w:jc w:val="right"/>
            </w:pPr>
            <w:r>
              <w:rPr>
                <w:sz w:val="17"/>
              </w:rPr>
              <w:t>151</w:t>
            </w:r>
          </w:p>
        </w:tc>
        <w:tc>
          <w:tcPr>
            <w:tcW w:w="1440" w:type="dxa"/>
          </w:tcPr>
          <w:p w14:paraId="0DA7DFBB" w14:textId="77777777" w:rsidR="004D342C" w:rsidRDefault="00000000">
            <w:pPr>
              <w:spacing w:before="20" w:after="20"/>
              <w:ind w:firstLine="0"/>
            </w:pPr>
            <w:r>
              <w:rPr>
                <w:sz w:val="17"/>
              </w:rPr>
              <w:t>MBIT</w:t>
            </w:r>
          </w:p>
        </w:tc>
        <w:tc>
          <w:tcPr>
            <w:tcW w:w="864" w:type="dxa"/>
          </w:tcPr>
          <w:p w14:paraId="7C3EB9EF" w14:textId="77777777" w:rsidR="004D342C" w:rsidRDefault="00000000">
            <w:pPr>
              <w:spacing w:before="20" w:after="20"/>
              <w:ind w:firstLine="0"/>
              <w:jc w:val="right"/>
            </w:pPr>
            <w:r>
              <w:rPr>
                <w:sz w:val="17"/>
              </w:rPr>
              <w:t>4</w:t>
            </w:r>
          </w:p>
        </w:tc>
      </w:tr>
      <w:tr w:rsidR="004D342C" w14:paraId="6BA0CF37" w14:textId="77777777">
        <w:trPr>
          <w:cantSplit/>
          <w:jc w:val="center"/>
        </w:trPr>
        <w:tc>
          <w:tcPr>
            <w:tcW w:w="792" w:type="dxa"/>
          </w:tcPr>
          <w:p w14:paraId="1C735A00" w14:textId="77777777" w:rsidR="004D342C" w:rsidRDefault="00000000">
            <w:pPr>
              <w:spacing w:before="20" w:after="20"/>
              <w:ind w:firstLine="0"/>
            </w:pPr>
            <w:r>
              <w:rPr>
                <w:sz w:val="17"/>
              </w:rPr>
              <w:t>2008</w:t>
            </w:r>
          </w:p>
        </w:tc>
        <w:tc>
          <w:tcPr>
            <w:tcW w:w="1368" w:type="dxa"/>
          </w:tcPr>
          <w:p w14:paraId="10507AD5" w14:textId="77777777" w:rsidR="004D342C" w:rsidRDefault="00000000">
            <w:pPr>
              <w:spacing w:before="20" w:after="20"/>
              <w:ind w:firstLine="0"/>
            </w:pPr>
            <w:r>
              <w:rPr>
                <w:sz w:val="17"/>
              </w:rPr>
              <w:t>EB69.2</w:t>
            </w:r>
          </w:p>
        </w:tc>
        <w:tc>
          <w:tcPr>
            <w:tcW w:w="1008" w:type="dxa"/>
          </w:tcPr>
          <w:p w14:paraId="7A850622" w14:textId="77777777" w:rsidR="004D342C" w:rsidRDefault="00000000">
            <w:pPr>
              <w:spacing w:before="20" w:after="20"/>
              <w:ind w:firstLine="0"/>
            </w:pPr>
            <w:r>
              <w:rPr>
                <w:sz w:val="17"/>
              </w:rPr>
              <w:t>692</w:t>
            </w:r>
          </w:p>
        </w:tc>
        <w:tc>
          <w:tcPr>
            <w:tcW w:w="1728" w:type="dxa"/>
          </w:tcPr>
          <w:p w14:paraId="5C492E80" w14:textId="77777777" w:rsidR="004D342C" w:rsidRDefault="00000000">
            <w:pPr>
              <w:spacing w:before="20" w:after="20"/>
              <w:ind w:firstLine="0"/>
              <w:jc w:val="right"/>
            </w:pPr>
            <w:r>
              <w:rPr>
                <w:sz w:val="17"/>
              </w:rPr>
              <w:t>174</w:t>
            </w:r>
          </w:p>
        </w:tc>
        <w:tc>
          <w:tcPr>
            <w:tcW w:w="1440" w:type="dxa"/>
          </w:tcPr>
          <w:p w14:paraId="7E89D0EB" w14:textId="77777777" w:rsidR="004D342C" w:rsidRDefault="00000000">
            <w:pPr>
              <w:spacing w:before="20" w:after="20"/>
              <w:ind w:firstLine="0"/>
            </w:pPr>
            <w:r>
              <w:rPr>
                <w:sz w:val="17"/>
              </w:rPr>
              <w:t>MBIT</w:t>
            </w:r>
          </w:p>
        </w:tc>
        <w:tc>
          <w:tcPr>
            <w:tcW w:w="864" w:type="dxa"/>
          </w:tcPr>
          <w:p w14:paraId="0820C135" w14:textId="77777777" w:rsidR="004D342C" w:rsidRDefault="00000000">
            <w:pPr>
              <w:spacing w:before="20" w:after="20"/>
              <w:ind w:firstLine="0"/>
              <w:jc w:val="right"/>
            </w:pPr>
            <w:r>
              <w:rPr>
                <w:sz w:val="17"/>
              </w:rPr>
              <w:t>4</w:t>
            </w:r>
          </w:p>
        </w:tc>
      </w:tr>
      <w:tr w:rsidR="004D342C" w14:paraId="723AE2B7" w14:textId="77777777">
        <w:trPr>
          <w:cantSplit/>
          <w:jc w:val="center"/>
        </w:trPr>
        <w:tc>
          <w:tcPr>
            <w:tcW w:w="792" w:type="dxa"/>
          </w:tcPr>
          <w:p w14:paraId="133A5D54" w14:textId="77777777" w:rsidR="004D342C" w:rsidRDefault="00000000">
            <w:pPr>
              <w:spacing w:before="20" w:after="20"/>
              <w:ind w:firstLine="0"/>
            </w:pPr>
            <w:r>
              <w:rPr>
                <w:sz w:val="17"/>
              </w:rPr>
              <w:t>2008</w:t>
            </w:r>
          </w:p>
        </w:tc>
        <w:tc>
          <w:tcPr>
            <w:tcW w:w="1368" w:type="dxa"/>
          </w:tcPr>
          <w:p w14:paraId="411B2C2B" w14:textId="77777777" w:rsidR="004D342C" w:rsidRDefault="00000000">
            <w:pPr>
              <w:spacing w:before="20" w:after="20"/>
              <w:ind w:firstLine="0"/>
            </w:pPr>
            <w:r>
              <w:rPr>
                <w:sz w:val="17"/>
              </w:rPr>
              <w:t>EB70.1</w:t>
            </w:r>
          </w:p>
        </w:tc>
        <w:tc>
          <w:tcPr>
            <w:tcW w:w="1008" w:type="dxa"/>
          </w:tcPr>
          <w:p w14:paraId="4A7A407E" w14:textId="77777777" w:rsidR="004D342C" w:rsidRDefault="00000000">
            <w:pPr>
              <w:spacing w:before="20" w:after="20"/>
              <w:ind w:firstLine="0"/>
            </w:pPr>
            <w:r>
              <w:rPr>
                <w:sz w:val="17"/>
              </w:rPr>
              <w:t>701</w:t>
            </w:r>
          </w:p>
        </w:tc>
        <w:tc>
          <w:tcPr>
            <w:tcW w:w="1728" w:type="dxa"/>
          </w:tcPr>
          <w:p w14:paraId="4F08F791" w14:textId="77777777" w:rsidR="004D342C" w:rsidRDefault="00000000">
            <w:pPr>
              <w:spacing w:before="20" w:after="20"/>
              <w:ind w:firstLine="0"/>
              <w:jc w:val="right"/>
            </w:pPr>
            <w:r>
              <w:rPr>
                <w:sz w:val="17"/>
              </w:rPr>
              <w:t>181</w:t>
            </w:r>
          </w:p>
        </w:tc>
        <w:tc>
          <w:tcPr>
            <w:tcW w:w="1440" w:type="dxa"/>
          </w:tcPr>
          <w:p w14:paraId="260E4EB1" w14:textId="77777777" w:rsidR="004D342C" w:rsidRDefault="00000000">
            <w:pPr>
              <w:spacing w:before="20" w:after="20"/>
              <w:ind w:firstLine="0"/>
            </w:pPr>
            <w:r>
              <w:rPr>
                <w:sz w:val="17"/>
              </w:rPr>
              <w:t>MBIT</w:t>
            </w:r>
          </w:p>
        </w:tc>
        <w:tc>
          <w:tcPr>
            <w:tcW w:w="864" w:type="dxa"/>
          </w:tcPr>
          <w:p w14:paraId="0DEDAE0D" w14:textId="77777777" w:rsidR="004D342C" w:rsidRDefault="00000000">
            <w:pPr>
              <w:spacing w:before="20" w:after="20"/>
              <w:ind w:firstLine="0"/>
              <w:jc w:val="right"/>
            </w:pPr>
            <w:r>
              <w:rPr>
                <w:sz w:val="17"/>
              </w:rPr>
              <w:t>4</w:t>
            </w:r>
          </w:p>
        </w:tc>
      </w:tr>
      <w:tr w:rsidR="004D342C" w14:paraId="71F201CE" w14:textId="77777777">
        <w:trPr>
          <w:cantSplit/>
          <w:jc w:val="center"/>
        </w:trPr>
        <w:tc>
          <w:tcPr>
            <w:tcW w:w="792" w:type="dxa"/>
          </w:tcPr>
          <w:p w14:paraId="581876F2" w14:textId="77777777" w:rsidR="004D342C" w:rsidRDefault="00000000">
            <w:pPr>
              <w:spacing w:before="20" w:after="20"/>
              <w:ind w:firstLine="0"/>
            </w:pPr>
            <w:r>
              <w:rPr>
                <w:sz w:val="17"/>
              </w:rPr>
              <w:t>2009</w:t>
            </w:r>
          </w:p>
        </w:tc>
        <w:tc>
          <w:tcPr>
            <w:tcW w:w="1368" w:type="dxa"/>
          </w:tcPr>
          <w:p w14:paraId="3D98147B" w14:textId="77777777" w:rsidR="004D342C" w:rsidRDefault="00000000">
            <w:pPr>
              <w:spacing w:before="20" w:after="20"/>
              <w:ind w:firstLine="0"/>
            </w:pPr>
            <w:r>
              <w:rPr>
                <w:sz w:val="17"/>
              </w:rPr>
              <w:t>EB71.1</w:t>
            </w:r>
          </w:p>
        </w:tc>
        <w:tc>
          <w:tcPr>
            <w:tcW w:w="1008" w:type="dxa"/>
          </w:tcPr>
          <w:p w14:paraId="0E56821C" w14:textId="77777777" w:rsidR="004D342C" w:rsidRDefault="00000000">
            <w:pPr>
              <w:spacing w:before="20" w:after="20"/>
              <w:ind w:firstLine="0"/>
            </w:pPr>
            <w:r>
              <w:rPr>
                <w:sz w:val="17"/>
              </w:rPr>
              <w:t>711</w:t>
            </w:r>
          </w:p>
        </w:tc>
        <w:tc>
          <w:tcPr>
            <w:tcW w:w="1728" w:type="dxa"/>
          </w:tcPr>
          <w:p w14:paraId="27CA3454" w14:textId="77777777" w:rsidR="004D342C" w:rsidRDefault="00000000">
            <w:pPr>
              <w:spacing w:before="20" w:after="20"/>
              <w:ind w:firstLine="0"/>
              <w:jc w:val="right"/>
            </w:pPr>
            <w:r>
              <w:rPr>
                <w:sz w:val="17"/>
              </w:rPr>
              <w:t>105</w:t>
            </w:r>
          </w:p>
        </w:tc>
        <w:tc>
          <w:tcPr>
            <w:tcW w:w="1440" w:type="dxa"/>
          </w:tcPr>
          <w:p w14:paraId="13465149" w14:textId="77777777" w:rsidR="004D342C" w:rsidRDefault="00000000">
            <w:pPr>
              <w:spacing w:before="20" w:after="20"/>
              <w:ind w:firstLine="0"/>
            </w:pPr>
            <w:r>
              <w:rPr>
                <w:sz w:val="17"/>
              </w:rPr>
              <w:t>MBIT</w:t>
            </w:r>
          </w:p>
        </w:tc>
        <w:tc>
          <w:tcPr>
            <w:tcW w:w="864" w:type="dxa"/>
          </w:tcPr>
          <w:p w14:paraId="0BA91E09" w14:textId="77777777" w:rsidR="004D342C" w:rsidRDefault="00000000">
            <w:pPr>
              <w:spacing w:before="20" w:after="20"/>
              <w:ind w:firstLine="0"/>
              <w:jc w:val="right"/>
            </w:pPr>
            <w:r>
              <w:rPr>
                <w:sz w:val="17"/>
              </w:rPr>
              <w:t>4</w:t>
            </w:r>
          </w:p>
        </w:tc>
      </w:tr>
      <w:tr w:rsidR="004D342C" w14:paraId="1187E7E5" w14:textId="77777777">
        <w:trPr>
          <w:cantSplit/>
          <w:jc w:val="center"/>
        </w:trPr>
        <w:tc>
          <w:tcPr>
            <w:tcW w:w="792" w:type="dxa"/>
          </w:tcPr>
          <w:p w14:paraId="6C3C2110" w14:textId="77777777" w:rsidR="004D342C" w:rsidRDefault="00000000">
            <w:pPr>
              <w:spacing w:before="20" w:after="20"/>
              <w:ind w:firstLine="0"/>
            </w:pPr>
            <w:r>
              <w:rPr>
                <w:sz w:val="17"/>
              </w:rPr>
              <w:t>2009</w:t>
            </w:r>
          </w:p>
        </w:tc>
        <w:tc>
          <w:tcPr>
            <w:tcW w:w="1368" w:type="dxa"/>
          </w:tcPr>
          <w:p w14:paraId="59CD4BF0" w14:textId="77777777" w:rsidR="004D342C" w:rsidRDefault="00000000">
            <w:pPr>
              <w:spacing w:before="20" w:after="20"/>
              <w:ind w:firstLine="0"/>
            </w:pPr>
            <w:r>
              <w:rPr>
                <w:sz w:val="17"/>
              </w:rPr>
              <w:t>EB71.3</w:t>
            </w:r>
          </w:p>
        </w:tc>
        <w:tc>
          <w:tcPr>
            <w:tcW w:w="1008" w:type="dxa"/>
          </w:tcPr>
          <w:p w14:paraId="33E70A09" w14:textId="77777777" w:rsidR="004D342C" w:rsidRDefault="00000000">
            <w:pPr>
              <w:spacing w:before="20" w:after="20"/>
              <w:ind w:firstLine="0"/>
            </w:pPr>
            <w:r>
              <w:rPr>
                <w:sz w:val="17"/>
              </w:rPr>
              <w:t>713</w:t>
            </w:r>
          </w:p>
        </w:tc>
        <w:tc>
          <w:tcPr>
            <w:tcW w:w="1728" w:type="dxa"/>
          </w:tcPr>
          <w:p w14:paraId="4178B890" w14:textId="77777777" w:rsidR="004D342C" w:rsidRDefault="00000000">
            <w:pPr>
              <w:spacing w:before="20" w:after="20"/>
              <w:ind w:firstLine="0"/>
              <w:jc w:val="right"/>
            </w:pPr>
            <w:r>
              <w:rPr>
                <w:sz w:val="17"/>
              </w:rPr>
              <w:t>143</w:t>
            </w:r>
          </w:p>
        </w:tc>
        <w:tc>
          <w:tcPr>
            <w:tcW w:w="1440" w:type="dxa"/>
          </w:tcPr>
          <w:p w14:paraId="4F4D361E" w14:textId="77777777" w:rsidR="004D342C" w:rsidRDefault="00000000">
            <w:pPr>
              <w:spacing w:before="20" w:after="20"/>
              <w:ind w:firstLine="0"/>
            </w:pPr>
            <w:r>
              <w:rPr>
                <w:sz w:val="17"/>
              </w:rPr>
              <w:t>MBIT</w:t>
            </w:r>
          </w:p>
        </w:tc>
        <w:tc>
          <w:tcPr>
            <w:tcW w:w="864" w:type="dxa"/>
          </w:tcPr>
          <w:p w14:paraId="6021F384" w14:textId="77777777" w:rsidR="004D342C" w:rsidRDefault="00000000">
            <w:pPr>
              <w:spacing w:before="20" w:after="20"/>
              <w:ind w:firstLine="0"/>
              <w:jc w:val="right"/>
            </w:pPr>
            <w:r>
              <w:rPr>
                <w:sz w:val="17"/>
              </w:rPr>
              <w:t>4</w:t>
            </w:r>
          </w:p>
        </w:tc>
      </w:tr>
      <w:tr w:rsidR="004D342C" w14:paraId="1EB0CFFC" w14:textId="77777777">
        <w:trPr>
          <w:cantSplit/>
          <w:jc w:val="center"/>
        </w:trPr>
        <w:tc>
          <w:tcPr>
            <w:tcW w:w="792" w:type="dxa"/>
          </w:tcPr>
          <w:p w14:paraId="25D806F9" w14:textId="77777777" w:rsidR="004D342C" w:rsidRDefault="00000000">
            <w:pPr>
              <w:spacing w:before="20" w:after="20"/>
              <w:ind w:firstLine="0"/>
            </w:pPr>
            <w:r>
              <w:rPr>
                <w:sz w:val="17"/>
              </w:rPr>
              <w:t>2009</w:t>
            </w:r>
          </w:p>
        </w:tc>
        <w:tc>
          <w:tcPr>
            <w:tcW w:w="1368" w:type="dxa"/>
          </w:tcPr>
          <w:p w14:paraId="6B903C92" w14:textId="77777777" w:rsidR="004D342C" w:rsidRDefault="00000000">
            <w:pPr>
              <w:spacing w:before="20" w:after="20"/>
              <w:ind w:firstLine="0"/>
            </w:pPr>
            <w:r>
              <w:rPr>
                <w:sz w:val="17"/>
              </w:rPr>
              <w:t>EB72.4</w:t>
            </w:r>
          </w:p>
        </w:tc>
        <w:tc>
          <w:tcPr>
            <w:tcW w:w="1008" w:type="dxa"/>
          </w:tcPr>
          <w:p w14:paraId="17709D22" w14:textId="77777777" w:rsidR="004D342C" w:rsidRDefault="00000000">
            <w:pPr>
              <w:spacing w:before="20" w:after="20"/>
              <w:ind w:firstLine="0"/>
            </w:pPr>
            <w:r>
              <w:rPr>
                <w:sz w:val="17"/>
              </w:rPr>
              <w:t>724</w:t>
            </w:r>
          </w:p>
        </w:tc>
        <w:tc>
          <w:tcPr>
            <w:tcW w:w="1728" w:type="dxa"/>
          </w:tcPr>
          <w:p w14:paraId="5648F100" w14:textId="77777777" w:rsidR="004D342C" w:rsidRDefault="00000000">
            <w:pPr>
              <w:spacing w:before="20" w:after="20"/>
              <w:ind w:firstLine="0"/>
              <w:jc w:val="right"/>
            </w:pPr>
            <w:r>
              <w:rPr>
                <w:sz w:val="17"/>
              </w:rPr>
              <w:t>165</w:t>
            </w:r>
          </w:p>
        </w:tc>
        <w:tc>
          <w:tcPr>
            <w:tcW w:w="1440" w:type="dxa"/>
          </w:tcPr>
          <w:p w14:paraId="47526A10" w14:textId="77777777" w:rsidR="004D342C" w:rsidRDefault="00000000">
            <w:pPr>
              <w:spacing w:before="20" w:after="20"/>
              <w:ind w:firstLine="0"/>
            </w:pPr>
            <w:r>
              <w:rPr>
                <w:sz w:val="17"/>
              </w:rPr>
              <w:t>MBIT</w:t>
            </w:r>
          </w:p>
        </w:tc>
        <w:tc>
          <w:tcPr>
            <w:tcW w:w="864" w:type="dxa"/>
          </w:tcPr>
          <w:p w14:paraId="3FBBB237" w14:textId="77777777" w:rsidR="004D342C" w:rsidRDefault="00000000">
            <w:pPr>
              <w:spacing w:before="20" w:after="20"/>
              <w:ind w:firstLine="0"/>
              <w:jc w:val="right"/>
            </w:pPr>
            <w:r>
              <w:rPr>
                <w:sz w:val="17"/>
              </w:rPr>
              <w:t>4</w:t>
            </w:r>
          </w:p>
        </w:tc>
      </w:tr>
      <w:tr w:rsidR="004D342C" w14:paraId="383B9EFB" w14:textId="77777777">
        <w:trPr>
          <w:cantSplit/>
          <w:jc w:val="center"/>
        </w:trPr>
        <w:tc>
          <w:tcPr>
            <w:tcW w:w="792" w:type="dxa"/>
          </w:tcPr>
          <w:p w14:paraId="0027AE86" w14:textId="77777777" w:rsidR="004D342C" w:rsidRDefault="00000000">
            <w:pPr>
              <w:spacing w:before="20" w:after="20"/>
              <w:ind w:firstLine="0"/>
            </w:pPr>
            <w:r>
              <w:rPr>
                <w:sz w:val="17"/>
              </w:rPr>
              <w:t>2010</w:t>
            </w:r>
          </w:p>
        </w:tc>
        <w:tc>
          <w:tcPr>
            <w:tcW w:w="1368" w:type="dxa"/>
          </w:tcPr>
          <w:p w14:paraId="0D5EF218" w14:textId="77777777" w:rsidR="004D342C" w:rsidRDefault="00000000">
            <w:pPr>
              <w:spacing w:before="20" w:after="20"/>
              <w:ind w:firstLine="0"/>
            </w:pPr>
            <w:r>
              <w:rPr>
                <w:sz w:val="17"/>
              </w:rPr>
              <w:t>EB73.4</w:t>
            </w:r>
          </w:p>
        </w:tc>
        <w:tc>
          <w:tcPr>
            <w:tcW w:w="1008" w:type="dxa"/>
          </w:tcPr>
          <w:p w14:paraId="0E7A4B08" w14:textId="77777777" w:rsidR="004D342C" w:rsidRDefault="00000000">
            <w:pPr>
              <w:spacing w:before="20" w:after="20"/>
              <w:ind w:firstLine="0"/>
            </w:pPr>
            <w:r>
              <w:rPr>
                <w:sz w:val="17"/>
              </w:rPr>
              <w:t>734</w:t>
            </w:r>
          </w:p>
        </w:tc>
        <w:tc>
          <w:tcPr>
            <w:tcW w:w="1728" w:type="dxa"/>
          </w:tcPr>
          <w:p w14:paraId="049D1841" w14:textId="77777777" w:rsidR="004D342C" w:rsidRDefault="00000000">
            <w:pPr>
              <w:spacing w:before="20" w:after="20"/>
              <w:ind w:firstLine="0"/>
              <w:jc w:val="right"/>
            </w:pPr>
            <w:r>
              <w:rPr>
                <w:sz w:val="17"/>
              </w:rPr>
              <w:t>167</w:t>
            </w:r>
          </w:p>
        </w:tc>
        <w:tc>
          <w:tcPr>
            <w:tcW w:w="1440" w:type="dxa"/>
          </w:tcPr>
          <w:p w14:paraId="19B830F1" w14:textId="77777777" w:rsidR="004D342C" w:rsidRDefault="00000000">
            <w:pPr>
              <w:spacing w:before="20" w:after="20"/>
              <w:ind w:firstLine="0"/>
            </w:pPr>
            <w:r>
              <w:rPr>
                <w:sz w:val="17"/>
              </w:rPr>
              <w:t>MBIT</w:t>
            </w:r>
          </w:p>
        </w:tc>
        <w:tc>
          <w:tcPr>
            <w:tcW w:w="864" w:type="dxa"/>
          </w:tcPr>
          <w:p w14:paraId="4A3A437B" w14:textId="77777777" w:rsidR="004D342C" w:rsidRDefault="00000000">
            <w:pPr>
              <w:spacing w:before="20" w:after="20"/>
              <w:ind w:firstLine="0"/>
              <w:jc w:val="right"/>
            </w:pPr>
            <w:r>
              <w:rPr>
                <w:sz w:val="17"/>
              </w:rPr>
              <w:t>4</w:t>
            </w:r>
          </w:p>
        </w:tc>
      </w:tr>
      <w:tr w:rsidR="004D342C" w14:paraId="34A227BF" w14:textId="77777777">
        <w:trPr>
          <w:cantSplit/>
          <w:jc w:val="center"/>
        </w:trPr>
        <w:tc>
          <w:tcPr>
            <w:tcW w:w="792" w:type="dxa"/>
          </w:tcPr>
          <w:p w14:paraId="624ED24E" w14:textId="77777777" w:rsidR="004D342C" w:rsidRDefault="00000000">
            <w:pPr>
              <w:spacing w:before="20" w:after="20"/>
              <w:ind w:firstLine="0"/>
            </w:pPr>
            <w:r>
              <w:rPr>
                <w:sz w:val="17"/>
              </w:rPr>
              <w:t>2010</w:t>
            </w:r>
          </w:p>
        </w:tc>
        <w:tc>
          <w:tcPr>
            <w:tcW w:w="1368" w:type="dxa"/>
          </w:tcPr>
          <w:p w14:paraId="04E6F359" w14:textId="77777777" w:rsidR="004D342C" w:rsidRDefault="00000000">
            <w:pPr>
              <w:spacing w:before="20" w:after="20"/>
              <w:ind w:firstLine="0"/>
            </w:pPr>
            <w:r>
              <w:rPr>
                <w:sz w:val="17"/>
              </w:rPr>
              <w:t>EB74.2</w:t>
            </w:r>
          </w:p>
        </w:tc>
        <w:tc>
          <w:tcPr>
            <w:tcW w:w="1008" w:type="dxa"/>
          </w:tcPr>
          <w:p w14:paraId="2B125E39" w14:textId="77777777" w:rsidR="004D342C" w:rsidRDefault="00000000">
            <w:pPr>
              <w:spacing w:before="20" w:after="20"/>
              <w:ind w:firstLine="0"/>
            </w:pPr>
            <w:r>
              <w:rPr>
                <w:sz w:val="17"/>
              </w:rPr>
              <w:t>742</w:t>
            </w:r>
          </w:p>
        </w:tc>
        <w:tc>
          <w:tcPr>
            <w:tcW w:w="1728" w:type="dxa"/>
          </w:tcPr>
          <w:p w14:paraId="7AB56FB8" w14:textId="77777777" w:rsidR="004D342C" w:rsidRDefault="00000000">
            <w:pPr>
              <w:spacing w:before="20" w:after="20"/>
              <w:ind w:firstLine="0"/>
              <w:jc w:val="right"/>
            </w:pPr>
            <w:r>
              <w:rPr>
                <w:sz w:val="17"/>
              </w:rPr>
              <w:t>177</w:t>
            </w:r>
          </w:p>
        </w:tc>
        <w:tc>
          <w:tcPr>
            <w:tcW w:w="1440" w:type="dxa"/>
          </w:tcPr>
          <w:p w14:paraId="1D8BDCD5" w14:textId="77777777" w:rsidR="004D342C" w:rsidRDefault="00000000">
            <w:pPr>
              <w:spacing w:before="20" w:after="20"/>
              <w:ind w:firstLine="0"/>
            </w:pPr>
            <w:r>
              <w:rPr>
                <w:sz w:val="17"/>
              </w:rPr>
              <w:t>BIT</w:t>
            </w:r>
          </w:p>
        </w:tc>
        <w:tc>
          <w:tcPr>
            <w:tcW w:w="864" w:type="dxa"/>
          </w:tcPr>
          <w:p w14:paraId="19A39BF1" w14:textId="77777777" w:rsidR="004D342C" w:rsidRDefault="00000000">
            <w:pPr>
              <w:spacing w:before="20" w:after="20"/>
              <w:ind w:firstLine="0"/>
              <w:jc w:val="right"/>
            </w:pPr>
            <w:r>
              <w:rPr>
                <w:sz w:val="17"/>
              </w:rPr>
              <w:t>3</w:t>
            </w:r>
          </w:p>
        </w:tc>
      </w:tr>
      <w:tr w:rsidR="004D342C" w14:paraId="08ED8A10" w14:textId="77777777">
        <w:trPr>
          <w:cantSplit/>
          <w:jc w:val="center"/>
        </w:trPr>
        <w:tc>
          <w:tcPr>
            <w:tcW w:w="792" w:type="dxa"/>
          </w:tcPr>
          <w:p w14:paraId="4BDB90E5" w14:textId="77777777" w:rsidR="004D342C" w:rsidRDefault="00000000">
            <w:pPr>
              <w:spacing w:before="20" w:after="20"/>
              <w:ind w:firstLine="0"/>
            </w:pPr>
            <w:r>
              <w:rPr>
                <w:sz w:val="17"/>
              </w:rPr>
              <w:t>2011</w:t>
            </w:r>
          </w:p>
        </w:tc>
        <w:tc>
          <w:tcPr>
            <w:tcW w:w="1368" w:type="dxa"/>
          </w:tcPr>
          <w:p w14:paraId="4152781C" w14:textId="77777777" w:rsidR="004D342C" w:rsidRDefault="00000000">
            <w:pPr>
              <w:spacing w:before="20" w:after="20"/>
              <w:ind w:firstLine="0"/>
            </w:pPr>
            <w:r>
              <w:rPr>
                <w:sz w:val="17"/>
              </w:rPr>
              <w:t>EB75.3</w:t>
            </w:r>
          </w:p>
        </w:tc>
        <w:tc>
          <w:tcPr>
            <w:tcW w:w="1008" w:type="dxa"/>
          </w:tcPr>
          <w:p w14:paraId="13D698A0" w14:textId="77777777" w:rsidR="004D342C" w:rsidRDefault="00000000">
            <w:pPr>
              <w:spacing w:before="20" w:after="20"/>
              <w:ind w:firstLine="0"/>
            </w:pPr>
            <w:r>
              <w:rPr>
                <w:sz w:val="17"/>
              </w:rPr>
              <w:t>753</w:t>
            </w:r>
          </w:p>
        </w:tc>
        <w:tc>
          <w:tcPr>
            <w:tcW w:w="1728" w:type="dxa"/>
          </w:tcPr>
          <w:p w14:paraId="2AA9EC6C" w14:textId="77777777" w:rsidR="004D342C" w:rsidRDefault="00000000">
            <w:pPr>
              <w:spacing w:before="20" w:after="20"/>
              <w:ind w:firstLine="0"/>
              <w:jc w:val="right"/>
            </w:pPr>
            <w:r>
              <w:rPr>
                <w:sz w:val="17"/>
              </w:rPr>
              <w:t>128</w:t>
            </w:r>
          </w:p>
        </w:tc>
        <w:tc>
          <w:tcPr>
            <w:tcW w:w="1440" w:type="dxa"/>
          </w:tcPr>
          <w:p w14:paraId="53DFAAD9" w14:textId="77777777" w:rsidR="004D342C" w:rsidRDefault="00000000">
            <w:pPr>
              <w:spacing w:before="20" w:after="20"/>
              <w:ind w:firstLine="0"/>
            </w:pPr>
            <w:r>
              <w:rPr>
                <w:sz w:val="17"/>
              </w:rPr>
              <w:t>MBIT</w:t>
            </w:r>
          </w:p>
        </w:tc>
        <w:tc>
          <w:tcPr>
            <w:tcW w:w="864" w:type="dxa"/>
          </w:tcPr>
          <w:p w14:paraId="46AA28D7" w14:textId="77777777" w:rsidR="004D342C" w:rsidRDefault="00000000">
            <w:pPr>
              <w:spacing w:before="20" w:after="20"/>
              <w:ind w:firstLine="0"/>
              <w:jc w:val="right"/>
            </w:pPr>
            <w:r>
              <w:rPr>
                <w:sz w:val="17"/>
              </w:rPr>
              <w:t>4</w:t>
            </w:r>
          </w:p>
        </w:tc>
      </w:tr>
      <w:tr w:rsidR="004D342C" w14:paraId="79FA084C" w14:textId="77777777">
        <w:trPr>
          <w:cantSplit/>
          <w:jc w:val="center"/>
        </w:trPr>
        <w:tc>
          <w:tcPr>
            <w:tcW w:w="792" w:type="dxa"/>
          </w:tcPr>
          <w:p w14:paraId="1BD64601" w14:textId="77777777" w:rsidR="004D342C" w:rsidRDefault="00000000">
            <w:pPr>
              <w:spacing w:before="20" w:after="20"/>
              <w:ind w:firstLine="0"/>
            </w:pPr>
            <w:r>
              <w:rPr>
                <w:sz w:val="17"/>
              </w:rPr>
              <w:t>2011</w:t>
            </w:r>
          </w:p>
        </w:tc>
        <w:tc>
          <w:tcPr>
            <w:tcW w:w="1368" w:type="dxa"/>
          </w:tcPr>
          <w:p w14:paraId="06486511" w14:textId="77777777" w:rsidR="004D342C" w:rsidRDefault="00000000">
            <w:pPr>
              <w:spacing w:before="20" w:after="20"/>
              <w:ind w:firstLine="0"/>
            </w:pPr>
            <w:r>
              <w:rPr>
                <w:sz w:val="17"/>
              </w:rPr>
              <w:t>EB76.3</w:t>
            </w:r>
          </w:p>
        </w:tc>
        <w:tc>
          <w:tcPr>
            <w:tcW w:w="1008" w:type="dxa"/>
          </w:tcPr>
          <w:p w14:paraId="2259E258" w14:textId="77777777" w:rsidR="004D342C" w:rsidRDefault="00000000">
            <w:pPr>
              <w:spacing w:before="20" w:after="20"/>
              <w:ind w:firstLine="0"/>
            </w:pPr>
            <w:r>
              <w:rPr>
                <w:sz w:val="17"/>
              </w:rPr>
              <w:t>763</w:t>
            </w:r>
          </w:p>
        </w:tc>
        <w:tc>
          <w:tcPr>
            <w:tcW w:w="1728" w:type="dxa"/>
          </w:tcPr>
          <w:p w14:paraId="6D4D010A" w14:textId="77777777" w:rsidR="004D342C" w:rsidRDefault="00000000">
            <w:pPr>
              <w:spacing w:before="20" w:after="20"/>
              <w:ind w:firstLine="0"/>
              <w:jc w:val="right"/>
            </w:pPr>
            <w:r>
              <w:rPr>
                <w:sz w:val="17"/>
              </w:rPr>
              <w:t>134</w:t>
            </w:r>
          </w:p>
        </w:tc>
        <w:tc>
          <w:tcPr>
            <w:tcW w:w="1440" w:type="dxa"/>
          </w:tcPr>
          <w:p w14:paraId="3E2DC9E1" w14:textId="77777777" w:rsidR="004D342C" w:rsidRDefault="00000000">
            <w:pPr>
              <w:spacing w:before="20" w:after="20"/>
              <w:ind w:firstLine="0"/>
            </w:pPr>
            <w:r>
              <w:rPr>
                <w:sz w:val="17"/>
              </w:rPr>
              <w:t>IT</w:t>
            </w:r>
          </w:p>
        </w:tc>
        <w:tc>
          <w:tcPr>
            <w:tcW w:w="864" w:type="dxa"/>
          </w:tcPr>
          <w:p w14:paraId="7DA69048" w14:textId="77777777" w:rsidR="004D342C" w:rsidRDefault="00000000">
            <w:pPr>
              <w:spacing w:before="20" w:after="20"/>
              <w:ind w:firstLine="0"/>
              <w:jc w:val="right"/>
            </w:pPr>
            <w:r>
              <w:rPr>
                <w:sz w:val="17"/>
              </w:rPr>
              <w:t>2</w:t>
            </w:r>
          </w:p>
        </w:tc>
      </w:tr>
      <w:tr w:rsidR="004D342C" w14:paraId="0864B3B4" w14:textId="77777777">
        <w:trPr>
          <w:cantSplit/>
          <w:jc w:val="center"/>
        </w:trPr>
        <w:tc>
          <w:tcPr>
            <w:tcW w:w="792" w:type="dxa"/>
          </w:tcPr>
          <w:p w14:paraId="081D4C6A" w14:textId="77777777" w:rsidR="004D342C" w:rsidRDefault="00000000">
            <w:pPr>
              <w:spacing w:before="20" w:after="20"/>
              <w:ind w:firstLine="0"/>
            </w:pPr>
            <w:r>
              <w:rPr>
                <w:sz w:val="17"/>
              </w:rPr>
              <w:t>2012</w:t>
            </w:r>
          </w:p>
        </w:tc>
        <w:tc>
          <w:tcPr>
            <w:tcW w:w="1368" w:type="dxa"/>
          </w:tcPr>
          <w:p w14:paraId="67093B46" w14:textId="77777777" w:rsidR="004D342C" w:rsidRDefault="00000000">
            <w:pPr>
              <w:spacing w:before="20" w:after="20"/>
              <w:ind w:firstLine="0"/>
            </w:pPr>
            <w:r>
              <w:rPr>
                <w:sz w:val="17"/>
              </w:rPr>
              <w:t>EB77.3</w:t>
            </w:r>
          </w:p>
        </w:tc>
        <w:tc>
          <w:tcPr>
            <w:tcW w:w="1008" w:type="dxa"/>
          </w:tcPr>
          <w:p w14:paraId="6833D22E" w14:textId="77777777" w:rsidR="004D342C" w:rsidRDefault="00000000">
            <w:pPr>
              <w:spacing w:before="20" w:after="20"/>
              <w:ind w:firstLine="0"/>
            </w:pPr>
            <w:r>
              <w:rPr>
                <w:sz w:val="17"/>
              </w:rPr>
              <w:t>773</w:t>
            </w:r>
          </w:p>
        </w:tc>
        <w:tc>
          <w:tcPr>
            <w:tcW w:w="1728" w:type="dxa"/>
          </w:tcPr>
          <w:p w14:paraId="2713222D" w14:textId="77777777" w:rsidR="004D342C" w:rsidRDefault="00000000">
            <w:pPr>
              <w:spacing w:before="20" w:after="20"/>
              <w:ind w:firstLine="0"/>
              <w:jc w:val="right"/>
            </w:pPr>
            <w:r>
              <w:rPr>
                <w:sz w:val="17"/>
              </w:rPr>
              <w:t>164</w:t>
            </w:r>
          </w:p>
        </w:tc>
        <w:tc>
          <w:tcPr>
            <w:tcW w:w="1440" w:type="dxa"/>
          </w:tcPr>
          <w:p w14:paraId="2412EEAB" w14:textId="77777777" w:rsidR="004D342C" w:rsidRDefault="00000000">
            <w:pPr>
              <w:spacing w:before="20" w:after="20"/>
              <w:ind w:firstLine="0"/>
            </w:pPr>
            <w:r>
              <w:rPr>
                <w:sz w:val="17"/>
              </w:rPr>
              <w:t>IT</w:t>
            </w:r>
          </w:p>
        </w:tc>
        <w:tc>
          <w:tcPr>
            <w:tcW w:w="864" w:type="dxa"/>
          </w:tcPr>
          <w:p w14:paraId="055AD331" w14:textId="77777777" w:rsidR="004D342C" w:rsidRDefault="00000000">
            <w:pPr>
              <w:spacing w:before="20" w:after="20"/>
              <w:ind w:firstLine="0"/>
              <w:jc w:val="right"/>
            </w:pPr>
            <w:r>
              <w:rPr>
                <w:sz w:val="17"/>
              </w:rPr>
              <w:t>2</w:t>
            </w:r>
          </w:p>
        </w:tc>
      </w:tr>
      <w:tr w:rsidR="004D342C" w14:paraId="31E08BC5" w14:textId="77777777">
        <w:trPr>
          <w:cantSplit/>
          <w:jc w:val="center"/>
        </w:trPr>
        <w:tc>
          <w:tcPr>
            <w:tcW w:w="792" w:type="dxa"/>
          </w:tcPr>
          <w:p w14:paraId="1A4EBD03" w14:textId="77777777" w:rsidR="004D342C" w:rsidRDefault="00000000">
            <w:pPr>
              <w:spacing w:before="20" w:after="20"/>
              <w:ind w:firstLine="0"/>
            </w:pPr>
            <w:r>
              <w:rPr>
                <w:sz w:val="17"/>
              </w:rPr>
              <w:t>2012</w:t>
            </w:r>
          </w:p>
        </w:tc>
        <w:tc>
          <w:tcPr>
            <w:tcW w:w="1368" w:type="dxa"/>
          </w:tcPr>
          <w:p w14:paraId="59B5CD8B" w14:textId="77777777" w:rsidR="004D342C" w:rsidRDefault="00000000">
            <w:pPr>
              <w:spacing w:before="20" w:after="20"/>
              <w:ind w:firstLine="0"/>
            </w:pPr>
            <w:r>
              <w:rPr>
                <w:sz w:val="17"/>
              </w:rPr>
              <w:t>EB78.1</w:t>
            </w:r>
          </w:p>
        </w:tc>
        <w:tc>
          <w:tcPr>
            <w:tcW w:w="1008" w:type="dxa"/>
          </w:tcPr>
          <w:p w14:paraId="2E9B22D7" w14:textId="77777777" w:rsidR="004D342C" w:rsidRDefault="00000000">
            <w:pPr>
              <w:spacing w:before="20" w:after="20"/>
              <w:ind w:firstLine="0"/>
            </w:pPr>
            <w:r>
              <w:rPr>
                <w:sz w:val="17"/>
              </w:rPr>
              <w:t>781</w:t>
            </w:r>
          </w:p>
        </w:tc>
        <w:tc>
          <w:tcPr>
            <w:tcW w:w="1728" w:type="dxa"/>
          </w:tcPr>
          <w:p w14:paraId="109467AD" w14:textId="77777777" w:rsidR="004D342C" w:rsidRDefault="00000000">
            <w:pPr>
              <w:spacing w:before="20" w:after="20"/>
              <w:ind w:firstLine="0"/>
              <w:jc w:val="right"/>
            </w:pPr>
            <w:r>
              <w:rPr>
                <w:sz w:val="17"/>
              </w:rPr>
              <w:t>131</w:t>
            </w:r>
          </w:p>
        </w:tc>
        <w:tc>
          <w:tcPr>
            <w:tcW w:w="1440" w:type="dxa"/>
          </w:tcPr>
          <w:p w14:paraId="285A1BF6" w14:textId="77777777" w:rsidR="004D342C" w:rsidRDefault="00000000">
            <w:pPr>
              <w:spacing w:before="20" w:after="20"/>
              <w:ind w:firstLine="0"/>
            </w:pPr>
            <w:r>
              <w:rPr>
                <w:sz w:val="17"/>
              </w:rPr>
              <w:t>IT</w:t>
            </w:r>
          </w:p>
        </w:tc>
        <w:tc>
          <w:tcPr>
            <w:tcW w:w="864" w:type="dxa"/>
          </w:tcPr>
          <w:p w14:paraId="23EF641E" w14:textId="77777777" w:rsidR="004D342C" w:rsidRDefault="00000000">
            <w:pPr>
              <w:spacing w:before="20" w:after="20"/>
              <w:ind w:firstLine="0"/>
              <w:jc w:val="right"/>
            </w:pPr>
            <w:r>
              <w:rPr>
                <w:sz w:val="17"/>
              </w:rPr>
              <w:t>2</w:t>
            </w:r>
          </w:p>
        </w:tc>
      </w:tr>
      <w:tr w:rsidR="004D342C" w14:paraId="673B75D1" w14:textId="77777777">
        <w:trPr>
          <w:cantSplit/>
          <w:jc w:val="center"/>
        </w:trPr>
        <w:tc>
          <w:tcPr>
            <w:tcW w:w="792" w:type="dxa"/>
          </w:tcPr>
          <w:p w14:paraId="0E5ED93D" w14:textId="77777777" w:rsidR="004D342C" w:rsidRDefault="00000000">
            <w:pPr>
              <w:spacing w:before="20" w:after="20"/>
              <w:ind w:firstLine="0"/>
            </w:pPr>
            <w:r>
              <w:rPr>
                <w:sz w:val="17"/>
              </w:rPr>
              <w:t>2013</w:t>
            </w:r>
          </w:p>
        </w:tc>
        <w:tc>
          <w:tcPr>
            <w:tcW w:w="1368" w:type="dxa"/>
          </w:tcPr>
          <w:p w14:paraId="67C0B660" w14:textId="77777777" w:rsidR="004D342C" w:rsidRDefault="00000000">
            <w:pPr>
              <w:spacing w:before="20" w:after="20"/>
              <w:ind w:firstLine="0"/>
            </w:pPr>
            <w:r>
              <w:rPr>
                <w:sz w:val="17"/>
              </w:rPr>
              <w:t>EB79.3</w:t>
            </w:r>
          </w:p>
        </w:tc>
        <w:tc>
          <w:tcPr>
            <w:tcW w:w="1008" w:type="dxa"/>
          </w:tcPr>
          <w:p w14:paraId="67216A12" w14:textId="77777777" w:rsidR="004D342C" w:rsidRDefault="00000000">
            <w:pPr>
              <w:spacing w:before="20" w:after="20"/>
              <w:ind w:firstLine="0"/>
            </w:pPr>
            <w:r>
              <w:rPr>
                <w:sz w:val="17"/>
              </w:rPr>
              <w:t>793</w:t>
            </w:r>
          </w:p>
        </w:tc>
        <w:tc>
          <w:tcPr>
            <w:tcW w:w="1728" w:type="dxa"/>
          </w:tcPr>
          <w:p w14:paraId="07EF35A5" w14:textId="77777777" w:rsidR="004D342C" w:rsidRDefault="00000000">
            <w:pPr>
              <w:spacing w:before="20" w:after="20"/>
              <w:ind w:firstLine="0"/>
              <w:jc w:val="right"/>
            </w:pPr>
            <w:r>
              <w:rPr>
                <w:sz w:val="17"/>
              </w:rPr>
              <w:t>137</w:t>
            </w:r>
          </w:p>
        </w:tc>
        <w:tc>
          <w:tcPr>
            <w:tcW w:w="1440" w:type="dxa"/>
          </w:tcPr>
          <w:p w14:paraId="7EE9AD24" w14:textId="77777777" w:rsidR="004D342C" w:rsidRDefault="00000000">
            <w:pPr>
              <w:spacing w:before="20" w:after="20"/>
              <w:ind w:firstLine="0"/>
            </w:pPr>
            <w:r>
              <w:rPr>
                <w:sz w:val="17"/>
              </w:rPr>
              <w:t>IT</w:t>
            </w:r>
          </w:p>
        </w:tc>
        <w:tc>
          <w:tcPr>
            <w:tcW w:w="864" w:type="dxa"/>
          </w:tcPr>
          <w:p w14:paraId="65A432BD" w14:textId="77777777" w:rsidR="004D342C" w:rsidRDefault="00000000">
            <w:pPr>
              <w:spacing w:before="20" w:after="20"/>
              <w:ind w:firstLine="0"/>
              <w:jc w:val="right"/>
            </w:pPr>
            <w:r>
              <w:rPr>
                <w:sz w:val="17"/>
              </w:rPr>
              <w:t>2</w:t>
            </w:r>
          </w:p>
        </w:tc>
      </w:tr>
      <w:tr w:rsidR="004D342C" w14:paraId="77B8F721" w14:textId="77777777">
        <w:trPr>
          <w:cantSplit/>
          <w:jc w:val="center"/>
        </w:trPr>
        <w:tc>
          <w:tcPr>
            <w:tcW w:w="792" w:type="dxa"/>
          </w:tcPr>
          <w:p w14:paraId="6F23C81C" w14:textId="77777777" w:rsidR="004D342C" w:rsidRDefault="00000000">
            <w:pPr>
              <w:spacing w:before="20" w:after="20"/>
              <w:ind w:firstLine="0"/>
            </w:pPr>
            <w:r>
              <w:rPr>
                <w:sz w:val="17"/>
              </w:rPr>
              <w:t>2013</w:t>
            </w:r>
          </w:p>
        </w:tc>
        <w:tc>
          <w:tcPr>
            <w:tcW w:w="1368" w:type="dxa"/>
          </w:tcPr>
          <w:p w14:paraId="4AC0DDAC" w14:textId="77777777" w:rsidR="004D342C" w:rsidRDefault="00000000">
            <w:pPr>
              <w:spacing w:before="20" w:after="20"/>
              <w:ind w:firstLine="0"/>
            </w:pPr>
            <w:r>
              <w:rPr>
                <w:sz w:val="17"/>
              </w:rPr>
              <w:t>EB80.1</w:t>
            </w:r>
          </w:p>
        </w:tc>
        <w:tc>
          <w:tcPr>
            <w:tcW w:w="1008" w:type="dxa"/>
          </w:tcPr>
          <w:p w14:paraId="6404E0EE" w14:textId="77777777" w:rsidR="004D342C" w:rsidRDefault="00000000">
            <w:pPr>
              <w:spacing w:before="20" w:after="20"/>
              <w:ind w:firstLine="0"/>
            </w:pPr>
            <w:r>
              <w:rPr>
                <w:sz w:val="17"/>
              </w:rPr>
              <w:t>801</w:t>
            </w:r>
          </w:p>
        </w:tc>
        <w:tc>
          <w:tcPr>
            <w:tcW w:w="1728" w:type="dxa"/>
          </w:tcPr>
          <w:p w14:paraId="2A35F54F" w14:textId="77777777" w:rsidR="004D342C" w:rsidRDefault="00000000">
            <w:pPr>
              <w:spacing w:before="20" w:after="20"/>
              <w:ind w:firstLine="0"/>
              <w:jc w:val="right"/>
            </w:pPr>
            <w:r>
              <w:rPr>
                <w:sz w:val="17"/>
              </w:rPr>
              <w:t>131</w:t>
            </w:r>
          </w:p>
        </w:tc>
        <w:tc>
          <w:tcPr>
            <w:tcW w:w="1440" w:type="dxa"/>
          </w:tcPr>
          <w:p w14:paraId="7310B249" w14:textId="77777777" w:rsidR="004D342C" w:rsidRDefault="00000000">
            <w:pPr>
              <w:spacing w:before="20" w:after="20"/>
              <w:ind w:firstLine="0"/>
            </w:pPr>
            <w:r>
              <w:rPr>
                <w:sz w:val="17"/>
              </w:rPr>
              <w:t>IT</w:t>
            </w:r>
          </w:p>
        </w:tc>
        <w:tc>
          <w:tcPr>
            <w:tcW w:w="864" w:type="dxa"/>
          </w:tcPr>
          <w:p w14:paraId="62948B82" w14:textId="77777777" w:rsidR="004D342C" w:rsidRDefault="00000000">
            <w:pPr>
              <w:spacing w:before="20" w:after="20"/>
              <w:ind w:firstLine="0"/>
              <w:jc w:val="right"/>
            </w:pPr>
            <w:r>
              <w:rPr>
                <w:sz w:val="17"/>
              </w:rPr>
              <w:t>2</w:t>
            </w:r>
          </w:p>
        </w:tc>
      </w:tr>
      <w:tr w:rsidR="004D342C" w14:paraId="47181808" w14:textId="77777777">
        <w:trPr>
          <w:cantSplit/>
          <w:jc w:val="center"/>
        </w:trPr>
        <w:tc>
          <w:tcPr>
            <w:tcW w:w="792" w:type="dxa"/>
          </w:tcPr>
          <w:p w14:paraId="0DEDA554" w14:textId="77777777" w:rsidR="004D342C" w:rsidRDefault="00000000">
            <w:pPr>
              <w:spacing w:before="20" w:after="20"/>
              <w:ind w:firstLine="0"/>
            </w:pPr>
            <w:r>
              <w:rPr>
                <w:sz w:val="17"/>
              </w:rPr>
              <w:t>2014</w:t>
            </w:r>
          </w:p>
        </w:tc>
        <w:tc>
          <w:tcPr>
            <w:tcW w:w="1368" w:type="dxa"/>
          </w:tcPr>
          <w:p w14:paraId="70EC3033" w14:textId="77777777" w:rsidR="004D342C" w:rsidRDefault="00000000">
            <w:pPr>
              <w:spacing w:before="20" w:after="20"/>
              <w:ind w:firstLine="0"/>
            </w:pPr>
            <w:r>
              <w:rPr>
                <w:sz w:val="17"/>
              </w:rPr>
              <w:t>EB81.2</w:t>
            </w:r>
          </w:p>
        </w:tc>
        <w:tc>
          <w:tcPr>
            <w:tcW w:w="1008" w:type="dxa"/>
          </w:tcPr>
          <w:p w14:paraId="30020692" w14:textId="77777777" w:rsidR="004D342C" w:rsidRDefault="00000000">
            <w:pPr>
              <w:spacing w:before="20" w:after="20"/>
              <w:ind w:firstLine="0"/>
            </w:pPr>
            <w:r>
              <w:rPr>
                <w:sz w:val="17"/>
              </w:rPr>
              <w:t>812</w:t>
            </w:r>
          </w:p>
        </w:tc>
        <w:tc>
          <w:tcPr>
            <w:tcW w:w="1728" w:type="dxa"/>
          </w:tcPr>
          <w:p w14:paraId="58C2D432" w14:textId="77777777" w:rsidR="004D342C" w:rsidRDefault="00000000">
            <w:pPr>
              <w:spacing w:before="20" w:after="20"/>
              <w:ind w:firstLine="0"/>
              <w:jc w:val="right"/>
            </w:pPr>
            <w:r>
              <w:rPr>
                <w:sz w:val="17"/>
              </w:rPr>
              <w:t>86</w:t>
            </w:r>
          </w:p>
        </w:tc>
        <w:tc>
          <w:tcPr>
            <w:tcW w:w="1440" w:type="dxa"/>
          </w:tcPr>
          <w:p w14:paraId="4553751B" w14:textId="77777777" w:rsidR="004D342C" w:rsidRDefault="00000000">
            <w:pPr>
              <w:spacing w:before="20" w:after="20"/>
              <w:ind w:firstLine="0"/>
            </w:pPr>
            <w:r>
              <w:rPr>
                <w:sz w:val="17"/>
              </w:rPr>
              <w:t>IT</w:t>
            </w:r>
          </w:p>
        </w:tc>
        <w:tc>
          <w:tcPr>
            <w:tcW w:w="864" w:type="dxa"/>
          </w:tcPr>
          <w:p w14:paraId="2DC058B6" w14:textId="77777777" w:rsidR="004D342C" w:rsidRDefault="00000000">
            <w:pPr>
              <w:spacing w:before="20" w:after="20"/>
              <w:ind w:firstLine="0"/>
              <w:jc w:val="right"/>
            </w:pPr>
            <w:r>
              <w:rPr>
                <w:sz w:val="17"/>
              </w:rPr>
              <w:t>2</w:t>
            </w:r>
          </w:p>
        </w:tc>
      </w:tr>
      <w:tr w:rsidR="004D342C" w14:paraId="1B9EA8F2" w14:textId="77777777">
        <w:trPr>
          <w:cantSplit/>
          <w:jc w:val="center"/>
        </w:trPr>
        <w:tc>
          <w:tcPr>
            <w:tcW w:w="792" w:type="dxa"/>
          </w:tcPr>
          <w:p w14:paraId="025EC38D" w14:textId="77777777" w:rsidR="004D342C" w:rsidRDefault="00000000">
            <w:pPr>
              <w:spacing w:before="20" w:after="20"/>
              <w:ind w:firstLine="0"/>
            </w:pPr>
            <w:r>
              <w:rPr>
                <w:sz w:val="17"/>
              </w:rPr>
              <w:t>2014</w:t>
            </w:r>
          </w:p>
        </w:tc>
        <w:tc>
          <w:tcPr>
            <w:tcW w:w="1368" w:type="dxa"/>
          </w:tcPr>
          <w:p w14:paraId="0880A722" w14:textId="77777777" w:rsidR="004D342C" w:rsidRDefault="00000000">
            <w:pPr>
              <w:spacing w:before="20" w:after="20"/>
              <w:ind w:firstLine="0"/>
            </w:pPr>
            <w:r>
              <w:rPr>
                <w:sz w:val="17"/>
              </w:rPr>
              <w:t>EB81.4</w:t>
            </w:r>
          </w:p>
        </w:tc>
        <w:tc>
          <w:tcPr>
            <w:tcW w:w="1008" w:type="dxa"/>
          </w:tcPr>
          <w:p w14:paraId="4A986B97" w14:textId="77777777" w:rsidR="004D342C" w:rsidRDefault="00000000">
            <w:pPr>
              <w:spacing w:before="20" w:after="20"/>
              <w:ind w:firstLine="0"/>
            </w:pPr>
            <w:r>
              <w:rPr>
                <w:sz w:val="17"/>
              </w:rPr>
              <w:t>814</w:t>
            </w:r>
          </w:p>
        </w:tc>
        <w:tc>
          <w:tcPr>
            <w:tcW w:w="1728" w:type="dxa"/>
          </w:tcPr>
          <w:p w14:paraId="54645F14" w14:textId="77777777" w:rsidR="004D342C" w:rsidRDefault="00000000">
            <w:pPr>
              <w:spacing w:before="20" w:after="20"/>
              <w:ind w:firstLine="0"/>
              <w:jc w:val="right"/>
            </w:pPr>
            <w:r>
              <w:rPr>
                <w:sz w:val="17"/>
              </w:rPr>
              <w:t>115</w:t>
            </w:r>
          </w:p>
        </w:tc>
        <w:tc>
          <w:tcPr>
            <w:tcW w:w="1440" w:type="dxa"/>
          </w:tcPr>
          <w:p w14:paraId="29A06E04" w14:textId="77777777" w:rsidR="004D342C" w:rsidRDefault="00000000">
            <w:pPr>
              <w:spacing w:before="20" w:after="20"/>
              <w:ind w:firstLine="0"/>
            </w:pPr>
            <w:r>
              <w:rPr>
                <w:sz w:val="17"/>
              </w:rPr>
              <w:t>IT</w:t>
            </w:r>
          </w:p>
        </w:tc>
        <w:tc>
          <w:tcPr>
            <w:tcW w:w="864" w:type="dxa"/>
          </w:tcPr>
          <w:p w14:paraId="0AA94A93" w14:textId="77777777" w:rsidR="004D342C" w:rsidRDefault="00000000">
            <w:pPr>
              <w:spacing w:before="20" w:after="20"/>
              <w:ind w:firstLine="0"/>
              <w:jc w:val="right"/>
            </w:pPr>
            <w:r>
              <w:rPr>
                <w:sz w:val="17"/>
              </w:rPr>
              <w:t>2</w:t>
            </w:r>
          </w:p>
        </w:tc>
      </w:tr>
      <w:tr w:rsidR="004D342C" w14:paraId="3EB83B7C" w14:textId="77777777">
        <w:trPr>
          <w:cantSplit/>
          <w:jc w:val="center"/>
        </w:trPr>
        <w:tc>
          <w:tcPr>
            <w:tcW w:w="792" w:type="dxa"/>
          </w:tcPr>
          <w:p w14:paraId="30C40097" w14:textId="77777777" w:rsidR="004D342C" w:rsidRDefault="00000000">
            <w:pPr>
              <w:spacing w:before="20" w:after="20"/>
              <w:ind w:firstLine="0"/>
            </w:pPr>
            <w:r>
              <w:rPr>
                <w:sz w:val="17"/>
              </w:rPr>
              <w:t>2014</w:t>
            </w:r>
          </w:p>
        </w:tc>
        <w:tc>
          <w:tcPr>
            <w:tcW w:w="1368" w:type="dxa"/>
          </w:tcPr>
          <w:p w14:paraId="6A576EEE" w14:textId="77777777" w:rsidR="004D342C" w:rsidRDefault="00000000">
            <w:pPr>
              <w:spacing w:before="20" w:after="20"/>
              <w:ind w:firstLine="0"/>
            </w:pPr>
            <w:r>
              <w:rPr>
                <w:sz w:val="17"/>
              </w:rPr>
              <w:t>EB82.3</w:t>
            </w:r>
          </w:p>
        </w:tc>
        <w:tc>
          <w:tcPr>
            <w:tcW w:w="1008" w:type="dxa"/>
          </w:tcPr>
          <w:p w14:paraId="374784A4" w14:textId="77777777" w:rsidR="004D342C" w:rsidRDefault="00000000">
            <w:pPr>
              <w:spacing w:before="20" w:after="20"/>
              <w:ind w:firstLine="0"/>
            </w:pPr>
            <w:r>
              <w:rPr>
                <w:sz w:val="17"/>
              </w:rPr>
              <w:t>823</w:t>
            </w:r>
          </w:p>
        </w:tc>
        <w:tc>
          <w:tcPr>
            <w:tcW w:w="1728" w:type="dxa"/>
          </w:tcPr>
          <w:p w14:paraId="4DB85BCC" w14:textId="77777777" w:rsidR="004D342C" w:rsidRDefault="00000000">
            <w:pPr>
              <w:spacing w:before="20" w:after="20"/>
              <w:ind w:firstLine="0"/>
              <w:jc w:val="right"/>
            </w:pPr>
            <w:r>
              <w:rPr>
                <w:sz w:val="17"/>
              </w:rPr>
              <w:t>139</w:t>
            </w:r>
          </w:p>
        </w:tc>
        <w:tc>
          <w:tcPr>
            <w:tcW w:w="1440" w:type="dxa"/>
          </w:tcPr>
          <w:p w14:paraId="34A6813E" w14:textId="77777777" w:rsidR="004D342C" w:rsidRDefault="00000000">
            <w:pPr>
              <w:spacing w:before="20" w:after="20"/>
              <w:ind w:firstLine="0"/>
            </w:pPr>
            <w:r>
              <w:rPr>
                <w:sz w:val="17"/>
              </w:rPr>
              <w:t>IT</w:t>
            </w:r>
          </w:p>
        </w:tc>
        <w:tc>
          <w:tcPr>
            <w:tcW w:w="864" w:type="dxa"/>
          </w:tcPr>
          <w:p w14:paraId="72B90315" w14:textId="77777777" w:rsidR="004D342C" w:rsidRDefault="00000000">
            <w:pPr>
              <w:spacing w:before="20" w:after="20"/>
              <w:ind w:firstLine="0"/>
              <w:jc w:val="right"/>
            </w:pPr>
            <w:r>
              <w:rPr>
                <w:sz w:val="17"/>
              </w:rPr>
              <w:t>2</w:t>
            </w:r>
          </w:p>
        </w:tc>
      </w:tr>
      <w:tr w:rsidR="004D342C" w14:paraId="15505D4A" w14:textId="77777777">
        <w:trPr>
          <w:cantSplit/>
          <w:jc w:val="center"/>
        </w:trPr>
        <w:tc>
          <w:tcPr>
            <w:tcW w:w="792" w:type="dxa"/>
          </w:tcPr>
          <w:p w14:paraId="3CCECB74" w14:textId="77777777" w:rsidR="004D342C" w:rsidRDefault="00000000">
            <w:pPr>
              <w:spacing w:before="20" w:after="20"/>
              <w:ind w:firstLine="0"/>
            </w:pPr>
            <w:r>
              <w:rPr>
                <w:sz w:val="17"/>
              </w:rPr>
              <w:t>2015</w:t>
            </w:r>
          </w:p>
        </w:tc>
        <w:tc>
          <w:tcPr>
            <w:tcW w:w="1368" w:type="dxa"/>
          </w:tcPr>
          <w:p w14:paraId="645FFEF3" w14:textId="77777777" w:rsidR="004D342C" w:rsidRDefault="00000000">
            <w:pPr>
              <w:spacing w:before="20" w:after="20"/>
              <w:ind w:firstLine="0"/>
            </w:pPr>
            <w:r>
              <w:rPr>
                <w:sz w:val="17"/>
              </w:rPr>
              <w:t>EB83.3</w:t>
            </w:r>
          </w:p>
        </w:tc>
        <w:tc>
          <w:tcPr>
            <w:tcW w:w="1008" w:type="dxa"/>
          </w:tcPr>
          <w:p w14:paraId="51C49A00" w14:textId="77777777" w:rsidR="004D342C" w:rsidRDefault="00000000">
            <w:pPr>
              <w:spacing w:before="20" w:after="20"/>
              <w:ind w:firstLine="0"/>
            </w:pPr>
            <w:r>
              <w:rPr>
                <w:sz w:val="17"/>
              </w:rPr>
              <w:t>833</w:t>
            </w:r>
          </w:p>
        </w:tc>
        <w:tc>
          <w:tcPr>
            <w:tcW w:w="1728" w:type="dxa"/>
          </w:tcPr>
          <w:p w14:paraId="7E54D726" w14:textId="77777777" w:rsidR="004D342C" w:rsidRDefault="00000000">
            <w:pPr>
              <w:spacing w:before="20" w:after="20"/>
              <w:ind w:firstLine="0"/>
              <w:jc w:val="right"/>
            </w:pPr>
            <w:r>
              <w:rPr>
                <w:sz w:val="17"/>
              </w:rPr>
              <w:t>124</w:t>
            </w:r>
          </w:p>
        </w:tc>
        <w:tc>
          <w:tcPr>
            <w:tcW w:w="1440" w:type="dxa"/>
          </w:tcPr>
          <w:p w14:paraId="17CED540" w14:textId="77777777" w:rsidR="004D342C" w:rsidRDefault="00000000">
            <w:pPr>
              <w:spacing w:before="20" w:after="20"/>
              <w:ind w:firstLine="0"/>
            </w:pPr>
            <w:r>
              <w:rPr>
                <w:sz w:val="17"/>
              </w:rPr>
              <w:t>IT</w:t>
            </w:r>
          </w:p>
        </w:tc>
        <w:tc>
          <w:tcPr>
            <w:tcW w:w="864" w:type="dxa"/>
          </w:tcPr>
          <w:p w14:paraId="74D7C93F" w14:textId="77777777" w:rsidR="004D342C" w:rsidRDefault="00000000">
            <w:pPr>
              <w:spacing w:before="20" w:after="20"/>
              <w:ind w:firstLine="0"/>
              <w:jc w:val="right"/>
            </w:pPr>
            <w:r>
              <w:rPr>
                <w:sz w:val="17"/>
              </w:rPr>
              <w:t>2</w:t>
            </w:r>
          </w:p>
        </w:tc>
      </w:tr>
      <w:tr w:rsidR="004D342C" w14:paraId="1E82B0F3" w14:textId="77777777">
        <w:trPr>
          <w:cantSplit/>
          <w:jc w:val="center"/>
        </w:trPr>
        <w:tc>
          <w:tcPr>
            <w:tcW w:w="792" w:type="dxa"/>
          </w:tcPr>
          <w:p w14:paraId="4717ACD6" w14:textId="77777777" w:rsidR="004D342C" w:rsidRDefault="00000000">
            <w:pPr>
              <w:spacing w:before="20" w:after="20"/>
              <w:ind w:firstLine="0"/>
            </w:pPr>
            <w:r>
              <w:rPr>
                <w:sz w:val="17"/>
              </w:rPr>
              <w:t>2015</w:t>
            </w:r>
          </w:p>
        </w:tc>
        <w:tc>
          <w:tcPr>
            <w:tcW w:w="1368" w:type="dxa"/>
          </w:tcPr>
          <w:p w14:paraId="724E561F" w14:textId="77777777" w:rsidR="004D342C" w:rsidRDefault="00000000">
            <w:pPr>
              <w:spacing w:before="20" w:after="20"/>
              <w:ind w:firstLine="0"/>
            </w:pPr>
            <w:r>
              <w:rPr>
                <w:sz w:val="17"/>
              </w:rPr>
              <w:t>EB84.3</w:t>
            </w:r>
          </w:p>
        </w:tc>
        <w:tc>
          <w:tcPr>
            <w:tcW w:w="1008" w:type="dxa"/>
          </w:tcPr>
          <w:p w14:paraId="424ACEEF" w14:textId="77777777" w:rsidR="004D342C" w:rsidRDefault="00000000">
            <w:pPr>
              <w:spacing w:before="20" w:after="20"/>
              <w:ind w:firstLine="0"/>
            </w:pPr>
            <w:r>
              <w:rPr>
                <w:sz w:val="17"/>
              </w:rPr>
              <w:t>843</w:t>
            </w:r>
          </w:p>
        </w:tc>
        <w:tc>
          <w:tcPr>
            <w:tcW w:w="1728" w:type="dxa"/>
          </w:tcPr>
          <w:p w14:paraId="4AF1816A" w14:textId="77777777" w:rsidR="004D342C" w:rsidRDefault="00000000">
            <w:pPr>
              <w:spacing w:before="20" w:after="20"/>
              <w:ind w:firstLine="0"/>
              <w:jc w:val="right"/>
            </w:pPr>
            <w:r>
              <w:rPr>
                <w:sz w:val="17"/>
              </w:rPr>
              <w:t>145</w:t>
            </w:r>
          </w:p>
        </w:tc>
        <w:tc>
          <w:tcPr>
            <w:tcW w:w="1440" w:type="dxa"/>
          </w:tcPr>
          <w:p w14:paraId="2DFE8A23" w14:textId="77777777" w:rsidR="004D342C" w:rsidRDefault="00000000">
            <w:pPr>
              <w:spacing w:before="20" w:after="20"/>
              <w:ind w:firstLine="0"/>
            </w:pPr>
            <w:r>
              <w:rPr>
                <w:sz w:val="17"/>
              </w:rPr>
              <w:t>IT</w:t>
            </w:r>
          </w:p>
        </w:tc>
        <w:tc>
          <w:tcPr>
            <w:tcW w:w="864" w:type="dxa"/>
          </w:tcPr>
          <w:p w14:paraId="19063742" w14:textId="77777777" w:rsidR="004D342C" w:rsidRDefault="00000000">
            <w:pPr>
              <w:spacing w:before="20" w:after="20"/>
              <w:ind w:firstLine="0"/>
              <w:jc w:val="right"/>
            </w:pPr>
            <w:r>
              <w:rPr>
                <w:sz w:val="17"/>
              </w:rPr>
              <w:t>2</w:t>
            </w:r>
          </w:p>
        </w:tc>
      </w:tr>
      <w:tr w:rsidR="004D342C" w14:paraId="49C3E8A0" w14:textId="77777777">
        <w:trPr>
          <w:cantSplit/>
          <w:jc w:val="center"/>
        </w:trPr>
        <w:tc>
          <w:tcPr>
            <w:tcW w:w="792" w:type="dxa"/>
          </w:tcPr>
          <w:p w14:paraId="16CB292E" w14:textId="77777777" w:rsidR="004D342C" w:rsidRDefault="00000000">
            <w:pPr>
              <w:spacing w:before="20" w:after="20"/>
              <w:ind w:firstLine="0"/>
            </w:pPr>
            <w:r>
              <w:rPr>
                <w:sz w:val="17"/>
              </w:rPr>
              <w:t>2016</w:t>
            </w:r>
          </w:p>
        </w:tc>
        <w:tc>
          <w:tcPr>
            <w:tcW w:w="1368" w:type="dxa"/>
          </w:tcPr>
          <w:p w14:paraId="0AF78775" w14:textId="77777777" w:rsidR="004D342C" w:rsidRDefault="00000000">
            <w:pPr>
              <w:spacing w:before="20" w:after="20"/>
              <w:ind w:firstLine="0"/>
            </w:pPr>
            <w:r>
              <w:rPr>
                <w:sz w:val="17"/>
              </w:rPr>
              <w:t>EB85.2</w:t>
            </w:r>
          </w:p>
        </w:tc>
        <w:tc>
          <w:tcPr>
            <w:tcW w:w="1008" w:type="dxa"/>
          </w:tcPr>
          <w:p w14:paraId="55143A64" w14:textId="77777777" w:rsidR="004D342C" w:rsidRDefault="00000000">
            <w:pPr>
              <w:spacing w:before="20" w:after="20"/>
              <w:ind w:firstLine="0"/>
            </w:pPr>
            <w:r>
              <w:rPr>
                <w:sz w:val="17"/>
              </w:rPr>
              <w:t>852</w:t>
            </w:r>
          </w:p>
        </w:tc>
        <w:tc>
          <w:tcPr>
            <w:tcW w:w="1728" w:type="dxa"/>
          </w:tcPr>
          <w:p w14:paraId="0410F296" w14:textId="77777777" w:rsidR="004D342C" w:rsidRDefault="00000000">
            <w:pPr>
              <w:spacing w:before="20" w:after="20"/>
              <w:ind w:firstLine="0"/>
              <w:jc w:val="right"/>
            </w:pPr>
            <w:r>
              <w:rPr>
                <w:sz w:val="17"/>
              </w:rPr>
              <w:t>111</w:t>
            </w:r>
          </w:p>
        </w:tc>
        <w:tc>
          <w:tcPr>
            <w:tcW w:w="1440" w:type="dxa"/>
          </w:tcPr>
          <w:p w14:paraId="19371952" w14:textId="77777777" w:rsidR="004D342C" w:rsidRDefault="00000000">
            <w:pPr>
              <w:spacing w:before="20" w:after="20"/>
              <w:ind w:firstLine="0"/>
            </w:pPr>
            <w:r>
              <w:rPr>
                <w:sz w:val="17"/>
              </w:rPr>
              <w:t>IT</w:t>
            </w:r>
          </w:p>
        </w:tc>
        <w:tc>
          <w:tcPr>
            <w:tcW w:w="864" w:type="dxa"/>
          </w:tcPr>
          <w:p w14:paraId="71D3146F" w14:textId="77777777" w:rsidR="004D342C" w:rsidRDefault="00000000">
            <w:pPr>
              <w:spacing w:before="20" w:after="20"/>
              <w:ind w:firstLine="0"/>
              <w:jc w:val="right"/>
            </w:pPr>
            <w:r>
              <w:rPr>
                <w:sz w:val="17"/>
              </w:rPr>
              <w:t>2</w:t>
            </w:r>
          </w:p>
        </w:tc>
      </w:tr>
      <w:tr w:rsidR="004D342C" w14:paraId="583FEC00" w14:textId="77777777">
        <w:trPr>
          <w:cantSplit/>
          <w:jc w:val="center"/>
        </w:trPr>
        <w:tc>
          <w:tcPr>
            <w:tcW w:w="792" w:type="dxa"/>
          </w:tcPr>
          <w:p w14:paraId="7BC0172A" w14:textId="77777777" w:rsidR="004D342C" w:rsidRDefault="00000000">
            <w:pPr>
              <w:spacing w:before="20" w:after="20"/>
              <w:ind w:firstLine="0"/>
            </w:pPr>
            <w:r>
              <w:rPr>
                <w:sz w:val="17"/>
              </w:rPr>
              <w:t>2016</w:t>
            </w:r>
          </w:p>
        </w:tc>
        <w:tc>
          <w:tcPr>
            <w:tcW w:w="1368" w:type="dxa"/>
          </w:tcPr>
          <w:p w14:paraId="1345ACAF" w14:textId="77777777" w:rsidR="004D342C" w:rsidRDefault="00000000">
            <w:pPr>
              <w:spacing w:before="20" w:after="20"/>
              <w:ind w:firstLine="0"/>
            </w:pPr>
            <w:r>
              <w:rPr>
                <w:sz w:val="17"/>
              </w:rPr>
              <w:t>EB86.2</w:t>
            </w:r>
          </w:p>
        </w:tc>
        <w:tc>
          <w:tcPr>
            <w:tcW w:w="1008" w:type="dxa"/>
          </w:tcPr>
          <w:p w14:paraId="72FE63F4" w14:textId="77777777" w:rsidR="004D342C" w:rsidRDefault="00000000">
            <w:pPr>
              <w:spacing w:before="20" w:after="20"/>
              <w:ind w:firstLine="0"/>
            </w:pPr>
            <w:r>
              <w:rPr>
                <w:sz w:val="17"/>
              </w:rPr>
              <w:t>862</w:t>
            </w:r>
          </w:p>
        </w:tc>
        <w:tc>
          <w:tcPr>
            <w:tcW w:w="1728" w:type="dxa"/>
          </w:tcPr>
          <w:p w14:paraId="244D7231" w14:textId="77777777" w:rsidR="004D342C" w:rsidRDefault="00000000">
            <w:pPr>
              <w:spacing w:before="20" w:after="20"/>
              <w:ind w:firstLine="0"/>
              <w:jc w:val="right"/>
            </w:pPr>
            <w:r>
              <w:rPr>
                <w:sz w:val="17"/>
              </w:rPr>
              <w:t>143</w:t>
            </w:r>
          </w:p>
        </w:tc>
        <w:tc>
          <w:tcPr>
            <w:tcW w:w="1440" w:type="dxa"/>
          </w:tcPr>
          <w:p w14:paraId="4A2280AA" w14:textId="77777777" w:rsidR="004D342C" w:rsidRDefault="00000000">
            <w:pPr>
              <w:spacing w:before="20" w:after="20"/>
              <w:ind w:firstLine="0"/>
            </w:pPr>
            <w:r>
              <w:rPr>
                <w:sz w:val="17"/>
              </w:rPr>
              <w:t>IT</w:t>
            </w:r>
          </w:p>
        </w:tc>
        <w:tc>
          <w:tcPr>
            <w:tcW w:w="864" w:type="dxa"/>
          </w:tcPr>
          <w:p w14:paraId="28AEE2CF" w14:textId="77777777" w:rsidR="004D342C" w:rsidRDefault="00000000">
            <w:pPr>
              <w:spacing w:before="20" w:after="20"/>
              <w:ind w:firstLine="0"/>
              <w:jc w:val="right"/>
            </w:pPr>
            <w:r>
              <w:rPr>
                <w:sz w:val="17"/>
              </w:rPr>
              <w:t>2</w:t>
            </w:r>
          </w:p>
        </w:tc>
      </w:tr>
      <w:tr w:rsidR="004D342C" w14:paraId="6F62289B" w14:textId="77777777">
        <w:trPr>
          <w:cantSplit/>
          <w:jc w:val="center"/>
        </w:trPr>
        <w:tc>
          <w:tcPr>
            <w:tcW w:w="792" w:type="dxa"/>
          </w:tcPr>
          <w:p w14:paraId="274D9CCF" w14:textId="77777777" w:rsidR="004D342C" w:rsidRDefault="00000000">
            <w:pPr>
              <w:spacing w:before="20" w:after="20"/>
              <w:ind w:firstLine="0"/>
            </w:pPr>
            <w:r>
              <w:rPr>
                <w:sz w:val="17"/>
              </w:rPr>
              <w:t>2017</w:t>
            </w:r>
          </w:p>
        </w:tc>
        <w:tc>
          <w:tcPr>
            <w:tcW w:w="1368" w:type="dxa"/>
          </w:tcPr>
          <w:p w14:paraId="67857EBF" w14:textId="77777777" w:rsidR="004D342C" w:rsidRDefault="00000000">
            <w:pPr>
              <w:spacing w:before="20" w:after="20"/>
              <w:ind w:firstLine="0"/>
            </w:pPr>
            <w:r>
              <w:rPr>
                <w:sz w:val="17"/>
              </w:rPr>
              <w:t>EB87.3</w:t>
            </w:r>
          </w:p>
        </w:tc>
        <w:tc>
          <w:tcPr>
            <w:tcW w:w="1008" w:type="dxa"/>
          </w:tcPr>
          <w:p w14:paraId="075C6585" w14:textId="77777777" w:rsidR="004D342C" w:rsidRDefault="00000000">
            <w:pPr>
              <w:spacing w:before="20" w:after="20"/>
              <w:ind w:firstLine="0"/>
            </w:pPr>
            <w:r>
              <w:rPr>
                <w:sz w:val="17"/>
              </w:rPr>
              <w:t>873</w:t>
            </w:r>
          </w:p>
        </w:tc>
        <w:tc>
          <w:tcPr>
            <w:tcW w:w="1728" w:type="dxa"/>
          </w:tcPr>
          <w:p w14:paraId="7EAF43A7" w14:textId="77777777" w:rsidR="004D342C" w:rsidRDefault="00000000">
            <w:pPr>
              <w:spacing w:before="20" w:after="20"/>
              <w:ind w:firstLine="0"/>
              <w:jc w:val="right"/>
            </w:pPr>
            <w:r>
              <w:rPr>
                <w:sz w:val="17"/>
              </w:rPr>
              <w:t>128</w:t>
            </w:r>
          </w:p>
        </w:tc>
        <w:tc>
          <w:tcPr>
            <w:tcW w:w="1440" w:type="dxa"/>
          </w:tcPr>
          <w:p w14:paraId="24C3618B" w14:textId="77777777" w:rsidR="004D342C" w:rsidRDefault="00000000">
            <w:pPr>
              <w:spacing w:before="20" w:after="20"/>
              <w:ind w:firstLine="0"/>
            </w:pPr>
            <w:r>
              <w:rPr>
                <w:sz w:val="17"/>
              </w:rPr>
              <w:t>IT</w:t>
            </w:r>
          </w:p>
        </w:tc>
        <w:tc>
          <w:tcPr>
            <w:tcW w:w="864" w:type="dxa"/>
          </w:tcPr>
          <w:p w14:paraId="7681DF58" w14:textId="77777777" w:rsidR="004D342C" w:rsidRDefault="00000000">
            <w:pPr>
              <w:spacing w:before="20" w:after="20"/>
              <w:ind w:firstLine="0"/>
              <w:jc w:val="right"/>
            </w:pPr>
            <w:r>
              <w:rPr>
                <w:sz w:val="17"/>
              </w:rPr>
              <w:t>2</w:t>
            </w:r>
          </w:p>
        </w:tc>
      </w:tr>
      <w:tr w:rsidR="004D342C" w14:paraId="53B67912" w14:textId="77777777">
        <w:trPr>
          <w:cantSplit/>
          <w:jc w:val="center"/>
        </w:trPr>
        <w:tc>
          <w:tcPr>
            <w:tcW w:w="792" w:type="dxa"/>
          </w:tcPr>
          <w:p w14:paraId="23BCA30B" w14:textId="77777777" w:rsidR="004D342C" w:rsidRDefault="00000000">
            <w:pPr>
              <w:spacing w:before="20" w:after="20"/>
              <w:ind w:firstLine="0"/>
            </w:pPr>
            <w:r>
              <w:rPr>
                <w:sz w:val="17"/>
              </w:rPr>
              <w:t>2017</w:t>
            </w:r>
          </w:p>
        </w:tc>
        <w:tc>
          <w:tcPr>
            <w:tcW w:w="1368" w:type="dxa"/>
          </w:tcPr>
          <w:p w14:paraId="16C7A3A8" w14:textId="77777777" w:rsidR="004D342C" w:rsidRDefault="00000000">
            <w:pPr>
              <w:spacing w:before="20" w:after="20"/>
              <w:ind w:firstLine="0"/>
            </w:pPr>
            <w:r>
              <w:rPr>
                <w:sz w:val="17"/>
              </w:rPr>
              <w:t>EB88.3</w:t>
            </w:r>
          </w:p>
        </w:tc>
        <w:tc>
          <w:tcPr>
            <w:tcW w:w="1008" w:type="dxa"/>
          </w:tcPr>
          <w:p w14:paraId="03DE2287" w14:textId="77777777" w:rsidR="004D342C" w:rsidRDefault="00000000">
            <w:pPr>
              <w:spacing w:before="20" w:after="20"/>
              <w:ind w:firstLine="0"/>
            </w:pPr>
            <w:r>
              <w:rPr>
                <w:sz w:val="17"/>
              </w:rPr>
              <w:t>883</w:t>
            </w:r>
          </w:p>
        </w:tc>
        <w:tc>
          <w:tcPr>
            <w:tcW w:w="1728" w:type="dxa"/>
          </w:tcPr>
          <w:p w14:paraId="7BDF34E2" w14:textId="77777777" w:rsidR="004D342C" w:rsidRDefault="00000000">
            <w:pPr>
              <w:spacing w:before="20" w:after="20"/>
              <w:ind w:firstLine="0"/>
              <w:jc w:val="right"/>
            </w:pPr>
            <w:r>
              <w:rPr>
                <w:sz w:val="17"/>
              </w:rPr>
              <w:t>146</w:t>
            </w:r>
          </w:p>
        </w:tc>
        <w:tc>
          <w:tcPr>
            <w:tcW w:w="1440" w:type="dxa"/>
          </w:tcPr>
          <w:p w14:paraId="3CFCC9DF" w14:textId="77777777" w:rsidR="004D342C" w:rsidRDefault="00000000">
            <w:pPr>
              <w:spacing w:before="20" w:after="20"/>
              <w:ind w:firstLine="0"/>
            </w:pPr>
            <w:r>
              <w:rPr>
                <w:sz w:val="17"/>
              </w:rPr>
              <w:t>IT</w:t>
            </w:r>
          </w:p>
        </w:tc>
        <w:tc>
          <w:tcPr>
            <w:tcW w:w="864" w:type="dxa"/>
          </w:tcPr>
          <w:p w14:paraId="48D94EF2" w14:textId="77777777" w:rsidR="004D342C" w:rsidRDefault="00000000">
            <w:pPr>
              <w:spacing w:before="20" w:after="20"/>
              <w:ind w:firstLine="0"/>
              <w:jc w:val="right"/>
            </w:pPr>
            <w:r>
              <w:rPr>
                <w:sz w:val="17"/>
              </w:rPr>
              <w:t>2</w:t>
            </w:r>
          </w:p>
        </w:tc>
      </w:tr>
      <w:tr w:rsidR="004D342C" w14:paraId="23C580FC" w14:textId="77777777">
        <w:trPr>
          <w:cantSplit/>
          <w:jc w:val="center"/>
        </w:trPr>
        <w:tc>
          <w:tcPr>
            <w:tcW w:w="792" w:type="dxa"/>
          </w:tcPr>
          <w:p w14:paraId="1A4F9B9B" w14:textId="77777777" w:rsidR="004D342C" w:rsidRDefault="00000000">
            <w:pPr>
              <w:spacing w:before="20" w:after="20"/>
              <w:ind w:firstLine="0"/>
            </w:pPr>
            <w:r>
              <w:rPr>
                <w:sz w:val="17"/>
              </w:rPr>
              <w:t>2018</w:t>
            </w:r>
          </w:p>
        </w:tc>
        <w:tc>
          <w:tcPr>
            <w:tcW w:w="1368" w:type="dxa"/>
          </w:tcPr>
          <w:p w14:paraId="7B114AA5" w14:textId="77777777" w:rsidR="004D342C" w:rsidRDefault="00000000">
            <w:pPr>
              <w:spacing w:before="20" w:after="20"/>
              <w:ind w:firstLine="0"/>
            </w:pPr>
            <w:r>
              <w:rPr>
                <w:sz w:val="17"/>
              </w:rPr>
              <w:t>EB89.1</w:t>
            </w:r>
          </w:p>
        </w:tc>
        <w:tc>
          <w:tcPr>
            <w:tcW w:w="1008" w:type="dxa"/>
          </w:tcPr>
          <w:p w14:paraId="616984C4" w14:textId="77777777" w:rsidR="004D342C" w:rsidRDefault="00000000">
            <w:pPr>
              <w:spacing w:before="20" w:after="20"/>
              <w:ind w:firstLine="0"/>
            </w:pPr>
            <w:r>
              <w:rPr>
                <w:sz w:val="17"/>
              </w:rPr>
              <w:t>891</w:t>
            </w:r>
          </w:p>
        </w:tc>
        <w:tc>
          <w:tcPr>
            <w:tcW w:w="1728" w:type="dxa"/>
          </w:tcPr>
          <w:p w14:paraId="2817318A" w14:textId="77777777" w:rsidR="004D342C" w:rsidRDefault="00000000">
            <w:pPr>
              <w:spacing w:before="20" w:after="20"/>
              <w:ind w:firstLine="0"/>
              <w:jc w:val="right"/>
            </w:pPr>
            <w:r>
              <w:rPr>
                <w:sz w:val="17"/>
              </w:rPr>
              <w:t>141</w:t>
            </w:r>
          </w:p>
        </w:tc>
        <w:tc>
          <w:tcPr>
            <w:tcW w:w="1440" w:type="dxa"/>
          </w:tcPr>
          <w:p w14:paraId="1CD448E9" w14:textId="77777777" w:rsidR="004D342C" w:rsidRDefault="00000000">
            <w:pPr>
              <w:spacing w:before="20" w:after="20"/>
              <w:ind w:firstLine="0"/>
            </w:pPr>
            <w:r>
              <w:rPr>
                <w:sz w:val="17"/>
              </w:rPr>
              <w:t>IT</w:t>
            </w:r>
          </w:p>
        </w:tc>
        <w:tc>
          <w:tcPr>
            <w:tcW w:w="864" w:type="dxa"/>
          </w:tcPr>
          <w:p w14:paraId="16FDDAF4" w14:textId="77777777" w:rsidR="004D342C" w:rsidRDefault="00000000">
            <w:pPr>
              <w:spacing w:before="20" w:after="20"/>
              <w:ind w:firstLine="0"/>
              <w:jc w:val="right"/>
            </w:pPr>
            <w:r>
              <w:rPr>
                <w:sz w:val="17"/>
              </w:rPr>
              <w:t>2</w:t>
            </w:r>
          </w:p>
        </w:tc>
      </w:tr>
      <w:tr w:rsidR="004D342C" w14:paraId="0345943D" w14:textId="77777777">
        <w:trPr>
          <w:cantSplit/>
          <w:jc w:val="center"/>
        </w:trPr>
        <w:tc>
          <w:tcPr>
            <w:tcW w:w="792" w:type="dxa"/>
          </w:tcPr>
          <w:p w14:paraId="6AF1FBD1" w14:textId="77777777" w:rsidR="004D342C" w:rsidRDefault="00000000">
            <w:pPr>
              <w:spacing w:before="20" w:after="20"/>
              <w:ind w:firstLine="0"/>
            </w:pPr>
            <w:r>
              <w:rPr>
                <w:sz w:val="17"/>
              </w:rPr>
              <w:t>2018</w:t>
            </w:r>
          </w:p>
        </w:tc>
        <w:tc>
          <w:tcPr>
            <w:tcW w:w="1368" w:type="dxa"/>
          </w:tcPr>
          <w:p w14:paraId="60566A93" w14:textId="77777777" w:rsidR="004D342C" w:rsidRDefault="00000000">
            <w:pPr>
              <w:spacing w:before="20" w:after="20"/>
              <w:ind w:firstLine="0"/>
            </w:pPr>
            <w:r>
              <w:rPr>
                <w:sz w:val="17"/>
              </w:rPr>
              <w:t>EB90.3</w:t>
            </w:r>
          </w:p>
        </w:tc>
        <w:tc>
          <w:tcPr>
            <w:tcW w:w="1008" w:type="dxa"/>
          </w:tcPr>
          <w:p w14:paraId="6E4367BC" w14:textId="77777777" w:rsidR="004D342C" w:rsidRDefault="00000000">
            <w:pPr>
              <w:spacing w:before="20" w:after="20"/>
              <w:ind w:firstLine="0"/>
            </w:pPr>
            <w:r>
              <w:rPr>
                <w:sz w:val="17"/>
              </w:rPr>
              <w:t>903</w:t>
            </w:r>
          </w:p>
        </w:tc>
        <w:tc>
          <w:tcPr>
            <w:tcW w:w="1728" w:type="dxa"/>
          </w:tcPr>
          <w:p w14:paraId="2AEF8B70" w14:textId="77777777" w:rsidR="004D342C" w:rsidRDefault="00000000">
            <w:pPr>
              <w:spacing w:before="20" w:after="20"/>
              <w:ind w:firstLine="0"/>
              <w:jc w:val="right"/>
            </w:pPr>
            <w:r>
              <w:rPr>
                <w:sz w:val="17"/>
              </w:rPr>
              <w:t>153</w:t>
            </w:r>
          </w:p>
        </w:tc>
        <w:tc>
          <w:tcPr>
            <w:tcW w:w="1440" w:type="dxa"/>
          </w:tcPr>
          <w:p w14:paraId="42C51025" w14:textId="77777777" w:rsidR="004D342C" w:rsidRDefault="00000000">
            <w:pPr>
              <w:spacing w:before="20" w:after="20"/>
              <w:ind w:firstLine="0"/>
            </w:pPr>
            <w:r>
              <w:rPr>
                <w:sz w:val="17"/>
              </w:rPr>
              <w:t>IT</w:t>
            </w:r>
          </w:p>
        </w:tc>
        <w:tc>
          <w:tcPr>
            <w:tcW w:w="864" w:type="dxa"/>
          </w:tcPr>
          <w:p w14:paraId="1D0927B9" w14:textId="77777777" w:rsidR="004D342C" w:rsidRDefault="00000000">
            <w:pPr>
              <w:spacing w:before="20" w:after="20"/>
              <w:ind w:firstLine="0"/>
              <w:jc w:val="right"/>
            </w:pPr>
            <w:r>
              <w:rPr>
                <w:sz w:val="17"/>
              </w:rPr>
              <w:t>2</w:t>
            </w:r>
          </w:p>
        </w:tc>
      </w:tr>
      <w:tr w:rsidR="004D342C" w14:paraId="6D05D394" w14:textId="77777777">
        <w:trPr>
          <w:cantSplit/>
          <w:jc w:val="center"/>
        </w:trPr>
        <w:tc>
          <w:tcPr>
            <w:tcW w:w="792" w:type="dxa"/>
          </w:tcPr>
          <w:p w14:paraId="1F54AC33" w14:textId="77777777" w:rsidR="004D342C" w:rsidRDefault="00000000">
            <w:pPr>
              <w:spacing w:before="20" w:after="20"/>
              <w:ind w:firstLine="0"/>
            </w:pPr>
            <w:r>
              <w:rPr>
                <w:sz w:val="17"/>
              </w:rPr>
              <w:t>2019</w:t>
            </w:r>
          </w:p>
        </w:tc>
        <w:tc>
          <w:tcPr>
            <w:tcW w:w="1368" w:type="dxa"/>
          </w:tcPr>
          <w:p w14:paraId="0E5ED150" w14:textId="77777777" w:rsidR="004D342C" w:rsidRDefault="00000000">
            <w:pPr>
              <w:spacing w:before="20" w:after="20"/>
              <w:ind w:firstLine="0"/>
            </w:pPr>
            <w:r>
              <w:rPr>
                <w:sz w:val="17"/>
              </w:rPr>
              <w:t>EB91.5</w:t>
            </w:r>
          </w:p>
        </w:tc>
        <w:tc>
          <w:tcPr>
            <w:tcW w:w="1008" w:type="dxa"/>
          </w:tcPr>
          <w:p w14:paraId="669097B1" w14:textId="77777777" w:rsidR="004D342C" w:rsidRDefault="00000000">
            <w:pPr>
              <w:spacing w:before="20" w:after="20"/>
              <w:ind w:firstLine="0"/>
            </w:pPr>
            <w:r>
              <w:rPr>
                <w:sz w:val="17"/>
              </w:rPr>
              <w:t>915</w:t>
            </w:r>
          </w:p>
        </w:tc>
        <w:tc>
          <w:tcPr>
            <w:tcW w:w="1728" w:type="dxa"/>
          </w:tcPr>
          <w:p w14:paraId="541852E4" w14:textId="77777777" w:rsidR="004D342C" w:rsidRDefault="00000000">
            <w:pPr>
              <w:spacing w:before="20" w:after="20"/>
              <w:ind w:firstLine="0"/>
              <w:jc w:val="right"/>
            </w:pPr>
            <w:r>
              <w:rPr>
                <w:sz w:val="17"/>
              </w:rPr>
              <w:t>140</w:t>
            </w:r>
          </w:p>
        </w:tc>
        <w:tc>
          <w:tcPr>
            <w:tcW w:w="1440" w:type="dxa"/>
          </w:tcPr>
          <w:p w14:paraId="4430DCC1" w14:textId="77777777" w:rsidR="004D342C" w:rsidRDefault="00000000">
            <w:pPr>
              <w:spacing w:before="20" w:after="20"/>
              <w:ind w:firstLine="0"/>
            </w:pPr>
            <w:r>
              <w:rPr>
                <w:sz w:val="17"/>
              </w:rPr>
              <w:t>MBIT</w:t>
            </w:r>
          </w:p>
        </w:tc>
        <w:tc>
          <w:tcPr>
            <w:tcW w:w="864" w:type="dxa"/>
          </w:tcPr>
          <w:p w14:paraId="2191AF7B" w14:textId="77777777" w:rsidR="004D342C" w:rsidRDefault="00000000">
            <w:pPr>
              <w:spacing w:before="20" w:after="20"/>
              <w:ind w:firstLine="0"/>
              <w:jc w:val="right"/>
            </w:pPr>
            <w:r>
              <w:rPr>
                <w:sz w:val="17"/>
              </w:rPr>
              <w:t>4</w:t>
            </w:r>
          </w:p>
        </w:tc>
      </w:tr>
      <w:tr w:rsidR="004D342C" w14:paraId="737B718E" w14:textId="77777777">
        <w:trPr>
          <w:cantSplit/>
          <w:jc w:val="center"/>
        </w:trPr>
        <w:tc>
          <w:tcPr>
            <w:tcW w:w="792" w:type="dxa"/>
          </w:tcPr>
          <w:p w14:paraId="1392C310" w14:textId="77777777" w:rsidR="004D342C" w:rsidRDefault="00000000">
            <w:pPr>
              <w:spacing w:before="20" w:after="20"/>
              <w:ind w:firstLine="0"/>
            </w:pPr>
            <w:r>
              <w:rPr>
                <w:sz w:val="17"/>
              </w:rPr>
              <w:t>2019</w:t>
            </w:r>
          </w:p>
        </w:tc>
        <w:tc>
          <w:tcPr>
            <w:tcW w:w="1368" w:type="dxa"/>
          </w:tcPr>
          <w:p w14:paraId="0051FEAE" w14:textId="77777777" w:rsidR="004D342C" w:rsidRDefault="00000000">
            <w:pPr>
              <w:spacing w:before="20" w:after="20"/>
              <w:ind w:firstLine="0"/>
            </w:pPr>
            <w:r>
              <w:rPr>
                <w:sz w:val="17"/>
              </w:rPr>
              <w:t>EB92.3</w:t>
            </w:r>
          </w:p>
        </w:tc>
        <w:tc>
          <w:tcPr>
            <w:tcW w:w="1008" w:type="dxa"/>
          </w:tcPr>
          <w:p w14:paraId="64A3FFB9" w14:textId="77777777" w:rsidR="004D342C" w:rsidRDefault="00000000">
            <w:pPr>
              <w:spacing w:before="20" w:after="20"/>
              <w:ind w:firstLine="0"/>
            </w:pPr>
            <w:r>
              <w:rPr>
                <w:sz w:val="17"/>
              </w:rPr>
              <w:t>923</w:t>
            </w:r>
          </w:p>
        </w:tc>
        <w:tc>
          <w:tcPr>
            <w:tcW w:w="1728" w:type="dxa"/>
          </w:tcPr>
          <w:p w14:paraId="029643FD" w14:textId="77777777" w:rsidR="004D342C" w:rsidRDefault="00000000">
            <w:pPr>
              <w:spacing w:before="20" w:after="20"/>
              <w:ind w:firstLine="0"/>
              <w:jc w:val="right"/>
            </w:pPr>
            <w:r>
              <w:rPr>
                <w:sz w:val="17"/>
              </w:rPr>
              <w:t>164</w:t>
            </w:r>
          </w:p>
        </w:tc>
        <w:tc>
          <w:tcPr>
            <w:tcW w:w="1440" w:type="dxa"/>
          </w:tcPr>
          <w:p w14:paraId="59BAF25D" w14:textId="77777777" w:rsidR="004D342C" w:rsidRDefault="00000000">
            <w:pPr>
              <w:spacing w:before="20" w:after="20"/>
              <w:ind w:firstLine="0"/>
            </w:pPr>
            <w:r>
              <w:rPr>
                <w:sz w:val="17"/>
              </w:rPr>
              <w:t>IT</w:t>
            </w:r>
          </w:p>
        </w:tc>
        <w:tc>
          <w:tcPr>
            <w:tcW w:w="864" w:type="dxa"/>
          </w:tcPr>
          <w:p w14:paraId="73F0AF21" w14:textId="77777777" w:rsidR="004D342C" w:rsidRDefault="00000000">
            <w:pPr>
              <w:spacing w:before="20" w:after="20"/>
              <w:ind w:firstLine="0"/>
              <w:jc w:val="right"/>
            </w:pPr>
            <w:r>
              <w:rPr>
                <w:sz w:val="17"/>
              </w:rPr>
              <w:t>2</w:t>
            </w:r>
          </w:p>
        </w:tc>
      </w:tr>
      <w:tr w:rsidR="004D342C" w14:paraId="541C42A2" w14:textId="77777777">
        <w:trPr>
          <w:cantSplit/>
          <w:jc w:val="center"/>
        </w:trPr>
        <w:tc>
          <w:tcPr>
            <w:tcW w:w="792" w:type="dxa"/>
          </w:tcPr>
          <w:p w14:paraId="61C05C6E" w14:textId="77777777" w:rsidR="004D342C" w:rsidRDefault="00000000">
            <w:pPr>
              <w:spacing w:before="20" w:after="20"/>
              <w:ind w:firstLine="0"/>
            </w:pPr>
            <w:r>
              <w:rPr>
                <w:sz w:val="17"/>
              </w:rPr>
              <w:lastRenderedPageBreak/>
              <w:t>2020</w:t>
            </w:r>
          </w:p>
        </w:tc>
        <w:tc>
          <w:tcPr>
            <w:tcW w:w="1368" w:type="dxa"/>
          </w:tcPr>
          <w:p w14:paraId="2BA6CDF1" w14:textId="77777777" w:rsidR="004D342C" w:rsidRDefault="00000000">
            <w:pPr>
              <w:spacing w:before="20" w:after="20"/>
              <w:ind w:firstLine="0"/>
            </w:pPr>
            <w:r>
              <w:rPr>
                <w:sz w:val="17"/>
              </w:rPr>
              <w:t>EB93.1</w:t>
            </w:r>
          </w:p>
        </w:tc>
        <w:tc>
          <w:tcPr>
            <w:tcW w:w="1008" w:type="dxa"/>
          </w:tcPr>
          <w:p w14:paraId="39375232" w14:textId="77777777" w:rsidR="004D342C" w:rsidRDefault="00000000">
            <w:pPr>
              <w:spacing w:before="20" w:after="20"/>
              <w:ind w:firstLine="0"/>
            </w:pPr>
            <w:r>
              <w:rPr>
                <w:sz w:val="17"/>
              </w:rPr>
              <w:t>931</w:t>
            </w:r>
          </w:p>
        </w:tc>
        <w:tc>
          <w:tcPr>
            <w:tcW w:w="1728" w:type="dxa"/>
          </w:tcPr>
          <w:p w14:paraId="1A59121F" w14:textId="77777777" w:rsidR="004D342C" w:rsidRDefault="00000000">
            <w:pPr>
              <w:spacing w:before="20" w:after="20"/>
              <w:ind w:firstLine="0"/>
              <w:jc w:val="right"/>
            </w:pPr>
            <w:r>
              <w:rPr>
                <w:sz w:val="17"/>
              </w:rPr>
              <w:t>127</w:t>
            </w:r>
          </w:p>
        </w:tc>
        <w:tc>
          <w:tcPr>
            <w:tcW w:w="1440" w:type="dxa"/>
          </w:tcPr>
          <w:p w14:paraId="6618ED73" w14:textId="77777777" w:rsidR="004D342C" w:rsidRDefault="00000000">
            <w:pPr>
              <w:spacing w:before="20" w:after="20"/>
              <w:ind w:firstLine="0"/>
            </w:pPr>
            <w:r>
              <w:rPr>
                <w:sz w:val="17"/>
              </w:rPr>
              <w:t>IT</w:t>
            </w:r>
          </w:p>
        </w:tc>
        <w:tc>
          <w:tcPr>
            <w:tcW w:w="864" w:type="dxa"/>
          </w:tcPr>
          <w:p w14:paraId="655A4BD6" w14:textId="77777777" w:rsidR="004D342C" w:rsidRDefault="00000000">
            <w:pPr>
              <w:spacing w:before="20" w:after="20"/>
              <w:ind w:firstLine="0"/>
              <w:jc w:val="right"/>
            </w:pPr>
            <w:r>
              <w:rPr>
                <w:sz w:val="17"/>
              </w:rPr>
              <w:t>2</w:t>
            </w:r>
          </w:p>
        </w:tc>
      </w:tr>
      <w:tr w:rsidR="004D342C" w14:paraId="378B7B18" w14:textId="77777777">
        <w:trPr>
          <w:cantSplit/>
          <w:jc w:val="center"/>
        </w:trPr>
        <w:tc>
          <w:tcPr>
            <w:tcW w:w="792" w:type="dxa"/>
          </w:tcPr>
          <w:p w14:paraId="5B351E49" w14:textId="77777777" w:rsidR="004D342C" w:rsidRDefault="00000000">
            <w:pPr>
              <w:spacing w:before="20" w:after="20"/>
              <w:ind w:firstLine="0"/>
            </w:pPr>
            <w:r>
              <w:rPr>
                <w:sz w:val="17"/>
              </w:rPr>
              <w:t>2021</w:t>
            </w:r>
          </w:p>
        </w:tc>
        <w:tc>
          <w:tcPr>
            <w:tcW w:w="1368" w:type="dxa"/>
          </w:tcPr>
          <w:p w14:paraId="1FD7C3C4" w14:textId="77777777" w:rsidR="004D342C" w:rsidRDefault="00000000">
            <w:pPr>
              <w:spacing w:before="20" w:after="20"/>
              <w:ind w:firstLine="0"/>
            </w:pPr>
            <w:r>
              <w:rPr>
                <w:sz w:val="17"/>
              </w:rPr>
              <w:t>EB94.3</w:t>
            </w:r>
          </w:p>
        </w:tc>
        <w:tc>
          <w:tcPr>
            <w:tcW w:w="1008" w:type="dxa"/>
          </w:tcPr>
          <w:p w14:paraId="337E0999" w14:textId="77777777" w:rsidR="004D342C" w:rsidRDefault="00000000">
            <w:pPr>
              <w:spacing w:before="20" w:after="20"/>
              <w:ind w:firstLine="0"/>
            </w:pPr>
            <w:r>
              <w:rPr>
                <w:sz w:val="17"/>
              </w:rPr>
              <w:t>943</w:t>
            </w:r>
          </w:p>
        </w:tc>
        <w:tc>
          <w:tcPr>
            <w:tcW w:w="1728" w:type="dxa"/>
          </w:tcPr>
          <w:p w14:paraId="054312CB" w14:textId="77777777" w:rsidR="004D342C" w:rsidRDefault="00000000">
            <w:pPr>
              <w:spacing w:before="20" w:after="20"/>
              <w:ind w:firstLine="0"/>
              <w:jc w:val="right"/>
            </w:pPr>
            <w:r>
              <w:rPr>
                <w:sz w:val="17"/>
              </w:rPr>
              <w:t>117</w:t>
            </w:r>
          </w:p>
        </w:tc>
        <w:tc>
          <w:tcPr>
            <w:tcW w:w="1440" w:type="dxa"/>
          </w:tcPr>
          <w:p w14:paraId="7934B1E9" w14:textId="77777777" w:rsidR="004D342C" w:rsidRDefault="00000000">
            <w:pPr>
              <w:spacing w:before="20" w:after="20"/>
              <w:ind w:firstLine="0"/>
            </w:pPr>
            <w:r>
              <w:rPr>
                <w:sz w:val="17"/>
              </w:rPr>
              <w:t>T</w:t>
            </w:r>
          </w:p>
        </w:tc>
        <w:tc>
          <w:tcPr>
            <w:tcW w:w="864" w:type="dxa"/>
          </w:tcPr>
          <w:p w14:paraId="759A3260" w14:textId="77777777" w:rsidR="004D342C" w:rsidRDefault="00000000">
            <w:pPr>
              <w:spacing w:before="20" w:after="20"/>
              <w:ind w:firstLine="0"/>
              <w:jc w:val="right"/>
            </w:pPr>
            <w:r>
              <w:rPr>
                <w:sz w:val="17"/>
              </w:rPr>
              <w:t>1</w:t>
            </w:r>
          </w:p>
        </w:tc>
      </w:tr>
      <w:tr w:rsidR="004D342C" w14:paraId="62BB046F" w14:textId="77777777">
        <w:trPr>
          <w:cantSplit/>
          <w:jc w:val="center"/>
        </w:trPr>
        <w:tc>
          <w:tcPr>
            <w:tcW w:w="792" w:type="dxa"/>
          </w:tcPr>
          <w:p w14:paraId="7CFE290C" w14:textId="77777777" w:rsidR="004D342C" w:rsidRDefault="00000000">
            <w:pPr>
              <w:spacing w:before="20" w:after="20"/>
              <w:ind w:firstLine="0"/>
            </w:pPr>
            <w:r>
              <w:rPr>
                <w:sz w:val="17"/>
              </w:rPr>
              <w:t>2021</w:t>
            </w:r>
          </w:p>
        </w:tc>
        <w:tc>
          <w:tcPr>
            <w:tcW w:w="1368" w:type="dxa"/>
          </w:tcPr>
          <w:p w14:paraId="3D79AFB0" w14:textId="77777777" w:rsidR="004D342C" w:rsidRDefault="00000000">
            <w:pPr>
              <w:spacing w:before="20" w:after="20"/>
              <w:ind w:firstLine="0"/>
            </w:pPr>
            <w:r>
              <w:rPr>
                <w:sz w:val="17"/>
              </w:rPr>
              <w:t>EB95.3</w:t>
            </w:r>
          </w:p>
        </w:tc>
        <w:tc>
          <w:tcPr>
            <w:tcW w:w="1008" w:type="dxa"/>
          </w:tcPr>
          <w:p w14:paraId="0055D65F" w14:textId="77777777" w:rsidR="004D342C" w:rsidRDefault="00000000">
            <w:pPr>
              <w:spacing w:before="20" w:after="20"/>
              <w:ind w:firstLine="0"/>
            </w:pPr>
            <w:r>
              <w:rPr>
                <w:sz w:val="17"/>
              </w:rPr>
              <w:t>953</w:t>
            </w:r>
          </w:p>
        </w:tc>
        <w:tc>
          <w:tcPr>
            <w:tcW w:w="1728" w:type="dxa"/>
          </w:tcPr>
          <w:p w14:paraId="780DAF68" w14:textId="77777777" w:rsidR="004D342C" w:rsidRDefault="00000000">
            <w:pPr>
              <w:spacing w:before="20" w:after="20"/>
              <w:ind w:firstLine="0"/>
              <w:jc w:val="right"/>
            </w:pPr>
            <w:r>
              <w:rPr>
                <w:sz w:val="17"/>
              </w:rPr>
              <w:t>137</w:t>
            </w:r>
          </w:p>
        </w:tc>
        <w:tc>
          <w:tcPr>
            <w:tcW w:w="1440" w:type="dxa"/>
          </w:tcPr>
          <w:p w14:paraId="400F3220" w14:textId="77777777" w:rsidR="004D342C" w:rsidRDefault="00000000">
            <w:pPr>
              <w:spacing w:before="20" w:after="20"/>
              <w:ind w:firstLine="0"/>
            </w:pPr>
            <w:r>
              <w:rPr>
                <w:sz w:val="17"/>
              </w:rPr>
              <w:t>IT</w:t>
            </w:r>
          </w:p>
        </w:tc>
        <w:tc>
          <w:tcPr>
            <w:tcW w:w="864" w:type="dxa"/>
          </w:tcPr>
          <w:p w14:paraId="2202DBE7" w14:textId="77777777" w:rsidR="004D342C" w:rsidRDefault="00000000">
            <w:pPr>
              <w:spacing w:before="20" w:after="20"/>
              <w:ind w:firstLine="0"/>
              <w:jc w:val="right"/>
            </w:pPr>
            <w:r>
              <w:rPr>
                <w:sz w:val="17"/>
              </w:rPr>
              <w:t>2</w:t>
            </w:r>
          </w:p>
        </w:tc>
      </w:tr>
      <w:tr w:rsidR="004D342C" w14:paraId="0677A8B5" w14:textId="77777777">
        <w:trPr>
          <w:cantSplit/>
          <w:jc w:val="center"/>
        </w:trPr>
        <w:tc>
          <w:tcPr>
            <w:tcW w:w="792" w:type="dxa"/>
          </w:tcPr>
          <w:p w14:paraId="3BA5F628" w14:textId="77777777" w:rsidR="004D342C" w:rsidRDefault="00000000">
            <w:pPr>
              <w:spacing w:before="20" w:after="20"/>
              <w:ind w:firstLine="0"/>
            </w:pPr>
            <w:r>
              <w:rPr>
                <w:sz w:val="17"/>
              </w:rPr>
              <w:t>2022</w:t>
            </w:r>
          </w:p>
        </w:tc>
        <w:tc>
          <w:tcPr>
            <w:tcW w:w="1368" w:type="dxa"/>
          </w:tcPr>
          <w:p w14:paraId="68E14295" w14:textId="77777777" w:rsidR="004D342C" w:rsidRDefault="00000000">
            <w:pPr>
              <w:spacing w:before="20" w:after="20"/>
              <w:ind w:firstLine="0"/>
            </w:pPr>
            <w:r>
              <w:rPr>
                <w:sz w:val="17"/>
              </w:rPr>
              <w:t>EB96.3</w:t>
            </w:r>
          </w:p>
        </w:tc>
        <w:tc>
          <w:tcPr>
            <w:tcW w:w="1008" w:type="dxa"/>
          </w:tcPr>
          <w:p w14:paraId="24C4371B" w14:textId="77777777" w:rsidR="004D342C" w:rsidRDefault="00000000">
            <w:pPr>
              <w:spacing w:before="20" w:after="20"/>
              <w:ind w:firstLine="0"/>
            </w:pPr>
            <w:r>
              <w:rPr>
                <w:sz w:val="17"/>
              </w:rPr>
              <w:t>963</w:t>
            </w:r>
          </w:p>
        </w:tc>
        <w:tc>
          <w:tcPr>
            <w:tcW w:w="1728" w:type="dxa"/>
          </w:tcPr>
          <w:p w14:paraId="1682CCA5" w14:textId="77777777" w:rsidR="004D342C" w:rsidRDefault="00000000">
            <w:pPr>
              <w:spacing w:before="20" w:after="20"/>
              <w:ind w:firstLine="0"/>
              <w:jc w:val="right"/>
            </w:pPr>
            <w:r>
              <w:rPr>
                <w:sz w:val="17"/>
              </w:rPr>
              <w:t>117</w:t>
            </w:r>
          </w:p>
        </w:tc>
        <w:tc>
          <w:tcPr>
            <w:tcW w:w="1440" w:type="dxa"/>
          </w:tcPr>
          <w:p w14:paraId="32F19482" w14:textId="77777777" w:rsidR="004D342C" w:rsidRDefault="00000000">
            <w:pPr>
              <w:spacing w:before="20" w:after="20"/>
              <w:ind w:firstLine="0"/>
            </w:pPr>
            <w:r>
              <w:rPr>
                <w:sz w:val="17"/>
              </w:rPr>
              <w:t>IT</w:t>
            </w:r>
          </w:p>
        </w:tc>
        <w:tc>
          <w:tcPr>
            <w:tcW w:w="864" w:type="dxa"/>
          </w:tcPr>
          <w:p w14:paraId="78DB0C66" w14:textId="77777777" w:rsidR="004D342C" w:rsidRDefault="00000000">
            <w:pPr>
              <w:spacing w:before="20" w:after="20"/>
              <w:ind w:firstLine="0"/>
              <w:jc w:val="right"/>
            </w:pPr>
            <w:r>
              <w:rPr>
                <w:sz w:val="17"/>
              </w:rPr>
              <w:t>2</w:t>
            </w:r>
          </w:p>
        </w:tc>
      </w:tr>
      <w:tr w:rsidR="004D342C" w14:paraId="78A5EC6F" w14:textId="77777777">
        <w:trPr>
          <w:cantSplit/>
          <w:jc w:val="center"/>
        </w:trPr>
        <w:tc>
          <w:tcPr>
            <w:tcW w:w="792" w:type="dxa"/>
          </w:tcPr>
          <w:p w14:paraId="378FE0C6" w14:textId="77777777" w:rsidR="004D342C" w:rsidRDefault="00000000">
            <w:pPr>
              <w:spacing w:before="20" w:after="20"/>
              <w:ind w:firstLine="0"/>
            </w:pPr>
            <w:r>
              <w:rPr>
                <w:sz w:val="17"/>
              </w:rPr>
              <w:t>2022</w:t>
            </w:r>
          </w:p>
        </w:tc>
        <w:tc>
          <w:tcPr>
            <w:tcW w:w="1368" w:type="dxa"/>
          </w:tcPr>
          <w:p w14:paraId="25AEEE8A" w14:textId="77777777" w:rsidR="004D342C" w:rsidRDefault="00000000">
            <w:pPr>
              <w:spacing w:before="20" w:after="20"/>
              <w:ind w:firstLine="0"/>
            </w:pPr>
            <w:r>
              <w:rPr>
                <w:sz w:val="17"/>
              </w:rPr>
              <w:t>EB97.5</w:t>
            </w:r>
          </w:p>
        </w:tc>
        <w:tc>
          <w:tcPr>
            <w:tcW w:w="1008" w:type="dxa"/>
          </w:tcPr>
          <w:p w14:paraId="4301D91B" w14:textId="77777777" w:rsidR="004D342C" w:rsidRDefault="00000000">
            <w:pPr>
              <w:spacing w:before="20" w:after="20"/>
              <w:ind w:firstLine="0"/>
            </w:pPr>
            <w:r>
              <w:rPr>
                <w:sz w:val="17"/>
              </w:rPr>
              <w:t>975</w:t>
            </w:r>
          </w:p>
        </w:tc>
        <w:tc>
          <w:tcPr>
            <w:tcW w:w="1728" w:type="dxa"/>
          </w:tcPr>
          <w:p w14:paraId="38F2CAC2" w14:textId="77777777" w:rsidR="004D342C" w:rsidRDefault="00000000">
            <w:pPr>
              <w:spacing w:before="20" w:after="20"/>
              <w:ind w:firstLine="0"/>
              <w:jc w:val="right"/>
            </w:pPr>
            <w:r>
              <w:rPr>
                <w:sz w:val="17"/>
              </w:rPr>
              <w:t>131</w:t>
            </w:r>
          </w:p>
        </w:tc>
        <w:tc>
          <w:tcPr>
            <w:tcW w:w="1440" w:type="dxa"/>
          </w:tcPr>
          <w:p w14:paraId="5559482C" w14:textId="77777777" w:rsidR="004D342C" w:rsidRDefault="00000000">
            <w:pPr>
              <w:spacing w:before="20" w:after="20"/>
              <w:ind w:firstLine="0"/>
            </w:pPr>
            <w:r>
              <w:rPr>
                <w:sz w:val="17"/>
              </w:rPr>
              <w:t>IT</w:t>
            </w:r>
          </w:p>
        </w:tc>
        <w:tc>
          <w:tcPr>
            <w:tcW w:w="864" w:type="dxa"/>
          </w:tcPr>
          <w:p w14:paraId="5D3295B3" w14:textId="77777777" w:rsidR="004D342C" w:rsidRDefault="00000000">
            <w:pPr>
              <w:spacing w:before="20" w:after="20"/>
              <w:ind w:firstLine="0"/>
              <w:jc w:val="right"/>
            </w:pPr>
            <w:r>
              <w:rPr>
                <w:sz w:val="17"/>
              </w:rPr>
              <w:t>2</w:t>
            </w:r>
          </w:p>
        </w:tc>
      </w:tr>
      <w:tr w:rsidR="004D342C" w14:paraId="18D9B10F" w14:textId="77777777">
        <w:trPr>
          <w:cantSplit/>
          <w:jc w:val="center"/>
        </w:trPr>
        <w:tc>
          <w:tcPr>
            <w:tcW w:w="792" w:type="dxa"/>
          </w:tcPr>
          <w:p w14:paraId="106C5A8F" w14:textId="77777777" w:rsidR="004D342C" w:rsidRDefault="00000000">
            <w:pPr>
              <w:spacing w:before="20" w:after="20"/>
              <w:ind w:firstLine="0"/>
            </w:pPr>
            <w:r>
              <w:rPr>
                <w:sz w:val="17"/>
              </w:rPr>
              <w:t>2023</w:t>
            </w:r>
          </w:p>
        </w:tc>
        <w:tc>
          <w:tcPr>
            <w:tcW w:w="1368" w:type="dxa"/>
          </w:tcPr>
          <w:p w14:paraId="27DAD9B9" w14:textId="77777777" w:rsidR="004D342C" w:rsidRDefault="00000000">
            <w:pPr>
              <w:spacing w:before="20" w:after="20"/>
              <w:ind w:firstLine="0"/>
            </w:pPr>
            <w:r>
              <w:rPr>
                <w:sz w:val="17"/>
              </w:rPr>
              <w:t>EB100.2</w:t>
            </w:r>
          </w:p>
        </w:tc>
        <w:tc>
          <w:tcPr>
            <w:tcW w:w="1008" w:type="dxa"/>
          </w:tcPr>
          <w:p w14:paraId="11DF4369" w14:textId="77777777" w:rsidR="004D342C" w:rsidRDefault="00000000">
            <w:pPr>
              <w:spacing w:before="20" w:after="20"/>
              <w:ind w:firstLine="0"/>
            </w:pPr>
            <w:r>
              <w:rPr>
                <w:sz w:val="17"/>
              </w:rPr>
              <w:t>1002</w:t>
            </w:r>
          </w:p>
        </w:tc>
        <w:tc>
          <w:tcPr>
            <w:tcW w:w="1728" w:type="dxa"/>
          </w:tcPr>
          <w:p w14:paraId="3D29C546" w14:textId="77777777" w:rsidR="004D342C" w:rsidRDefault="00000000">
            <w:pPr>
              <w:spacing w:before="20" w:after="20"/>
              <w:ind w:firstLine="0"/>
              <w:jc w:val="right"/>
            </w:pPr>
            <w:r>
              <w:rPr>
                <w:sz w:val="17"/>
              </w:rPr>
              <w:t>131</w:t>
            </w:r>
          </w:p>
        </w:tc>
        <w:tc>
          <w:tcPr>
            <w:tcW w:w="1440" w:type="dxa"/>
          </w:tcPr>
          <w:p w14:paraId="0681D5C4" w14:textId="77777777" w:rsidR="004D342C" w:rsidRDefault="00000000">
            <w:pPr>
              <w:spacing w:before="20" w:after="20"/>
              <w:ind w:firstLine="0"/>
            </w:pPr>
            <w:r>
              <w:rPr>
                <w:sz w:val="17"/>
              </w:rPr>
              <w:t>IT</w:t>
            </w:r>
          </w:p>
        </w:tc>
        <w:tc>
          <w:tcPr>
            <w:tcW w:w="864" w:type="dxa"/>
          </w:tcPr>
          <w:p w14:paraId="3DF270AF" w14:textId="77777777" w:rsidR="004D342C" w:rsidRDefault="00000000">
            <w:pPr>
              <w:spacing w:before="20" w:after="20"/>
              <w:ind w:firstLine="0"/>
              <w:jc w:val="right"/>
            </w:pPr>
            <w:r>
              <w:rPr>
                <w:sz w:val="17"/>
              </w:rPr>
              <w:t>2</w:t>
            </w:r>
          </w:p>
        </w:tc>
      </w:tr>
      <w:tr w:rsidR="004D342C" w14:paraId="7366BD24" w14:textId="77777777">
        <w:trPr>
          <w:cantSplit/>
          <w:jc w:val="center"/>
        </w:trPr>
        <w:tc>
          <w:tcPr>
            <w:tcW w:w="792" w:type="dxa"/>
          </w:tcPr>
          <w:p w14:paraId="726A4ADD" w14:textId="77777777" w:rsidR="004D342C" w:rsidRDefault="00000000">
            <w:pPr>
              <w:spacing w:before="20" w:after="20"/>
              <w:ind w:firstLine="0"/>
            </w:pPr>
            <w:r>
              <w:rPr>
                <w:sz w:val="17"/>
              </w:rPr>
              <w:t>2023</w:t>
            </w:r>
          </w:p>
        </w:tc>
        <w:tc>
          <w:tcPr>
            <w:tcW w:w="1368" w:type="dxa"/>
          </w:tcPr>
          <w:p w14:paraId="72C6E5E3" w14:textId="77777777" w:rsidR="004D342C" w:rsidRDefault="00000000">
            <w:pPr>
              <w:spacing w:before="20" w:after="20"/>
              <w:ind w:firstLine="0"/>
            </w:pPr>
            <w:r>
              <w:rPr>
                <w:sz w:val="17"/>
              </w:rPr>
              <w:t>EB98.2</w:t>
            </w:r>
          </w:p>
        </w:tc>
        <w:tc>
          <w:tcPr>
            <w:tcW w:w="1008" w:type="dxa"/>
          </w:tcPr>
          <w:p w14:paraId="536E1AFE" w14:textId="77777777" w:rsidR="004D342C" w:rsidRDefault="00000000">
            <w:pPr>
              <w:spacing w:before="20" w:after="20"/>
              <w:ind w:firstLine="0"/>
            </w:pPr>
            <w:r>
              <w:rPr>
                <w:sz w:val="17"/>
              </w:rPr>
              <w:t>982</w:t>
            </w:r>
          </w:p>
        </w:tc>
        <w:tc>
          <w:tcPr>
            <w:tcW w:w="1728" w:type="dxa"/>
          </w:tcPr>
          <w:p w14:paraId="420E60E8" w14:textId="77777777" w:rsidR="004D342C" w:rsidRDefault="00000000">
            <w:pPr>
              <w:spacing w:before="20" w:after="20"/>
              <w:ind w:firstLine="0"/>
              <w:jc w:val="right"/>
            </w:pPr>
            <w:r>
              <w:rPr>
                <w:sz w:val="17"/>
              </w:rPr>
              <w:t>130</w:t>
            </w:r>
          </w:p>
        </w:tc>
        <w:tc>
          <w:tcPr>
            <w:tcW w:w="1440" w:type="dxa"/>
          </w:tcPr>
          <w:p w14:paraId="3CA88DEE" w14:textId="77777777" w:rsidR="004D342C" w:rsidRDefault="00000000">
            <w:pPr>
              <w:spacing w:before="20" w:after="20"/>
              <w:ind w:firstLine="0"/>
            </w:pPr>
            <w:r>
              <w:rPr>
                <w:sz w:val="17"/>
              </w:rPr>
              <w:t>IT</w:t>
            </w:r>
          </w:p>
        </w:tc>
        <w:tc>
          <w:tcPr>
            <w:tcW w:w="864" w:type="dxa"/>
          </w:tcPr>
          <w:p w14:paraId="2959C1A6" w14:textId="77777777" w:rsidR="004D342C" w:rsidRDefault="00000000">
            <w:pPr>
              <w:spacing w:before="20" w:after="20"/>
              <w:ind w:firstLine="0"/>
              <w:jc w:val="right"/>
            </w:pPr>
            <w:r>
              <w:rPr>
                <w:sz w:val="17"/>
              </w:rPr>
              <w:t>2</w:t>
            </w:r>
          </w:p>
        </w:tc>
      </w:tr>
      <w:tr w:rsidR="004D342C" w14:paraId="176B1D09" w14:textId="77777777">
        <w:trPr>
          <w:cantSplit/>
          <w:jc w:val="center"/>
        </w:trPr>
        <w:tc>
          <w:tcPr>
            <w:tcW w:w="792" w:type="dxa"/>
          </w:tcPr>
          <w:p w14:paraId="477304FD" w14:textId="77777777" w:rsidR="004D342C" w:rsidRDefault="00000000">
            <w:pPr>
              <w:spacing w:before="20" w:after="20"/>
              <w:ind w:firstLine="0"/>
            </w:pPr>
            <w:r>
              <w:rPr>
                <w:sz w:val="17"/>
              </w:rPr>
              <w:t>2023</w:t>
            </w:r>
          </w:p>
        </w:tc>
        <w:tc>
          <w:tcPr>
            <w:tcW w:w="1368" w:type="dxa"/>
          </w:tcPr>
          <w:p w14:paraId="229341F1" w14:textId="77777777" w:rsidR="004D342C" w:rsidRDefault="00000000">
            <w:pPr>
              <w:spacing w:before="20" w:after="20"/>
              <w:ind w:firstLine="0"/>
            </w:pPr>
            <w:r>
              <w:rPr>
                <w:sz w:val="17"/>
              </w:rPr>
              <w:t>EB99.4</w:t>
            </w:r>
          </w:p>
        </w:tc>
        <w:tc>
          <w:tcPr>
            <w:tcW w:w="1008" w:type="dxa"/>
          </w:tcPr>
          <w:p w14:paraId="065580D6" w14:textId="77777777" w:rsidR="004D342C" w:rsidRDefault="00000000">
            <w:pPr>
              <w:spacing w:before="20" w:after="20"/>
              <w:ind w:firstLine="0"/>
            </w:pPr>
            <w:r>
              <w:rPr>
                <w:sz w:val="17"/>
              </w:rPr>
              <w:t>994</w:t>
            </w:r>
          </w:p>
        </w:tc>
        <w:tc>
          <w:tcPr>
            <w:tcW w:w="1728" w:type="dxa"/>
          </w:tcPr>
          <w:p w14:paraId="193C53C2" w14:textId="77777777" w:rsidR="004D342C" w:rsidRDefault="00000000">
            <w:pPr>
              <w:spacing w:before="20" w:after="20"/>
              <w:ind w:firstLine="0"/>
              <w:jc w:val="right"/>
            </w:pPr>
            <w:r>
              <w:rPr>
                <w:sz w:val="17"/>
              </w:rPr>
              <w:t>129</w:t>
            </w:r>
          </w:p>
        </w:tc>
        <w:tc>
          <w:tcPr>
            <w:tcW w:w="1440" w:type="dxa"/>
          </w:tcPr>
          <w:p w14:paraId="3A65EDED" w14:textId="77777777" w:rsidR="004D342C" w:rsidRDefault="00000000">
            <w:pPr>
              <w:spacing w:before="20" w:after="20"/>
              <w:ind w:firstLine="0"/>
            </w:pPr>
            <w:r>
              <w:rPr>
                <w:sz w:val="17"/>
              </w:rPr>
              <w:t>IT</w:t>
            </w:r>
          </w:p>
        </w:tc>
        <w:tc>
          <w:tcPr>
            <w:tcW w:w="864" w:type="dxa"/>
          </w:tcPr>
          <w:p w14:paraId="73657CA1" w14:textId="77777777" w:rsidR="004D342C" w:rsidRDefault="00000000">
            <w:pPr>
              <w:spacing w:before="20" w:after="20"/>
              <w:ind w:firstLine="0"/>
              <w:jc w:val="right"/>
            </w:pPr>
            <w:r>
              <w:rPr>
                <w:sz w:val="17"/>
              </w:rPr>
              <w:t>2</w:t>
            </w:r>
          </w:p>
        </w:tc>
      </w:tr>
      <w:tr w:rsidR="004D342C" w14:paraId="2CE70F8D" w14:textId="77777777">
        <w:trPr>
          <w:cantSplit/>
          <w:jc w:val="center"/>
        </w:trPr>
        <w:tc>
          <w:tcPr>
            <w:tcW w:w="792" w:type="dxa"/>
          </w:tcPr>
          <w:p w14:paraId="03458F28" w14:textId="77777777" w:rsidR="004D342C" w:rsidRDefault="00000000">
            <w:pPr>
              <w:spacing w:before="20" w:after="20"/>
              <w:ind w:firstLine="0"/>
            </w:pPr>
            <w:r>
              <w:rPr>
                <w:sz w:val="17"/>
              </w:rPr>
              <w:t>2024</w:t>
            </w:r>
          </w:p>
        </w:tc>
        <w:tc>
          <w:tcPr>
            <w:tcW w:w="1368" w:type="dxa"/>
          </w:tcPr>
          <w:p w14:paraId="1E919D71" w14:textId="77777777" w:rsidR="004D342C" w:rsidRDefault="00000000">
            <w:pPr>
              <w:spacing w:before="20" w:after="20"/>
              <w:ind w:firstLine="0"/>
            </w:pPr>
            <w:r>
              <w:rPr>
                <w:sz w:val="17"/>
              </w:rPr>
              <w:t>EB101.3</w:t>
            </w:r>
          </w:p>
        </w:tc>
        <w:tc>
          <w:tcPr>
            <w:tcW w:w="1008" w:type="dxa"/>
          </w:tcPr>
          <w:p w14:paraId="5351BC76" w14:textId="77777777" w:rsidR="004D342C" w:rsidRDefault="00000000">
            <w:pPr>
              <w:spacing w:before="20" w:after="20"/>
              <w:ind w:firstLine="0"/>
            </w:pPr>
            <w:r>
              <w:rPr>
                <w:sz w:val="17"/>
              </w:rPr>
              <w:t>1013</w:t>
            </w:r>
          </w:p>
        </w:tc>
        <w:tc>
          <w:tcPr>
            <w:tcW w:w="1728" w:type="dxa"/>
          </w:tcPr>
          <w:p w14:paraId="01B7E57F" w14:textId="77777777" w:rsidR="004D342C" w:rsidRDefault="00000000">
            <w:pPr>
              <w:spacing w:before="20" w:after="20"/>
              <w:ind w:firstLine="0"/>
              <w:jc w:val="right"/>
            </w:pPr>
            <w:r>
              <w:rPr>
                <w:sz w:val="17"/>
              </w:rPr>
              <w:t>131</w:t>
            </w:r>
          </w:p>
        </w:tc>
        <w:tc>
          <w:tcPr>
            <w:tcW w:w="1440" w:type="dxa"/>
          </w:tcPr>
          <w:p w14:paraId="06EBD876" w14:textId="77777777" w:rsidR="004D342C" w:rsidRDefault="00000000">
            <w:pPr>
              <w:spacing w:before="20" w:after="20"/>
              <w:ind w:firstLine="0"/>
            </w:pPr>
            <w:r>
              <w:rPr>
                <w:sz w:val="17"/>
              </w:rPr>
              <w:t>IT</w:t>
            </w:r>
          </w:p>
        </w:tc>
        <w:tc>
          <w:tcPr>
            <w:tcW w:w="864" w:type="dxa"/>
          </w:tcPr>
          <w:p w14:paraId="20DBD780" w14:textId="77777777" w:rsidR="004D342C" w:rsidRDefault="00000000">
            <w:pPr>
              <w:spacing w:before="20" w:after="20"/>
              <w:ind w:firstLine="0"/>
              <w:jc w:val="right"/>
            </w:pPr>
            <w:r>
              <w:rPr>
                <w:sz w:val="17"/>
              </w:rPr>
              <w:t>2</w:t>
            </w:r>
          </w:p>
        </w:tc>
      </w:tr>
      <w:tr w:rsidR="004D342C" w14:paraId="61D3CF90" w14:textId="77777777">
        <w:trPr>
          <w:cantSplit/>
          <w:jc w:val="center"/>
        </w:trPr>
        <w:tc>
          <w:tcPr>
            <w:tcW w:w="792" w:type="dxa"/>
          </w:tcPr>
          <w:p w14:paraId="374C5872" w14:textId="77777777" w:rsidR="004D342C" w:rsidRDefault="00000000">
            <w:pPr>
              <w:spacing w:before="20" w:after="20"/>
              <w:ind w:firstLine="0"/>
            </w:pPr>
            <w:r>
              <w:rPr>
                <w:sz w:val="17"/>
              </w:rPr>
              <w:t>2024</w:t>
            </w:r>
          </w:p>
        </w:tc>
        <w:tc>
          <w:tcPr>
            <w:tcW w:w="1368" w:type="dxa"/>
          </w:tcPr>
          <w:p w14:paraId="06E9E2CC" w14:textId="77777777" w:rsidR="004D342C" w:rsidRDefault="00000000">
            <w:pPr>
              <w:spacing w:before="20" w:after="20"/>
              <w:ind w:firstLine="0"/>
            </w:pPr>
            <w:r>
              <w:rPr>
                <w:sz w:val="17"/>
              </w:rPr>
              <w:t>EB101.4</w:t>
            </w:r>
          </w:p>
        </w:tc>
        <w:tc>
          <w:tcPr>
            <w:tcW w:w="1008" w:type="dxa"/>
          </w:tcPr>
          <w:p w14:paraId="55AE71F1" w14:textId="77777777" w:rsidR="004D342C" w:rsidRDefault="00000000">
            <w:pPr>
              <w:spacing w:before="20" w:after="20"/>
              <w:ind w:firstLine="0"/>
            </w:pPr>
            <w:r>
              <w:rPr>
                <w:sz w:val="17"/>
              </w:rPr>
              <w:t>1014</w:t>
            </w:r>
          </w:p>
        </w:tc>
        <w:tc>
          <w:tcPr>
            <w:tcW w:w="1728" w:type="dxa"/>
          </w:tcPr>
          <w:p w14:paraId="20560F7B" w14:textId="77777777" w:rsidR="004D342C" w:rsidRDefault="00000000">
            <w:pPr>
              <w:spacing w:before="20" w:after="20"/>
              <w:ind w:firstLine="0"/>
              <w:jc w:val="right"/>
            </w:pPr>
            <w:r>
              <w:rPr>
                <w:sz w:val="17"/>
              </w:rPr>
              <w:t>22</w:t>
            </w:r>
          </w:p>
        </w:tc>
        <w:tc>
          <w:tcPr>
            <w:tcW w:w="1440" w:type="dxa"/>
          </w:tcPr>
          <w:p w14:paraId="209CAEDD" w14:textId="77777777" w:rsidR="004D342C" w:rsidRDefault="00000000">
            <w:pPr>
              <w:spacing w:before="20" w:after="20"/>
              <w:ind w:firstLine="0"/>
            </w:pPr>
            <w:r>
              <w:rPr>
                <w:sz w:val="17"/>
              </w:rPr>
              <w:t>I</w:t>
            </w:r>
          </w:p>
        </w:tc>
        <w:tc>
          <w:tcPr>
            <w:tcW w:w="864" w:type="dxa"/>
          </w:tcPr>
          <w:p w14:paraId="35ED0B35" w14:textId="77777777" w:rsidR="004D342C" w:rsidRDefault="00000000">
            <w:pPr>
              <w:spacing w:before="20" w:after="20"/>
              <w:ind w:firstLine="0"/>
              <w:jc w:val="right"/>
            </w:pPr>
            <w:r>
              <w:rPr>
                <w:sz w:val="17"/>
              </w:rPr>
              <w:t>1</w:t>
            </w:r>
          </w:p>
        </w:tc>
      </w:tr>
      <w:tr w:rsidR="004D342C" w14:paraId="072578C4" w14:textId="77777777">
        <w:trPr>
          <w:cantSplit/>
          <w:jc w:val="center"/>
        </w:trPr>
        <w:tc>
          <w:tcPr>
            <w:tcW w:w="792" w:type="dxa"/>
          </w:tcPr>
          <w:p w14:paraId="15CEA2F4" w14:textId="77777777" w:rsidR="004D342C" w:rsidRDefault="00000000">
            <w:pPr>
              <w:spacing w:before="20" w:after="20"/>
              <w:ind w:firstLine="0"/>
            </w:pPr>
            <w:r>
              <w:rPr>
                <w:sz w:val="17"/>
              </w:rPr>
              <w:t>2024</w:t>
            </w:r>
          </w:p>
        </w:tc>
        <w:tc>
          <w:tcPr>
            <w:tcW w:w="1368" w:type="dxa"/>
          </w:tcPr>
          <w:p w14:paraId="334E23BD" w14:textId="77777777" w:rsidR="004D342C" w:rsidRDefault="00000000">
            <w:pPr>
              <w:spacing w:before="20" w:after="20"/>
              <w:ind w:firstLine="0"/>
            </w:pPr>
            <w:r>
              <w:rPr>
                <w:sz w:val="17"/>
              </w:rPr>
              <w:t>EB102.2</w:t>
            </w:r>
          </w:p>
        </w:tc>
        <w:tc>
          <w:tcPr>
            <w:tcW w:w="1008" w:type="dxa"/>
          </w:tcPr>
          <w:p w14:paraId="57BDCCDF" w14:textId="77777777" w:rsidR="004D342C" w:rsidRDefault="00000000">
            <w:pPr>
              <w:spacing w:before="20" w:after="20"/>
              <w:ind w:firstLine="0"/>
            </w:pPr>
            <w:r>
              <w:rPr>
                <w:sz w:val="17"/>
              </w:rPr>
              <w:t>1022</w:t>
            </w:r>
          </w:p>
        </w:tc>
        <w:tc>
          <w:tcPr>
            <w:tcW w:w="1728" w:type="dxa"/>
          </w:tcPr>
          <w:p w14:paraId="27695E3B" w14:textId="77777777" w:rsidR="004D342C" w:rsidRDefault="00000000">
            <w:pPr>
              <w:spacing w:before="20" w:after="20"/>
              <w:ind w:firstLine="0"/>
              <w:jc w:val="right"/>
            </w:pPr>
            <w:r>
              <w:rPr>
                <w:sz w:val="17"/>
              </w:rPr>
              <w:t>96</w:t>
            </w:r>
          </w:p>
        </w:tc>
        <w:tc>
          <w:tcPr>
            <w:tcW w:w="1440" w:type="dxa"/>
          </w:tcPr>
          <w:p w14:paraId="1050C166" w14:textId="77777777" w:rsidR="004D342C" w:rsidRDefault="00000000">
            <w:pPr>
              <w:spacing w:before="20" w:after="20"/>
              <w:ind w:firstLine="0"/>
            </w:pPr>
            <w:r>
              <w:rPr>
                <w:sz w:val="17"/>
              </w:rPr>
              <w:t>IT</w:t>
            </w:r>
          </w:p>
        </w:tc>
        <w:tc>
          <w:tcPr>
            <w:tcW w:w="864" w:type="dxa"/>
          </w:tcPr>
          <w:p w14:paraId="05180FDE" w14:textId="77777777" w:rsidR="004D342C" w:rsidRDefault="00000000">
            <w:pPr>
              <w:spacing w:before="20" w:after="20"/>
              <w:ind w:firstLine="0"/>
              <w:jc w:val="right"/>
            </w:pPr>
            <w:r>
              <w:rPr>
                <w:sz w:val="17"/>
              </w:rPr>
              <w:t>2</w:t>
            </w:r>
          </w:p>
        </w:tc>
      </w:tr>
      <w:tr w:rsidR="004D342C" w14:paraId="0935C70A" w14:textId="77777777">
        <w:trPr>
          <w:cantSplit/>
          <w:jc w:val="center"/>
        </w:trPr>
        <w:tc>
          <w:tcPr>
            <w:tcW w:w="792" w:type="dxa"/>
          </w:tcPr>
          <w:p w14:paraId="4396A4C2" w14:textId="77777777" w:rsidR="004D342C" w:rsidRDefault="00000000">
            <w:pPr>
              <w:spacing w:before="20" w:after="20"/>
              <w:ind w:firstLine="0"/>
            </w:pPr>
            <w:r>
              <w:rPr>
                <w:sz w:val="17"/>
              </w:rPr>
              <w:t>2025</w:t>
            </w:r>
          </w:p>
        </w:tc>
        <w:tc>
          <w:tcPr>
            <w:tcW w:w="1368" w:type="dxa"/>
          </w:tcPr>
          <w:p w14:paraId="053B911A" w14:textId="77777777" w:rsidR="004D342C" w:rsidRDefault="00000000">
            <w:pPr>
              <w:spacing w:before="20" w:after="20"/>
              <w:ind w:firstLine="0"/>
            </w:pPr>
            <w:r>
              <w:rPr>
                <w:sz w:val="17"/>
              </w:rPr>
              <w:t>EB103.3</w:t>
            </w:r>
          </w:p>
        </w:tc>
        <w:tc>
          <w:tcPr>
            <w:tcW w:w="1008" w:type="dxa"/>
          </w:tcPr>
          <w:p w14:paraId="593A5821" w14:textId="77777777" w:rsidR="004D342C" w:rsidRDefault="00000000">
            <w:pPr>
              <w:spacing w:before="20" w:after="20"/>
              <w:ind w:firstLine="0"/>
            </w:pPr>
            <w:r>
              <w:rPr>
                <w:sz w:val="17"/>
              </w:rPr>
              <w:t>1033</w:t>
            </w:r>
          </w:p>
        </w:tc>
        <w:tc>
          <w:tcPr>
            <w:tcW w:w="1728" w:type="dxa"/>
          </w:tcPr>
          <w:p w14:paraId="2E53C0FB" w14:textId="77777777" w:rsidR="004D342C" w:rsidRDefault="00000000">
            <w:pPr>
              <w:spacing w:before="20" w:after="20"/>
              <w:ind w:firstLine="0"/>
              <w:jc w:val="right"/>
            </w:pPr>
            <w:r>
              <w:rPr>
                <w:sz w:val="17"/>
              </w:rPr>
              <w:t>112</w:t>
            </w:r>
          </w:p>
        </w:tc>
        <w:tc>
          <w:tcPr>
            <w:tcW w:w="1440" w:type="dxa"/>
          </w:tcPr>
          <w:p w14:paraId="5E1F329A" w14:textId="77777777" w:rsidR="004D342C" w:rsidRDefault="00000000">
            <w:pPr>
              <w:spacing w:before="20" w:after="20"/>
              <w:ind w:firstLine="0"/>
            </w:pPr>
            <w:r>
              <w:rPr>
                <w:sz w:val="17"/>
              </w:rPr>
              <w:t>IT</w:t>
            </w:r>
          </w:p>
        </w:tc>
        <w:tc>
          <w:tcPr>
            <w:tcW w:w="864" w:type="dxa"/>
          </w:tcPr>
          <w:p w14:paraId="6DE51A7B" w14:textId="77777777" w:rsidR="004D342C" w:rsidRDefault="00000000">
            <w:pPr>
              <w:spacing w:before="20" w:after="20"/>
              <w:ind w:firstLine="0"/>
              <w:jc w:val="right"/>
            </w:pPr>
            <w:r>
              <w:rPr>
                <w:sz w:val="17"/>
              </w:rPr>
              <w:t>2</w:t>
            </w:r>
          </w:p>
        </w:tc>
      </w:tr>
      <w:tr w:rsidR="004D342C" w14:paraId="66D921CE" w14:textId="77777777">
        <w:trPr>
          <w:cantSplit/>
          <w:jc w:val="center"/>
        </w:trPr>
        <w:tc>
          <w:tcPr>
            <w:tcW w:w="792" w:type="dxa"/>
          </w:tcPr>
          <w:p w14:paraId="6F2182E7" w14:textId="77777777" w:rsidR="004D342C" w:rsidRDefault="00000000">
            <w:pPr>
              <w:spacing w:before="20" w:after="20"/>
              <w:ind w:firstLine="0"/>
            </w:pPr>
            <w:r>
              <w:rPr>
                <w:sz w:val="17"/>
              </w:rPr>
              <w:t>2025</w:t>
            </w:r>
          </w:p>
        </w:tc>
        <w:tc>
          <w:tcPr>
            <w:tcW w:w="1368" w:type="dxa"/>
          </w:tcPr>
          <w:p w14:paraId="73A7C190" w14:textId="77777777" w:rsidR="004D342C" w:rsidRDefault="00000000">
            <w:pPr>
              <w:spacing w:before="20" w:after="20"/>
              <w:ind w:firstLine="0"/>
            </w:pPr>
            <w:r>
              <w:rPr>
                <w:sz w:val="17"/>
              </w:rPr>
              <w:t>EB104.1</w:t>
            </w:r>
          </w:p>
        </w:tc>
        <w:tc>
          <w:tcPr>
            <w:tcW w:w="1008" w:type="dxa"/>
          </w:tcPr>
          <w:p w14:paraId="05B9B604" w14:textId="77777777" w:rsidR="004D342C" w:rsidRDefault="00000000">
            <w:pPr>
              <w:spacing w:before="20" w:after="20"/>
              <w:ind w:firstLine="0"/>
            </w:pPr>
            <w:r>
              <w:rPr>
                <w:sz w:val="17"/>
              </w:rPr>
              <w:t>1041</w:t>
            </w:r>
          </w:p>
        </w:tc>
        <w:tc>
          <w:tcPr>
            <w:tcW w:w="1728" w:type="dxa"/>
          </w:tcPr>
          <w:p w14:paraId="40885EF1" w14:textId="77777777" w:rsidR="004D342C" w:rsidRDefault="00000000">
            <w:pPr>
              <w:spacing w:before="20" w:after="20"/>
              <w:ind w:firstLine="0"/>
              <w:jc w:val="right"/>
            </w:pPr>
            <w:r>
              <w:rPr>
                <w:sz w:val="17"/>
              </w:rPr>
              <w:t>98</w:t>
            </w:r>
          </w:p>
        </w:tc>
        <w:tc>
          <w:tcPr>
            <w:tcW w:w="1440" w:type="dxa"/>
          </w:tcPr>
          <w:p w14:paraId="4AAF12D3" w14:textId="77777777" w:rsidR="004D342C" w:rsidRDefault="00000000">
            <w:pPr>
              <w:spacing w:before="20" w:after="20"/>
              <w:ind w:firstLine="0"/>
            </w:pPr>
            <w:r>
              <w:rPr>
                <w:sz w:val="17"/>
              </w:rPr>
              <w:t>BIT</w:t>
            </w:r>
          </w:p>
        </w:tc>
        <w:tc>
          <w:tcPr>
            <w:tcW w:w="864" w:type="dxa"/>
          </w:tcPr>
          <w:p w14:paraId="3972093C" w14:textId="77777777" w:rsidR="004D342C" w:rsidRDefault="00000000">
            <w:pPr>
              <w:spacing w:before="20" w:after="20"/>
              <w:ind w:firstLine="0"/>
              <w:jc w:val="right"/>
            </w:pPr>
            <w:r>
              <w:rPr>
                <w:sz w:val="17"/>
              </w:rPr>
              <w:t>3</w:t>
            </w:r>
          </w:p>
        </w:tc>
      </w:tr>
      <w:tr w:rsidR="004D342C" w14:paraId="714F6F78" w14:textId="77777777">
        <w:trPr>
          <w:cantSplit/>
          <w:jc w:val="center"/>
        </w:trPr>
        <w:tc>
          <w:tcPr>
            <w:tcW w:w="792" w:type="dxa"/>
          </w:tcPr>
          <w:p w14:paraId="32F2C1F7" w14:textId="77777777" w:rsidR="004D342C" w:rsidRDefault="00000000">
            <w:pPr>
              <w:keepNext/>
              <w:spacing w:before="20" w:after="20"/>
              <w:ind w:firstLine="0"/>
            </w:pPr>
            <w:r>
              <w:rPr>
                <w:sz w:val="17"/>
              </w:rPr>
              <w:t>2026</w:t>
            </w:r>
          </w:p>
        </w:tc>
        <w:tc>
          <w:tcPr>
            <w:tcW w:w="1368" w:type="dxa"/>
          </w:tcPr>
          <w:p w14:paraId="2607EA50" w14:textId="77777777" w:rsidR="004D342C" w:rsidRDefault="00000000">
            <w:pPr>
              <w:keepNext/>
              <w:spacing w:before="20" w:after="20"/>
              <w:ind w:firstLine="0"/>
            </w:pPr>
            <w:r>
              <w:rPr>
                <w:sz w:val="17"/>
              </w:rPr>
              <w:t>EB105.2</w:t>
            </w:r>
          </w:p>
        </w:tc>
        <w:tc>
          <w:tcPr>
            <w:tcW w:w="1008" w:type="dxa"/>
          </w:tcPr>
          <w:p w14:paraId="18B4C0C7" w14:textId="77777777" w:rsidR="004D342C" w:rsidRDefault="00000000">
            <w:pPr>
              <w:keepNext/>
              <w:spacing w:before="20" w:after="20"/>
              <w:ind w:firstLine="0"/>
            </w:pPr>
            <w:r>
              <w:rPr>
                <w:sz w:val="17"/>
              </w:rPr>
              <w:t>1052</w:t>
            </w:r>
          </w:p>
        </w:tc>
        <w:tc>
          <w:tcPr>
            <w:tcW w:w="1728" w:type="dxa"/>
          </w:tcPr>
          <w:p w14:paraId="6954513B" w14:textId="77777777" w:rsidR="004D342C" w:rsidRDefault="00000000">
            <w:pPr>
              <w:keepNext/>
              <w:spacing w:before="20" w:after="20"/>
              <w:ind w:firstLine="0"/>
              <w:jc w:val="right"/>
            </w:pPr>
            <w:r>
              <w:rPr>
                <w:sz w:val="17"/>
              </w:rPr>
              <w:t>115</w:t>
            </w:r>
          </w:p>
        </w:tc>
        <w:tc>
          <w:tcPr>
            <w:tcW w:w="1440" w:type="dxa"/>
          </w:tcPr>
          <w:p w14:paraId="62BD3473" w14:textId="77777777" w:rsidR="004D342C" w:rsidRDefault="00000000">
            <w:pPr>
              <w:keepNext/>
              <w:spacing w:before="20" w:after="20"/>
              <w:ind w:firstLine="0"/>
            </w:pPr>
            <w:r>
              <w:rPr>
                <w:sz w:val="17"/>
              </w:rPr>
              <w:t>MBIT</w:t>
            </w:r>
          </w:p>
        </w:tc>
        <w:tc>
          <w:tcPr>
            <w:tcW w:w="864" w:type="dxa"/>
          </w:tcPr>
          <w:p w14:paraId="0F920ED3" w14:textId="77777777" w:rsidR="004D342C" w:rsidRDefault="00000000">
            <w:pPr>
              <w:keepNext/>
              <w:spacing w:before="20" w:after="20"/>
              <w:ind w:firstLine="0"/>
              <w:jc w:val="right"/>
            </w:pPr>
            <w:r>
              <w:rPr>
                <w:sz w:val="17"/>
              </w:rPr>
              <w:t>4</w:t>
            </w:r>
          </w:p>
        </w:tc>
      </w:tr>
    </w:tbl>
    <w:p w14:paraId="0F743EFD" w14:textId="77777777" w:rsidR="004D342C" w:rsidRDefault="00000000">
      <w:pPr>
        <w:spacing w:before="80" w:after="160"/>
        <w:ind w:firstLine="0"/>
      </w:pPr>
      <w:r>
        <w:rPr>
          <w:b/>
          <w:smallCaps/>
          <w:color w:val="1F4E79"/>
          <w:sz w:val="19"/>
        </w:rPr>
        <w:t xml:space="preserve">Table 8.2. </w:t>
      </w:r>
      <w:r>
        <w:rPr>
          <w:i/>
          <w:color w:val="595959"/>
          <w:sz w:val="19"/>
        </w:rPr>
        <w:t>Composite item basis and mapped-variable count for every wave. EB55.0 and EB56.3 carry no component at all, so eusupport is missing throughout both. "Variables mapped" counts rows in the wave-source map for that wave and is a rough index of how much of the ERD scheme the wave supports.</w:t>
      </w:r>
    </w:p>
    <w:p w14:paraId="79A13511" w14:textId="77777777" w:rsidR="004D342C" w:rsidRDefault="00000000">
      <w:pPr>
        <w:pStyle w:val="Heading1"/>
        <w:pageBreakBefore/>
        <w:pBdr>
          <w:bottom w:val="single" w:sz="6" w:space="3" w:color="1F4E79"/>
        </w:pBdr>
        <w:spacing w:before="320" w:after="100"/>
      </w:pPr>
      <w:r>
        <w:rPr>
          <w:rFonts w:ascii="Times New Roman" w:hAnsi="Times New Roman" w:cs="Times New Roman"/>
          <w:smallCaps/>
          <w:spacing w:val="40"/>
          <w:sz w:val="26"/>
        </w:rPr>
        <w:lastRenderedPageBreak/>
        <w:t>9</w:t>
      </w:r>
      <w:r>
        <w:rPr>
          <w:rFonts w:ascii="Times New Roman" w:hAnsi="Times New Roman" w:cs="Times New Roman"/>
        </w:rPr>
        <w:t>  Availability of the membership item, and what its missingness means</w:t>
      </w:r>
    </w:p>
    <w:p w14:paraId="387DC01E" w14:textId="77777777" w:rsidR="004D342C" w:rsidRDefault="00000000">
      <w:r>
        <w:t>The membership-good item — supportmembershipgood in the mega file, membershipgood in the merge files — is the single most-used variable in the ERD and the heaviest contributor to the composite. It is not fielded continuously, and its missingness is not random. Both facts will mislead a user who does not know them.</w:t>
      </w:r>
    </w:p>
    <w:p w14:paraId="4B400AF3" w14:textId="77777777" w:rsidR="004D342C" w:rsidRDefault="00000000">
      <w:pPr>
        <w:pStyle w:val="Heading2"/>
      </w:pPr>
      <w:r>
        <w:rPr>
          <w:rFonts w:ascii="Times New Roman" w:hAnsi="Times New Roman" w:cs="Times New Roman"/>
        </w:rPr>
        <w:t>9.1  When it is available</w:t>
      </w:r>
    </w:p>
    <w:p w14:paraId="72F0F420" w14:textId="77777777" w:rsidR="004D342C" w:rsidRDefault="00000000">
      <w:r>
        <w:t>The availability below was counted directly from erd090626.dta on 7 September 2026 and supersedes any earlier statement, including the widely repeated claim that the item begins in 1991.</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1728"/>
        <w:gridCol w:w="7632"/>
      </w:tblGrid>
      <w:tr w:rsidR="004D342C" w14:paraId="44249FF9" w14:textId="77777777">
        <w:trPr>
          <w:cantSplit/>
          <w:tblHeader/>
          <w:jc w:val="center"/>
        </w:trPr>
        <w:tc>
          <w:tcPr>
            <w:tcW w:w="1728" w:type="dxa"/>
            <w:tcBorders>
              <w:bottom w:val="single" w:sz="6" w:space="0" w:color="1F4E79"/>
            </w:tcBorders>
            <w:shd w:val="clear" w:color="auto" w:fill="E7EDF3"/>
          </w:tcPr>
          <w:p w14:paraId="20D26663" w14:textId="77777777" w:rsidR="004D342C" w:rsidRDefault="00000000">
            <w:pPr>
              <w:spacing w:before="40" w:after="40"/>
              <w:ind w:firstLine="0"/>
            </w:pPr>
            <w:r>
              <w:rPr>
                <w:b/>
                <w:color w:val="1F4E79"/>
                <w:sz w:val="18"/>
              </w:rPr>
              <w:t>Period</w:t>
            </w:r>
          </w:p>
        </w:tc>
        <w:tc>
          <w:tcPr>
            <w:tcW w:w="7632" w:type="dxa"/>
            <w:tcBorders>
              <w:bottom w:val="single" w:sz="6" w:space="0" w:color="1F4E79"/>
            </w:tcBorders>
            <w:shd w:val="clear" w:color="auto" w:fill="E7EDF3"/>
          </w:tcPr>
          <w:p w14:paraId="42AEBA0F" w14:textId="77777777" w:rsidR="004D342C" w:rsidRDefault="00000000">
            <w:pPr>
              <w:spacing w:before="40" w:after="40"/>
              <w:ind w:firstLine="0"/>
            </w:pPr>
            <w:r>
              <w:rPr>
                <w:b/>
                <w:color w:val="1F4E79"/>
                <w:sz w:val="18"/>
              </w:rPr>
              <w:t>Availability</w:t>
            </w:r>
          </w:p>
        </w:tc>
      </w:tr>
      <w:tr w:rsidR="004D342C" w14:paraId="04B1156F" w14:textId="77777777">
        <w:trPr>
          <w:cantSplit/>
          <w:jc w:val="center"/>
        </w:trPr>
        <w:tc>
          <w:tcPr>
            <w:tcW w:w="1728" w:type="dxa"/>
          </w:tcPr>
          <w:p w14:paraId="4C19FB15" w14:textId="77777777" w:rsidR="004D342C" w:rsidRDefault="00000000">
            <w:pPr>
              <w:spacing w:before="40" w:after="40"/>
              <w:ind w:firstLine="0"/>
            </w:pPr>
            <w:r>
              <w:rPr>
                <w:sz w:val="20"/>
              </w:rPr>
              <w:t>1974–2011</w:t>
            </w:r>
          </w:p>
        </w:tc>
        <w:tc>
          <w:tcPr>
            <w:tcW w:w="7632" w:type="dxa"/>
          </w:tcPr>
          <w:p w14:paraId="1BC2367D" w14:textId="77777777" w:rsidR="004D342C" w:rsidRDefault="00000000">
            <w:pPr>
              <w:spacing w:before="40" w:after="40"/>
              <w:ind w:firstLine="0"/>
            </w:pPr>
            <w:r>
              <w:rPr>
                <w:sz w:val="20"/>
              </w:rPr>
              <w:t>Continuous. Every wave from EB2 (1974) through EB75.3 (2011) carries it, with five exceptions where it was not fielded: EB55.0 (2001), EB56.3 (January–February 2002), EB63.4 (2005), EB74.2 (2010) and EB76.3 (2011).</w:t>
            </w:r>
          </w:p>
        </w:tc>
      </w:tr>
      <w:tr w:rsidR="004D342C" w14:paraId="7AC88B25" w14:textId="77777777">
        <w:trPr>
          <w:cantSplit/>
          <w:jc w:val="center"/>
        </w:trPr>
        <w:tc>
          <w:tcPr>
            <w:tcW w:w="1728" w:type="dxa"/>
          </w:tcPr>
          <w:p w14:paraId="188FE365" w14:textId="77777777" w:rsidR="004D342C" w:rsidRDefault="00000000">
            <w:pPr>
              <w:spacing w:before="40" w:after="40"/>
              <w:ind w:firstLine="0"/>
            </w:pPr>
            <w:r>
              <w:rPr>
                <w:sz w:val="20"/>
              </w:rPr>
              <w:t>2012–2018</w:t>
            </w:r>
          </w:p>
        </w:tc>
        <w:tc>
          <w:tcPr>
            <w:tcW w:w="7632" w:type="dxa"/>
          </w:tcPr>
          <w:p w14:paraId="631369A3" w14:textId="77777777" w:rsidR="004D342C" w:rsidRDefault="00000000">
            <w:pPr>
              <w:spacing w:before="40" w:after="40"/>
              <w:ind w:firstLine="0"/>
            </w:pPr>
            <w:r>
              <w:rPr>
                <w:sz w:val="20"/>
              </w:rPr>
              <w:t>Absent. Fifteen consecutive waves, EB77.3 through EB90.3, carry no member-state membership item at all.</w:t>
            </w:r>
          </w:p>
        </w:tc>
      </w:tr>
      <w:tr w:rsidR="004D342C" w14:paraId="60C52BF7" w14:textId="77777777">
        <w:trPr>
          <w:cantSplit/>
          <w:jc w:val="center"/>
        </w:trPr>
        <w:tc>
          <w:tcPr>
            <w:tcW w:w="1728" w:type="dxa"/>
          </w:tcPr>
          <w:p w14:paraId="7A8F1116" w14:textId="77777777" w:rsidR="004D342C" w:rsidRDefault="00000000">
            <w:pPr>
              <w:spacing w:before="40" w:after="40"/>
              <w:ind w:firstLine="0"/>
            </w:pPr>
            <w:r>
              <w:rPr>
                <w:sz w:val="20"/>
              </w:rPr>
              <w:t>2019</w:t>
            </w:r>
          </w:p>
        </w:tc>
        <w:tc>
          <w:tcPr>
            <w:tcW w:w="7632" w:type="dxa"/>
          </w:tcPr>
          <w:p w14:paraId="5D8F6291" w14:textId="77777777" w:rsidR="004D342C" w:rsidRDefault="00000000">
            <w:pPr>
              <w:spacing w:before="40" w:after="40"/>
              <w:ind w:firstLine="0"/>
            </w:pPr>
            <w:r>
              <w:rPr>
                <w:sz w:val="20"/>
              </w:rPr>
              <w:t>One wave only. EB91.5 (raw variable qf1) revives it; EB92.3 does not.</w:t>
            </w:r>
          </w:p>
        </w:tc>
      </w:tr>
      <w:tr w:rsidR="004D342C" w14:paraId="5D079D48" w14:textId="77777777">
        <w:trPr>
          <w:cantSplit/>
          <w:jc w:val="center"/>
        </w:trPr>
        <w:tc>
          <w:tcPr>
            <w:tcW w:w="1728" w:type="dxa"/>
          </w:tcPr>
          <w:p w14:paraId="07349407" w14:textId="77777777" w:rsidR="004D342C" w:rsidRDefault="00000000">
            <w:pPr>
              <w:spacing w:before="40" w:after="40"/>
              <w:ind w:firstLine="0"/>
            </w:pPr>
            <w:r>
              <w:rPr>
                <w:sz w:val="20"/>
              </w:rPr>
              <w:t>2020–2025</w:t>
            </w:r>
          </w:p>
        </w:tc>
        <w:tc>
          <w:tcPr>
            <w:tcW w:w="7632" w:type="dxa"/>
          </w:tcPr>
          <w:p w14:paraId="071F763C" w14:textId="77777777" w:rsidR="004D342C" w:rsidRDefault="00000000">
            <w:pPr>
              <w:spacing w:before="40" w:after="40"/>
              <w:ind w:firstLine="0"/>
            </w:pPr>
            <w:r>
              <w:rPr>
                <w:sz w:val="20"/>
              </w:rPr>
              <w:t>Absent from all thirteen waves.</w:t>
            </w:r>
          </w:p>
        </w:tc>
      </w:tr>
      <w:tr w:rsidR="004D342C" w14:paraId="56B24DE2" w14:textId="77777777">
        <w:trPr>
          <w:cantSplit/>
          <w:jc w:val="center"/>
        </w:trPr>
        <w:tc>
          <w:tcPr>
            <w:tcW w:w="1728" w:type="dxa"/>
          </w:tcPr>
          <w:p w14:paraId="0829C9EC" w14:textId="77777777" w:rsidR="004D342C" w:rsidRDefault="00000000">
            <w:pPr>
              <w:keepNext/>
              <w:spacing w:before="40" w:after="40"/>
              <w:ind w:firstLine="0"/>
            </w:pPr>
            <w:r>
              <w:rPr>
                <w:sz w:val="20"/>
              </w:rPr>
              <w:t>2026</w:t>
            </w:r>
          </w:p>
        </w:tc>
        <w:tc>
          <w:tcPr>
            <w:tcW w:w="7632" w:type="dxa"/>
          </w:tcPr>
          <w:p w14:paraId="46341264" w14:textId="77777777" w:rsidR="004D342C" w:rsidRDefault="00000000">
            <w:pPr>
              <w:keepNext/>
              <w:spacing w:before="40" w:after="40"/>
              <w:ind w:firstLine="0"/>
            </w:pPr>
            <w:r>
              <w:rPr>
                <w:sz w:val="20"/>
              </w:rPr>
              <w:t>EB105.2 (raw variable qa8) carries it again.</w:t>
            </w:r>
          </w:p>
        </w:tc>
      </w:tr>
    </w:tbl>
    <w:p w14:paraId="1162C2DA" w14:textId="77777777" w:rsidR="004D342C" w:rsidRDefault="00000000">
      <w:pPr>
        <w:spacing w:before="80" w:after="160"/>
        <w:ind w:firstLine="0"/>
      </w:pPr>
      <w:r>
        <w:rPr>
          <w:b/>
          <w:smallCaps/>
          <w:color w:val="1F4E79"/>
          <w:sz w:val="19"/>
        </w:rPr>
        <w:t xml:space="preserve">Table 9.1. </w:t>
      </w:r>
      <w:r>
        <w:rPr>
          <w:i/>
          <w:color w:val="595959"/>
          <w:sz w:val="19"/>
        </w:rPr>
        <w:t>Availability of the member-state membership item. Seventy-seven waves carried it when the count was taken; the wave-source map now records 79, the two additions being EB28 and EB34.0, wired later the same day.</w:t>
      </w:r>
    </w:p>
    <w:p w14:paraId="14D9E051" w14:textId="77777777" w:rsidR="004D342C" w:rsidRDefault="00000000">
      <w:r>
        <w:t>The 1974–1986 span exists only since the pre-1987 extension of 6 September 2026. Before that date the item began in 1987, and any ERD analysis run earlier than that has a shorter membership series than this one.</w:t>
      </w:r>
    </w:p>
    <w:p w14:paraId="057F42F8" w14:textId="77777777" w:rsidR="004D342C" w:rsidRDefault="00000000">
      <w:pPr>
        <w:pStyle w:val="Heading2"/>
      </w:pPr>
      <w:r>
        <w:rPr>
          <w:rFonts w:ascii="Times New Roman" w:hAnsi="Times New Roman" w:cs="Times New Roman"/>
        </w:rPr>
        <w:t>9.2  Why the missingness is not missing at random</w:t>
      </w:r>
    </w:p>
    <w:p w14:paraId="7E38D8C4" w14:textId="77777777" w:rsidR="004D342C" w:rsidRDefault="00000000">
      <w:r>
        <w:t xml:space="preserve">The share of respondents with a valid answer falls over time, and the reason is structural rather than behavioural. The Eurobarometer progressively adds publics for whom the question does not apply: candidate countries and other non-members are asked a different, candidate-country version, which the ERD deliberately does not map onto this variable (§7.7). Those respondents are </w:t>
      </w:r>
      <w:r>
        <w:rPr>
          <w:b/>
        </w:rPr>
        <w:t>inapplicable</w:t>
      </w:r>
      <w:r>
        <w:t>, not missing at random.</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2592"/>
        <w:gridCol w:w="6768"/>
      </w:tblGrid>
      <w:tr w:rsidR="004D342C" w14:paraId="6FD4446F" w14:textId="77777777">
        <w:trPr>
          <w:cantSplit/>
          <w:tblHeader/>
          <w:jc w:val="center"/>
        </w:trPr>
        <w:tc>
          <w:tcPr>
            <w:tcW w:w="2592" w:type="dxa"/>
            <w:tcBorders>
              <w:bottom w:val="single" w:sz="6" w:space="0" w:color="1F4E79"/>
            </w:tcBorders>
            <w:shd w:val="clear" w:color="auto" w:fill="E7EDF3"/>
          </w:tcPr>
          <w:p w14:paraId="65E0CBA4" w14:textId="77777777" w:rsidR="004D342C" w:rsidRDefault="00000000">
            <w:pPr>
              <w:spacing w:before="40" w:after="40"/>
              <w:ind w:firstLine="0"/>
            </w:pPr>
            <w:r>
              <w:rPr>
                <w:b/>
                <w:color w:val="1F4E79"/>
                <w:sz w:val="18"/>
              </w:rPr>
              <w:t>Period</w:t>
            </w:r>
          </w:p>
        </w:tc>
        <w:tc>
          <w:tcPr>
            <w:tcW w:w="6768" w:type="dxa"/>
            <w:tcBorders>
              <w:bottom w:val="single" w:sz="6" w:space="0" w:color="1F4E79"/>
            </w:tcBorders>
            <w:shd w:val="clear" w:color="auto" w:fill="E7EDF3"/>
          </w:tcPr>
          <w:p w14:paraId="7BF136E7" w14:textId="77777777" w:rsidR="004D342C" w:rsidRDefault="00000000">
            <w:pPr>
              <w:spacing w:before="40" w:after="40"/>
              <w:ind w:firstLine="0"/>
            </w:pPr>
            <w:r>
              <w:rPr>
                <w:b/>
                <w:color w:val="1F4E79"/>
                <w:sz w:val="18"/>
              </w:rPr>
              <w:t>Approximate valid-answer share</w:t>
            </w:r>
          </w:p>
        </w:tc>
      </w:tr>
      <w:tr w:rsidR="004D342C" w14:paraId="207E1A5E" w14:textId="77777777">
        <w:trPr>
          <w:cantSplit/>
          <w:jc w:val="center"/>
        </w:trPr>
        <w:tc>
          <w:tcPr>
            <w:tcW w:w="2592" w:type="dxa"/>
          </w:tcPr>
          <w:p w14:paraId="3D5254BB" w14:textId="77777777" w:rsidR="004D342C" w:rsidRDefault="00000000">
            <w:pPr>
              <w:spacing w:before="40" w:after="40"/>
              <w:ind w:firstLine="0"/>
            </w:pPr>
            <w:r>
              <w:rPr>
                <w:sz w:val="20"/>
              </w:rPr>
              <w:t>Through 2007</w:t>
            </w:r>
          </w:p>
        </w:tc>
        <w:tc>
          <w:tcPr>
            <w:tcW w:w="6768" w:type="dxa"/>
          </w:tcPr>
          <w:p w14:paraId="1A894DE5" w14:textId="77777777" w:rsidR="004D342C" w:rsidRDefault="00000000">
            <w:pPr>
              <w:spacing w:before="40" w:after="40"/>
              <w:ind w:firstLine="0"/>
            </w:pPr>
            <w:r>
              <w:rPr>
                <w:sz w:val="20"/>
              </w:rPr>
              <w:t>90–95 per cent of the sample</w:t>
            </w:r>
          </w:p>
        </w:tc>
      </w:tr>
      <w:tr w:rsidR="004D342C" w14:paraId="6DEDC599" w14:textId="77777777">
        <w:trPr>
          <w:cantSplit/>
          <w:jc w:val="center"/>
        </w:trPr>
        <w:tc>
          <w:tcPr>
            <w:tcW w:w="2592" w:type="dxa"/>
          </w:tcPr>
          <w:p w14:paraId="20C64943" w14:textId="77777777" w:rsidR="004D342C" w:rsidRDefault="00000000">
            <w:pPr>
              <w:spacing w:before="40" w:after="40"/>
              <w:ind w:firstLine="0"/>
            </w:pPr>
            <w:r>
              <w:rPr>
                <w:sz w:val="20"/>
              </w:rPr>
              <w:t>2008–2011 and 2019</w:t>
            </w:r>
          </w:p>
        </w:tc>
        <w:tc>
          <w:tcPr>
            <w:tcW w:w="6768" w:type="dxa"/>
          </w:tcPr>
          <w:p w14:paraId="71F56342" w14:textId="77777777" w:rsidR="004D342C" w:rsidRDefault="00000000">
            <w:pPr>
              <w:spacing w:before="40" w:after="40"/>
              <w:ind w:firstLine="0"/>
            </w:pPr>
            <w:r>
              <w:rPr>
                <w:sz w:val="20"/>
              </w:rPr>
              <w:t>84–87 per cent, once candidate countries are in the field</w:t>
            </w:r>
          </w:p>
        </w:tc>
      </w:tr>
      <w:tr w:rsidR="004D342C" w14:paraId="566782DD" w14:textId="77777777">
        <w:trPr>
          <w:cantSplit/>
          <w:jc w:val="center"/>
        </w:trPr>
        <w:tc>
          <w:tcPr>
            <w:tcW w:w="2592" w:type="dxa"/>
          </w:tcPr>
          <w:p w14:paraId="55C26AB4" w14:textId="77777777" w:rsidR="004D342C" w:rsidRDefault="00000000">
            <w:pPr>
              <w:keepNext/>
              <w:spacing w:before="40" w:after="40"/>
              <w:ind w:firstLine="0"/>
            </w:pPr>
            <w:r>
              <w:rPr>
                <w:sz w:val="20"/>
              </w:rPr>
              <w:t>2026</w:t>
            </w:r>
          </w:p>
        </w:tc>
        <w:tc>
          <w:tcPr>
            <w:tcW w:w="6768" w:type="dxa"/>
          </w:tcPr>
          <w:p w14:paraId="1E84596E" w14:textId="77777777" w:rsidR="004D342C" w:rsidRDefault="00000000">
            <w:pPr>
              <w:keepNext/>
              <w:spacing w:before="40" w:after="40"/>
              <w:ind w:firstLine="0"/>
            </w:pPr>
            <w:r>
              <w:rPr>
                <w:sz w:val="20"/>
              </w:rPr>
              <w:t>72 per cent, in a wave where eleven of thirty-nine surveyed countries are not EU members</w:t>
            </w:r>
          </w:p>
        </w:tc>
      </w:tr>
    </w:tbl>
    <w:p w14:paraId="5C143113" w14:textId="77777777" w:rsidR="004D342C" w:rsidRDefault="00000000">
      <w:pPr>
        <w:spacing w:before="80" w:after="160"/>
        <w:ind w:firstLine="0"/>
      </w:pPr>
      <w:r>
        <w:rPr>
          <w:b/>
          <w:smallCaps/>
          <w:color w:val="1F4E79"/>
          <w:sz w:val="19"/>
        </w:rPr>
        <w:t xml:space="preserve">Table 9.2. </w:t>
      </w:r>
      <w:r>
        <w:rPr>
          <w:i/>
          <w:color w:val="595959"/>
          <w:sz w:val="19"/>
        </w:rPr>
        <w:t>Valid-answer share on the membership item.</w:t>
      </w:r>
    </w:p>
    <w:p w14:paraId="0DAB891C" w14:textId="77777777" w:rsidR="004D342C" w:rsidRDefault="00000000">
      <w:r>
        <w:rPr>
          <w:b/>
        </w:rPr>
        <w:t xml:space="preserve">What a user must not do. </w:t>
      </w:r>
      <w:r>
        <w:t xml:space="preserve">Do not multiply-impute this variable, do not model its missingness as ignorable, and do not read a fall in its valid-answer share as declining engagement or rising refusal. The correct treatment is to condition on membership status: restrict to respondents in EU member states, or interact with a member/non-member indicator. Listwise </w:t>
      </w:r>
      <w:r>
        <w:lastRenderedPageBreak/>
        <w:t>deletion on this variable silently converts a pooled analysis into an EU-members-only analysis — which may be what you want, but you should know that it is what you did. A held-out test on 8 September 2026 settled the imputation question directly: predicting the membership item from image and trust alone carries a bias of −7 to −8 percentage points, and both authors ruled imputation out, including for 2025.</w:t>
      </w:r>
    </w:p>
    <w:p w14:paraId="08B7BD89" w14:textId="77777777" w:rsidR="004D342C" w:rsidRDefault="00000000">
      <w:r>
        <w:t>The benefit item follows the same pattern for the same reason. It is first asked in EB19 and EB21 (1983, 1984), where it is derived from mention dummies rather than asked directly, and exactly from EB22 (1984) onward.</w:t>
      </w:r>
    </w:p>
    <w:p w14:paraId="0BEED364" w14:textId="77777777" w:rsidR="004D342C" w:rsidRDefault="00000000">
      <w:pPr>
        <w:pStyle w:val="Heading1"/>
        <w:pageBreakBefore/>
        <w:pBdr>
          <w:bottom w:val="single" w:sz="6" w:space="3" w:color="1F4E79"/>
        </w:pBdr>
        <w:spacing w:before="320" w:after="100"/>
      </w:pPr>
      <w:r>
        <w:rPr>
          <w:rFonts w:ascii="Times New Roman" w:hAnsi="Times New Roman" w:cs="Times New Roman"/>
          <w:smallCaps/>
          <w:spacing w:val="40"/>
          <w:sz w:val="26"/>
        </w:rPr>
        <w:lastRenderedPageBreak/>
        <w:t>10</w:t>
      </w:r>
      <w:r>
        <w:rPr>
          <w:rFonts w:ascii="Times New Roman" w:hAnsi="Times New Roman" w:cs="Times New Roman"/>
        </w:rPr>
        <w:t>  Survey weights</w:t>
      </w:r>
    </w:p>
    <w:p w14:paraId="643053A8" w14:textId="77777777" w:rsidR="004D342C" w:rsidRDefault="00000000">
      <w:pPr>
        <w:pStyle w:val="Heading2"/>
      </w:pPr>
      <w:r>
        <w:rPr>
          <w:rFonts w:ascii="Times New Roman" w:hAnsi="Times New Roman" w:cs="Times New Roman"/>
        </w:rPr>
        <w:t>10.1  Which weight to use</w:t>
      </w:r>
    </w:p>
    <w:p w14:paraId="2D0633F1" w14:textId="77777777" w:rsidR="004D342C" w:rsidRDefault="00000000">
      <w:r>
        <w:t>The ERD carries eighteen weight variables, all under names beginning "weight". They fall into three families: national design weights (weighttarget, weightstandardized, weightstandard, weightuk, weightgermany), EU-population weights that scale a country to its share of a given membership configuration (weightEU6, weightEU9, weightEU10, weightEU12, weightEU12b, weightEU15, weightEU25, weightEU27, weightEU29, weightEU1995, weightEU2004, weightEurozone), and weightcandidatecountries.</w:t>
      </w:r>
    </w:p>
    <w:p w14:paraId="62036B35" w14:textId="77777777" w:rsidR="004D342C" w:rsidRDefault="00000000">
      <w:r>
        <w:t>Which one a wave carries is a property of the archive file and the per-wave do file, not a choice. weighttarget is the most common, present in 100 waves.</w:t>
      </w:r>
    </w:p>
    <w:p w14:paraId="3834B51C" w14:textId="77777777" w:rsidR="004D342C" w:rsidRDefault="00000000">
      <w:r>
        <w:rPr>
          <w:b/>
        </w:rPr>
        <w:t xml:space="preserve">A useful property. </w:t>
      </w:r>
      <w:r>
        <w:t>Every Eurobarometer weight in the file is the national design weight multiplied by a factor that is constant within a country for a given wave — the EU-population weights differ from the national weight only by that population factor. Inside a country-by-year cell that factor cancels out of a weighted mean. Any available weight therefore yields exactly the nationally weighted country mean, so the weight can be chosen per wave in a priority order rather than insisting on one variable throughout. This is what the delivered weighted series does.</w:t>
      </w:r>
    </w:p>
    <w:p w14:paraId="5914B961" w14:textId="77777777" w:rsidR="004D342C" w:rsidRDefault="00000000">
      <w:r>
        <w:t>All 111 waves that carry the composite carry a usable weight: 86 use weighttarget, 12 use weightstandardized, 7 use weightEU12, 5 use weightEU9 and 1 uses weightEU10. The seven falling back to an EU-population weight are the 1987–1990 rounds, where no national weight was ever mapped; for a within-country mean this makes no difference.</w:t>
      </w:r>
    </w:p>
    <w:p w14:paraId="0B189FA6" w14:textId="77777777" w:rsidR="004D342C" w:rsidRDefault="00000000">
      <w:pPr>
        <w:pStyle w:val="Heading2"/>
      </w:pPr>
      <w:r>
        <w:rPr>
          <w:rFonts w:ascii="Times New Roman" w:hAnsi="Times New Roman" w:cs="Times New Roman"/>
        </w:rPr>
        <w:t>10.2  The 2022–2026 weight gap, and how it was closed</w:t>
      </w:r>
    </w:p>
    <w:p w14:paraId="4AB15BE0" w14:textId="77777777" w:rsidR="004D342C" w:rsidRDefault="00000000">
      <w:pPr>
        <w:ind w:firstLine="0"/>
      </w:pPr>
      <w:r>
        <w:t>Until 7 September 2026, eleven waves — EB96.3, EB97.5, EB98.2, EB99.4, EB100.2, EB101.3, EB101.4, EB102.2, EB103.3, EB104.1 and EB105.2, covering 2022 through 2026 and roughly 390,000 respondents — carried no weight variable of any kind, and weighted analysis of the ERD stopped at 2021.</w:t>
      </w:r>
    </w:p>
    <w:p w14:paraId="111E7F8A" w14:textId="77777777" w:rsidR="004D342C" w:rsidRDefault="00000000">
      <w:r>
        <w:rPr>
          <w:b/>
        </w:rPr>
        <w:t xml:space="preserve">It was a mapping gap in the ERD, not a property of the source data. The GESIS files for these rounds ship the usual national and EU weights; the per-wave do files simply never renamed the archive’s w1 (WEIGHT RESULT FROM TARGET). “ren w1 weighttarget” was added to all eleven, the waves were rerun and the mega file rebuilt, so the weighted series now runs to 2026. Only 70 respondents in 2022–2026 lack a weight: 32 in Albania in 2025, 32 in Albania in 2026 and 6 in Germany. EB101.4 had additionally been leaking w1 into the mega file under its raw name; that is cleaned up. Any weighted series for the recent period produced before 7 September 2026 is wrong.</w:t>
      </w:r>
      <w:r>
        <w:t/>
      </w:r>
    </w:p>
    <w:p w14:paraId="5A0F7878" w14:textId="77777777" w:rsidR="004D342C" w:rsidRDefault="00000000">
      <w:r>
        <w:t>Two smaller pockets are deliberately left unweighted and are not worth acting on: EB17 (1,755 respondents, 1982) and the East German add-on samples carried in EB36 through EB41, roughly 900 to 2,200 respondents each. In both cases the rest of the country-year cell is weighted.</w:t>
      </w:r>
    </w:p>
    <w:p w14:paraId="1E8D7B4C" w14:textId="77777777" w:rsidR="004D342C" w:rsidRDefault="00000000">
      <w:pPr>
        <w:pStyle w:val="Heading2"/>
      </w:pPr>
      <w:r>
        <w:rPr>
          <w:rFonts w:ascii="Times New Roman" w:hAnsi="Times New Roman" w:cs="Times New Roman"/>
        </w:rPr>
        <w:t>10.3  How much weighting matters</w:t>
      </w:r>
    </w:p>
    <w:p w14:paraId="34BFD512" w14:textId="77777777" w:rsidR="004D342C" w:rsidRDefault="00000000">
      <w:r>
        <w:t>Less than most users expect, at the pooled level, and more than they expect at country level. On the yearly series the weighted and unweighted versions correlate at .994 or better on every definition — .9970 on EU members only, .9949 on the raw all-surveyed series, .9966 on the constant-composition panel, .9975 on the two-way fixed-effects year profile. The mean absolute yearly difference is .008 to .011 and the maximum .079. The average signed difference is +.004, so there is no consistent level shift.</w:t>
      </w:r>
    </w:p>
    <w:p w14:paraId="3E5DF1CD" w14:textId="77777777" w:rsidR="004D342C" w:rsidRDefault="00000000">
      <w:r>
        <w:lastRenderedPageBreak/>
        <w:t>Cell by cell the differences are larger: across 1,216 comparable country-years the mean absolute difference is .018 and the 95th percentile .059. The largest divergences are Ireland in 1975 (+0.088 unweighted against −0.117 weighted), the United Kingdom in 2020 (−0.409 against −0.572), Ireland in 1982 (+0.010 against −0.146) and Luxembourg in 1975 (+0.483 against +0.340) — small or heavily stratified samples, where the design weight is doing real work.</w:t>
      </w:r>
    </w:p>
    <w:p w14:paraId="35120C48" w14:textId="77777777" w:rsidR="004D342C" w:rsidRDefault="00000000">
      <w:r>
        <w:rPr>
          <w:b/>
        </w:rPr>
        <w:t xml:space="preserve">Recommendation. </w:t>
      </w:r>
      <w:r>
        <w:t>Use the weighted figures for anything at country level, particularly for the smaller member states. Treat the choice as immaterial for the pooled yearly series. And keep the comparison in proportion: the item-basis effect of §8 is an order of magnitude larger than the weighting decision.</w:t>
      </w:r>
    </w:p>
    <w:p w14:paraId="106DF296" w14:textId="77777777" w:rsidR="004D342C" w:rsidRDefault="00000000">
      <w:pPr>
        <w:pStyle w:val="Heading1"/>
        <w:pageBreakBefore/>
        <w:pBdr>
          <w:bottom w:val="single" w:sz="6" w:space="3" w:color="1F4E79"/>
        </w:pBdr>
        <w:spacing w:before="320" w:after="100"/>
      </w:pPr>
      <w:r>
        <w:rPr>
          <w:rFonts w:ascii="Times New Roman" w:hAnsi="Times New Roman" w:cs="Times New Roman"/>
          <w:smallCaps/>
          <w:spacing w:val="40"/>
          <w:sz w:val="26"/>
        </w:rPr>
        <w:lastRenderedPageBreak/>
        <w:t>11</w:t>
      </w:r>
      <w:r>
        <w:rPr>
          <w:rFonts w:ascii="Times New Roman" w:hAnsi="Times New Roman" w:cs="Times New Roman"/>
        </w:rPr>
        <w:t>  Composition effects: who is in the pooled series</w:t>
      </w:r>
    </w:p>
    <w:p w14:paraId="65002275" w14:textId="77777777" w:rsidR="004D342C" w:rsidRDefault="00000000">
      <w:r>
        <w:t>A pooled mean over the ERD is a mean over a changing population. Nine country cells are surveyed in 1974; forty in 2021 through 2023; thirty-nine in 2026. Every enlargement adds publics with their own level of EU support, and the United Kingdom continues to be surveyed after Brexit. A movement in the pooled series can therefore be a movement in opinion, a change in who is being asked, or both.</w:t>
      </w:r>
    </w:p>
    <w:p w14:paraId="5136C4A9" w14:textId="77777777" w:rsidR="004D342C" w:rsidRDefault="00000000">
      <w:pPr>
        <w:pStyle w:val="Heading2"/>
      </w:pPr>
      <w:r>
        <w:rPr>
          <w:rFonts w:ascii="Times New Roman" w:hAnsi="Times New Roman" w:cs="Times New Roman"/>
        </w:rPr>
        <w:t>11.1  What was done about it</w:t>
      </w:r>
    </w:p>
    <w:p w14:paraId="3D235F49" w14:textId="77777777" w:rsidR="004D342C" w:rsidRDefault="00000000">
      <w:r>
        <w:t>Four series were computed from 1,228 country-by-year cells with at least fifty respondents each: the raw series over everyone surveyed; an EU-members-only series; a constant-composition balanced panel restricted to the eight states in the Community in every one of the 53 years (Belgium, Denmark, France, West Germany, Ireland, Italy, Luxembourg and the Netherlands); and a two-way weighted fixed-effects year profile evaluated at the 2026 composition. The full memo, chart and series are in the delivered document set (§14).</w:t>
      </w:r>
    </w:p>
    <w:p w14:paraId="110B4FD6" w14:textId="77777777" w:rsidR="004D342C" w:rsidRDefault="00000000">
      <w:pPr>
        <w:pStyle w:val="Heading2"/>
      </w:pPr>
      <w:r>
        <w:rPr>
          <w:rFonts w:ascii="Times New Roman" w:hAnsi="Times New Roman" w:cs="Times New Roman"/>
        </w:rPr>
        <w:t>11.2  What holds and what does not</w:t>
      </w:r>
    </w:p>
    <w:p w14:paraId="7A026FD3" w14:textId="77777777" w:rsidR="004D342C" w:rsidRDefault="00000000">
      <w:r>
        <w:rPr>
          <w:b/>
        </w:rPr>
        <w:t xml:space="preserve">The shape is robust. </w:t>
      </w:r>
      <w:r>
        <w:t>The 1991 high, the 2014 trough and the 2018–2019 rebound survive every adjustment. Enlargement is not driving the story.</w:t>
      </w:r>
    </w:p>
    <w:p w14:paraId="4A88DC80" w14:textId="77777777" w:rsidR="004D342C" w:rsidRDefault="00000000">
      <w:r>
        <w:rPr>
          <w:b/>
        </w:rPr>
        <w:t xml:space="preserve">The levels are not. </w:t>
      </w:r>
      <w:r>
        <w:t>From 1994 onward the balanced panel sits between +0.10 and +0.25 above the raw series. Anyone quoting an absolute level of EU support from the pooled series is quoting a figure that depends on which countries happened to be in the field.</w:t>
      </w:r>
    </w:p>
    <w:p w14:paraId="7F7FF53C" w14:textId="77777777" w:rsidR="004D342C" w:rsidRDefault="00000000">
      <w:r>
        <w:rPr>
          <w:b/>
        </w:rPr>
        <w:t xml:space="preserve">One substantive conclusion changes. </w:t>
      </w:r>
      <w:r>
        <w:t>The late 1970s read +0.15 on the raw series but +0.26 on the constant-composition panel, with 1978 at +0.34 and 1979 at +0.33 — level with the 1991 Maastricht-era peak. On the raw series the late 1970s look unremarkable; on a fixed set of countries the founding members were as pro-European then as they were in 1991. The 2026 recovery is likewise stronger among long-standing members (+0.15 balanced against +0.03 raw).</w:t>
      </w:r>
    </w:p>
    <w:p w14:paraId="6AEFFDB9" w14:textId="77777777" w:rsidR="004D342C" w:rsidRDefault="00000000">
      <w:r>
        <w:t>The practical instruction is the same as for the item basis: report what the composition is, and check that a conclusion survives holding it fixed. Table 3.1 gives the country-cell count for every year so a reader can see at a glance where the composition changes.</w:t>
      </w:r>
    </w:p>
    <w:p w14:paraId="13E59706" w14:textId="77777777" w:rsidR="004D342C" w:rsidRDefault="00000000">
      <w:pPr>
        <w:pStyle w:val="Heading1"/>
        <w:pageBreakBefore/>
        <w:pBdr>
          <w:bottom w:val="single" w:sz="6" w:space="3" w:color="1F4E79"/>
        </w:pBdr>
        <w:spacing w:before="320" w:after="100"/>
      </w:pPr>
      <w:r>
        <w:rPr>
          <w:rFonts w:ascii="Times New Roman" w:hAnsi="Times New Roman" w:cs="Times New Roman"/>
          <w:smallCaps/>
          <w:spacing w:val="40"/>
          <w:sz w:val="26"/>
        </w:rPr>
        <w:lastRenderedPageBreak/>
        <w:t>12</w:t>
      </w:r>
      <w:r>
        <w:rPr>
          <w:rFonts w:ascii="Times New Roman" w:hAnsi="Times New Roman" w:cs="Times New Roman"/>
        </w:rPr>
        <w:t>  Known limitations and quirks</w:t>
      </w:r>
    </w:p>
    <w:p w14:paraId="69DF7B8C" w14:textId="77777777" w:rsidR="004D342C" w:rsidRDefault="00000000">
      <w:r>
        <w:t>Everything in this section is a thing that has actually caught someone working on the ERD, or that would. They are listed here rather than buried in variable notes.</w:t>
      </w:r>
    </w:p>
    <w:p w14:paraId="3D9396CE" w14:textId="77777777" w:rsidR="004D342C" w:rsidRDefault="00000000">
      <w:pPr>
        <w:pStyle w:val="Heading2"/>
      </w:pPr>
      <w:r>
        <w:rPr>
          <w:rFonts w:ascii="Times New Roman" w:hAnsi="Times New Roman" w:cs="Times New Roman"/>
        </w:rPr>
        <w:t>12.1  Two waves where the stored wave code disagrees with the folder name</w:t>
      </w:r>
    </w:p>
    <w:p w14:paraId="620D3AB8" w14:textId="77777777" w:rsidR="004D342C" w:rsidRDefault="00000000">
      <w:r>
        <w:t>The eb variable in the data matches the folder name for every wave but one (it was two until the EB42 code was corrected on 11 September 2026).</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2160"/>
        <w:gridCol w:w="3600"/>
        <w:gridCol w:w="3600"/>
      </w:tblGrid>
      <w:tr w:rsidR="004D342C" w14:paraId="482AFADD" w14:textId="77777777">
        <w:trPr>
          <w:cantSplit/>
          <w:tblHeader/>
          <w:jc w:val="center"/>
        </w:trPr>
        <w:tc>
          <w:tcPr>
            <w:tcW w:w="2160" w:type="dxa"/>
            <w:tcBorders>
              <w:bottom w:val="single" w:sz="6" w:space="0" w:color="1F4E79"/>
            </w:tcBorders>
            <w:shd w:val="clear" w:color="auto" w:fill="E7EDF3"/>
          </w:tcPr>
          <w:p w14:paraId="3092958A" w14:textId="77777777" w:rsidR="004D342C" w:rsidRDefault="00000000">
            <w:pPr>
              <w:spacing w:before="40" w:after="40"/>
              <w:ind w:firstLine="0"/>
            </w:pPr>
            <w:r>
              <w:rPr>
                <w:b/>
                <w:color w:val="1F4E79"/>
                <w:sz w:val="18"/>
              </w:rPr>
              <w:t>Wave</w:t>
            </w:r>
          </w:p>
        </w:tc>
        <w:tc>
          <w:tcPr>
            <w:tcW w:w="3600" w:type="dxa"/>
            <w:tcBorders>
              <w:bottom w:val="single" w:sz="6" w:space="0" w:color="1F4E79"/>
            </w:tcBorders>
            <w:shd w:val="clear" w:color="auto" w:fill="E7EDF3"/>
          </w:tcPr>
          <w:p w14:paraId="027F89CE" w14:textId="77777777" w:rsidR="004D342C" w:rsidRDefault="00000000">
            <w:pPr>
              <w:spacing w:before="40" w:after="40"/>
              <w:ind w:firstLine="0"/>
            </w:pPr>
            <w:r>
              <w:rPr>
                <w:b/>
                <w:color w:val="1F4E79"/>
                <w:sz w:val="18"/>
              </w:rPr>
              <w:t>Folder and wave-source map</w:t>
            </w:r>
          </w:p>
        </w:tc>
        <w:tc>
          <w:tcPr>
            <w:tcW w:w="3600" w:type="dxa"/>
            <w:tcBorders>
              <w:bottom w:val="single" w:sz="6" w:space="0" w:color="1F4E79"/>
            </w:tcBorders>
            <w:shd w:val="clear" w:color="auto" w:fill="E7EDF3"/>
          </w:tcPr>
          <w:p w14:paraId="71D65FED" w14:textId="77777777" w:rsidR="004D342C" w:rsidRDefault="00000000">
            <w:pPr>
              <w:spacing w:before="40" w:after="40"/>
              <w:ind w:firstLine="0"/>
            </w:pPr>
            <w:r>
              <w:rPr>
                <w:b/>
                <w:color w:val="1F4E79"/>
                <w:sz w:val="18"/>
              </w:rPr>
              <w:t>Value stored in the data</w:t>
            </w:r>
          </w:p>
        </w:tc>
      </w:tr>
      <w:tr w:rsidR="004D342C" w14:paraId="4BBDC68F" w14:textId="77777777">
        <w:trPr>
          <w:cantSplit/>
          <w:jc w:val="center"/>
        </w:trPr>
        <w:tc>
          <w:tcPr>
            <w:tcW w:w="2160" w:type="dxa"/>
          </w:tcPr>
          <w:p w14:paraId="33E6D31E" w14:textId="77777777" w:rsidR="004D342C" w:rsidRDefault="00000000">
            <w:pPr>
              <w:spacing w:before="40" w:after="40"/>
              <w:ind w:firstLine="0"/>
            </w:pPr>
            <w:r>
              <w:rPr>
                <w:sz w:val="20"/>
              </w:rPr>
              <w:t>EB42 (Nov 1994)</w:t>
            </w:r>
          </w:p>
        </w:tc>
        <w:tc>
          <w:tcPr>
            <w:tcW w:w="3600" w:type="dxa"/>
          </w:tcPr>
          <w:p w14:paraId="393DEFC7" w14:textId="77777777" w:rsidR="004D342C" w:rsidRDefault="00000000">
            <w:pPr>
              <w:spacing w:before="40" w:after="40"/>
              <w:ind w:firstLine="0"/>
            </w:pPr>
            <w:r>
              <w:rPr>
                <w:sz w:val="20"/>
              </w:rPr>
              <w:t>eb420</w:t>
            </w:r>
          </w:p>
        </w:tc>
        <w:tc>
          <w:tcPr>
            <w:tcW w:w="3600" w:type="dxa"/>
          </w:tcPr>
          <w:p w14:paraId="182482E2" w14:textId="77777777" w:rsidR="004D342C" w:rsidRDefault="00000000">
            <w:pPr>
              <w:spacing w:before="40" w:after="40"/>
              <w:ind w:firstLine="0"/>
            </w:pPr>
            <w:r>
              <w:rPr>
                <w:sz w:val="20"/>
              </w:rPr>
              <w:t>eb == 420 (42 before the rebuild of 11 September 2026)</w:t>
            </w:r>
          </w:p>
        </w:tc>
      </w:tr>
      <w:tr w:rsidR="004D342C" w14:paraId="3397B0CE" w14:textId="77777777">
        <w:trPr>
          <w:cantSplit/>
          <w:jc w:val="center"/>
        </w:trPr>
        <w:tc>
          <w:tcPr>
            <w:tcW w:w="2160" w:type="dxa"/>
          </w:tcPr>
          <w:p w14:paraId="4A77271A" w14:textId="77777777" w:rsidR="004D342C" w:rsidRDefault="00000000">
            <w:pPr>
              <w:keepNext/>
              <w:spacing w:before="40" w:after="40"/>
              <w:ind w:firstLine="0"/>
            </w:pPr>
            <w:r>
              <w:rPr>
                <w:sz w:val="20"/>
              </w:rPr>
              <w:t>EB44.2bis (1996)</w:t>
            </w:r>
          </w:p>
        </w:tc>
        <w:tc>
          <w:tcPr>
            <w:tcW w:w="3600" w:type="dxa"/>
          </w:tcPr>
          <w:p w14:paraId="5823F167" w14:textId="77777777" w:rsidR="004D342C" w:rsidRDefault="00000000">
            <w:pPr>
              <w:keepNext/>
              <w:spacing w:before="40" w:after="40"/>
              <w:ind w:firstLine="0"/>
            </w:pPr>
            <w:r>
              <w:rPr>
                <w:sz w:val="20"/>
              </w:rPr>
              <w:t>eb442b</w:t>
            </w:r>
          </w:p>
        </w:tc>
        <w:tc>
          <w:tcPr>
            <w:tcW w:w="3600" w:type="dxa"/>
          </w:tcPr>
          <w:p w14:paraId="75F0D7E7" w14:textId="77777777" w:rsidR="004D342C" w:rsidRDefault="00000000">
            <w:pPr>
              <w:keepNext/>
              <w:spacing w:before="40" w:after="40"/>
              <w:ind w:firstLine="0"/>
            </w:pPr>
            <w:r>
              <w:rPr>
                <w:sz w:val="20"/>
              </w:rPr>
              <w:t>eb == 442</w:t>
            </w:r>
          </w:p>
        </w:tc>
      </w:tr>
    </w:tbl>
    <w:p w14:paraId="5D669A4A" w14:textId="77777777" w:rsidR="004D342C" w:rsidRDefault="00000000">
      <w:pPr>
        <w:spacing w:before="80" w:after="160"/>
        <w:ind w:firstLine="0"/>
      </w:pPr>
      <w:r>
        <w:rPr>
          <w:b/>
          <w:smallCaps/>
          <w:color w:val="1F4E79"/>
          <w:sz w:val="19"/>
        </w:rPr>
        <w:t xml:space="preserve">Table 12.1. </w:t>
      </w:r>
      <w:r>
        <w:rPr>
          <w:i/>
          <w:color w:val="595959"/>
          <w:sz w:val="19"/>
        </w:rPr>
        <w:t>Wave-code mismatches.</w:t>
      </w:r>
    </w:p>
    <w:p w14:paraId="4439DF5A" w14:textId="77777777" w:rsidR="004D342C" w:rsidRDefault="00000000">
      <w:r>
        <w:rPr>
          <w:b/>
        </w:rPr>
        <w:t xml:space="preserve">EB42 was resolved on 11 September 2026 and the files of record now carry eb == 420 for it. </w:t>
      </w:r>
      <w:r>
        <w:t xml:space="preserve">420.do now carries gen eb=420, like every other wave’s three-digit folder code; the regenerated merge file holds 16,677 rows all with eb == 420, and the mega and prepared files rebuilt the same afternoon (13:11) carry the new code, so the folder, the wave-source map, the wave file and the data all agree. Any script written against an earlier build that selects eb == 42 must be changed to eb == 420. EB44.2bis was recorded rather than corrected and stands: because no separate EB44.2 wave exists, eb == 442 is unambiguous, and changing it would change erd090626.dta and break existing scripts that select on the current value. Comment blocks stand beside the gen eb lines in both do files.</w:t>
      </w:r>
    </w:p>
    <w:p w14:paraId="7B3A4AB2" w14:textId="77777777" w:rsidR="004D342C" w:rsidRDefault="00000000">
      <w:pPr>
        <w:pStyle w:val="Heading2"/>
      </w:pPr>
      <w:r>
        <w:rPr>
          <w:rFonts w:ascii="Times New Roman" w:hAnsi="Times New Roman" w:cs="Times New Roman"/>
        </w:rPr>
        <w:t>12.2  Pre-1987 single-item scores are un-attenuated</w:t>
      </w:r>
    </w:p>
    <w:p w14:paraId="0650880D" w14:textId="77777777" w:rsidR="004D342C" w:rsidRDefault="00000000">
      <w:r>
        <w:t>The twenty-five waves EB2 through EB26 were added in September 2026. In the years where the composite rests on the membership item alone (1974–1982), eusupport is a rescaling of a single three-category item rather than an average over several. A single-item score is not attenuated by the averaging that shrinks a multi-item score toward the mean, so its standard deviation exceeds 1 in those years. The same is true of EB101.4 in 2024, where the score rests on the image item alone (SD 1.19), and of the identity scores of §7.8 in the many waves that carry a single identity item.</w:t>
      </w:r>
    </w:p>
    <w:p w14:paraId="5A801816" w14:textId="77777777" w:rsidR="004D342C" w:rsidRDefault="00000000">
      <w:r>
        <w:t>This is a property of the construction, not an error, but it means that a pooled variance, a standardised coefficient, or anything else sensitive to the scale of the dependent variable will behave differently in those years.</w:t>
      </w:r>
    </w:p>
    <w:p w14:paraId="7F28FB20" w14:textId="77777777" w:rsidR="004D342C" w:rsidRDefault="00000000">
      <w:pPr>
        <w:pStyle w:val="Heading2"/>
      </w:pPr>
      <w:r>
        <w:rPr>
          <w:rFonts w:ascii="Times New Roman" w:hAnsi="Times New Roman" w:cs="Times New Roman"/>
        </w:rPr>
        <w:t>12.3  Candidate-country items exist in the archive and are deliberately never mapped</w:t>
      </w:r>
    </w:p>
    <w:p w14:paraId="6236F37C" w14:textId="77777777" w:rsidR="004D342C" w:rsidRDefault="00000000">
      <w:r>
        <w:t>See §7.7. The point to retain is that finding no membership variable for a candidate country in a wave where GESIS clearly asked one is expected behaviour, not a gap.</w:t>
      </w:r>
    </w:p>
    <w:p w14:paraId="7127B56F" w14:textId="77777777" w:rsidR="004D342C" w:rsidRDefault="00000000">
      <w:pPr>
        <w:pStyle w:val="Heading2"/>
      </w:pPr>
      <w:r>
        <w:rPr>
          <w:rFonts w:ascii="Times New Roman" w:hAnsi="Times New Roman" w:cs="Times New Roman"/>
        </w:rPr>
        <w:t>12.4  Apparent duplicates that are not duplicates</w:t>
      </w:r>
    </w:p>
    <w:p w14:paraId="1B6857EA" w14:textId="77777777" w:rsidR="004D342C" w:rsidRDefault="00000000">
      <w:r>
        <w:t>See §5.1. Variables of the form &lt;name&gt;&lt;digits&gt; where &lt;name&gt; also exists are separate variables on incompatible scales. epimage and epimage3 are not two versions of one variable; they are two variables.</w:t>
      </w:r>
    </w:p>
    <w:p w14:paraId="0D0177C4" w14:textId="77777777" w:rsidR="004D342C" w:rsidRDefault="00000000">
      <w:pPr>
        <w:pStyle w:val="Heading2"/>
      </w:pPr>
      <w:r>
        <w:rPr>
          <w:rFonts w:ascii="Times New Roman" w:hAnsi="Times New Roman" w:cs="Times New Roman"/>
        </w:rPr>
        <w:t>12.5  Corrections made to the source material</w:t>
      </w:r>
    </w:p>
    <w:p w14:paraId="0C5C3FD2" w14:textId="77777777" w:rsidR="004D342C" w:rsidRDefault="00000000">
      <w:r>
        <w:t>Several errors in the original hand-coded do files have been found and fixed. They are recorded here because anyone working with an older vintage of the mega file is working with the uncorrected data.</w:t>
      </w:r>
    </w:p>
    <w:p>
      <w:r>
        <w:t>•EB35 country was double-recoded — a short thirteen-country recode ran before the full one — which relabelled eleven countries (France appeared as Northern Ireland, the Netherlands as Latvia, West Germany as Portugal, and so on). Fixed 7 September 2026. A full rescan of all 172 do files that day found one other case, EB41.1, recorded separately below. No other wave carries two country recodes.</w:t>
      </w:r>
    </w:p>
    <w:p w14:paraId="59967AB8" w14:textId="77777777" w:rsidR="004D342C" w:rsidRDefault="00000000">
      <w:pPr>
        <w:ind w:left="720" w:hanging="360"/>
      </w:pPr>
      <w:r>
        <w:t>•</w:t>
      </w:r>
      <w:r>
        <w:tab/>
        <w:t>EB69.2 (2008) had never had its membership item swapped onto the ERD convention, so every mega file built before 6 September 2026 carries an inverted 2008 membership item.</w:t>
      </w:r>
    </w:p>
    <w:p w14:paraId="60000159" w14:textId="77777777" w:rsidR="004D342C" w:rsidRDefault="00000000">
      <w:pPr>
        <w:ind w:left="720" w:hanging="360"/>
      </w:pPr>
      <w:r>
        <w:t>•</w:t>
      </w:r>
      <w:r>
        <w:tab/>
        <w:t>EB65.2 (2006) recoded its occupation item in the wrong direction. Every wave from 1992 onward maps the raw D15A onto the scheme the mega file labels — 1 Farmer through 14 Unskilled manual, then 15 Home, 16 Student, 17 Unemployed, 18 Retired — but 652.do carried the inverse of that mapping, so the wave’s retirees, 27 per cent of it, were stored among the middle managers. The standard mapping was put in place on 10 September 2026, the wave was rerun and the mega and prepared files rebuilt; eusupport for the wave is unchanged (n = 28,803). Anyone reading demooccupation for EB65.2 out of an older build is reading scrambled codes.</w:t>
      </w:r>
    </w:p>
    <w:p w14:paraId="7CEEBA7C" w14:textId="77777777" w:rsidR="004D342C" w:rsidRDefault="00000000">
      <w:pPr>
        <w:ind w:left="720" w:hanging="360"/>
      </w:pPr>
      <w:r>
        <w:t>•</w:t>
      </w:r>
      <w:r>
        <w:tab/>
        <w:t>The membership value labels were inverted in twenty-five waves while the data were right (§5.4). Fixed 6 September 2026; the composite was re-estimated as version 2 as a consequence.</w:t>
      </w:r>
    </w:p>
    <w:p w14:paraId="6D75187C" w14:textId="77777777" w:rsidR="004D342C" w:rsidRDefault="00000000">
      <w:pPr>
        <w:ind w:left="720" w:hanging="360"/>
      </w:pPr>
      <w:r>
        <w:t>•</w:t>
      </w:r>
      <w:r>
        <w:tab/>
        <w:t>eb610’s do file used to save over eb601merge.dta, so eb601 held 2004 data rather than the true 2003 wave. Fixed.</w:t>
      </w:r>
    </w:p>
    <w:p w14:paraId="40394D8D" w14:textId="77777777" w:rsidR="004D342C" w:rsidRDefault="00000000">
      <w:pPr>
        <w:ind w:left="720" w:hanging="360"/>
      </w:pPr>
      <w:r>
        <w:t>•</w:t>
      </w:r>
      <w:r>
        <w:tab/>
        <w:t>EB42’s weight renames were shifted by one across the raw block, so every EU weight held the next population’s values and weightEU15 held an electoral-register question. Corrected in 420.do; anyone using weightEU15 from an older build should not.</w:t>
      </w:r>
    </w:p>
    <w:p w14:paraId="7160E17A" w14:textId="77777777" w:rsidR="004D342C" w:rsidRDefault="00000000">
      <w:pPr>
        <w:ind w:left="720" w:hanging="360"/>
      </w:pPr>
      <w:r>
        <w:t>•</w:t>
      </w:r>
      <w:r>
        <w:tab/>
        <w:t>Two per-wave scripts (763.do and 451 (1996).do) were fragments with no use or save line. Fixed.</w:t>
      </w:r>
    </w:p>
    <w:p w14:paraId="7160E17A" w14:textId="77777777" w:rsidR="004D342C" w:rsidRDefault="00000000">
      <w:pPr>
        <w:ind w:left="720" w:hanging="360"/>
      </w:pPr>
      <w:r>
        <w:t>•EB41.1 (1994) carried the same double country recode as EB35 — an abbreviated mapping ran before the full one — so 12,756 respondents held a wrong country. Fixed 7 September 2026, and a line-by-line rescan of all 172 do files confirmed no third case.</w:t>
      </w:r>
      <w:r>
        <w:tab/>
        <w:t/>
      </w:r>
    </w:p>
    <w:p w14:paraId="7160E17A" w14:textId="77777777" w:rsidR="004D342C" w:rsidRDefault="00000000">
      <w:pPr>
        <w:ind w:left="720" w:hanging="360"/>
      </w:pPr>
      <w:r>
        <w:t>•Five waves (EB73.4, EB74.2, EB75.3, EB76.3, EB77.3) collapsed several distinct raw countries onto one ERD code, and EB75.3 left Montenegro unmapped, affecting roughly 5,800 respondents across Montenegro, Serbia and Iceland. Repaired 7 September 2026.</w:t>
      </w:r>
      <w:r>
        <w:tab/>
        <w:t/>
      </w:r>
    </w:p>
    <w:p w14:paraId="7160E17A" w14:textId="77777777" w:rsidR="004D342C" w:rsidRDefault="00000000">
      <w:pPr>
        <w:ind w:left="720" w:hanging="360"/>
      </w:pPr>
      <w:r>
        <w:t>•EB56.3’s year was stamped 2001; its fieldwork ran 22 January to 28 February 2002. Corrected in the live do file and rebuilt.</w:t>
      </w:r>
      <w:r>
        <w:tab/>
        <w:t/>
      </w:r>
    </w:p>
    <w:p w14:paraId="7160E17A" w14:textId="77777777" w:rsidR="004D342C" w:rsidRDefault="00000000">
      <w:pPr>
        <w:ind w:left="720" w:hanging="360"/>
      </w:pPr>
      <w:r>
        <w:t>•EB66.1’s European-pride item was inverted relative to every other wave, so 29,115 respondents had “do not feel European” sitting on the don’t-know code. Corrected 7 September 2026.</w:t>
      </w:r>
      <w:r>
        <w:tab/>
        <w:t/>
      </w:r>
    </w:p>
    <w:p w14:paraId="7160E17A" w14:textId="77777777" w:rsidR="004D342C" w:rsidRDefault="00000000">
      <w:pPr>
        <w:ind w:left="720" w:hanging="360"/>
      </w:pPr>
      <w:r>
        <w:t>•A label-integrity pass on 7–8 September 2026 repaired a further set of items in place: identity harmonised across 23 waves; the paybills refusal code in 6 waves; the Spanish region variable split into regiones, regiones2 and regiones3 across 16 waves; electionepreasonforvote split in two because two unrelated questions shared the name; demostatus split across 26 waves at the 2009 question change, with demomarital derived to span both; don’t-know codes recoded to missing on the importance* and electioneplikelyvote items in 17 waves; the EU-budget items realigned in 3 waves; and the econforecast labels repaired in EB36.0, EB38.1, EB40.0 and EB42.</w:t>
      </w:r>
      <w:r>
        <w:tab/>
        <w:t/>
      </w:r>
    </w:p>
    <w:p>
      <w:r>
        <w:t>•</w:t>
      </w:r>
      <w:r>
        <w:rPr>
          <w:b/>
        </w:rPr>
        <w:t>Missing codes counted as answers, four variables, twelve waves, 27,984 values.</w:t>
      </w:r>
      <w:r>
        <w:t xml:space="preserve"> Codes 0 and 9 on eurosupport2, eurosupport3, proposalForeignPolicy and proposalDefence were missing data carrying valid-looking numbers. Recoded to .n and .i on 15 September 2026; see §5.3.1, which also explains why one wave (EB41.0, twenty-one per cent of it) moves materially. Anyone reading these four variables out of a build older than 15 September is reading missing data as substantive answers.</w:t>
      </w:r>
    </w:p>
    <w:p>
      <w:r>
        <w:t>•</w:t>
      </w:r>
      <w:r>
        <w:rPr>
          <w:b/>
        </w:rPr>
        <w:t>EB51.0 built two region variables from abbreviated names.</w:t>
      </w:r>
      <w:r>
        <w:t xml:space="preserve"> 510.do referenced P7_BE and P7_SP, neither of which exists in the raw file — it holds P7_BEL and P7_SPA. The wave built correctly only because Stata was running with variable abbreviation on, where each name happened to resolve as a unique prefix. Both names are now spelled in full. </w:t>
      </w:r>
      <w:r>
        <w:rPr>
          <w:b/>
        </w:rPr>
        <w:t>This is the third instance of the same hazard class</w:t>
      </w:r>
      <w:r>
        <w:t xml:space="preserve"> (after eusupportindex and countryinfluence2), and it is the one worth internalising: an abbreviation that is unique today stops being unique the moment another column with the same stem appears, and the failure is silent. Correct as built, so no data changed.</w:t>
      </w:r>
    </w:p>
    <w:p>
      <w:r>
        <w:t>•</w:t>
      </w:r>
      <w:r>
        <w:rPr>
          <w:b/>
        </w:rPr>
        <w:t>Eight macro-data compatibility aliases retired.</w:t>
      </w:r>
      <w:r>
        <w:t xml:space="preserve"> The macro merge used to create unprefixed twins — gdpppppc, unemployment and six wbgi_* governance indicators — alongside the M-prefixed names. They are gone as of 15 September 2026, and the merge now fails deliberately if one reappears. The trap worth recording: three of the six governance indicators changed at the </w:t>
      </w:r>
      <w:r>
        <w:rPr>
          <w:i/>
        </w:rPr>
        <w:t>source</w:t>
      </w:r>
      <w:r>
        <w:t xml:space="preserve">, not just in our naming. QoG's January 2026 vintage renamed wbgi_pse to wbgi_pve and dropped regulatory quality and voice and accountability entirely, both of which now come from the World Bank WGI release. The correct M-prefixed names are therefore Mwbgi_pve, Mwgi_rqe and Mwgi_vae — not the mechanical M+old-name forms. A naive prefix would have left </w:t>
      </w:r>
      <w:r>
        <w:rPr>
          <w:rStyle w:val="CkCode"/>
        </w:rPr>
        <w:t>procedural</w:t>
      </w:r>
      <w:r>
        <w:t>, the six-indicator governance composite, silently and entirely missing.</w:t>
      </w:r>
    </w:p>
    <w:p w14:paraId="2CB6FB8F" w14:textId="77777777" w:rsidR="004D342C" w:rsidRDefault="00000000">
      <w:pPr>
        <w:pStyle w:val="Heading2"/>
      </w:pPr>
      <w:r>
        <w:rPr>
          <w:rFonts w:ascii="Times New Roman" w:hAnsi="Times New Roman" w:cs="Times New Roman"/>
        </w:rPr>
        <w:t>12.6  Documentation gaps, stated plainly</w:t>
      </w:r>
    </w:p>
    <w:p w14:paraId="02DD68B5" w14:textId="77777777" w:rsidR="004D342C" w:rsidRDefault="00000000">
      <w:pPr>
        <w:ind w:left="720" w:hanging="360"/>
      </w:pPr>
      <w:r>
        <w:t>•</w:t>
      </w:r>
      <w:r>
        <w:tab/>
        <w:t>The dictionary’s label field is the recorded variable label, not always the full verbatim question text. For exact wording, go to the GESIS questionnaire for the wave.</w:t>
      </w:r>
    </w:p>
    <w:p w14:paraId="2D6A3009" w14:textId="77777777" w:rsidR="004D342C" w:rsidRDefault="00000000">
      <w:pPr>
        <w:ind w:left="720" w:hanging="360"/>
      </w:pPr>
      <w:r>
        <w:t>•</w:t>
      </w:r>
      <w:r>
        <w:tab/>
        <w:t>Six dictionary rows — demofinancial, issuehealth, eubenefitsKosovo, eubenefitsTCC, membershipgoodKosovo, membershipgoodTCC — could not have their label and coding filled because they appear in no current merge file. They are flagged rather than guessed.</w:t>
      </w:r>
    </w:p>
    <w:p w14:paraId="6000015A" w14:textId="77777777" w:rsidR="004D342C" w:rsidRDefault="00000000">
      <w:pPr>
        <w:ind w:left="720" w:hanging="360"/>
      </w:pPr>
      <w:r>
        <w:t>•</w:t>
      </w:r>
      <w:r>
        <w:tab/>
        <w:t>The four “sense of belonging” items of EB69.2 and EB71.3 — identityEU, identityNAT, identityregion and identityworld — carry the wrong value-label set in the mega file. The data are right, codes 1 to 4 running from “to a great extent” to “not at all”, but the labels attached to them are those of a jurisdiction item from the same raw file (“(NATIONALITY) Government / Jointly within the EU”). The cause is a name collision: the archive names its value-label sets after the raw variables (v456–v460), and when the waves are appended the mega file keeps whichever wave defined each name first. Fixed on 11 September 2026 in both wave do files, which now attach their own set (lbl_identitybelong); the two merge files were regenerated and the mega and prepared files rebuilt the same morning, so the files of record carry the correct labels; a mega file built before 11 September 2026 still shows the wrong text — read the codes, not the labels, in any older vintage. Since version 2 of the identity model, adopted later the same day, the European and national items of the four feed euidentity and natidentity respectively (§7.8); the regional and world items do not, being neither national nor European.</w:t>
      </w:r>
    </w:p>
    <w:p w14:paraId="5DC18E6C" w14:textId="77777777" w:rsidR="004D342C" w:rsidRDefault="00000000">
      <w:pPr>
        <w:ind w:left="720" w:hanging="360"/>
      </w:pPr>
      <w:r>
        <w:t>•</w:t>
      </w:r>
      <w:r>
        <w:tab/>
        <w:t>Sampling designs and response rates are not recorded in the ERD. They are in the GESIS documentation for each wave and should be cited from there. Fieldwork periods are recorded, in data\wave_metadata.csv, but in whatever form the archive gave them, so they are not on a single format and serve as a locator rather than a citable date range.</w:t>
      </w:r>
    </w:p>
    <w:p w14:paraId="6581B088" w14:textId="77777777" w:rsidR="004D342C" w:rsidRDefault="00000000">
      <w:pPr>
        <w:ind w:left="720" w:hanging="360"/>
      </w:pPr>
      <w:r>
        <w:t>•467 candidate variables identified in the pre-1987 audit remain unadopted (385 of them closed by the once-only rule); their status is recorded in data\pre1987_candidate_variables.csv. The fourteen mapping judgement calls (A1–A14) and the B2 adoption-rule question were settled by both authors on 8 September 2026 and are documented in the affected dictionary rows and do files.</w:t>
      </w:r>
      <w:r>
        <w:tab/>
        <w:t/>
      </w:r>
    </w:p>
    <w:p w14:paraId="6581B088" w14:textId="77777777" w:rsidR="004D342C" w:rsidRDefault="00000000">
      <w:pPr>
        <w:ind w:left="720" w:hanging="360"/>
      </w:pPr>
      <w:r>
        <w:t>•The wave-source map was built from the do files’ rename statements and, until 11 September 2026, had no rows for variables the do files derive with gen or recode — the Spanish region variable, for instance, stood at 33 waves in the map against 55 in the data. It was completed that day by parsing every do file for derived variables as well (87 pairs added, changelog 209), and the map now agrees with the do files on every (wave, variable) pair, so the “Waves” column of the §6.4 listing and the Table 6.2 statistics, both computed from the map, now describe the data. A derived variable’s row records the raw item or items it is built from, joined with “+” when there are several and written as a wildcard (D4_*, p7_*) when it is assembled from a per-country battery.</w:t>
      </w:r>
      <w:r>
        <w:tab/>
        <w:t/>
      </w:r>
    </w:p>
    <w:p>
      <w:pPr>
        <w:pStyle w:val="Heading2"/>
        <ck:id v="127-what-is-still-outstanding"/>
      </w:pPr>
      <w:bookmarkStart w:id="24" w:name="_127_what_is_still_outstanding"/>
      <w:r>
        <w:t>12.7  What is still outstanding after 15 September 2026</w:t>
      </w:r>
      <w:bookmarkEnd w:id="24"/>
    </w:p>
    <w:p>
      <w:r>
        <w:t>These are open, not hidden. Each is something a careful user could otherwise discover the hard way.</w:t>
      </w:r>
    </w:p>
    <w:p>
      <w:r>
        <w:t>•</w:t>
      </w:r>
      <w:r>
        <w:rPr>
          <w:b/>
        </w:rPr>
        <w:t>Three of the twelve harmonised series are provisional on a measurement question, not a statistical one.</w:t>
      </w:r>
      <w:r>
        <w:t xml:space="preserve"> H_mediatv, H_mediaradio and H_mediapress splice a news-exposure scale onto a frequency-of-use scale, and no map can reconcile two questions that ask different things. H_importanceep is provisional on what its two-point version's third code actually is. All four need the GESIS questionnaire wording, not more computation. See §7.9.3.</w:t>
      </w:r>
    </w:p>
    <w:p>
      <w:r>
        <w:t>•</w:t>
      </w:r>
      <w:r>
        <w:rPr>
          <w:b/>
        </w:rPr>
        <w:t>The two media source names break the stem convention.</w:t>
      </w:r>
      <w:r>
        <w:t xml:space="preserve"> mediaexppaper2 maps to mediaexppress, where the television and radio pairs keep a common stem. Worth settling at the same time as the measurement question above, and deliberately not renamed in the meantime, because a rename now would break the analysis scripts that already reference these names.</w:t>
      </w:r>
    </w:p>
    <w:p>
      <w:r>
        <w:t>•</w:t>
      </w:r>
      <w:r>
        <w:rPr>
          <w:b/>
        </w:rPr>
        <w:t>Table 3.1's "Respondents scored" and "% weighted" columns predate the 15 September rebuild.</w:t>
      </w:r>
      <w:r>
        <w:t xml:space="preserve"> They came from eusupport_weighted_series.csv of 8 September and are due a refresh. The wave, year and country-cell columns are unaffected.</w:t>
      </w:r>
    </w:p>
    <w:p>
      <w:r>
        <w:t>•</w:t>
      </w:r>
      <w:r>
        <w:rPr>
          <w:b/>
        </w:rPr>
        <w:t>The §6.4 per-dimension listings have not been regenerated since 11 September.</w:t>
      </w:r>
      <w:r>
        <w:t xml:space="preserve"> They are counts of raw items and remain accurate as such; §6.4.12 is additional to them rather than folded into them.</w:t>
      </w:r>
    </w:p>
    <w:p>
      <w:r>
        <w:t>•</w:t>
      </w:r>
      <w:r>
        <w:rPr>
          <w:b/>
        </w:rPr>
        <w:t>Variable abbreviation is now OFF in all 113 wave files — this one is closed, and how it closed is worth reading.</w:t>
      </w:r>
      <w:r>
        <w:t xml:space="preserve"> Three defects had come from a name that resolved as a unique prefix until it stopped being unique: </w:t>
      </w:r>
      <w:r>
        <w:rPr>
          <w:rStyle w:val="CkCode"/>
        </w:rPr>
        <w:t>eusupportindex</w:t>
      </w:r>
      <w:r>
        <w:t xml:space="preserve"> lost in nine waves, </w:t>
      </w:r>
      <w:r>
        <w:rPr>
          <w:rStyle w:val="CkCode"/>
        </w:rPr>
        <w:t>countryinfluence2</w:t>
      </w:r>
      <w:r>
        <w:t xml:space="preserve"> scoring the wrong variable, and eb510's </w:t>
      </w:r>
      <w:r>
        <w:rPr>
          <w:rStyle w:val="CkCode"/>
        </w:rPr>
        <w:t>P7_BE</w:t>
      </w:r>
      <w:r>
        <w:t xml:space="preserve"> / </w:t>
      </w:r>
      <w:r>
        <w:rPr>
          <w:rStyle w:val="CkCode"/>
        </w:rPr>
        <w:t>P7_SP</w:t>
      </w:r>
      <w:r>
        <w:t xml:space="preserve"> (§12.5). The fix was held back because switching abbreviation off wholesale would turn every remaining abbreviation into a hard error at once, and nobody knew how many there were. A detection pass on 15 September 2026 answered that: all 113 waves were run with abbreviation forced off and </w:t>
      </w:r>
      <w:r>
        <w:rPr>
          <w:b/>
        </w:rPr>
        <w:t>113 of 113 completed with no error of any kind</w:t>
      </w:r>
      <w:r>
        <w:t xml:space="preserve">, so the three known defects were the whole population rather than a sample. The switch was then written into the wave files themselves — a </w:t>
      </w:r>
      <w:r>
        <w:rPr>
          <w:rStyle w:val="CkCode"/>
        </w:rPr>
        <w:t>set varabbrev off</w:t>
      </w:r>
      <w:r>
        <w:t xml:space="preserve"> at the top of each, and every internal </w:t>
      </w:r>
      <w:r>
        <w:rPr>
          <w:rStyle w:val="CkCode"/>
        </w:rPr>
        <w:t>set varabbrev on</w:t>
      </w:r>
      <w:r>
        <w:t xml:space="preserve"> rewritten to </w:t>
      </w:r>
      <w:r>
        <w:rPr>
          <w:rStyle w:val="CkCode"/>
        </w:rPr>
        <w:t>off</w:t>
      </w:r>
      <w:r>
        <w:t xml:space="preserve"> — rather than into the runners, so that the guarantee travels with the code to both machines and protects a wave run by hand, which is how all three defects got in. All 113 were rebuilt from the applied files: 113 of 113, zero failures. The mega was not rebuilt and did not need to be, since a wave that completes produces byte-identical output. Backup of the pre-change files: </w:t>
      </w:r>
      <w:r>
        <w:rPr>
          <w:rStyle w:val="CkCode"/>
        </w:rPr>
        <w:t>_tools\backups\wave_do_files_PRE_VARABBREV_09.15.2026.zip</w:t>
      </w:r>
      <w:r>
        <w:t xml:space="preserve">. </w:t>
      </w:r>
      <w:r>
        <w:rPr>
          <w:b/>
        </w:rPr>
        <w:t>If a new line you add raises "variable not found", the error is correct — spell the name in full rather than switching abbreviation back on.</w:t>
      </w:r>
    </w:p>
    <w:p w14:paraId="3B5E2F71" w14:textId="77777777" w:rsidR="004D342C" w:rsidRDefault="00000000">
      <w:pPr>
        <w:pStyle w:val="Heading1"/>
        <w:pageBreakBefore/>
        <w:pBdr>
          <w:bottom w:val="single" w:sz="6" w:space="3" w:color="1F4E79"/>
        </w:pBdr>
        <w:spacing w:before="320" w:after="100"/>
      </w:pPr>
      <w:r>
        <w:rPr>
          <w:rFonts w:ascii="Times New Roman" w:hAnsi="Times New Roman" w:cs="Times New Roman"/>
          <w:smallCaps/>
          <w:spacing w:val="40"/>
          <w:sz w:val="26"/>
        </w:rPr>
        <w:lastRenderedPageBreak/>
        <w:t>13</w:t>
      </w:r>
      <w:r>
        <w:rPr>
          <w:rFonts w:ascii="Times New Roman" w:hAnsi="Times New Roman" w:cs="Times New Roman"/>
        </w:rPr>
        <w:t>  How to cite the ERD</w:t>
      </w:r>
    </w:p>
    <w:p w14:paraId="274EDA51" w14:textId="77777777" w:rsidR="004D342C" w:rsidRDefault="00000000">
      <w:r>
        <w:t>Cite three things: the ERD itself, this codebook, and the underlying Eurobarometer studies. The last of these is not optional — the ERD redistributes no GESIS microdata and users obtain the source files themselves, so the archive must be credited.</w:t>
      </w:r>
    </w:p>
    <w:p w14:paraId="171A2E38" w14:textId="77777777" w:rsidR="004D342C" w:rsidRDefault="00000000">
      <w:pPr>
        <w:pStyle w:val="Heading2"/>
      </w:pPr>
      <w:r>
        <w:rPr>
          <w:rFonts w:ascii="Times New Roman" w:hAnsi="Times New Roman" w:cs="Times New Roman"/>
        </w:rPr>
        <w:t>13.1  The dataset</w:t>
      </w:r>
    </w:p>
    <w:p w14:paraId="626BD72F" w14:textId="77777777" w:rsidR="004D342C" w:rsidRDefault="00000000">
      <w:pPr>
        <w:ind w:firstLine="0"/>
      </w:pPr>
      <w:r>
        <w:rPr>
          <w:sz w:val="22"/>
        </w:rPr>
        <w:t>Clark, Nicholas J., and Robert Rohrschneider. 2026. Eurobarometer Representation Dataset (ERD), version erd090626. [Distribution details to be completed on release.]</w:t>
      </w:r>
    </w:p>
    <w:p w14:paraId="5E2B12CB" w14:textId="77777777" w:rsidR="004D342C" w:rsidRDefault="00000000">
      <w:pPr>
        <w:pStyle w:val="Heading2"/>
      </w:pPr>
      <w:r>
        <w:rPr>
          <w:rFonts w:ascii="Times New Roman" w:hAnsi="Times New Roman" w:cs="Times New Roman"/>
        </w:rPr>
        <w:t>13.2  This codebook</w:t>
      </w:r>
    </w:p>
    <w:p w14:paraId="357CE517" w14:textId="77777777" w:rsidR="004D342C" w:rsidRDefault="00000000">
      <w:pPr>
        <w:ind w:firstLine="0"/>
      </w:pPr>
      <w:r>
        <w:rPr>
          <w:sz w:val="22"/>
        </w:rPr>
        <w:t>Clark, Nicholas J., and Robert Rohrschneider. 2026. Eurobarometer Representation Dataset: Codebook, edition 1.0. Selinsgrove, PA: Susquehanna University.</w:t>
      </w:r>
    </w:p>
    <w:p w14:paraId="136D7A0D" w14:textId="77777777" w:rsidR="004D342C" w:rsidRDefault="00000000">
      <w:pPr>
        <w:pStyle w:val="Heading2"/>
      </w:pPr>
      <w:r>
        <w:rPr>
          <w:rFonts w:ascii="Times New Roman" w:hAnsi="Times New Roman" w:cs="Times New Roman"/>
        </w:rPr>
        <w:t>13.3  The source surveys</w:t>
      </w:r>
    </w:p>
    <w:p w14:paraId="69EFFE44" w14:textId="77777777" w:rsidR="004D342C" w:rsidRDefault="00000000">
      <w:r>
        <w:t>Each Eurobarometer wave has its own GESIS citation, of the form: European Commission. [year]. Eurobarometer [round] ([month year]). GESIS Data Archive, Cologne. ZAnnnn Data file Version n.n.n. Users should cite the specific waves their analysis rests on, or, if the analysis uses the whole series, cite the Eurobarometer series and the GESIS Eurobarometer Data Service. The ZA numbers for all 113 waves are in Table 2.1.</w:t>
      </w:r>
    </w:p>
    <w:p w14:paraId="36FA63BA" w14:textId="77777777" w:rsidR="004D342C" w:rsidRDefault="00000000">
      <w:pPr>
        <w:pStyle w:val="Heading2"/>
      </w:pPr>
      <w:r>
        <w:rPr>
          <w:rFonts w:ascii="Times New Roman" w:hAnsi="Times New Roman" w:cs="Times New Roman"/>
        </w:rPr>
        <w:t>13.4  The derived scores</w:t>
      </w:r>
    </w:p>
    <w:p w14:paraId="3ED09510" w14:textId="77777777" w:rsidR="004D342C" w:rsidRDefault="00000000">
      <w:r>
        <w:t>Any use of eusupport should cite the scoring specification, because the frozen parameters are what make the score reproducible: "ERD Composite EU-Support Score — Scoring Specification, version 2, 6 September 2026." The identity scores have their own, and any use of euidentity, natidentity, relidentity or idtype should cite it: "ERD Identity Scores — Scoring Specification, 11 September 2026."</w:t>
      </w:r>
    </w:p>
    <w:p w14:paraId="62F34D05" w14:textId="77777777" w:rsidR="004D342C" w:rsidRDefault="00000000">
      <w:pPr>
        <w:pStyle w:val="Heading1"/>
        <w:pageBreakBefore/>
        <w:pBdr>
          <w:bottom w:val="single" w:sz="6" w:space="3" w:color="1F4E79"/>
        </w:pBdr>
        <w:spacing w:before="320" w:after="100"/>
      </w:pPr>
      <w:r>
        <w:rPr>
          <w:rFonts w:ascii="Times New Roman" w:hAnsi="Times New Roman" w:cs="Times New Roman"/>
          <w:smallCaps/>
          <w:spacing w:val="40"/>
          <w:sz w:val="26"/>
        </w:rPr>
        <w:lastRenderedPageBreak/>
        <w:t>14</w:t>
      </w:r>
      <w:r>
        <w:rPr>
          <w:rFonts w:ascii="Times New Roman" w:hAnsi="Times New Roman" w:cs="Times New Roman"/>
        </w:rPr>
        <w:t>  Version history and changelog</w:t>
      </w:r>
    </w:p>
    <w:p w14:paraId="2ADE9A3A" w14:textId="77777777" w:rsidR="004D342C" w:rsidRDefault="00000000">
      <w:pPr>
        <w:pStyle w:val="Heading2"/>
      </w:pPr>
      <w:r>
        <w:rPr>
          <w:rFonts w:ascii="Times New Roman" w:hAnsi="Times New Roman" w:cs="Times New Roman"/>
        </w:rPr>
        <w:t>14.1  The machine-readable codebook</w:t>
      </w:r>
    </w:p>
    <w:p w14:paraId="38CF5BA4" w14:textId="77777777" w:rsidR="004D342C" w:rsidRDefault="00000000">
      <w:r>
        <w:t>The authoritative metadata for the ERD is not this document. It is the ERD Tracking Database, a small Git repository of plain-text CSV files that replaced the old Microsoft Access baseline. Every change to the dataset is reflected there: a new variable is a new row in variable_dictionary.csv, a new wave mapping is new rows in wave_source_map.csv, and every change gets a line in changelog.csv. Because the files are plain text under version control, every edit is attributed, dated and mergeable, and nothing is silently overwritten.</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3024"/>
        <w:gridCol w:w="1008"/>
        <w:gridCol w:w="5328"/>
      </w:tblGrid>
      <w:tr>
        <w:trPr>
          <w:tblHeader/>
        </w:trPr>
        <w:tc>
          <w:tcPr>
            <w:shd w:val="clear" w:fill="E7EDF3"/>
          </w:tcPr>
          <w:p>
            <w:r>
              <w:rPr>
                <w:b/>
              </w:rPr>
              <w:t>File</w:t>
            </w:r>
          </w:p>
        </w:tc>
        <w:tc>
          <w:tcPr>
            <w:shd w:val="clear" w:fill="E7EDF3"/>
          </w:tcPr>
          <w:p>
            <w:r>
              <w:rPr>
                <w:b/>
              </w:rPr>
              <w:t>Rows</w:t>
            </w:r>
          </w:p>
        </w:tc>
        <w:tc>
          <w:tcPr>
            <w:shd w:val="clear" w:fill="E7EDF3"/>
          </w:tcPr>
          <w:p>
            <w:r>
              <w:rPr>
                <w:b/>
              </w:rPr>
              <w:t>Contents</w:t>
            </w:r>
          </w:p>
        </w:tc>
      </w:tr>
      <w:tr>
        <w:tc>
          <w:tcPr/>
          <w:p>
            <w:r>
              <w:t>data/variable_dictionary.csv</w:t>
            </w:r>
          </w:p>
        </w:tc>
        <w:tc>
          <w:tcPr/>
          <w:p>
            <w:r>
              <w:t>912</w:t>
            </w:r>
          </w:p>
        </w:tc>
        <w:tc>
          <w:tcPr/>
          <w:p>
            <w:r>
              <w:t>One row per ERD variable: both names, dimension, label, coding, the count and union of raw survey codes ever mapped to it, and notes.</w:t>
            </w:r>
          </w:p>
        </w:tc>
      </w:tr>
      <w:tr>
        <w:tc>
          <w:tcPr/>
          <w:p>
            <w:r>
              <w:t>data/wave_source_map.csv</w:t>
            </w:r>
          </w:p>
        </w:tc>
        <w:tc>
          <w:tcPr/>
          <w:p>
            <w:r>
              <w:t>10,953</w:t>
            </w:r>
          </w:p>
        </w:tc>
        <w:tc>
          <w:tcPr/>
          <w:p>
            <w:r>
              <w:t>One row per (wave, raw code, ERD name): which raw question number supplies each variable in each wave. Covers all 113 waves. Derived variables — eusupport, the identity scores, the twelve H_ series — have no rows here by design, because no raw question supplies them.</w:t>
            </w:r>
          </w:p>
        </w:tc>
      </w:tr>
      <w:tr>
        <w:tc>
          <w:tcPr/>
          <w:p>
            <w:r>
              <w:t>data/changelog.csv</w:t>
            </w:r>
          </w:p>
        </w:tc>
        <w:tc>
          <w:tcPr/>
          <w:p>
            <w:r>
              <w:t>236</w:t>
            </w:r>
          </w:p>
        </w:tc>
        <w:tc>
          <w:tcPr/>
          <w:p>
            <w:r>
              <w:t>date, author, wave, variable, change_type, description. The human-readable log; the Git history is the full audit trail.</w:t>
            </w:r>
          </w:p>
        </w:tc>
      </w:tr>
      <w:tr>
        <w:tc>
          <w:tcPr/>
          <w:p>
            <w:r>
              <w:t>data/pre1987_candidate_variables.csv</w:t>
            </w:r>
          </w:p>
        </w:tc>
        <w:tc>
          <w:tcPr/>
          <w:p>
            <w:r>
              <w:t>≈1,050</w:t>
            </w:r>
          </w:p>
        </w:tc>
        <w:tc>
          <w:tcPr/>
          <w:p>
            <w:r>
              <w:t>The 523 candidate new variables identified in the pre-1987 audit, with an adoption status for each.</w:t>
            </w:r>
          </w:p>
        </w:tc>
      </w:tr>
      <w:tr>
        <w:tc>
          <w:tcPr/>
          <w:p>
            <w:r>
              <w:t>data/wave_metadata.csv</w:t>
            </w:r>
          </w:p>
        </w:tc>
        <w:tc>
          <w:tcPr/>
          <w:p>
            <w:r>
              <w:t>113</w:t>
            </w:r>
          </w:p>
        </w:tc>
        <w:tc>
          <w:tcPr/>
          <w:p>
            <w:r>
              <w:t>One row per wave: GESIS study number and DOI, archive version and edition, study title, fieldwork period and the merge-file N. The source of Table 2.1.</w:t>
            </w:r>
          </w:p>
        </w:tc>
      </w:tr>
      <w:tr>
        <w:tc>
          <w:tcPr/>
          <w:p>
            <w:r>
              <w:t>tools/pre1987/</w:t>
            </w:r>
          </w:p>
        </w:tc>
        <w:tc>
          <w:tcPr/>
          <w:p>
            <w:r>
              <w:t>—</w:t>
            </w:r>
          </w:p>
        </w:tc>
        <w:tc>
          <w:tcPr/>
          <w:p>
            <w:r>
              <w:t>The generator for the twenty-five pre-1987 do files: gen_do.py, adopt.py, the crosswalks and RECONCILIATION.md. It refuses to run without --reconciled.</w:t>
            </w:r>
          </w:p>
        </w:tc>
      </w:tr>
      <w:tr>
        <w:tc>
          <w:tcPr/>
          <w:p>
            <w:r>
              <w:t>regen_tracker.py</w:t>
            </w:r>
          </w:p>
        </w:tc>
        <w:tc>
          <w:tcPr/>
          <w:p>
            <w:r>
              <w:t>—</w:t>
            </w:r>
          </w:p>
        </w:tc>
        <w:tc>
          <w:tcPr/>
          <w:p>
            <w:r>
              <w:t>Rebuilds a read-only spreadsheet view from the CSVs.</w:t>
            </w:r>
          </w:p>
        </w:tc>
      </w:tr>
    </w:tbl>
    <w:p>
      <w:pPr>
        <w:spacing w:before="80" w:after="160"/>
      </w:pPr>
      <w:r>
        <w:rPr>
          <w:sz w:val="19"/>
        </w:rPr>
        <w:t>**Table 14.1. **</w:t>
      </w:r>
      <w:r>
        <w:rPr>
          <w:i/>
          <w:sz w:val="19"/>
        </w:rPr>
        <w:t>The ERD Tracking Database, as of 15 September 2026. Repository: github.com/nijclark0109/ERD-Tracking-Database (private), mirrored in Dropbox.</w:t>
      </w:r>
    </w:p>
    <w:p>
      <w:r>
        <w:t>**Maintenance rule. **Every change to the ERD gets a changelog line, new variables get a dictionary row, and new wave mappings go in the wave-source map — then commit and push. A change made in the data and not in the tracking database is a change that will be lost.</w:t>
      </w:r>
    </w:p>
    <w:p>
      <w:r>
        <w:rPr>
          <w:b/>
        </w:rPr>
        <w:t>One known untidiness.</w:t>
      </w:r>
      <w:r>
        <w:t xml:space="preserve"> The change_type field has drifted: 236 entries currently carry 35 distinct values, including near-synonyms (fixed / code fix / coding fix / correction; rebuilt / rebuild / built). Older entries are left as written, because rewriting a log is worse than an untidy one, but the counts in §14.3 should be read as indicative rather than exact, and new entries should prefer the established buckets: backfill, fixed, note, added, rebuilt, verification.</w:t>
      </w:r>
    </w:p>
    <w:p w14:paraId="229E8150" w14:textId="77777777" w:rsidR="004D342C" w:rsidRDefault="00000000">
      <w:pPr>
        <w:pStyle w:val="Heading2"/>
      </w:pPr>
      <w:r>
        <w:rPr>
          <w:rFonts w:ascii="Times New Roman" w:hAnsi="Times New Roman" w:cs="Times New Roman"/>
        </w:rPr>
        <w:t>14.2  Release history</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1440"/>
        <w:gridCol w:w="7920"/>
      </w:tblGrid>
      <w:tr>
        <w:trPr>
          <w:tblHeader/>
        </w:trPr>
        <w:tc>
          <w:tcPr>
            <w:shd w:val="clear" w:fill="E7EDF3"/>
          </w:tcPr>
          <w:p>
            <w:r>
              <w:rPr>
                <w:b/>
              </w:rPr>
              <w:t>Date</w:t>
            </w:r>
          </w:p>
        </w:tc>
        <w:tc>
          <w:tcPr>
            <w:shd w:val="clear" w:fill="E7EDF3"/>
          </w:tcPr>
          <w:p>
            <w:r>
              <w:rPr>
                <w:b/>
              </w:rPr>
              <w:t>Milestone</w:t>
            </w:r>
          </w:p>
        </w:tc>
      </w:tr>
      <w:tr>
        <w:tc>
          <w:tcPr/>
          <w:p>
            <w:r>
              <w:t>2026-09-05</w:t>
            </w:r>
          </w:p>
        </w:tc>
        <w:tc>
          <w:tcPr/>
          <w:p>
            <w:r>
              <w:t>Tracking database created, seeded from the 707-variable crosswalk and the ten rebuilt standard-wave do files (EB96.3–EB105.2).</w:t>
            </w:r>
          </w:p>
        </w:tc>
      </w:tr>
      <w:tr>
        <w:tc>
          <w:tcPr/>
          <w:p>
            <w:r>
              <w:t>2026-09-06</w:t>
            </w:r>
          </w:p>
        </w:tc>
        <w:tc>
          <w:tcPr/>
          <w:p>
            <w:r>
              <w:t>Decade folder reorganisation; central routines harmonize_membershipgood.do and build_composite_score.do introduced and called from every wired wave; membership label inversion corrected in 25 waves; composite re-estimated as version 2; the twenty-five pre-1987 waves (EB2–EB26) added, extending the series back to 1974; mega file erd090626.dta built, N = 2,409,510.</w:t>
            </w:r>
          </w:p>
        </w:tc>
      </w:tr>
      <w:tr>
        <w:tc>
          <w:tcPr/>
          <w:p>
            <w:r>
              <w:t>2026-09-07</w:t>
            </w:r>
          </w:p>
        </w:tc>
        <w:tc>
          <w:tcPr/>
          <w:p>
            <w:r>
              <w:t>Nineteen further pre-1987 variables adopted; EB101.4 wired; EB35 country double-recode fixed; EB28 and EB34.0 added; euro-area knowledge item unified; mega file rebuilt to 112 appends, N = 2,460,381, prepared file N = 2,425,302; composition-adjusted series, weighted series and measurement validation completed; membership-item availability counted and documented.</w:t>
            </w:r>
          </w:p>
        </w:tc>
      </w:tr>
      <w:tr>
        <w:tc>
          <w:tcPr/>
          <w:p>
            <w:r>
              <w:t>2026-09-08</w:t>
            </w:r>
          </w:p>
        </w:tc>
        <w:tc>
          <w:tcPr/>
          <w:p>
            <w:r>
              <w:t>Label-integrity repairs across identity, paybills, regiones, electionepreasonforvote, demostatus and the new demomarital; EB56.3 redated to 2002 and EB39’s map year corrected; decisions A1–A14 and B2 taken, splitting supportunification5 out; the ten cs_* composite inputs made permanent; all 113 waves rerun and the mega and prepared files rebuilt (N = 2,460,381); the weighted series extended to 2026; the coding audit reduced to zero undocumented codes; the two euro-area knowledge rows merged (dictionary 854 rows); the eugood and eubennat don’t-know fix (eugoodnodk and companions); membership imputation tested and rejected; EES 2014 discarded; the pre-1987 generator committed. Later the same day: the canonical countrylabels sweep, bringing all 113 live wave do files onto one byte-identical forty-seven-label set (102 files changed, 11 already canonical) and patching the pre-1987 generator to emit it; the mega’s QoG merge path repointed after the QoG folder moved under Datafiles\Macro Data; and the whole chain rerun — 113 waves, mega and prepared file — confirmed at N = 2,460,381 and 2,425,302.</w:t>
            </w:r>
          </w:p>
        </w:tc>
      </w:tr>
      <w:tr>
        <w:tc>
          <w:tcPr/>
          <w:p>
            <w:r>
              <w:t>2026-09-10</w:t>
            </w:r>
          </w:p>
        </w:tc>
        <w:tc>
          <w:tcPr/>
          <w:p>
            <w:r>
              <w:t>EB65.2’s occupation recode corrected — the wave had carried the inverse of the standard D15A mapping — and the wave rerun. The six occupation dummies in prepare_mega_file were rewritten and then, after the post-rebuild check showed the original block had been right all along, restored verbatim; the new nine-group occgrp was kept, and sex’s value label and perpersonalinfluenceNAT’s labels were repaired in the same file. Later the same evening the two identity scores euidentity and natidentity were added: a third central routine, build_identity_score.do, wired into all 113 wave do files on the line after the composite call, with its own frozen parameters, its seven harmonized inputs and the item counts and raw means. All 113 waves and both files of record were rebuilt, at N = 2,460,381 and 2,425,302; eusupport is unchanged.</w:t>
            </w:r>
          </w:p>
        </w:tc>
      </w:tr>
      <w:tr>
        <w:tc>
          <w:tcPr/>
          <w:p>
            <w:r>
              <w:t>2026-09-11</w:t>
            </w:r>
          </w:p>
        </w:tc>
        <w:tc>
          <w:tcPr/>
          <w:p>
            <w:r>
              <w:t>relidentity and idtype added to build_identity_score.do and the full chain — 113 waves, mega file, prepared file — rerun; euidentity, natidentity and eusupport unchanged, and both files of record still at N = 2,460,381 and 2,425,302. The four “sense of belonging” items of EB69.2 and EB71.3 given their own value-label set in the two wave do files (a label-name collision on append), and the variable-name abbreviation that had scored the EU-citizen item twice in EB75.3 and EB78.1 fixed with the exact option. Tracking database at 869 dictionary rows, 10,852 wave-source-map rows and 206 changelog entries.</w:t>
            </w:r>
          </w:p>
        </w:tc>
      </w:tr>
      <w:tr>
        <w:tc>
          <w:tcPr/>
          <w:p>
            <w:r>
              <w:t>2026-09-11</w:t>
            </w:r>
          </w:p>
        </w:tc>
        <w:tc>
          <w:tcPr/>
          <w:p>
            <w:r>
              <w:t>The same afternoon: identity model v2. The Moreno question’s spontaneous “none” answer, 3,734 respondents, became that item’s lowest European-identity category with a normal score of −2.9253 and its four other normal scores were re-derived; the 2008–2009 sense-of-belonging items joined the two scores as id_eubelong and id_natbelong on provisional loadings; region, city and world attachment and belonging stay out. The standardisation constants were kept, so unaffected respondents keep their scores and Moreno-carrying respondents move by at most 0.03. All 113 waves, the mega file and the prepared file rebuilt again at N = 2,460,381 and 2,425,302, eusupport unchanged; euidentity now scored for 1,602,955 respondents, natidentity for 1,330,683 and relidentity for 1,245,580. Tracking database at 871 dictionary rows and 208 changelog entries. Later the same day the wave-source map was completed: parsing all 113 do files found 87 (wave, variable) pairs the map lacked, all variables the do files derive rather than rename — the Spanish, Belgian and UK region variables in the 1995–2012 waves, the per-country vote-intention items of 1999–2004, EB42’s electoral-register item and EB71.3’s issue and priority items — and EB42’s weight rows were brought into line with the corrected do file; 10,937 rows, agreeing with the do files on every pair, and the dictionary’s raw-code counts recomputed from it (changelog 209).</w:t>
            </w:r>
          </w:p>
        </w:tc>
      </w:tr>
      <w:tr>
        <w:tc>
          <w:tcPr/>
          <w:p>
            <w:r>
              <w:t>2026-09-11</w:t>
            </w:r>
          </w:p>
        </w:tc>
        <w:tc>
          <w:tcPr/>
          <w:p>
            <w:r>
              <w:t>Later the same afternoon two open decisions were closed: EB42’s eb code changed from 42 to 420 in its do file (merge file regenerated), and five further pre-1987 candidate variables were adopted at three or four waves — eugovtlastword, foreignpolicypref, defencepolicypref, demounionmember, enlargegreecegood — in nine wave do files (EB2, EB3, EB4, EB6, EB8, EB11, EB13, EB14, EB19), all rerun and verified against the raw GESIS files (changelog 210–211). Tracking database at 876 dictionary rows, 10,953 map rows and 211 changelog entries. Three self-contained Stata do files reproducing the eusupport figures (composition-adjusted, weighted vs unweighted, IRT vs composite) were added in a new Figures\ folder of the dataset. Both changes entered the files of record when the mega and prepared files were rebuilt at 13:11 the same afternoon (changelog 212): N unchanged at 2,460,381 and 2,425,302, eusupport and the identity scores unchanged.</w:t>
            </w:r>
          </w:p>
        </w:tc>
      </w:tr>
      <w:tr>
        <w:tc>
          <w:tcPr/>
          <w:p>
            <w:r>
              <w:t>2026-09-13</w:t>
            </w:r>
          </w:p>
        </w:tc>
        <w:tc>
          <w:tcPr/>
          <w:p>
            <w:r>
              <w:rPr>
                <w:b/>
              </w:rPr>
              <w:t>The macro layer refreshed to the 2026 vintages, and four sources found to have been skipped in silence.</w:t>
            </w:r>
            <w:r>
              <w:t xml:space="preserve"> ParlGov, CPDS, Eurostat and V-Dem all sat in publisher-named sub-folders the merge script never searched, and a skipped source is not an error anywhere in that file — so the build would have completed cleanly while omitting four whole sources. Two further defects: pgov_turnout was computed from two ParlGov columns that no longer exist and had reached the built file and this codebook as a labelled all-missing variable; and two Eurostat filters were wrong invisibly, one referencing a dimension that does not exist and one matching two unit codes because “MPPS” contains “PPS”. The mis-keyed macro block was removed from the mega build at the same time, which is what later removed the 309 eb-missing rows.</w:t>
            </w:r>
          </w:p>
        </w:tc>
      </w:tr>
      <w:tr>
        <w:tc>
          <w:tcPr/>
          <w:p>
            <w:r>
              <w:t>2026-09-15</w:t>
            </w:r>
          </w:p>
        </w:tc>
        <w:tc>
          <w:tcPr/>
          <w:p>
            <w:r>
              <w:rPr>
                <w:b/>
              </w:rPr>
              <w:t>The largest single day of changes since the pre-1987 extension, and the files of record moved.</w:t>
            </w:r>
            <w:r>
              <w:t xml:space="preserve"> The 127 final-name renames moved out of the mega script and into the wave files, so a merge file now carries the names the dictionary and this codebook use and the mega is close to a pure append. Twelve harmonised continuous series added (§7.9), built by a new central routine that runs once inside the mega build. Codes 0 and 9 recoded to .n and .i on four variables across twelve waves, 27,984 values (§5.3.1), and verified variable by variable after the rebuild. The three eurosupport variables given variable labels for the first time, because the family reads as support for Europe and is in fact support for the euro. Eight macro-data compatibility aliases retired end to end, with the source-rename trap that would have emptied </w:t>
            </w:r>
            <w:r>
              <w:rPr>
                <w:rStyle w:val="CkCode"/>
              </w:rPr>
              <w:t>procedural</w:t>
            </w:r>
            <w:r>
              <w:t xml:space="preserve"> caught before it did (§12.5). EB51.0’s two abbreviated region names spelled in full. All 113 waves, the mega, the macro layer and the prepared file rebuilt in that order — the macro step now runs before prepare — giving </w:t>
            </w:r>
            <w:r>
              <w:rPr>
                <w:b/>
              </w:rPr>
              <w:t>N = 2,460,072 and 2,424,993</w:t>
            </w:r>
            <w:r>
              <w:t>. The 309-record difference from every earlier figure is explained in §3.1 and is not a loss of respondents. Tracking database at 912 dictionary rows, 10,953 map rows and 236 changelog entries.</w:t>
            </w:r>
          </w:p>
        </w:tc>
      </w:tr>
    </w:tbl>
    <w:p>
      <w:pPr>
        <w:spacing w:before="80" w:after="160"/>
      </w:pPr>
      <w:r>
        <w:rPr>
          <w:sz w:val="19"/>
        </w:rPr>
        <w:t>**Table 14.2. **</w:t>
      </w:r>
      <w:r>
        <w:rPr>
          <w:i/>
          <w:sz w:val="19"/>
        </w:rPr>
        <w:t>Recent release history. The full log, 236 entries as of 15 September 2026, is in changelog.csv.</w:t>
      </w:r>
    </w:p>
    <w:p w14:paraId="32576AFC" w14:textId="77777777" w:rsidR="004D342C" w:rsidRDefault="00000000">
      <w:pPr>
        <w:pStyle w:val="Heading2"/>
      </w:pPr>
      <w:r>
        <w:rPr>
          <w:rFonts w:ascii="Times New Roman" w:hAnsi="Times New Roman" w:cs="Times New Roman"/>
        </w:rPr>
        <w:lastRenderedPageBreak/>
        <w:t>14.3  Changes recorded in the current log</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2880"/>
        <w:gridCol w:w="1440"/>
      </w:tblGrid>
      <w:tr>
        <w:trPr>
          <w:tblHeader/>
        </w:trPr>
        <w:tc>
          <w:tcPr>
            <w:shd w:val="clear" w:fill="E7EDF3"/>
          </w:tcPr>
          <w:p>
            <w:r>
              <w:rPr>
                <w:b/>
              </w:rPr>
              <w:t>Change type</w:t>
            </w:r>
          </w:p>
        </w:tc>
        <w:tc>
          <w:tcPr>
            <w:shd w:val="clear" w:fill="E7EDF3"/>
          </w:tcPr>
          <w:p>
            <w:r>
              <w:rPr>
                <w:b/>
              </w:rPr>
              <w:t>Entries</w:t>
            </w:r>
          </w:p>
        </w:tc>
      </w:tr>
      <w:tr>
        <w:tc>
          <w:tcPr/>
          <w:p>
            <w:r>
              <w:t>backfill</w:t>
            </w:r>
          </w:p>
        </w:tc>
        <w:tc>
          <w:tcPr/>
          <w:p>
            <w:r>
              <w:t>63</w:t>
            </w:r>
          </w:p>
        </w:tc>
      </w:tr>
      <w:tr>
        <w:tc>
          <w:tcPr/>
          <w:p>
            <w:r>
              <w:t>fixed</w:t>
            </w:r>
          </w:p>
        </w:tc>
        <w:tc>
          <w:tcPr/>
          <w:p>
            <w:r>
              <w:t>49</w:t>
            </w:r>
          </w:p>
        </w:tc>
      </w:tr>
      <w:tr>
        <w:tc>
          <w:tcPr/>
          <w:p>
            <w:r>
              <w:t>note</w:t>
            </w:r>
          </w:p>
        </w:tc>
        <w:tc>
          <w:tcPr/>
          <w:p>
            <w:r>
              <w:t>35</w:t>
            </w:r>
          </w:p>
        </w:tc>
      </w:tr>
      <w:tr>
        <w:tc>
          <w:tcPr/>
          <w:p>
            <w:r>
              <w:t>added</w:t>
            </w:r>
          </w:p>
        </w:tc>
        <w:tc>
          <w:tcPr/>
          <w:p>
            <w:r>
              <w:t>23</w:t>
            </w:r>
          </w:p>
        </w:tc>
      </w:tr>
      <w:tr>
        <w:tc>
          <w:tcPr/>
          <w:p>
            <w:r>
              <w:t>rebuilt</w:t>
            </w:r>
          </w:p>
        </w:tc>
        <w:tc>
          <w:tcPr/>
          <w:p>
            <w:r>
              <w:t>10</w:t>
            </w:r>
          </w:p>
        </w:tc>
      </w:tr>
      <w:tr>
        <w:tc>
          <w:tcPr/>
          <w:p>
            <w:r>
              <w:t>correction</w:t>
            </w:r>
          </w:p>
        </w:tc>
        <w:tc>
          <w:tcPr/>
          <w:p>
            <w:r>
              <w:t>5</w:t>
            </w:r>
          </w:p>
        </w:tc>
      </w:tr>
      <w:tr>
        <w:tc>
          <w:tcPr/>
          <w:p>
            <w:r>
              <w:t>coding</w:t>
            </w:r>
          </w:p>
        </w:tc>
        <w:tc>
          <w:tcPr/>
          <w:p>
            <w:r>
              <w:t>5</w:t>
            </w:r>
          </w:p>
        </w:tc>
      </w:tr>
      <w:tr>
        <w:tc>
          <w:tcPr/>
          <w:p>
            <w:r>
              <w:t>verification</w:t>
            </w:r>
          </w:p>
        </w:tc>
        <w:tc>
          <w:tcPr/>
          <w:p>
            <w:r>
              <w:t>5</w:t>
            </w:r>
          </w:p>
        </w:tc>
      </w:tr>
      <w:tr>
        <w:tc>
          <w:tcPr/>
          <w:p>
            <w:r>
              <w:t>rebuild</w:t>
            </w:r>
          </w:p>
        </w:tc>
        <w:tc>
          <w:tcPr/>
          <w:p>
            <w:r>
              <w:t>4</w:t>
            </w:r>
          </w:p>
        </w:tc>
      </w:tr>
      <w:tr>
        <w:tc>
          <w:tcPr/>
          <w:p>
            <w:r>
              <w:t>new-variable</w:t>
            </w:r>
          </w:p>
        </w:tc>
        <w:tc>
          <w:tcPr/>
          <w:p>
            <w:r>
              <w:t>4</w:t>
            </w:r>
          </w:p>
        </w:tc>
      </w:tr>
    </w:tbl>
    <w:p>
      <w:pPr>
        <w:spacing w:before="80" w:after="160"/>
      </w:pPr>
      <w:r>
        <w:rPr>
          <w:sz w:val="19"/>
        </w:rPr>
        <w:t>**Table 14.3. **</w:t>
      </w:r>
      <w:r>
        <w:rPr>
          <w:i/>
          <w:sz w:val="19"/>
        </w:rPr>
        <w:t>The ten most common change types in changelog.csv, of 236 entries as of 15 September 2026. See the note at the end of §14.1: the field carries 35 distinct values, several of them near-synonyms, so these counts are indicative.</w:t>
      </w:r>
    </w:p>
    <w:p w14:paraId="577146EB" w14:textId="77777777" w:rsidR="004D342C" w:rsidRDefault="00000000">
      <w:pPr>
        <w:pStyle w:val="Heading1"/>
        <w:pageBreakBefore/>
        <w:pBdr>
          <w:bottom w:val="single" w:sz="6" w:space="3" w:color="1F4E79"/>
        </w:pBdr>
        <w:spacing w:before="320" w:after="100"/>
      </w:pPr>
      <w:r>
        <w:rPr>
          <w:rFonts w:ascii="Times New Roman" w:hAnsi="Times New Roman" w:cs="Times New Roman"/>
          <w:smallCaps/>
          <w:spacing w:val="40"/>
          <w:sz w:val="26"/>
        </w:rPr>
        <w:lastRenderedPageBreak/>
        <w:t>APPENDIX A</w:t>
      </w:r>
      <w:r>
        <w:rPr>
          <w:rFonts w:ascii="Times New Roman" w:hAnsi="Times New Roman" w:cs="Times New Roman"/>
        </w:rPr>
        <w:t>  Worked variable entries</w:t>
      </w:r>
    </w:p>
    <w:p w14:paraId="2FBA964A" w14:textId="77777777" w:rsidR="004D342C" w:rsidRDefault="00000000">
      <w:r>
        <w:t>The listing in §6.4 is compact. This appendix prints eight entries in full, in the format a user should imagine behind every row of that listing, to show what the notes field carries and why it should be read.</w:t>
      </w:r>
    </w:p>
    <w:p w14:paraId="24246475" w14:textId="77777777" w:rsidR="004D342C" w:rsidRDefault="00000000">
      <w:pPr>
        <w:keepNext/>
        <w:pBdr>
          <w:top w:val="single" w:sz="6" w:space="6" w:color="1F4E79"/>
        </w:pBdr>
        <w:spacing w:before="280" w:after="60"/>
        <w:ind w:firstLine="0"/>
      </w:pPr>
      <w:r>
        <w:rPr>
          <w:b/>
          <w:color w:val="1F4E79"/>
          <w:sz w:val="25"/>
        </w:rPr>
        <w:t>supportmembershipgood</w:t>
      </w:r>
      <w:r>
        <w:rPr>
          <w:i/>
          <w:color w:val="595959"/>
          <w:sz w:val="22"/>
        </w:rPr>
        <w:t xml:space="preserve">   (membershipgood)</w:t>
      </w:r>
    </w:p>
    <w:p w14:paraId="232EB299" w14:textId="77777777" w:rsidR="004D342C" w:rsidRDefault="00000000">
      <w:pPr>
        <w:spacing w:after="20"/>
        <w:ind w:left="1512" w:hanging="1512"/>
      </w:pPr>
      <w:r>
        <w:rPr>
          <w:b/>
          <w:smallCaps/>
          <w:color w:val="595959"/>
          <w:spacing w:val="10"/>
          <w:sz w:val="18"/>
        </w:rPr>
        <w:t>Dimension</w:t>
      </w:r>
      <w:r>
        <w:rPr>
          <w:b/>
          <w:smallCaps/>
          <w:color w:val="595959"/>
          <w:spacing w:val="10"/>
          <w:sz w:val="18"/>
        </w:rPr>
        <w:tab/>
      </w:r>
      <w:r>
        <w:rPr>
          <w:sz w:val="20"/>
        </w:rPr>
        <w:t>Support/Membership</w:t>
      </w:r>
    </w:p>
    <w:p w14:paraId="5186661B" w14:textId="77777777" w:rsidR="004D342C" w:rsidRDefault="00000000">
      <w:pPr>
        <w:spacing w:after="20"/>
        <w:ind w:left="1512" w:hanging="1512"/>
      </w:pPr>
      <w:r>
        <w:rPr>
          <w:b/>
          <w:smallCaps/>
          <w:color w:val="595959"/>
          <w:spacing w:val="10"/>
          <w:sz w:val="18"/>
        </w:rPr>
        <w:t>Label</w:t>
      </w:r>
      <w:r>
        <w:rPr>
          <w:b/>
          <w:smallCaps/>
          <w:color w:val="595959"/>
          <w:spacing w:val="10"/>
          <w:sz w:val="18"/>
        </w:rPr>
        <w:tab/>
      </w:r>
      <w:r>
        <w:rPr>
          <w:sz w:val="20"/>
        </w:rPr>
        <w:t>EU MEMBERSHIP - GOOD/BAD</w:t>
      </w:r>
    </w:p>
    <w:p w14:paraId="2C080170" w14:textId="77777777" w:rsidR="004D342C" w:rsidRDefault="00000000">
      <w:pPr>
        <w:spacing w:after="20"/>
        <w:ind w:left="1512" w:hanging="1512"/>
      </w:pPr>
      <w:r>
        <w:rPr>
          <w:b/>
          <w:smallCaps/>
          <w:color w:val="595959"/>
          <w:spacing w:val="10"/>
          <w:sz w:val="18"/>
        </w:rPr>
        <w:t>Coding</w:t>
      </w:r>
      <w:r>
        <w:rPr>
          <w:b/>
          <w:smallCaps/>
          <w:color w:val="595959"/>
          <w:spacing w:val="10"/>
          <w:sz w:val="18"/>
        </w:rPr>
        <w:tab/>
      </w:r>
      <w:r>
        <w:rPr>
          <w:sz w:val="20"/>
        </w:rPr>
        <w:t>1 a good thing / 2 a bad thing / 3 neither a good thing nor a bad thing / 4 dont know</w:t>
      </w:r>
    </w:p>
    <w:p w14:paraId="4A2BE12E" w14:textId="77777777" w:rsidR="004D342C" w:rsidRDefault="00000000">
      <w:pPr>
        <w:spacing w:after="20"/>
        <w:ind w:left="1512" w:hanging="1512"/>
      </w:pPr>
      <w:r>
        <w:rPr>
          <w:b/>
          <w:smallCaps/>
          <w:color w:val="595959"/>
          <w:spacing w:val="10"/>
          <w:sz w:val="18"/>
        </w:rPr>
        <w:t>Coverage</w:t>
      </w:r>
      <w:r>
        <w:rPr>
          <w:b/>
          <w:smallCaps/>
          <w:color w:val="595959"/>
          <w:spacing w:val="10"/>
          <w:sz w:val="18"/>
        </w:rPr>
        <w:tab/>
      </w:r>
      <w:r>
        <w:rPr>
          <w:sz w:val="20"/>
        </w:rPr>
        <w:t>79 of 113 waves</w:t>
      </w:r>
    </w:p>
    <w:p w14:paraId="106A8418" w14:textId="77777777" w:rsidR="004D342C" w:rsidRDefault="00000000">
      <w:pPr>
        <w:spacing w:after="20"/>
        <w:ind w:left="1512" w:hanging="1512"/>
      </w:pPr>
      <w:r>
        <w:rPr>
          <w:b/>
          <w:smallCaps/>
          <w:color w:val="595959"/>
          <w:spacing w:val="10"/>
          <w:sz w:val="18"/>
        </w:rPr>
        <w:t>Raw codes</w:t>
      </w:r>
      <w:r>
        <w:rPr>
          <w:b/>
          <w:smallCaps/>
          <w:color w:val="595959"/>
          <w:spacing w:val="10"/>
          <w:sz w:val="18"/>
        </w:rPr>
        <w:tab/>
      </w:r>
      <w:r>
        <w:rPr>
          <w:sz w:val="20"/>
        </w:rPr>
        <w:t>72 distinct: q10, q11a, q12, q13, q17, q18, q20, q7, q8, q9, qa10c, qa11a, qa12a, qa7a, qa8, qa8a, qa9a, qf1, v104, v113, v116, v121, v128, v130, v143, v15, v152, v165, v172, v181, v183, v189, v19, v195, v20, v205, v208, v215, v23, v26, v265, v266, v273, v28, v29, v30, v32, v346, v35, v36, v38, v39, v404, v41, v419, v45, v46, v47, v48, v49, v50, v521, v55, v57, v61, v64, v65, v67, v80, v94, v95, v99</w:t>
      </w:r>
    </w:p>
    <w:p w14:paraId="615A5326" w14:textId="77777777" w:rsidR="004D342C" w:rsidRDefault="00000000">
      <w:pPr>
        <w:spacing w:after="20"/>
        <w:ind w:left="1512" w:hanging="1512"/>
      </w:pPr>
      <w:r>
        <w:rPr>
          <w:b/>
          <w:smallCaps/>
          <w:color w:val="595959"/>
          <w:spacing w:val="10"/>
          <w:sz w:val="18"/>
        </w:rPr>
        <w:t>Notes</w:t>
      </w:r>
      <w:r>
        <w:rPr>
          <w:b/>
          <w:smallCaps/>
          <w:color w:val="595959"/>
          <w:spacing w:val="10"/>
          <w:sz w:val="18"/>
        </w:rPr>
        <w:tab/>
      </w:r>
      <w:r>
        <w:rPr>
          <w:sz w:val="20"/>
        </w:rPr>
        <w:t>Backfilled 2026-09-06 (label eb1052, coding mega file). | AVAILABILITY (counted from erd090626.dta 2026-09-07; supersedes earlier statements): member-state item, NOT continuous. 1974-2011 continuous (EB2 through EB75.3) except EB55.0 (2001), EB56.3 (January-February 2002), EB63.4 (2005), EB74.2 (2010), EB76.3 (2011); 2012-2018 ABSENT in all 15 waves (EB77.3-EB90.3); 2019 only EB91.5 (qf1), not EB92.3; 2020-2025 ABSENT in all 13 waves; 2026 EB105.2 (qa8). 79 waves carry it (EB28 and EB34.0 were wired later on 2026-09-07, after this count was taken). Candidate-country versions are NEVER mapped here and never enter eusupport: EB63.4 -&gt; membershipgoodCC; EB101.3 (2024) and EB103.3 (2025) ask candidate-only versions, unmapped. Valid-answer share falls as non-member publics enter the field: ~90-95% to 2007, 84-87% in 2008-2011 and 2019, 72% in 2026 (11 of 39 countries not EU members) - inapplicable, not missing at random. The 1974-1986 span exists only since the pre-1987 extension of 2026-09-06; before that the item began in 1987. | EB34.0 (added 2026-09-07): the East-German split ballot is merged (v81 into v80, v83 into v82), Norway (country 15, 1,011 respondents) is dropped from the wave as a non-member, and in eb340merge the first category of each item arrives unlabeled from the archive, so 340.do attaches clean label sets.</w:t>
      </w:r>
    </w:p>
    <w:p w14:paraId="6134CF1D" w14:textId="77777777" w:rsidR="004D342C" w:rsidRDefault="00000000">
      <w:pPr>
        <w:keepNext/>
        <w:pBdr>
          <w:top w:val="single" w:sz="6" w:space="6" w:color="1F4E79"/>
        </w:pBdr>
        <w:spacing w:before="280" w:after="60"/>
        <w:ind w:firstLine="0"/>
      </w:pPr>
      <w:r>
        <w:rPr>
          <w:b/>
          <w:color w:val="1F4E79"/>
          <w:sz w:val="25"/>
        </w:rPr>
        <w:t>supporteubenefits</w:t>
      </w:r>
      <w:r>
        <w:rPr>
          <w:i/>
          <w:color w:val="595959"/>
          <w:sz w:val="22"/>
        </w:rPr>
        <w:t xml:space="preserve">   (eubenefits)</w:t>
      </w:r>
    </w:p>
    <w:p w14:paraId="41FA8478" w14:textId="77777777" w:rsidR="004D342C" w:rsidRDefault="00000000">
      <w:pPr>
        <w:spacing w:after="20"/>
        <w:ind w:left="1512" w:hanging="1512"/>
      </w:pPr>
      <w:r>
        <w:rPr>
          <w:b/>
          <w:smallCaps/>
          <w:color w:val="595959"/>
          <w:spacing w:val="10"/>
          <w:sz w:val="18"/>
        </w:rPr>
        <w:t>Dimension</w:t>
      </w:r>
      <w:r>
        <w:rPr>
          <w:b/>
          <w:smallCaps/>
          <w:color w:val="595959"/>
          <w:spacing w:val="10"/>
          <w:sz w:val="18"/>
        </w:rPr>
        <w:tab/>
      </w:r>
      <w:r>
        <w:rPr>
          <w:sz w:val="20"/>
        </w:rPr>
        <w:t>Support/Membership</w:t>
      </w:r>
    </w:p>
    <w:p w14:paraId="42B8CFE0" w14:textId="77777777" w:rsidR="004D342C" w:rsidRDefault="00000000">
      <w:pPr>
        <w:spacing w:after="20"/>
        <w:ind w:left="1512" w:hanging="1512"/>
      </w:pPr>
      <w:r>
        <w:rPr>
          <w:b/>
          <w:smallCaps/>
          <w:color w:val="595959"/>
          <w:spacing w:val="10"/>
          <w:sz w:val="18"/>
        </w:rPr>
        <w:t>Label</w:t>
      </w:r>
      <w:r>
        <w:rPr>
          <w:b/>
          <w:smallCaps/>
          <w:color w:val="595959"/>
          <w:spacing w:val="10"/>
          <w:sz w:val="18"/>
        </w:rPr>
        <w:tab/>
      </w:r>
      <w:r>
        <w:rPr>
          <w:sz w:val="20"/>
        </w:rPr>
        <w:t>EU MEMBERSHIP - CNTRY BENEFIT</w:t>
      </w:r>
    </w:p>
    <w:p w14:paraId="470BADE0" w14:textId="77777777" w:rsidR="004D342C" w:rsidRDefault="00000000">
      <w:pPr>
        <w:spacing w:after="20"/>
        <w:ind w:left="1512" w:hanging="1512"/>
      </w:pPr>
      <w:r>
        <w:rPr>
          <w:b/>
          <w:smallCaps/>
          <w:color w:val="595959"/>
          <w:spacing w:val="10"/>
          <w:sz w:val="18"/>
        </w:rPr>
        <w:t>Coding</w:t>
      </w:r>
      <w:r>
        <w:rPr>
          <w:b/>
          <w:smallCaps/>
          <w:color w:val="595959"/>
          <w:spacing w:val="10"/>
          <w:sz w:val="18"/>
        </w:rPr>
        <w:tab/>
      </w:r>
      <w:r>
        <w:rPr>
          <w:sz w:val="20"/>
        </w:rPr>
        <w:t>1 benefited / 2 not benefited / 3 dont know</w:t>
      </w:r>
    </w:p>
    <w:p w14:paraId="261A3AA0" w14:textId="77777777" w:rsidR="004D342C" w:rsidRDefault="00000000">
      <w:pPr>
        <w:spacing w:after="20"/>
        <w:ind w:left="1512" w:hanging="1512"/>
      </w:pPr>
      <w:r>
        <w:rPr>
          <w:b/>
          <w:smallCaps/>
          <w:color w:val="595959"/>
          <w:spacing w:val="10"/>
          <w:sz w:val="18"/>
        </w:rPr>
        <w:t>Coverage</w:t>
      </w:r>
      <w:r>
        <w:rPr>
          <w:b/>
          <w:smallCaps/>
          <w:color w:val="595959"/>
          <w:spacing w:val="10"/>
          <w:sz w:val="18"/>
        </w:rPr>
        <w:tab/>
      </w:r>
      <w:r>
        <w:rPr>
          <w:sz w:val="20"/>
        </w:rPr>
        <w:t>64 of 113 waves</w:t>
      </w:r>
    </w:p>
    <w:p w14:paraId="5747D434" w14:textId="77777777" w:rsidR="004D342C" w:rsidRDefault="00000000">
      <w:pPr>
        <w:spacing w:after="20"/>
        <w:ind w:left="1512" w:hanging="1512"/>
      </w:pPr>
      <w:r>
        <w:rPr>
          <w:b/>
          <w:smallCaps/>
          <w:color w:val="595959"/>
          <w:spacing w:val="10"/>
          <w:sz w:val="18"/>
        </w:rPr>
        <w:t>Raw codes</w:t>
      </w:r>
      <w:r>
        <w:rPr>
          <w:b/>
          <w:smallCaps/>
          <w:color w:val="595959"/>
          <w:spacing w:val="10"/>
          <w:sz w:val="18"/>
        </w:rPr>
        <w:tab/>
      </w:r>
      <w:r>
        <w:rPr>
          <w:sz w:val="20"/>
        </w:rPr>
        <w:t>60 distinct: q10, q11, q12a, q13, q14, q18, q19, q21, q8, q9, qa10a, qa10c, qa11c, qa12a, qa13a, qa8a, qa9, qa9a, qb8, qf2, v100, v105, v114, v117, v122, v131, v144, v153, v171+v176, v176, v182, v184, v190+v195, v196, v206, v209, v21, v216, v266, v269, v274, v31, v350, v37, v398, v40, v42, v425, v46, v48, v49, v51, v56, v62, v65, v66, v68, v82, v95, v96</w:t>
      </w:r>
    </w:p>
    <w:p w14:paraId="79A4C50D" w14:textId="77777777" w:rsidR="004D342C" w:rsidRDefault="00000000">
      <w:pPr>
        <w:spacing w:after="20"/>
        <w:ind w:left="1512" w:hanging="1512"/>
      </w:pPr>
      <w:r>
        <w:rPr>
          <w:b/>
          <w:smallCaps/>
          <w:color w:val="595959"/>
          <w:spacing w:val="10"/>
          <w:sz w:val="18"/>
        </w:rPr>
        <w:t>Notes</w:t>
      </w:r>
      <w:r>
        <w:rPr>
          <w:b/>
          <w:smallCaps/>
          <w:color w:val="595959"/>
          <w:spacing w:val="10"/>
          <w:sz w:val="18"/>
        </w:rPr>
        <w:tab/>
      </w:r>
      <w:r>
        <w:rPr>
          <w:sz w:val="20"/>
        </w:rPr>
        <w:t>EB19 and EB21: derived from benefited / not-benefited mention dummies; absent before EB19 (approx EB19/EB21, exact from EB22). | Backfilled 2026-09-06 (label eb1052, coding mega file). | AVAILABILITY: first asked EB19/EB21 (derived from mention dummies), exact from EB22 (1984); see the membershipgood row for the parallel member-state availability pattern. | EB34.0 (added 2026-09-07): the East-German split ballot is merged (v81 into v80, v83 into v82), Norway (country 15, 1,011 respondents) is dropped from the wave as a non-member, and in eb340merge the first category of each item arrives unlabeled from the archive, so 340.do attaches clean label sets.</w:t>
      </w:r>
    </w:p>
    <w:p w14:paraId="41286EB8" w14:textId="77777777" w:rsidR="004D342C" w:rsidRDefault="00000000">
      <w:pPr>
        <w:keepNext/>
        <w:pBdr>
          <w:top w:val="single" w:sz="6" w:space="6" w:color="1F4E79"/>
        </w:pBdr>
        <w:spacing w:before="280" w:after="60"/>
        <w:ind w:firstLine="0"/>
      </w:pPr>
      <w:r>
        <w:rPr>
          <w:b/>
          <w:color w:val="1F4E79"/>
          <w:sz w:val="25"/>
        </w:rPr>
        <w:t>supporteuimage</w:t>
      </w:r>
      <w:r>
        <w:rPr>
          <w:i/>
          <w:color w:val="595959"/>
          <w:sz w:val="22"/>
        </w:rPr>
        <w:t xml:space="preserve">   (euimage)</w:t>
      </w:r>
    </w:p>
    <w:p w14:paraId="472C715E" w14:textId="77777777" w:rsidR="004D342C" w:rsidRDefault="00000000">
      <w:pPr>
        <w:spacing w:after="20"/>
        <w:ind w:left="1512" w:hanging="1512"/>
      </w:pPr>
      <w:r>
        <w:rPr>
          <w:b/>
          <w:smallCaps/>
          <w:color w:val="595959"/>
          <w:spacing w:val="10"/>
          <w:sz w:val="18"/>
        </w:rPr>
        <w:t>Dimension</w:t>
      </w:r>
      <w:r>
        <w:rPr>
          <w:b/>
          <w:smallCaps/>
          <w:color w:val="595959"/>
          <w:spacing w:val="10"/>
          <w:sz w:val="18"/>
        </w:rPr>
        <w:tab/>
      </w:r>
      <w:r>
        <w:rPr>
          <w:sz w:val="20"/>
        </w:rPr>
        <w:t>Support/Membership</w:t>
      </w:r>
    </w:p>
    <w:p w14:paraId="0F060BE7" w14:textId="77777777" w:rsidR="004D342C" w:rsidRDefault="00000000">
      <w:pPr>
        <w:spacing w:after="20"/>
        <w:ind w:left="1512" w:hanging="1512"/>
      </w:pPr>
      <w:r>
        <w:rPr>
          <w:b/>
          <w:smallCaps/>
          <w:color w:val="595959"/>
          <w:spacing w:val="10"/>
          <w:sz w:val="18"/>
        </w:rPr>
        <w:lastRenderedPageBreak/>
        <w:t>Label</w:t>
      </w:r>
      <w:r>
        <w:rPr>
          <w:b/>
          <w:smallCaps/>
          <w:color w:val="595959"/>
          <w:spacing w:val="10"/>
          <w:sz w:val="18"/>
        </w:rPr>
        <w:tab/>
      </w:r>
      <w:r>
        <w:rPr>
          <w:sz w:val="20"/>
        </w:rPr>
        <w:t>EU IMAGE</w:t>
      </w:r>
    </w:p>
    <w:p w14:paraId="76034DD8" w14:textId="77777777" w:rsidR="004D342C" w:rsidRDefault="00000000">
      <w:pPr>
        <w:spacing w:after="20"/>
        <w:ind w:left="1512" w:hanging="1512"/>
      </w:pPr>
      <w:r>
        <w:rPr>
          <w:b/>
          <w:smallCaps/>
          <w:color w:val="595959"/>
          <w:spacing w:val="10"/>
          <w:sz w:val="18"/>
        </w:rPr>
        <w:t>Coding</w:t>
      </w:r>
      <w:r>
        <w:rPr>
          <w:b/>
          <w:smallCaps/>
          <w:color w:val="595959"/>
          <w:spacing w:val="10"/>
          <w:sz w:val="18"/>
        </w:rPr>
        <w:tab/>
      </w:r>
      <w:r>
        <w:rPr>
          <w:sz w:val="20"/>
        </w:rPr>
        <w:t>1 Very positive / 2 Fairly positive / 3 Neutral / 4 Fairly negative / 5 Very negative / 6 Don't know (SPONTANEOUS)</w:t>
      </w:r>
    </w:p>
    <w:p w14:paraId="77CE48C2" w14:textId="77777777" w:rsidR="004D342C" w:rsidRDefault="00000000">
      <w:pPr>
        <w:spacing w:after="20"/>
        <w:ind w:left="1512" w:hanging="1512"/>
      </w:pPr>
      <w:r>
        <w:rPr>
          <w:b/>
          <w:smallCaps/>
          <w:color w:val="595959"/>
          <w:spacing w:val="10"/>
          <w:sz w:val="18"/>
        </w:rPr>
        <w:t>Coverage</w:t>
      </w:r>
      <w:r>
        <w:rPr>
          <w:b/>
          <w:smallCaps/>
          <w:color w:val="595959"/>
          <w:spacing w:val="10"/>
          <w:sz w:val="18"/>
        </w:rPr>
        <w:tab/>
      </w:r>
      <w:r>
        <w:rPr>
          <w:sz w:val="20"/>
        </w:rPr>
        <w:t>53 of 113 waves</w:t>
      </w:r>
    </w:p>
    <w:p w14:paraId="3FCA2CE4" w14:textId="77777777" w:rsidR="004D342C" w:rsidRDefault="00000000">
      <w:pPr>
        <w:spacing w:after="20"/>
        <w:ind w:left="1512" w:hanging="1512"/>
      </w:pPr>
      <w:r>
        <w:rPr>
          <w:b/>
          <w:smallCaps/>
          <w:color w:val="595959"/>
          <w:spacing w:val="10"/>
          <w:sz w:val="18"/>
        </w:rPr>
        <w:t>Raw codes</w:t>
      </w:r>
      <w:r>
        <w:rPr>
          <w:b/>
          <w:smallCaps/>
          <w:color w:val="595959"/>
          <w:spacing w:val="10"/>
          <w:sz w:val="18"/>
        </w:rPr>
        <w:tab/>
      </w:r>
      <w:r>
        <w:rPr>
          <w:sz w:val="20"/>
        </w:rPr>
        <w:t>23 distinct: d78, q10, q11, q13, q14, q15, q19, q9, qa10, qa11, qa12, qa13, qa14, qa15, qa7, qa8, qa9, v196, v217, v220, v221, v233, v57</w:t>
      </w:r>
    </w:p>
    <w:p w14:paraId="4A290EC1" w14:textId="77777777" w:rsidR="004D342C" w:rsidRDefault="00000000">
      <w:pPr>
        <w:spacing w:after="20"/>
        <w:ind w:left="1512" w:hanging="1512"/>
      </w:pPr>
      <w:r>
        <w:rPr>
          <w:b/>
          <w:smallCaps/>
          <w:color w:val="595959"/>
          <w:spacing w:val="10"/>
          <w:sz w:val="18"/>
        </w:rPr>
        <w:t>Notes</w:t>
      </w:r>
      <w:r>
        <w:rPr>
          <w:b/>
          <w:smallCaps/>
          <w:color w:val="595959"/>
          <w:spacing w:val="10"/>
          <w:sz w:val="18"/>
        </w:rPr>
        <w:tab/>
      </w:r>
      <w:r>
        <w:rPr>
          <w:sz w:val="20"/>
        </w:rPr>
        <w:t>Backfilled 2026-09-06 (label eb1052, coding eb1052).</w:t>
      </w:r>
    </w:p>
    <w:p w14:paraId="2427D97B" w14:textId="77777777" w:rsidR="004D342C" w:rsidRDefault="00000000">
      <w:pPr>
        <w:keepNext/>
        <w:pBdr>
          <w:top w:val="single" w:sz="6" w:space="6" w:color="1F4E79"/>
        </w:pBdr>
        <w:spacing w:before="280" w:after="60"/>
        <w:ind w:firstLine="0"/>
      </w:pPr>
      <w:r>
        <w:rPr>
          <w:b/>
          <w:color w:val="1F4E79"/>
          <w:sz w:val="25"/>
        </w:rPr>
        <w:t>trustep</w:t>
      </w:r>
    </w:p>
    <w:p w14:paraId="27CF1595" w14:textId="77777777" w:rsidR="004D342C" w:rsidRDefault="00000000">
      <w:pPr>
        <w:spacing w:after="20"/>
        <w:ind w:left="1512" w:hanging="1512"/>
      </w:pPr>
      <w:r>
        <w:rPr>
          <w:b/>
          <w:smallCaps/>
          <w:color w:val="595959"/>
          <w:spacing w:val="10"/>
          <w:sz w:val="18"/>
        </w:rPr>
        <w:t>Dimension</w:t>
      </w:r>
      <w:r>
        <w:rPr>
          <w:b/>
          <w:smallCaps/>
          <w:color w:val="595959"/>
          <w:spacing w:val="10"/>
          <w:sz w:val="18"/>
        </w:rPr>
        <w:tab/>
      </w:r>
      <w:r>
        <w:rPr>
          <w:sz w:val="20"/>
        </w:rPr>
        <w:t>Democratic/EU institutions</w:t>
      </w:r>
    </w:p>
    <w:p w14:paraId="4E7BBD0F" w14:textId="77777777" w:rsidR="004D342C" w:rsidRDefault="00000000">
      <w:pPr>
        <w:spacing w:after="20"/>
        <w:ind w:left="1512" w:hanging="1512"/>
      </w:pPr>
      <w:r>
        <w:rPr>
          <w:b/>
          <w:smallCaps/>
          <w:color w:val="595959"/>
          <w:spacing w:val="10"/>
          <w:sz w:val="18"/>
        </w:rPr>
        <w:t>Label</w:t>
      </w:r>
      <w:r>
        <w:rPr>
          <w:b/>
          <w:smallCaps/>
          <w:color w:val="595959"/>
          <w:spacing w:val="10"/>
          <w:sz w:val="18"/>
        </w:rPr>
        <w:tab/>
      </w:r>
      <w:r>
        <w:rPr>
          <w:sz w:val="20"/>
        </w:rPr>
        <w:t>EUROPEAN PARLIAMENT - TRUST</w:t>
      </w:r>
    </w:p>
    <w:p w14:paraId="7C10D0AC" w14:textId="77777777" w:rsidR="004D342C" w:rsidRDefault="00000000">
      <w:pPr>
        <w:spacing w:after="20"/>
        <w:ind w:left="1512" w:hanging="1512"/>
      </w:pPr>
      <w:r>
        <w:rPr>
          <w:b/>
          <w:smallCaps/>
          <w:color w:val="595959"/>
          <w:spacing w:val="10"/>
          <w:sz w:val="18"/>
        </w:rPr>
        <w:t>Coding</w:t>
      </w:r>
      <w:r>
        <w:rPr>
          <w:b/>
          <w:smallCaps/>
          <w:color w:val="595959"/>
          <w:spacing w:val="10"/>
          <w:sz w:val="18"/>
        </w:rPr>
        <w:tab/>
      </w:r>
      <w:r>
        <w:rPr>
          <w:sz w:val="20"/>
        </w:rPr>
        <w:t>1 tend to trust / 2 tend not to trust / 3 dont know</w:t>
      </w:r>
    </w:p>
    <w:p w14:paraId="2C2249BA" w14:textId="77777777" w:rsidR="004D342C" w:rsidRDefault="00000000">
      <w:pPr>
        <w:spacing w:after="20"/>
        <w:ind w:left="1512" w:hanging="1512"/>
      </w:pPr>
      <w:r>
        <w:rPr>
          <w:b/>
          <w:smallCaps/>
          <w:color w:val="595959"/>
          <w:spacing w:val="10"/>
          <w:sz w:val="18"/>
        </w:rPr>
        <w:t>Coverage</w:t>
      </w:r>
      <w:r>
        <w:rPr>
          <w:b/>
          <w:smallCaps/>
          <w:color w:val="595959"/>
          <w:spacing w:val="10"/>
          <w:sz w:val="18"/>
        </w:rPr>
        <w:tab/>
      </w:r>
      <w:r>
        <w:rPr>
          <w:sz w:val="20"/>
        </w:rPr>
        <w:t>58 of 113 waves</w:t>
      </w:r>
    </w:p>
    <w:p w14:paraId="3A732622" w14:textId="77777777" w:rsidR="004D342C" w:rsidRDefault="00000000">
      <w:pPr>
        <w:spacing w:after="20"/>
        <w:ind w:left="1512" w:hanging="1512"/>
      </w:pPr>
      <w:r>
        <w:rPr>
          <w:b/>
          <w:smallCaps/>
          <w:color w:val="595959"/>
          <w:spacing w:val="10"/>
          <w:sz w:val="18"/>
        </w:rPr>
        <w:t>Raw codes</w:t>
      </w:r>
      <w:r>
        <w:rPr>
          <w:b/>
          <w:smallCaps/>
          <w:color w:val="595959"/>
          <w:spacing w:val="10"/>
          <w:sz w:val="18"/>
        </w:rPr>
        <w:tab/>
      </w:r>
      <w:r>
        <w:rPr>
          <w:sz w:val="20"/>
        </w:rPr>
        <w:t>32 distinct: q16c1, q1701, q2101, q2201, q2301, q241, q2601, q2801, qa10_1, qa11_1, qa12_1, qa13_1, qa14_1, qa15_1, qa16_1, qa17_1, qa18_1, qa19_1, qa25_1, qa27_1, qa8_1, qa9_1, v119, v140, v197, v241, v252, v258, v274, v361, vq29_1, vqa23_1</w:t>
      </w:r>
    </w:p>
    <w:p w14:paraId="6E8ABDB7" w14:textId="77777777" w:rsidR="004D342C" w:rsidRDefault="00000000">
      <w:pPr>
        <w:spacing w:after="20"/>
        <w:ind w:left="1512" w:hanging="1512"/>
      </w:pPr>
      <w:r>
        <w:rPr>
          <w:b/>
          <w:smallCaps/>
          <w:color w:val="595959"/>
          <w:spacing w:val="10"/>
          <w:sz w:val="18"/>
        </w:rPr>
        <w:t>Notes</w:t>
      </w:r>
      <w:r>
        <w:rPr>
          <w:b/>
          <w:smallCaps/>
          <w:color w:val="595959"/>
          <w:spacing w:val="10"/>
          <w:sz w:val="18"/>
        </w:rPr>
        <w:tab/>
      </w:r>
      <w:r>
        <w:rPr>
          <w:sz w:val="20"/>
        </w:rPr>
        <w:t>Backfilled 2026-09-06 (label eb1052, coding mega file).</w:t>
      </w:r>
    </w:p>
    <w:p w14:paraId="5B9D0DBD" w14:textId="77777777" w:rsidR="004D342C" w:rsidRDefault="00000000">
      <w:pPr>
        <w:keepNext/>
        <w:pBdr>
          <w:top w:val="single" w:sz="6" w:space="6" w:color="1F4E79"/>
        </w:pBdr>
        <w:spacing w:before="280" w:after="60"/>
        <w:ind w:firstLine="0"/>
      </w:pPr>
      <w:r>
        <w:rPr>
          <w:b/>
          <w:color w:val="1F4E79"/>
          <w:sz w:val="25"/>
        </w:rPr>
        <w:t>eusupport</w:t>
      </w:r>
    </w:p>
    <w:p w14:paraId="3324FA08" w14:textId="77777777" w:rsidR="004D342C" w:rsidRDefault="00000000">
      <w:pPr>
        <w:spacing w:after="20"/>
        <w:ind w:left="1512" w:hanging="1512"/>
      </w:pPr>
      <w:r>
        <w:rPr>
          <w:b/>
          <w:smallCaps/>
          <w:color w:val="595959"/>
          <w:spacing w:val="10"/>
          <w:sz w:val="18"/>
        </w:rPr>
        <w:t>Dimension</w:t>
      </w:r>
      <w:r>
        <w:rPr>
          <w:b/>
          <w:smallCaps/>
          <w:color w:val="595959"/>
          <w:spacing w:val="10"/>
          <w:sz w:val="18"/>
        </w:rPr>
        <w:tab/>
      </w:r>
      <w:r>
        <w:rPr>
          <w:sz w:val="20"/>
        </w:rPr>
        <w:t>Support/Membership</w:t>
      </w:r>
    </w:p>
    <w:p w14:paraId="2C98CDBD" w14:textId="77777777" w:rsidR="004D342C" w:rsidRDefault="00000000">
      <w:pPr>
        <w:spacing w:after="20"/>
        <w:ind w:left="1512" w:hanging="1512"/>
      </w:pPr>
      <w:r>
        <w:rPr>
          <w:b/>
          <w:smallCaps/>
          <w:color w:val="595959"/>
          <w:spacing w:val="10"/>
          <w:sz w:val="18"/>
        </w:rPr>
        <w:t>Label</w:t>
      </w:r>
      <w:r>
        <w:rPr>
          <w:b/>
          <w:smallCaps/>
          <w:color w:val="595959"/>
          <w:spacing w:val="10"/>
          <w:sz w:val="18"/>
        </w:rPr>
        <w:tab/>
      </w:r>
      <w:r>
        <w:rPr>
          <w:sz w:val="20"/>
        </w:rPr>
        <w:t>Composite EU-support score (frozen 4-item recipe v2: membershipgood [member-state only], eubenefits, euimage, trust index trustep/trustcomm/trustcouncil/trustecb); standardized, mean 0 / sd 1 in the 1999-2025 reference population</w:t>
      </w:r>
    </w:p>
    <w:p w14:paraId="7D19946A" w14:textId="77777777" w:rsidR="004D342C" w:rsidRDefault="00000000">
      <w:pPr>
        <w:spacing w:after="20"/>
        <w:ind w:left="1512" w:hanging="1512"/>
      </w:pPr>
      <w:r>
        <w:rPr>
          <w:b/>
          <w:smallCaps/>
          <w:color w:val="595959"/>
          <w:spacing w:val="10"/>
          <w:sz w:val="18"/>
        </w:rPr>
        <w:t>Coding</w:t>
      </w:r>
      <w:r>
        <w:rPr>
          <w:b/>
          <w:smallCaps/>
          <w:color w:val="595959"/>
          <w:spacing w:val="10"/>
          <w:sz w:val="18"/>
        </w:rPr>
        <w:tab/>
      </w:r>
      <w:r>
        <w:rPr>
          <w:sz w:val="20"/>
        </w:rPr>
        <w:t>continuous; missing when none of the 4 items answered; built from available items (renormalized loading-weighted mean of per-category normal scores). Constants in build_composite_score.do / Scoring Specification v2 (2026-09-06).</w:t>
      </w:r>
    </w:p>
    <w:p w14:paraId="595F8EA8" w14:textId="77777777" w:rsidR="004D342C" w:rsidRDefault="00000000">
      <w:pPr>
        <w:spacing w:after="20"/>
        <w:ind w:left="1512" w:hanging="1512"/>
      </w:pPr>
      <w:r>
        <w:rPr>
          <w:b/>
          <w:smallCaps/>
          <w:color w:val="595959"/>
          <w:spacing w:val="10"/>
          <w:sz w:val="18"/>
        </w:rPr>
        <w:t>Coverage</w:t>
      </w:r>
      <w:r>
        <w:rPr>
          <w:b/>
          <w:smallCaps/>
          <w:color w:val="595959"/>
          <w:spacing w:val="10"/>
          <w:sz w:val="18"/>
        </w:rPr>
        <w:tab/>
      </w:r>
      <w:r>
        <w:rPr>
          <w:sz w:val="20"/>
        </w:rPr>
        <w:t>0 of 113 waves</w:t>
      </w:r>
    </w:p>
    <w:p w14:paraId="41F0AF74" w14:textId="77777777" w:rsidR="004D342C" w:rsidRDefault="00000000">
      <w:pPr>
        <w:spacing w:after="20"/>
        <w:ind w:left="1512" w:hanging="1512"/>
      </w:pPr>
      <w:r>
        <w:rPr>
          <w:b/>
          <w:smallCaps/>
          <w:color w:val="595959"/>
          <w:spacing w:val="10"/>
          <w:sz w:val="18"/>
        </w:rPr>
        <w:t>Raw codes</w:t>
      </w:r>
      <w:r>
        <w:rPr>
          <w:b/>
          <w:smallCaps/>
          <w:color w:val="595959"/>
          <w:spacing w:val="10"/>
          <w:sz w:val="18"/>
        </w:rPr>
        <w:tab/>
      </w:r>
      <w:r>
        <w:rPr>
          <w:sz w:val="20"/>
        </w:rPr>
        <w:t>derived: build_composite_score.do, called at the end of every wave do file</w:t>
      </w:r>
    </w:p>
    <w:p w14:paraId="4987C89C" w14:textId="77777777" w:rsidR="004D342C" w:rsidRDefault="00000000">
      <w:pPr>
        <w:spacing w:after="20"/>
        <w:ind w:left="1512" w:hanging="1512"/>
      </w:pPr>
      <w:r>
        <w:rPr>
          <w:b/>
          <w:smallCaps/>
          <w:color w:val="595959"/>
          <w:spacing w:val="10"/>
          <w:sz w:val="18"/>
        </w:rPr>
        <w:t>Notes</w:t>
      </w:r>
      <w:r>
        <w:rPr>
          <w:b/>
          <w:smallCaps/>
          <w:color w:val="595959"/>
          <w:spacing w:val="10"/>
          <w:sz w:val="18"/>
        </w:rPr>
        <w:tab/>
      </w:r>
      <w:r>
        <w:rPr>
          <w:sz w:val="20"/>
        </w:rPr>
        <w:t>Created 2026-09-05 (v1), re-estimated 2026-09-06 as v2 after the membershipgood label correction. Pre-1999 waves scored under the invariance assumption; before EB21 (1984) only the membership item exists -&gt; single-item rescaling, not a composite.</w:t>
      </w:r>
    </w:p>
    <w:p w14:paraId="7927EFD8" w14:textId="77777777" w:rsidR="004D342C" w:rsidRDefault="00000000">
      <w:pPr>
        <w:keepNext/>
        <w:pBdr>
          <w:top w:val="single" w:sz="6" w:space="6" w:color="1F4E79"/>
        </w:pBdr>
        <w:spacing w:before="280" w:after="60"/>
        <w:ind w:firstLine="0"/>
      </w:pPr>
      <w:r>
        <w:rPr>
          <w:b/>
          <w:color w:val="1F4E79"/>
          <w:sz w:val="25"/>
        </w:rPr>
        <w:t>epimage3</w:t>
      </w:r>
    </w:p>
    <w:p w14:paraId="0C29363F" w14:textId="77777777" w:rsidR="004D342C" w:rsidRDefault="00000000">
      <w:pPr>
        <w:spacing w:after="20"/>
        <w:ind w:left="1512" w:hanging="1512"/>
      </w:pPr>
      <w:r>
        <w:rPr>
          <w:b/>
          <w:smallCaps/>
          <w:color w:val="595959"/>
          <w:spacing w:val="10"/>
          <w:sz w:val="18"/>
        </w:rPr>
        <w:t>Dimension</w:t>
      </w:r>
      <w:r>
        <w:rPr>
          <w:b/>
          <w:smallCaps/>
          <w:color w:val="595959"/>
          <w:spacing w:val="10"/>
          <w:sz w:val="18"/>
        </w:rPr>
        <w:tab/>
      </w:r>
      <w:r>
        <w:rPr>
          <w:sz w:val="20"/>
        </w:rPr>
        <w:t>Democratic/EU institutions</w:t>
      </w:r>
    </w:p>
    <w:p w14:paraId="2412BD45" w14:textId="77777777" w:rsidR="004D342C" w:rsidRDefault="00000000">
      <w:pPr>
        <w:spacing w:after="20"/>
        <w:ind w:left="1512" w:hanging="1512"/>
      </w:pPr>
      <w:r>
        <w:rPr>
          <w:b/>
          <w:smallCaps/>
          <w:color w:val="595959"/>
          <w:spacing w:val="10"/>
          <w:sz w:val="18"/>
        </w:rPr>
        <w:t>Label</w:t>
      </w:r>
      <w:r>
        <w:rPr>
          <w:b/>
          <w:smallCaps/>
          <w:color w:val="595959"/>
          <w:spacing w:val="10"/>
          <w:sz w:val="18"/>
        </w:rPr>
        <w:tab/>
      </w:r>
      <w:r>
        <w:rPr>
          <w:sz w:val="20"/>
        </w:rPr>
        <w:t>EUROPEAN PARLIAMENT - IMPRESSION (3-point pre-1987 item)</w:t>
      </w:r>
    </w:p>
    <w:p w14:paraId="7DF3C43F" w14:textId="77777777" w:rsidR="004D342C" w:rsidRDefault="00000000">
      <w:pPr>
        <w:spacing w:after="20"/>
        <w:ind w:left="1512" w:hanging="1512"/>
      </w:pPr>
      <w:r>
        <w:rPr>
          <w:b/>
          <w:smallCaps/>
          <w:color w:val="595959"/>
          <w:spacing w:val="10"/>
          <w:sz w:val="18"/>
        </w:rPr>
        <w:t>Coding</w:t>
      </w:r>
      <w:r>
        <w:rPr>
          <w:b/>
          <w:smallCaps/>
          <w:color w:val="595959"/>
          <w:spacing w:val="10"/>
          <w:sz w:val="18"/>
        </w:rPr>
        <w:tab/>
      </w:r>
      <w:r>
        <w:rPr>
          <w:sz w:val="20"/>
        </w:rPr>
        <w:t>1 favourable / 2 neither favourable nor unfavourable / 3 unfavourable / 4 DK</w:t>
      </w:r>
    </w:p>
    <w:p w14:paraId="0BBCB055" w14:textId="77777777" w:rsidR="004D342C" w:rsidRDefault="00000000">
      <w:pPr>
        <w:spacing w:after="20"/>
        <w:ind w:left="1512" w:hanging="1512"/>
      </w:pPr>
      <w:r>
        <w:rPr>
          <w:b/>
          <w:smallCaps/>
          <w:color w:val="595959"/>
          <w:spacing w:val="10"/>
          <w:sz w:val="18"/>
        </w:rPr>
        <w:t>Coverage</w:t>
      </w:r>
      <w:r>
        <w:rPr>
          <w:b/>
          <w:smallCaps/>
          <w:color w:val="595959"/>
          <w:spacing w:val="10"/>
          <w:sz w:val="18"/>
        </w:rPr>
        <w:tab/>
      </w:r>
      <w:r>
        <w:rPr>
          <w:sz w:val="20"/>
        </w:rPr>
        <w:t>7 of 113 waves</w:t>
      </w:r>
    </w:p>
    <w:p w14:paraId="60C561B4" w14:textId="77777777" w:rsidR="004D342C" w:rsidRDefault="00000000">
      <w:pPr>
        <w:spacing w:after="20"/>
        <w:ind w:left="1512" w:hanging="1512"/>
      </w:pPr>
      <w:r>
        <w:rPr>
          <w:b/>
          <w:smallCaps/>
          <w:color w:val="595959"/>
          <w:spacing w:val="10"/>
          <w:sz w:val="18"/>
        </w:rPr>
        <w:t>Raw codes</w:t>
      </w:r>
      <w:r>
        <w:rPr>
          <w:b/>
          <w:smallCaps/>
          <w:color w:val="595959"/>
          <w:spacing w:val="10"/>
          <w:sz w:val="18"/>
        </w:rPr>
        <w:tab/>
      </w:r>
      <w:r>
        <w:rPr>
          <w:sz w:val="20"/>
        </w:rPr>
        <w:t>7 distinct: v108, v118, v185, v25, v252, v30, v41</w:t>
      </w:r>
    </w:p>
    <w:p w14:paraId="0F421268" w14:textId="77777777" w:rsidR="004D342C" w:rsidRDefault="00000000">
      <w:pPr>
        <w:spacing w:after="20"/>
        <w:ind w:left="1512" w:hanging="1512"/>
      </w:pPr>
      <w:r>
        <w:rPr>
          <w:b/>
          <w:smallCaps/>
          <w:color w:val="595959"/>
          <w:spacing w:val="10"/>
          <w:sz w:val="18"/>
        </w:rPr>
        <w:t>Notes</w:t>
      </w:r>
      <w:r>
        <w:rPr>
          <w:b/>
          <w:smallCaps/>
          <w:color w:val="595959"/>
          <w:spacing w:val="10"/>
          <w:sz w:val="18"/>
        </w:rPr>
        <w:tab/>
      </w:r>
      <w:r>
        <w:rPr>
          <w:sz w:val="20"/>
        </w:rPr>
        <w:t>Added 2026-09-07 under Nick's naming principle (a response metric that cannot be merged gets its own variable, named after the existing one with the category count appended). Waves: EB12 (v25), EB18 (derived from the combined heard/impression item v41), EB19 (v185), EB23 (v108), EB24 (v30), EB25 (v252), EB26 (v118). These 7 waves were previously mapped onto codes 2/3/4 of the 5-point epimage, which left codes 1 and 5 structurally empty and compressed the variance of epimage in the pre-1987 years. Do NOT pool with epimage without rescaling.</w:t>
      </w:r>
    </w:p>
    <w:p w14:paraId="74C8D55A" w14:textId="77777777" w:rsidR="004D342C" w:rsidRDefault="00000000">
      <w:pPr>
        <w:keepNext/>
        <w:pBdr>
          <w:top w:val="single" w:sz="6" w:space="6" w:color="1F4E79"/>
        </w:pBdr>
        <w:spacing w:before="280" w:after="60"/>
        <w:ind w:firstLine="0"/>
      </w:pPr>
      <w:r>
        <w:rPr>
          <w:b/>
          <w:color w:val="1F4E79"/>
          <w:sz w:val="25"/>
        </w:rPr>
        <w:t>demoage</w:t>
      </w:r>
      <w:r>
        <w:rPr>
          <w:i/>
          <w:color w:val="595959"/>
          <w:sz w:val="22"/>
        </w:rPr>
        <w:t xml:space="preserve">   (demoaged)</w:t>
      </w:r>
    </w:p>
    <w:p w14:paraId="57ADD907" w14:textId="77777777" w:rsidR="004D342C" w:rsidRDefault="00000000">
      <w:pPr>
        <w:spacing w:after="20"/>
        <w:ind w:left="1512" w:hanging="1512"/>
      </w:pPr>
      <w:r>
        <w:rPr>
          <w:b/>
          <w:smallCaps/>
          <w:color w:val="595959"/>
          <w:spacing w:val="10"/>
          <w:sz w:val="18"/>
        </w:rPr>
        <w:t>Dimension</w:t>
      </w:r>
      <w:r>
        <w:rPr>
          <w:b/>
          <w:smallCaps/>
          <w:color w:val="595959"/>
          <w:spacing w:val="10"/>
          <w:sz w:val="18"/>
        </w:rPr>
        <w:tab/>
      </w:r>
      <w:r>
        <w:rPr>
          <w:sz w:val="20"/>
        </w:rPr>
        <w:t>Demographics</w:t>
      </w:r>
    </w:p>
    <w:p w14:paraId="436BBAC8" w14:textId="77777777" w:rsidR="004D342C" w:rsidRDefault="00000000">
      <w:pPr>
        <w:spacing w:after="20"/>
        <w:ind w:left="1512" w:hanging="1512"/>
      </w:pPr>
      <w:r>
        <w:rPr>
          <w:b/>
          <w:smallCaps/>
          <w:color w:val="595959"/>
          <w:spacing w:val="10"/>
          <w:sz w:val="18"/>
        </w:rPr>
        <w:t>Label</w:t>
      </w:r>
      <w:r>
        <w:rPr>
          <w:b/>
          <w:smallCaps/>
          <w:color w:val="595959"/>
          <w:spacing w:val="10"/>
          <w:sz w:val="18"/>
        </w:rPr>
        <w:tab/>
      </w:r>
      <w:r>
        <w:rPr>
          <w:sz w:val="20"/>
        </w:rPr>
        <w:t>AGE EXACT</w:t>
      </w:r>
    </w:p>
    <w:p w14:paraId="16E97150" w14:textId="77777777" w:rsidR="004D342C" w:rsidRDefault="00000000">
      <w:pPr>
        <w:spacing w:after="20"/>
        <w:ind w:left="1512" w:hanging="1512"/>
      </w:pPr>
      <w:r>
        <w:rPr>
          <w:b/>
          <w:smallCaps/>
          <w:color w:val="595959"/>
          <w:spacing w:val="10"/>
          <w:sz w:val="18"/>
        </w:rPr>
        <w:t>Coding</w:t>
      </w:r>
      <w:r>
        <w:rPr>
          <w:b/>
          <w:smallCaps/>
          <w:color w:val="595959"/>
          <w:spacing w:val="10"/>
          <w:sz w:val="18"/>
        </w:rPr>
        <w:tab/>
      </w:r>
      <w:r>
        <w:rPr>
          <w:sz w:val="20"/>
        </w:rPr>
        <w:t>age in years (exact age); 200 Refusal</w:t>
      </w:r>
    </w:p>
    <w:p w14:paraId="14ACB7B2" w14:textId="77777777" w:rsidR="004D342C" w:rsidRDefault="00000000">
      <w:pPr>
        <w:spacing w:after="20"/>
        <w:ind w:left="1512" w:hanging="1512"/>
      </w:pPr>
      <w:r>
        <w:rPr>
          <w:b/>
          <w:smallCaps/>
          <w:color w:val="595959"/>
          <w:spacing w:val="10"/>
          <w:sz w:val="18"/>
        </w:rPr>
        <w:lastRenderedPageBreak/>
        <w:t>Coverage</w:t>
      </w:r>
      <w:r>
        <w:rPr>
          <w:b/>
          <w:smallCaps/>
          <w:color w:val="595959"/>
          <w:spacing w:val="10"/>
          <w:sz w:val="18"/>
        </w:rPr>
        <w:tab/>
      </w:r>
      <w:r>
        <w:rPr>
          <w:sz w:val="20"/>
        </w:rPr>
        <w:t>112 of 113 waves</w:t>
      </w:r>
    </w:p>
    <w:p w14:paraId="410FF2E4" w14:textId="77777777" w:rsidR="004D342C" w:rsidRDefault="00000000">
      <w:pPr>
        <w:spacing w:after="20"/>
        <w:ind w:left="1512" w:hanging="1512"/>
      </w:pPr>
      <w:r>
        <w:rPr>
          <w:b/>
          <w:smallCaps/>
          <w:color w:val="595959"/>
          <w:spacing w:val="10"/>
          <w:sz w:val="18"/>
        </w:rPr>
        <w:t>Raw codes</w:t>
      </w:r>
      <w:r>
        <w:rPr>
          <w:b/>
          <w:smallCaps/>
          <w:color w:val="595959"/>
          <w:spacing w:val="10"/>
          <w:sz w:val="18"/>
        </w:rPr>
        <w:tab/>
      </w:r>
      <w:r>
        <w:rPr>
          <w:sz w:val="20"/>
        </w:rPr>
        <w:t>61 distinct: d11, v1008, v105, v121, v128, v1312, v148, v152, v170, v172, v209, v227, v234, v240, v243, v250, v253, v256, v291, v297, v326, v351, v355, v367, v373, v408, v41, v413, v427, v431, v442, v446, v448, v470, v484, v53, v554, v56, v560, v575, v585, v595, v616, v622, v645, v666, v67, v671, v687, v690, v70, v718, v75, v768, v77, v78, v823, v92, v93, v970, vd11</w:t>
      </w:r>
    </w:p>
    <w:p w14:paraId="1BE5FCC2" w14:textId="77777777" w:rsidR="004D342C" w:rsidRDefault="00000000">
      <w:pPr>
        <w:spacing w:after="20"/>
        <w:ind w:left="1512" w:hanging="1512"/>
      </w:pPr>
      <w:r>
        <w:rPr>
          <w:b/>
          <w:smallCaps/>
          <w:color w:val="595959"/>
          <w:spacing w:val="10"/>
          <w:sz w:val="18"/>
        </w:rPr>
        <w:t>Notes</w:t>
      </w:r>
      <w:r>
        <w:rPr>
          <w:b/>
          <w:smallCaps/>
          <w:color w:val="595959"/>
          <w:spacing w:val="10"/>
          <w:sz w:val="18"/>
        </w:rPr>
        <w:tab/>
      </w:r>
      <w:r>
        <w:rPr>
          <w:sz w:val="20"/>
        </w:rPr>
        <w:t>EB2 has age in 5-year bands only - not mapped (candidate demoagegroup). | DECISION A9 (2026-09-08): the EB2 bands are deliberately not mapped onto demoage, so EB2 cannot appear in age-based analyses. | Backfilled 2026-09-06 (label eb1052, coding mega file).</w:t>
      </w:r>
    </w:p>
    <w:p w14:paraId="611E4F7A" w14:textId="77777777" w:rsidR="004D342C" w:rsidRDefault="00000000">
      <w:pPr>
        <w:keepNext/>
        <w:pBdr>
          <w:top w:val="single" w:sz="6" w:space="6" w:color="1F4E79"/>
        </w:pBdr>
        <w:spacing w:before="280" w:after="60"/>
        <w:ind w:firstLine="0"/>
      </w:pPr>
      <w:r>
        <w:rPr>
          <w:b/>
          <w:color w:val="1F4E79"/>
          <w:sz w:val="25"/>
        </w:rPr>
        <w:t>weightEU15</w:t>
      </w:r>
    </w:p>
    <w:p w14:paraId="62DBF394" w14:textId="77777777" w:rsidR="004D342C" w:rsidRDefault="00000000">
      <w:pPr>
        <w:spacing w:after="20"/>
        <w:ind w:left="1512" w:hanging="1512"/>
      </w:pPr>
      <w:r>
        <w:rPr>
          <w:b/>
          <w:smallCaps/>
          <w:color w:val="595959"/>
          <w:spacing w:val="10"/>
          <w:sz w:val="18"/>
        </w:rPr>
        <w:t>Dimension</w:t>
      </w:r>
      <w:r>
        <w:rPr>
          <w:b/>
          <w:smallCaps/>
          <w:color w:val="595959"/>
          <w:spacing w:val="10"/>
          <w:sz w:val="18"/>
        </w:rPr>
        <w:tab/>
      </w:r>
      <w:r>
        <w:rPr>
          <w:sz w:val="20"/>
        </w:rPr>
        <w:t>Admin/ID</w:t>
      </w:r>
    </w:p>
    <w:p w14:paraId="2B1C6310" w14:textId="77777777" w:rsidR="004D342C" w:rsidRDefault="00000000">
      <w:pPr>
        <w:spacing w:after="20"/>
        <w:ind w:left="1512" w:hanging="1512"/>
      </w:pPr>
      <w:r>
        <w:rPr>
          <w:b/>
          <w:smallCaps/>
          <w:color w:val="595959"/>
          <w:spacing w:val="10"/>
          <w:sz w:val="18"/>
        </w:rPr>
        <w:t>Label</w:t>
      </w:r>
      <w:r>
        <w:rPr>
          <w:b/>
          <w:smallCaps/>
          <w:color w:val="595959"/>
          <w:spacing w:val="10"/>
          <w:sz w:val="18"/>
        </w:rPr>
        <w:tab/>
      </w:r>
      <w:r>
        <w:rPr>
          <w:sz w:val="20"/>
        </w:rPr>
        <w:t>WEIGHT EU15</w:t>
      </w:r>
    </w:p>
    <w:p w14:paraId="7B111EAC" w14:textId="77777777" w:rsidR="004D342C" w:rsidRDefault="00000000">
      <w:pPr>
        <w:spacing w:after="20"/>
        <w:ind w:left="1512" w:hanging="1512"/>
      </w:pPr>
      <w:r>
        <w:rPr>
          <w:b/>
          <w:smallCaps/>
          <w:color w:val="595959"/>
          <w:spacing w:val="10"/>
          <w:sz w:val="18"/>
        </w:rPr>
        <w:t>Coding</w:t>
      </w:r>
      <w:r>
        <w:rPr>
          <w:b/>
          <w:smallCaps/>
          <w:color w:val="595959"/>
          <w:spacing w:val="10"/>
          <w:sz w:val="18"/>
        </w:rPr>
        <w:tab/>
      </w:r>
      <w:r>
        <w:rPr>
          <w:sz w:val="20"/>
        </w:rPr>
        <w:t>continuous survey weight (no value labels)</w:t>
      </w:r>
    </w:p>
    <w:p w14:paraId="5AD29FB9" w14:textId="77777777" w:rsidR="004D342C" w:rsidRDefault="00000000">
      <w:pPr>
        <w:spacing w:after="20"/>
        <w:ind w:left="1512" w:hanging="1512"/>
      </w:pPr>
      <w:r>
        <w:rPr>
          <w:b/>
          <w:smallCaps/>
          <w:color w:val="595959"/>
          <w:spacing w:val="10"/>
          <w:sz w:val="18"/>
        </w:rPr>
        <w:t>Coverage</w:t>
      </w:r>
      <w:r>
        <w:rPr>
          <w:b/>
          <w:smallCaps/>
          <w:color w:val="595959"/>
          <w:spacing w:val="10"/>
          <w:sz w:val="18"/>
        </w:rPr>
        <w:tab/>
      </w:r>
      <w:r>
        <w:rPr>
          <w:sz w:val="20"/>
        </w:rPr>
        <w:t>59 of 113 waves</w:t>
      </w:r>
    </w:p>
    <w:p w14:paraId="5D466422" w14:textId="77777777" w:rsidR="004D342C" w:rsidRDefault="00000000">
      <w:pPr>
        <w:spacing w:after="20"/>
        <w:ind w:left="1512" w:hanging="1512"/>
      </w:pPr>
      <w:r>
        <w:rPr>
          <w:b/>
          <w:smallCaps/>
          <w:color w:val="595959"/>
          <w:spacing w:val="10"/>
          <w:sz w:val="18"/>
        </w:rPr>
        <w:t>Raw codes</w:t>
      </w:r>
      <w:r>
        <w:rPr>
          <w:b/>
          <w:smallCaps/>
          <w:color w:val="595959"/>
          <w:spacing w:val="10"/>
          <w:sz w:val="18"/>
        </w:rPr>
        <w:tab/>
      </w:r>
      <w:r>
        <w:rPr>
          <w:sz w:val="20"/>
        </w:rPr>
        <w:t>6 distinct: v16, v18, v19, v20, v26, w11</w:t>
      </w:r>
    </w:p>
    <w:p w14:paraId="707C43B7" w14:textId="77777777" w:rsidR="004D342C" w:rsidRDefault="00000000">
      <w:pPr>
        <w:spacing w:after="20"/>
        <w:ind w:left="1512" w:hanging="1512"/>
      </w:pPr>
      <w:r>
        <w:rPr>
          <w:b/>
          <w:smallCaps/>
          <w:color w:val="595959"/>
          <w:spacing w:val="10"/>
          <w:sz w:val="18"/>
        </w:rPr>
        <w:t>Notes</w:t>
      </w:r>
      <w:r>
        <w:rPr>
          <w:b/>
          <w:smallCaps/>
          <w:color w:val="595959"/>
          <w:spacing w:val="10"/>
          <w:sz w:val="18"/>
        </w:rPr>
        <w:tab/>
      </w:r>
      <w:r>
        <w:rPr>
          <w:sz w:val="20"/>
        </w:rPr>
        <w:t>Backfilled 2026-09-06 (label eb953, coding eb420). | CORRECTED 2026-09-07: the coding field previously held electoral-register categories ("1 at present address / 2 at another address / ..."). Traced to a DATA bug, not a codebook typo: in eb420 (EB42, Nov 1994) the do file renames raw v18 to weightEU15, but v18 in that wave is the "q1a electoral register" question - the merge file's weightEU15 carries its value label set and its codes 1-4 instead of a weight. Every other wave labels the variable "weight euro 15" with no value labels. NOTE the EU15 weight is unlikely to exist in a Nov 1994 survey at all (the EU had 12 members; Austria, Finland and Sweden joined January 1995), so the rename should probably be REMOVED rather than repointed - to be confirmed against the raw EB42 file. | RESOLVED 2026-09-07: the whole rename block in 420.do was off by one from v13; the renames were moved back to the correct raw variables, v17 was left unmapped and v18 was renamed demoelectoralregister.</w:t>
      </w:r>
    </w:p>
    <w:p w14:paraId="6A3EBBBD" w14:textId="77777777" w:rsidR="004D342C" w:rsidRDefault="00000000">
      <w:pPr>
        <w:pStyle w:val="Heading1"/>
        <w:pageBreakBefore/>
        <w:pBdr>
          <w:bottom w:val="single" w:sz="6" w:space="3" w:color="1F4E79"/>
        </w:pBdr>
        <w:spacing w:before="320" w:after="100"/>
      </w:pPr>
      <w:r>
        <w:rPr>
          <w:rFonts w:ascii="Times New Roman" w:hAnsi="Times New Roman" w:cs="Times New Roman"/>
          <w:smallCaps/>
          <w:spacing w:val="40"/>
          <w:sz w:val="26"/>
        </w:rPr>
        <w:lastRenderedPageBreak/>
        <w:t>APPENDIX B</w:t>
      </w:r>
      <w:r>
        <w:rPr>
          <w:rFonts w:ascii="Times New Roman" w:hAnsi="Times New Roman" w:cs="Times New Roman"/>
        </w:rPr>
        <w:t>  Files, locations and the machine-readable codebook</w:t>
      </w:r>
    </w:p>
    <w:p w14:paraId="03B53009" w14:textId="77777777" w:rsidR="004D342C" w:rsidRDefault="00000000">
      <w:pPr>
        <w:pStyle w:val="Heading2"/>
      </w:pPr>
      <w:r>
        <w:rPr>
          <w:rFonts w:ascii="Times New Roman" w:hAnsi="Times New Roman" w:cs="Times New Roman"/>
        </w:rPr>
        <w:t>B.1  The dataset tree</w:t>
      </w:r>
    </w:p>
    <w:p>
      <w:r>
        <w:t>The ERD lives in a shared Dropbox folder that two people reach by two different paths — C:\Users\nicho\Dropbox\Misc. Dropbox Folders\Clark\EB Representation Dataset\ and C:\Users\roro\Dropbox\Clark\EB Representation Dataset\ are the same folder. Committed do files carry the second spelling by convention, and a script that is to run on both machines carries both — Robert's line active, Nick's commented immediately below it.</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3744"/>
        <w:gridCol w:w="5616"/>
      </w:tblGrid>
      <w:tr>
        <w:trPr>
          <w:tblHeader/>
        </w:trPr>
        <w:tc>
          <w:tcPr>
            <w:shd w:val="clear" w:fill="E7EDF3"/>
          </w:tcPr>
          <w:p>
            <w:r>
              <w:rPr>
                <w:b/>
              </w:rPr>
              <w:t>Path</w:t>
            </w:r>
          </w:p>
        </w:tc>
        <w:tc>
          <w:tcPr>
            <w:shd w:val="clear" w:fill="E7EDF3"/>
          </w:tcPr>
          <w:p>
            <w:r>
              <w:rPr>
                <w:b/>
              </w:rPr>
              <w:t>Contents</w:t>
            </w:r>
          </w:p>
        </w:tc>
      </w:tr>
      <w:tr>
        <w:tc>
          <w:tcPr/>
          <w:p>
            <w:r>
              <w:t>Datafiles\70s|80s|90s|00s|10s|20s\eb&lt;code&gt;\</w:t>
            </w:r>
          </w:p>
        </w:tc>
        <w:tc>
          <w:tcPr/>
          <w:p>
            <w:r>
              <w:t>Per wave: the raw GESIS file, the recode do file, the merge file.</w:t>
            </w:r>
          </w:p>
        </w:tc>
      </w:tr>
      <w:tr>
        <w:tc>
          <w:tcPr/>
          <w:p>
            <w:r>
              <w:t>Datafiles\Macro Data\2026 refresh\, Datafiles\Macro Data\QoG\</w:t>
            </w:r>
          </w:p>
        </w:tc>
        <w:tc>
          <w:tcPr/>
          <w:p>
            <w:r>
              <w:t xml:space="preserve">The country-year macro data and the script that merges it, "merge macrodata into ERD 2026.do" — step 3 of the pipeline. Since 13 September 2026 the macro layer is merged </w:t>
            </w:r>
            <w:r>
              <w:rPr>
                <w:i/>
              </w:rPr>
              <w:t>here</w:t>
            </w:r>
            <w:r>
              <w:t>, into its own file, not inside the mega build.</w:t>
            </w:r>
          </w:p>
        </w:tc>
      </w:tr>
      <w:tr>
        <w:tc>
          <w:tcPr/>
          <w:p>
            <w:r>
              <w:t>Datafiles\Robert EB Back-Ups\</w:t>
            </w:r>
          </w:p>
        </w:tc>
        <w:tc>
          <w:tcPr/>
          <w:p>
            <w:r>
              <w:t>Backups of the pre-edit originals. Never edited.</w:t>
            </w:r>
          </w:p>
        </w:tc>
      </w:tr>
      <w:tr>
        <w:tc>
          <w:tcPr/>
          <w:p>
            <w:r>
              <w:t>Datafiles\_MANIFEST pre-1987 EBs (ZA to EB codes).csv</w:t>
            </w:r>
          </w:p>
        </w:tc>
        <w:tc>
          <w:tcPr/>
          <w:p>
            <w:r>
              <w:t>The GESIS study-number crosswalk for EB2–EB26.</w:t>
            </w:r>
          </w:p>
        </w:tc>
      </w:tr>
      <w:tr>
        <w:tc>
          <w:tcPr/>
          <w:p>
            <w:r>
              <w:t>create mega file 09.06.2026.do</w:t>
            </w:r>
          </w:p>
        </w:tc>
        <w:tc>
          <w:tcPr/>
          <w:p>
            <w:r>
              <w:t>Step 2 of the pipeline.</w:t>
            </w:r>
          </w:p>
        </w:tc>
      </w:tr>
      <w:tr>
        <w:tc>
          <w:tcPr/>
          <w:p>
            <w:r>
              <w:t>do prepare_mega_file_09.06.2026.do</w:t>
            </w:r>
          </w:p>
        </w:tc>
        <w:tc>
          <w:tcPr/>
          <w:p>
            <w:r>
              <w:t>Step 4 of the pipeline.</w:t>
            </w:r>
          </w:p>
        </w:tc>
      </w:tr>
      <w:tr>
        <w:tc>
          <w:tcPr/>
          <w:p>
            <w:r>
              <w:t>harmonize_membershipgood.do, build_composite_score.do, build_identity_score.do</w:t>
            </w:r>
          </w:p>
        </w:tc>
        <w:tc>
          <w:tcPr/>
          <w:p>
            <w:r>
              <w:t>The three central routines called by every wired wave.</w:t>
            </w:r>
          </w:p>
        </w:tc>
      </w:tr>
      <w:tr>
        <w:tc>
          <w:tcPr/>
          <w:p>
            <w:r>
              <w:t>build_harmonized_series.do</w:t>
            </w:r>
          </w:p>
        </w:tc>
        <w:tc>
          <w:tcPr/>
          <w:p>
            <w:r>
              <w:t>The fourth central routine, called ONCE from inside the mega build rather than from the waves (§7.9, §4.4).</w:t>
            </w:r>
          </w:p>
        </w:tc>
      </w:tr>
      <w:tr>
        <w:tc>
          <w:tcPr/>
          <w:p>
            <w:r>
              <w:t>ERD Variable Tracker (merged 1974-2026).xlsx</w:t>
            </w:r>
          </w:p>
        </w:tc>
        <w:tc>
          <w:tcPr/>
          <w:p>
            <w:r>
              <w:t>The matrix view of the variable map — concepts as rows, all 113 waves as columns, raw question codes in the cells. Regenerated from wave_source_map.csv; never hand-edited.</w:t>
            </w:r>
          </w:p>
        </w:tc>
      </w:tr>
      <w:tr>
        <w:tc>
          <w:tcPr/>
          <w:p>
            <w:r>
              <w:t>_tools\, _tools\logs\, _tools\backups\</w:t>
            </w:r>
          </w:p>
        </w:tc>
        <w:tc>
          <w:tcPr/>
          <w:p>
            <w:r>
              <w:t>Every script that is not one of the root files: the exporters, scanners, wave runners and one-off repair jobs, with their Stata logs and the pre-edit copy of anything they changed.</w:t>
            </w:r>
          </w:p>
        </w:tc>
      </w:tr>
      <w:tr>
        <w:tc>
          <w:tcPr/>
          <w:p>
            <w:r>
              <w:t>_run_scratch\</w:t>
            </w:r>
          </w:p>
        </w:tc>
        <w:tc>
          <w:tcPr/>
          <w:p>
            <w:r>
              <w:t>Regenerable working output — cell exports, series CSVs, the validation stack, and the per-machine run copies the wave runners generate. Safe to clear; the tidy script does.</w:t>
            </w:r>
          </w:p>
        </w:tc>
      </w:tr>
      <w:tr>
        <w:tc>
          <w:tcPr/>
          <w:p>
            <w:r>
              <w:t>Analyses\</w:t>
            </w:r>
          </w:p>
        </w:tc>
        <w:tc>
          <w:tcPr/>
          <w:p>
            <w:r>
              <w:t>The analysis do files that read the prepared file, including Robert's identity extract.</w:t>
            </w:r>
          </w:p>
        </w:tc>
      </w:tr>
      <w:tr>
        <w:tc>
          <w:tcPr/>
          <w:p>
            <w:r>
              <w:t>Figures\</w:t>
            </w:r>
          </w:p>
        </w:tc>
        <w:tc>
          <w:tcPr/>
          <w:p>
            <w:r>
              <w:t xml:space="preserve">Stata do files that reproduce the eusupport figures (composition-adjusted, weighted vs unweighted, IRT vs composite) with their PNG/GPH/CSV outputs; added 11 September 2026. </w:t>
            </w:r>
            <w:r>
              <w:rPr>
                <w:b/>
              </w:rPr>
              <w:t>This folder must sit in the dataset root</w:t>
            </w:r>
            <w:r>
              <w:t xml:space="preserve">: figure 3 reads irt_yearly_means_1974_2026.csv from </w:t>
            </w:r>
            <w:r>
              <w:rPr>
                <w:rStyle w:val="CkCode"/>
              </w:rPr>
              <w:t>$root\Figures\</w:t>
            </w:r>
            <w:r>
              <w:t xml:space="preserve">, and all three write their output there. It was moved under Analyses\ on 14 September and moved back on 15 September, which broke all three figures in the interval — and broke them confusingly, because each script begins with a </w:t>
            </w:r>
            <w:r>
              <w:rPr>
                <w:rStyle w:val="CkCode"/>
              </w:rPr>
              <w:t>capture mkdir "$root\Figures"</w:t>
            </w:r>
            <w:r>
              <w:t xml:space="preserve"> that silently recreates the folder empty.</w:t>
            </w:r>
          </w:p>
        </w:tc>
      </w:tr>
      <w:tr>
        <w:tc>
          <w:tcPr/>
          <w:p>
            <w:r>
              <w:t>Archived\</w:t>
            </w:r>
          </w:p>
        </w:tc>
        <w:tc>
          <w:tcPr/>
          <w:p>
            <w:r>
              <w:t>Superseded mega and prepared files, old mega and prepare scripts, and the pre-ERD Access baselines. Nothing here is current.</w:t>
            </w:r>
          </w:p>
        </w:tc>
      </w:tr>
    </w:tbl>
    <w:p>
      <w:pPr>
        <w:spacing w:before="80" w:after="160"/>
      </w:pPr>
      <w:r>
        <w:rPr>
          <w:sz w:val="19"/>
        </w:rPr>
        <w:t>**Table B.1. **</w:t>
      </w:r>
      <w:r>
        <w:rPr>
          <w:i/>
          <w:sz w:val="19"/>
        </w:rPr>
        <w:t>Where things live.</w:t>
      </w:r>
    </w:p>
    <w:p w14:paraId="6384C486" w14:textId="77777777" w:rsidR="004D342C" w:rsidRDefault="00000000">
      <w:pPr>
        <w:pStyle w:val="Heading2"/>
      </w:pPr>
      <w:r>
        <w:rPr>
          <w:rFonts w:ascii="Times New Roman" w:hAnsi="Times New Roman" w:cs="Times New Roman"/>
        </w:rPr>
        <w:t>B.2  Documents that supplement this codebook</w:t>
      </w:r>
    </w:p>
    <w:tbl>
      <w:tblPr>
        <w:tblW w:w="0" w:type="auto"/>
        <w:jc w:val="center"/>
        <w:tblBorders>
          <w:top w:val="single" w:sz="10" w:space="0" w:color="1F4E79"/>
          <w:bottom w:val="single" w:sz="10" w:space="0" w:color="1F4E79"/>
          <w:insideH w:val="single" w:sz="2" w:space="0" w:color="D6DCE3"/>
        </w:tblBorders>
        <w:tblLayout w:type="fixed"/>
        <w:tblCellMar>
          <w:top w:w="30" w:type="dxa"/>
          <w:left w:w="90" w:type="dxa"/>
          <w:bottom w:w="30" w:type="dxa"/>
          <w:right w:w="90" w:type="dxa"/>
        </w:tblCellMar>
        <w:tblLook w:val="04A0" w:firstRow="1" w:lastRow="0" w:firstColumn="1" w:lastColumn="0" w:noHBand="0" w:noVBand="1"/>
      </w:tblPr>
      <w:tblGrid>
        <w:gridCol w:w="3888"/>
        <w:gridCol w:w="5472"/>
      </w:tblGrid>
      <w:tr>
        <w:trPr>
          <w:tblHeader/>
        </w:trPr>
        <w:tc>
          <w:tcPr>
            <w:shd w:val="clear" w:fill="E7EDF3"/>
          </w:tcPr>
          <w:p>
            <w:r>
              <w:rPr>
                <w:b/>
              </w:rPr>
              <w:t>Document</w:t>
            </w:r>
          </w:p>
        </w:tc>
        <w:tc>
          <w:tcPr>
            <w:shd w:val="clear" w:fill="E7EDF3"/>
          </w:tcPr>
          <w:p>
            <w:r>
              <w:rPr>
                <w:b/>
              </w:rPr>
              <w:t>What it covers</w:t>
            </w:r>
          </w:p>
        </w:tc>
      </w:tr>
      <w:tr>
        <w:tc>
          <w:tcPr/>
          <w:p>
            <w:r>
              <w:t>ERD Composite EU-Support Score — Scoring Specification (v2)</w:t>
            </w:r>
          </w:p>
        </w:tc>
        <w:tc>
          <w:tcPr/>
          <w:p>
            <w:r>
              <w:t>The frozen recipe in full, plus the re-estimated loadings and why version 2 stands.</w:t>
            </w:r>
          </w:p>
        </w:tc>
      </w:tr>
      <w:tr>
        <w:tc>
          <w:tcPr/>
          <w:p>
            <w:r>
              <w:t>ERD Composite EU-Support Measure — Design Memo</w:t>
            </w:r>
          </w:p>
        </w:tc>
        <w:tc>
          <w:tcPr/>
          <w:p>
            <w:r>
              <w:t>Why the composite has the four items it has and what was tested and dropped.</w:t>
            </w:r>
          </w:p>
        </w:tc>
      </w:tr>
      <w:tr>
        <w:tc>
          <w:tcPr/>
          <w:p>
            <w:r>
              <w:t>ERD Membership-Good Coding Audit</w:t>
            </w:r>
          </w:p>
        </w:tc>
        <w:tc>
          <w:tcPr/>
          <w:p>
            <w:r>
              <w:t>The label-inversion problem, wave by wave.</w:t>
            </w:r>
          </w:p>
        </w:tc>
      </w:tr>
      <w:tr>
        <w:tc>
          <w:tcPr/>
          <w:p>
            <w:r>
              <w:t>ERD Composition-Adjusted Series and Validation</w:t>
            </w:r>
          </w:p>
        </w:tc>
        <w:tc>
          <w:tcPr/>
          <w:p>
            <w:r>
              <w:t>The four series of §11 and the measurement validation of §7.5.</w:t>
            </w:r>
          </w:p>
        </w:tc>
      </w:tr>
      <w:tr>
        <w:tc>
          <w:tcPr/>
          <w:p>
            <w:r>
              <w:t>ERD Weighted EU-Support Series</w:t>
            </w:r>
          </w:p>
        </w:tc>
        <w:tc>
          <w:tcPr/>
          <w:p>
            <w:r>
              <w:t>The weighting comparison of §10, and the 2022–2026 gap that was closed on 7 September 2026.</w:t>
            </w:r>
          </w:p>
        </w:tc>
      </w:tr>
      <w:tr>
        <w:tc>
          <w:tcPr/>
          <w:p>
            <w:r>
              <w:t>ERD Open Decisions for Nick and Robert</w:t>
            </w:r>
          </w:p>
        </w:tc>
        <w:tc>
          <w:tcPr/>
          <w:p>
            <w:r>
              <w:t>The fourteen pre-1987 mapping judgement calls, all decided on 8 September 2026, and the unadopted candidates.</w:t>
            </w:r>
          </w:p>
        </w:tc>
      </w:tr>
      <w:tr>
        <w:tc>
          <w:tcPr/>
          <w:p>
            <w:r>
              <w:t>ERD Pre-1987 Eurobarometers — Audit Report and Crosswalk</w:t>
            </w:r>
          </w:p>
        </w:tc>
        <w:tc>
          <w:tcPr/>
          <w:p>
            <w:r>
              <w:t>How EB2–EB26 were mapped.</w:t>
            </w:r>
          </w:p>
        </w:tc>
      </w:tr>
      <w:tr>
        <w:tc>
          <w:tcPr/>
          <w:p>
            <w:r>
              <w:t>ERD Identity Scores\ — Design Memo and Scoring Specification</w:t>
            </w:r>
          </w:p>
        </w:tc>
        <w:tc>
          <w:tcPr/>
          <w:p>
            <w:r>
              <w:t>The identity scores of §7.8: why the two scores have the items they have, how they reconcile with Clark and Rohrschneider (2019, 2021), and the frozen recipe in full. The folder also holds frozen_identity_v2.json (version 1 kept beside it as frozen_identity_v1.json), the estimation and figure scripts, the figures and the exported CSVs.</w:t>
            </w:r>
          </w:p>
        </w:tc>
      </w:tr>
      <w:tr>
        <w:tc>
          <w:tcPr/>
          <w:p>
            <w:r>
              <w:rPr>
                <w:b/>
              </w:rPr>
              <w:t>ERD Variant Families — One Continuous Measure Per Concept</w:t>
            </w:r>
          </w:p>
        </w:tc>
        <w:tc>
          <w:tcPr/>
          <w:p>
            <w:r>
              <w:t>The twelve harmonised continuous series of §7.9: which concepts have more than one version of their question, the two mapping methods, the residual-step evidence behind each choice, and the summary table of all twelve. Read this before using any H_ variable across a version handover.</w:t>
            </w:r>
          </w:p>
        </w:tc>
      </w:tr>
      <w:tr>
        <w:tc>
          <w:tcPr/>
          <w:p>
            <w:r>
              <w:rPr>
                <w:b/>
              </w:rPr>
              <w:t>ERD Macro Data Codebook (09.13.2026)</w:t>
            </w:r>
          </w:p>
        </w:tc>
        <w:tc>
          <w:tcPr/>
          <w:p>
            <w:r>
              <w:t>The 2026 macro layer: every M-prefixed indicator, its source and vintage, and the four sources that would have been skipped in silence before the 13 September refresh.</w:t>
            </w:r>
          </w:p>
        </w:tc>
      </w:tr>
      <w:tr>
        <w:tc>
          <w:tcPr/>
          <w:p>
            <w:r>
              <w:rPr>
                <w:b/>
              </w:rPr>
              <w:t>ERD Variable Tracker (merged 1974–2026)</w:t>
            </w:r>
          </w:p>
        </w:tc>
        <w:tc>
          <w:tcPr/>
          <w:p>
            <w:r>
              <w:t>The variable-by-wave coverage grid as a spreadsheet — the quickest way to answer “which waves carry this item” without opening the data.</w:t>
            </w:r>
          </w:p>
        </w:tc>
      </w:tr>
      <w:tr>
        <w:tc>
          <w:tcPr/>
          <w:p>
            <w:r>
              <w:t>ERD Occupation and EU Attitudes\ — Memo</w:t>
            </w:r>
          </w:p>
        </w:tc>
        <w:tc>
          <w:tcPr/>
          <w:p>
            <w:r>
              <w:t>Occupation and EU awareness, knowledge and support, with the analysis and diagnostic do files. Its closing section records the EB65.2 occupation defect and its repair (§12.5).</w:t>
            </w:r>
          </w:p>
        </w:tc>
      </w:tr>
      <w:tr>
        <w:tc>
          <w:tcPr/>
          <w:p>
            <w:r>
              <w:t>ERD Human Rights Correlates\ — Memo</w:t>
            </w:r>
          </w:p>
        </w:tc>
        <w:tc>
          <w:tcPr/>
          <w:p>
            <w:r>
              <w:t>The human-rights correlates memo and its do file.</w:t>
            </w:r>
          </w:p>
        </w:tc>
      </w:tr>
    </w:tbl>
    <w:p w14:paraId="12E0DFA5" w14:textId="77777777" w:rsidR="004D342C" w:rsidRDefault="00000000">
      <w:pPr>
        <w:spacing w:before="80" w:after="160"/>
        <w:ind w:firstLine="0"/>
      </w:pPr>
      <w:r>
        <w:rPr>
          <w:b/>
          <w:smallCaps/>
          <w:color w:val="1F4E79"/>
          <w:sz w:val="19"/>
        </w:rPr>
        <w:t xml:space="preserve">Table B.2. The delivered ERD document set, in Dropbox under Active Files\Jobs\Claude\Research\ERD\.</w:t>
      </w:r>
      <w:r>
        <w:rPr>
          <w:i/>
          <w:color w:val="595959"/>
          <w:sz w:val="19"/>
        </w:rPr>
        <w:t/>
      </w:r>
    </w:p>
    <w:p w14:paraId="57F088EB" w14:textId="77777777" w:rsidR="004D342C" w:rsidRDefault="00000000">
      <w:pPr>
        <w:pStyle w:val="Heading2"/>
      </w:pPr>
      <w:r>
        <w:rPr>
          <w:rFonts w:ascii="Times New Roman" w:hAnsi="Times New Roman" w:cs="Times New Roman"/>
        </w:rPr>
        <w:lastRenderedPageBreak/>
        <w:t>B.3  A minimal working example</w:t>
      </w:r>
    </w:p>
    <w:p w14:paraId="41C18041" w14:textId="77777777" w:rsidR="004D342C" w:rsidRDefault="00000000">
      <w:pPr>
        <w:ind w:firstLine="0"/>
      </w:pPr>
      <w:r>
        <w:t>To reproduce a pooled yearly series of EU support from the prepared file:</w:t>
      </w:r>
    </w:p>
    <w:p w14:paraId="37621222" w14:textId="77777777" w:rsidR="004D342C" w:rsidRDefault="00000000">
      <w:pPr>
        <w:ind w:left="720" w:firstLine="0"/>
      </w:pPr>
      <w:r>
        <w:rPr>
          <w:sz w:val="20"/>
        </w:rPr>
        <w:t>use "erd090626_with_recoded_variables.dta", clear</w:t>
      </w:r>
    </w:p>
    <w:p w14:paraId="485E77FF" w14:textId="77777777" w:rsidR="004D342C" w:rsidRDefault="00000000">
      <w:pPr>
        <w:ind w:left="720" w:firstLine="0"/>
      </w:pPr>
      <w:r>
        <w:rPr>
          <w:sz w:val="20"/>
        </w:rPr>
        <w:t>drop if missing(eb)                      // macro-merge artefacts</w:t>
      </w:r>
    </w:p>
    <w:p w14:paraId="6B2E3CB6" w14:textId="77777777" w:rsidR="004D342C" w:rsidRDefault="00000000">
      <w:pPr>
        <w:ind w:left="720" w:firstLine="0"/>
      </w:pPr>
      <w:r>
        <w:rPr>
          <w:sz w:val="20"/>
        </w:rPr>
        <w:t>keep if !missing(eusupport)</w:t>
      </w:r>
    </w:p>
    <w:p w14:paraId="67DC1278" w14:textId="77777777" w:rsidR="004D342C" w:rsidRDefault="00000000">
      <w:pPr>
        <w:ind w:left="720" w:firstLine="0"/>
      </w:pPr>
      <w:r>
        <w:rPr>
          <w:sz w:val="20"/>
        </w:rPr>
        <w:t>collapse (mean) eusupport (count) n = one, by(year eb)</w:t>
      </w:r>
    </w:p>
    <w:p w14:paraId="00BD6548" w14:textId="77777777" w:rsidR="004D342C" w:rsidRDefault="00000000">
      <w:pPr>
        <w:ind w:left="720" w:firstLine="0"/>
      </w:pPr>
      <w:r>
        <w:rPr>
          <w:color w:val="595959"/>
          <w:sz w:val="20"/>
        </w:rPr>
        <w:t>* then: check the item basis of each wave against Table 8.2 before</w:t>
      </w:r>
    </w:p>
    <w:p w14:paraId="7CE32CE8" w14:textId="77777777" w:rsidR="004D342C" w:rsidRDefault="00000000">
      <w:pPr>
        <w:ind w:left="720" w:firstLine="0"/>
      </w:pPr>
      <w:r>
        <w:rPr>
          <w:color w:val="595959"/>
          <w:sz w:val="20"/>
        </w:rPr>
        <w:t>* comparing levels across 1982/1983, 1998/1999, 2011/2012 or 2018/2019.</w:t>
      </w:r>
    </w:p>
    <w:p w14:paraId="323EB180" w14:textId="77777777" w:rsidR="004D342C" w:rsidRDefault="004D342C"/>
    <w:p w14:paraId="2A2C4C33" w14:textId="77777777" w:rsidR="004D342C" w:rsidRDefault="00000000">
      <w:r>
        <w:t>Note the collapse idiom: never count the by() variable itself — "collapse (count) n = eb, by(eb)" fails. Generate a constant and count that.</w:t>
      </w:r>
    </w:p>
    <w:sectPr w:rsidR="004D342C" w:rsidSect="00034616">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FDB59" w14:textId="77777777" w:rsidR="00693D7D" w:rsidRDefault="00693D7D">
      <w:r>
        <w:separator/>
      </w:r>
    </w:p>
  </w:endnote>
  <w:endnote w:type="continuationSeparator" w:id="0">
    <w:p w14:paraId="291704D4" w14:textId="77777777" w:rsidR="00693D7D" w:rsidRDefault="00693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Barlow Condensed">
    <w:charset w:val="00"/>
    <w:family w:val="auto"/>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D6222" w14:textId="77777777" w:rsidR="004D342C" w:rsidRDefault="00000000">
    <w:pPr>
      <w:pStyle w:val="Footer"/>
      <w:ind w:firstLine="0"/>
      <w:jc w:val="center"/>
    </w:pPr>
    <w:r>
      <w:rPr>
        <w:sz w:val="20"/>
      </w:rPr>
      <w:fldChar w:fldCharType="begin"/>
    </w:r>
    <w:r>
      <w:rPr>
        <w:sz w:val="20"/>
      </w:rPr>
      <w:instrText xml:space="preserve"> PAGE </w:instrText>
    </w:r>
    <w:r>
      <w:rPr>
        <w:sz w:val="20"/>
      </w:rPr>
      <w:fldChar w:fldCharType="separate"/>
    </w:r>
    <w:r>
      <w:rPr>
        <w:sz w:val="20"/>
      </w:rPr>
      <w:t>1</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6D521" w14:textId="77777777" w:rsidR="004D342C" w:rsidRDefault="004D342C">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FBEC8" w14:textId="77777777" w:rsidR="00693D7D" w:rsidRDefault="00693D7D">
      <w:r>
        <w:separator/>
      </w:r>
    </w:p>
  </w:footnote>
  <w:footnote w:type="continuationSeparator" w:id="0">
    <w:p w14:paraId="2C278693" w14:textId="77777777" w:rsidR="00693D7D" w:rsidRDefault="00693D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F0DB4" w14:textId="77777777" w:rsidR="004D342C" w:rsidRDefault="00000000">
    <w:pPr>
      <w:pStyle w:val="Header"/>
      <w:pBdr>
        <w:bottom w:val="single" w:sz="4" w:space="2" w:color="D6DCE3"/>
      </w:pBdr>
      <w:ind w:firstLine="0"/>
    </w:pPr>
    <w:r>
      <w:rPr>
        <w:smallCaps/>
        <w:color w:val="1F4E79"/>
        <w:spacing w:val="12"/>
        <w:sz w:val="18"/>
      </w:rPr>
      <w:t>Eurobarometer Representation Dataset (ERD) — Codebook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94D9" w14:textId="77777777" w:rsidR="004D342C" w:rsidRDefault="004D342C">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0">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16cid:durableId="126360095">
    <w:abstractNumId w:val="8"/>
  </w:num>
  <w:num w:numId="2" w16cid:durableId="1440029697">
    <w:abstractNumId w:val="6"/>
  </w:num>
  <w:num w:numId="3" w16cid:durableId="817843199">
    <w:abstractNumId w:val="5"/>
  </w:num>
  <w:num w:numId="4" w16cid:durableId="1879971990">
    <w:abstractNumId w:val="4"/>
  </w:num>
  <w:num w:numId="5" w16cid:durableId="1386878578">
    <w:abstractNumId w:val="7"/>
  </w:num>
  <w:num w:numId="6" w16cid:durableId="246113193">
    <w:abstractNumId w:val="3"/>
  </w:num>
  <w:num w:numId="7" w16cid:durableId="772942599">
    <w:abstractNumId w:val="2"/>
  </w:num>
  <w:num w:numId="8" w16cid:durableId="262736894">
    <w:abstractNumId w:val="1"/>
  </w:num>
  <w:num w:numId="9" w16cid:durableId="1293749224">
    <w:abstractNumId w:val="0"/>
  </w:num>
  <w:num w:numId="14">
    <w:abstractNumId w:val="9"/>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33E8F"/>
    <w:rsid w:val="0015074B"/>
    <w:rsid w:val="0029639D"/>
    <w:rsid w:val="00326F90"/>
    <w:rsid w:val="004D342C"/>
    <w:rsid w:val="00693D7D"/>
    <w:rsid w:val="0089046F"/>
    <w:rsid w:val="008F3FC2"/>
    <w:rsid w:val="00AA1D8D"/>
    <w:rsid w:val="00B47730"/>
    <w:rsid w:val="00C8058F"/>
    <w:rsid w:val="00CB0664"/>
    <w:rsid w:val="00ED404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873B44"/>
  <w14:defaultImageDpi w14:val="300"/>
  <w15:docId w15:val="{C2AFEAB7-FF0B-4321-BCE8-CAE7EBB3C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ind w:firstLine="720"/>
    </w:pPr>
    <w:rPr>
      <w:rFonts w:ascii="Times New Roman" w:hAnsi="Times New Roman" w:cs="Times New Roman"/>
      <w:sz w:val="24"/>
    </w:rPr>
  </w:style>
  <w:style w:type="paragraph" w:styleId="Heading1">
    <w:name w:val="heading 1"/>
    <w:basedOn w:val="Normal"/>
    <w:next w:val="Normal"/>
    <w:link w:val="Heading1Char"/>
    <w:uiPriority w:val="9"/>
    <w:qFormat/>
    <w:rsid w:val="00FC693F"/>
    <w:pPr>
      <w:keepNext/>
      <w:keepLines/>
      <w:spacing w:before="240" w:after="40"/>
      <w:ind w:firstLine="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40" w:after="40"/>
      <w:ind w:firstLine="0"/>
      <w:outlineLvl w:val="1"/>
    </w:pPr>
    <w:rPr>
      <w:rFonts w:asciiTheme="majorHAnsi" w:eastAsiaTheme="majorEastAsia" w:hAnsiTheme="majorHAnsi" w:cstheme="majorBidi"/>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40" w:after="40"/>
      <w:ind w:firstLine="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720"/>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kCode">
    <w:name w:val="Clarkdown Code"/>
    <w:rPr>
      <w:rFonts w:ascii="Consolas" w:hAnsi="Consolas"/>
      <w:shd w:val="clear" w:fill="EDEDED"/>
      <w:sz w:val="20"/>
    </w:rPr>
  </w:style>
  <w:style w:type="table" w:styleId="CkTable">
    <w:name w:val="Clarkdown Table"/>
    <w:tblPr>
      <w:tblBorders>
        <w:top w:val="single" w:sz="4" w:color="BFBFBF"/>
        <w:left w:val="single" w:sz="4" w:color="BFBFBF"/>
        <w:bottom w:val="single" w:sz="4" w:color="BFBFBF"/>
        <w:right w:val="single" w:sz="4" w:color="BFBFBF"/>
        <w:insideH w:val="single" w:sz="4" w:color="BFBFBF"/>
        <w:insideV w:val="single" w:sz="4" w:color="BFBFBF"/>
      </w:tblBorders>
      <w:tblCellMar>
        <w:top w:w="80" w:type="dxa"/>
        <w:left w:w="80" w:type="dxa"/>
        <w:bottom w:w="80" w:type="dxa"/>
        <w:right w:w="8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76</Pages>
  <Words>27969</Words>
  <Characters>159426</Characters>
  <Application>Microsoft Office Word</Application>
  <DocSecurity>0</DocSecurity>
  <Lines>1328</Lines>
  <Paragraphs>374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187021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Nick Clark</cp:lastModifiedBy>
  <cp:revision>3</cp:revision>
  <dcterms:created xsi:type="dcterms:W3CDTF">2013-12-23T23:15:00Z</dcterms:created>
  <dcterms:modified xsi:type="dcterms:W3CDTF">2026-09-08T19:49:00Z</dcterms:modified>
  <cp:category/>
</cp:coreProperties>
</file>